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ACB9" w14:textId="77777777" w:rsidR="009E6B60" w:rsidRDefault="00000000">
      <w:pPr>
        <w:spacing w:after="360"/>
        <w:jc w:val="center"/>
      </w:pPr>
      <w:r>
        <w:rPr>
          <w:b/>
          <w:color w:val="003366"/>
          <w:sz w:val="32"/>
        </w:rPr>
        <w:t>ANEXO III – MODELO DE PROPOSTA COMERCIAL</w:t>
      </w:r>
      <w:r>
        <w:rPr>
          <w:b/>
          <w:color w:val="003366"/>
          <w:sz w:val="32"/>
        </w:rPr>
        <w:br/>
        <w:t>DISPENSA ELETRÔNICA / CONTRATAÇÃO DIRETA</w:t>
      </w:r>
    </w:p>
    <w:p w14:paraId="3E90FFE9" w14:textId="2E946328" w:rsidR="009E6B60" w:rsidRDefault="00000000">
      <w:r>
        <w:t xml:space="preserve">À </w:t>
      </w:r>
      <w:proofErr w:type="spellStart"/>
      <w:r>
        <w:t>Administração</w:t>
      </w:r>
      <w:proofErr w:type="spellEnd"/>
      <w:r>
        <w:t xml:space="preserve"> Pública do </w:t>
      </w:r>
      <w:r w:rsidR="00026FA1">
        <w:t>Campo de Instrução de Gericinó</w:t>
      </w:r>
      <w:r>
        <w:br/>
      </w:r>
      <w:proofErr w:type="spellStart"/>
      <w:r>
        <w:rPr>
          <w:b/>
        </w:rPr>
        <w:t>Referência</w:t>
      </w:r>
      <w:proofErr w:type="spellEnd"/>
      <w:r>
        <w:rPr>
          <w:b/>
        </w:rPr>
        <w:t xml:space="preserve">: </w:t>
      </w:r>
      <w:proofErr w:type="spellStart"/>
      <w:r>
        <w:t>Processo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nº </w:t>
      </w:r>
      <w:r w:rsidR="00026FA1" w:rsidRPr="00026FA1">
        <w:t>64177.002643/2026-04</w:t>
      </w:r>
      <w:r>
        <w:br/>
      </w:r>
      <w:r>
        <w:rPr>
          <w:b/>
        </w:rPr>
        <w:t xml:space="preserve">Dispensa </w:t>
      </w:r>
      <w:proofErr w:type="spellStart"/>
      <w:r>
        <w:rPr>
          <w:b/>
        </w:rPr>
        <w:t>Eletrônica</w:t>
      </w:r>
      <w:proofErr w:type="spellEnd"/>
      <w:r>
        <w:rPr>
          <w:b/>
        </w:rPr>
        <w:t xml:space="preserve"> nº </w:t>
      </w:r>
      <w:r w:rsidR="00026FA1">
        <w:t>41/2026</w:t>
      </w:r>
    </w:p>
    <w:p w14:paraId="5BB66B27" w14:textId="77777777" w:rsidR="009E6B60" w:rsidRDefault="00000000">
      <w:pPr>
        <w:keepNext/>
        <w:spacing w:before="240" w:after="120"/>
      </w:pPr>
      <w:r>
        <w:rPr>
          <w:b/>
          <w:color w:val="003366"/>
          <w:sz w:val="28"/>
        </w:rPr>
        <w:t>1. IDENTIFICAÇÃO DO PROPONENTE (FORNECEDOR)</w:t>
      </w:r>
    </w:p>
    <w:p w14:paraId="0039AB63" w14:textId="77777777" w:rsidR="009E6B60" w:rsidRDefault="00000000">
      <w:pPr>
        <w:spacing w:after="80"/>
      </w:pPr>
      <w:r>
        <w:rPr>
          <w:b/>
        </w:rPr>
        <w:t xml:space="preserve">•  Razão Social: </w:t>
      </w:r>
      <w:r>
        <w:t>[Razão Social Completa da Empresa]</w:t>
      </w:r>
    </w:p>
    <w:p w14:paraId="3F709DE0" w14:textId="77777777" w:rsidR="009E6B60" w:rsidRDefault="00000000">
      <w:pPr>
        <w:spacing w:after="80"/>
      </w:pPr>
      <w:r>
        <w:rPr>
          <w:b/>
        </w:rPr>
        <w:t xml:space="preserve">•  CNPJ: </w:t>
      </w:r>
      <w:r>
        <w:t>[00.000.000/0001-00]</w:t>
      </w:r>
    </w:p>
    <w:p w14:paraId="5E657AF5" w14:textId="77777777" w:rsidR="009E6B60" w:rsidRDefault="00000000">
      <w:pPr>
        <w:spacing w:after="80"/>
      </w:pPr>
      <w:r>
        <w:rPr>
          <w:b/>
        </w:rPr>
        <w:t xml:space="preserve">•  Inscrição Municipal / Estadual: </w:t>
      </w:r>
      <w:r>
        <w:t>[Inserir Números]</w:t>
      </w:r>
    </w:p>
    <w:p w14:paraId="762AF665" w14:textId="77777777" w:rsidR="009E6B60" w:rsidRDefault="00000000">
      <w:pPr>
        <w:spacing w:after="80"/>
      </w:pPr>
      <w:r>
        <w:rPr>
          <w:b/>
        </w:rPr>
        <w:t xml:space="preserve">•  Endereço Completo: </w:t>
      </w:r>
      <w:r>
        <w:t>[Rua, Número, Bairro, Cidade - UF, CEP]</w:t>
      </w:r>
    </w:p>
    <w:p w14:paraId="693B8862" w14:textId="77777777" w:rsidR="009E6B60" w:rsidRDefault="00000000">
      <w:pPr>
        <w:spacing w:after="80"/>
      </w:pPr>
      <w:r>
        <w:rPr>
          <w:b/>
        </w:rPr>
        <w:t xml:space="preserve">•  Representante Legal: </w:t>
      </w:r>
      <w:r>
        <w:t>[Nome do Responsável, Cargo, RG, CPF]</w:t>
      </w:r>
    </w:p>
    <w:p w14:paraId="2BEC1602" w14:textId="77777777" w:rsidR="009E6B60" w:rsidRDefault="00000000">
      <w:pPr>
        <w:spacing w:after="80"/>
      </w:pPr>
      <w:r>
        <w:rPr>
          <w:b/>
        </w:rPr>
        <w:t xml:space="preserve">•  Telefone de Contato / E-mail: </w:t>
      </w:r>
      <w:r>
        <w:t>[(00) 00000-0000 / email@empresa.com]</w:t>
      </w:r>
    </w:p>
    <w:p w14:paraId="1B150E9D" w14:textId="77777777" w:rsidR="009E6B60" w:rsidRDefault="00000000">
      <w:pPr>
        <w:spacing w:after="80"/>
      </w:pPr>
      <w:r>
        <w:rPr>
          <w:b/>
        </w:rPr>
        <w:t xml:space="preserve">•  Dados Bancários para Pagamento: </w:t>
      </w:r>
      <w:r>
        <w:t>[Banco, Agência, Conta Corrente ou Chave PIX CNPJ]</w:t>
      </w:r>
    </w:p>
    <w:p w14:paraId="11DE663E" w14:textId="77777777" w:rsidR="009E6B60" w:rsidRDefault="00000000">
      <w:pPr>
        <w:keepNext/>
        <w:spacing w:before="240" w:after="120"/>
      </w:pPr>
      <w:r>
        <w:rPr>
          <w:b/>
          <w:color w:val="003366"/>
          <w:sz w:val="28"/>
        </w:rPr>
        <w:t>2. PLANILHA DE PREÇOS (PROPOSTA ECONÔMICA)</w:t>
      </w:r>
    </w:p>
    <w:p w14:paraId="1C051DC2" w14:textId="77777777" w:rsidR="009E6B60" w:rsidRDefault="00000000">
      <w:pPr>
        <w:spacing w:after="160"/>
      </w:pPr>
      <w:r>
        <w:t>Apresentamos nossa proposta comercial e financeira para a prestação de serviços de lavanderia, conforme especificações descritas no Termo de Referência (Anexo II):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0"/>
        <w:gridCol w:w="3092"/>
        <w:gridCol w:w="1136"/>
        <w:gridCol w:w="1271"/>
        <w:gridCol w:w="1643"/>
        <w:gridCol w:w="1618"/>
      </w:tblGrid>
      <w:tr w:rsidR="009E6B60" w14:paraId="3291402F" w14:textId="77777777" w:rsidTr="00026FA1">
        <w:tc>
          <w:tcPr>
            <w:tcW w:w="840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536F06" w14:textId="77777777" w:rsidR="009E6B60" w:rsidRDefault="00000000">
            <w:pPr>
              <w:jc w:val="center"/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3092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D700F7" w14:textId="77777777" w:rsidR="009E6B60" w:rsidRDefault="00000000">
            <w:pPr>
              <w:jc w:val="center"/>
            </w:pPr>
            <w:r>
              <w:rPr>
                <w:b/>
                <w:color w:val="FFFFFF"/>
              </w:rPr>
              <w:t>Descrição do Serviço</w:t>
            </w:r>
          </w:p>
        </w:tc>
        <w:tc>
          <w:tcPr>
            <w:tcW w:w="1136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4CB7A8" w14:textId="77777777" w:rsidR="009E6B60" w:rsidRDefault="00000000">
            <w:pPr>
              <w:jc w:val="center"/>
            </w:pPr>
            <w:r>
              <w:rPr>
                <w:b/>
                <w:color w:val="FFFFFF"/>
              </w:rPr>
              <w:t>Unidade</w:t>
            </w:r>
          </w:p>
        </w:tc>
        <w:tc>
          <w:tcPr>
            <w:tcW w:w="1271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2E7D27" w14:textId="3C0172F2" w:rsidR="009E6B60" w:rsidRDefault="00000000">
            <w:pPr>
              <w:jc w:val="center"/>
            </w:pPr>
            <w:r>
              <w:rPr>
                <w:b/>
                <w:color w:val="FFFFFF"/>
              </w:rPr>
              <w:t xml:space="preserve">Quant. </w:t>
            </w:r>
            <w:r w:rsidR="00AE38C2">
              <w:rPr>
                <w:b/>
                <w:color w:val="FFFFFF"/>
              </w:rPr>
              <w:t xml:space="preserve">Mensal </w:t>
            </w:r>
            <w:proofErr w:type="spellStart"/>
            <w:r w:rsidR="00AE38C2">
              <w:rPr>
                <w:b/>
                <w:color w:val="FFFFFF"/>
              </w:rPr>
              <w:t>Estimada</w:t>
            </w:r>
            <w:proofErr w:type="spellEnd"/>
          </w:p>
        </w:tc>
        <w:tc>
          <w:tcPr>
            <w:tcW w:w="1643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8401D5" w14:textId="77777777" w:rsidR="009E6B60" w:rsidRDefault="00000000">
            <w:pPr>
              <w:jc w:val="center"/>
            </w:pPr>
            <w:r>
              <w:rPr>
                <w:b/>
                <w:color w:val="FFFFFF"/>
              </w:rPr>
              <w:t>Valor Unitário (R$)</w:t>
            </w:r>
          </w:p>
        </w:tc>
        <w:tc>
          <w:tcPr>
            <w:tcW w:w="1618" w:type="dxa"/>
            <w:shd w:val="clear" w:color="auto" w:fill="0033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4718DA" w14:textId="77777777" w:rsidR="009E6B60" w:rsidRDefault="00000000">
            <w:pPr>
              <w:jc w:val="center"/>
            </w:pPr>
            <w:r>
              <w:rPr>
                <w:b/>
                <w:color w:val="FFFFFF"/>
              </w:rPr>
              <w:t>Valor Total (R$)</w:t>
            </w:r>
          </w:p>
        </w:tc>
      </w:tr>
      <w:tr w:rsidR="009E6B60" w14:paraId="17C254FE" w14:textId="77777777" w:rsidTr="00AE38C2">
        <w:trPr>
          <w:trHeight w:val="3251"/>
        </w:trPr>
        <w:tc>
          <w:tcPr>
            <w:tcW w:w="8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580E83" w14:textId="77777777" w:rsidR="009E6B60" w:rsidRDefault="00000000">
            <w:pPr>
              <w:jc w:val="center"/>
            </w:pPr>
            <w:r>
              <w:t>01</w:t>
            </w:r>
          </w:p>
        </w:tc>
        <w:tc>
          <w:tcPr>
            <w:tcW w:w="309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2CC318" w14:textId="77777777" w:rsidR="00AE38C2" w:rsidRPr="00AE38C2" w:rsidRDefault="00026FA1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E38C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Prestação de serviços de lavanderia, sob demanda, incluindo coleta, pesagem da roupa suja, triagem, lavagem, desinfecção quando aplicável, secagem, passadoria e/ou calandragem, dobramento, acondicionamento individualizado e entrega dos tecidos processados, abrangendo toalhas de mesa do aprovisionamento, uniformes comuns, roupas de cama comuns (Colcha, Lençol e fronha), cortinas, aventais, toalhas de banho e fardamentos.</w:t>
            </w:r>
          </w:p>
          <w:p w14:paraId="12317D5A" w14:textId="4F217F07" w:rsidR="00AE38C2" w:rsidRPr="00AE38C2" w:rsidRDefault="00AE38C2">
            <w:pPr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</w:tc>
        <w:tc>
          <w:tcPr>
            <w:tcW w:w="1136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A29D4C" w14:textId="77777777" w:rsidR="009E6B60" w:rsidRDefault="00000000">
            <w:pPr>
              <w:jc w:val="center"/>
            </w:pPr>
            <w:r>
              <w:t>KG</w:t>
            </w:r>
          </w:p>
        </w:tc>
        <w:tc>
          <w:tcPr>
            <w:tcW w:w="1271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79178A" w14:textId="62895E52" w:rsidR="009E6B60" w:rsidRDefault="00AE38C2">
            <w:pPr>
              <w:jc w:val="center"/>
            </w:pPr>
            <w:proofErr w:type="spellStart"/>
            <w:r>
              <w:t>Até</w:t>
            </w:r>
            <w:proofErr w:type="spellEnd"/>
            <w:r>
              <w:t xml:space="preserve"> 150 kg</w:t>
            </w:r>
          </w:p>
        </w:tc>
        <w:tc>
          <w:tcPr>
            <w:tcW w:w="1643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890C67" w14:textId="77777777" w:rsidR="009E6B60" w:rsidRDefault="00000000">
            <w:r>
              <w:t>R$ [0,00]</w:t>
            </w:r>
          </w:p>
        </w:tc>
        <w:tc>
          <w:tcPr>
            <w:tcW w:w="161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ADD49D" w14:textId="77777777" w:rsidR="009E6B60" w:rsidRDefault="00000000">
            <w:r>
              <w:t>R$ [0,00]</w:t>
            </w:r>
          </w:p>
        </w:tc>
      </w:tr>
      <w:tr w:rsidR="009E6B60" w14:paraId="766969AF" w14:textId="77777777" w:rsidTr="00026FA1">
        <w:tc>
          <w:tcPr>
            <w:tcW w:w="7982" w:type="dxa"/>
            <w:gridSpan w:val="5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528E27" w14:textId="77777777" w:rsidR="009E6B60" w:rsidRDefault="00000000">
            <w:r>
              <w:rPr>
                <w:b/>
              </w:rPr>
              <w:t>VALOR TOTAL GLOBAL DA PROPOSTA</w:t>
            </w:r>
          </w:p>
        </w:tc>
        <w:tc>
          <w:tcPr>
            <w:tcW w:w="161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2458A3" w14:textId="77777777" w:rsidR="009E6B60" w:rsidRDefault="00000000">
            <w:pPr>
              <w:jc w:val="right"/>
            </w:pPr>
            <w:r>
              <w:rPr>
                <w:b/>
              </w:rPr>
              <w:t>R$ [0,00]</w:t>
            </w:r>
          </w:p>
        </w:tc>
      </w:tr>
    </w:tbl>
    <w:p w14:paraId="4508642C" w14:textId="77777777" w:rsidR="009E6B60" w:rsidRDefault="00000000">
      <w:pPr>
        <w:keepNext/>
        <w:spacing w:before="240" w:after="120"/>
      </w:pPr>
      <w:r>
        <w:rPr>
          <w:b/>
          <w:color w:val="003366"/>
          <w:sz w:val="28"/>
        </w:rPr>
        <w:lastRenderedPageBreak/>
        <w:t>3. DECLARAÇÕES OBRIGATÓRIAS E VALIDADE</w:t>
      </w:r>
    </w:p>
    <w:p w14:paraId="6DF7C0BA" w14:textId="77777777" w:rsidR="009E6B60" w:rsidRDefault="00000000">
      <w:pPr>
        <w:spacing w:after="120"/>
      </w:pPr>
      <w:r>
        <w:rPr>
          <w:b/>
        </w:rPr>
        <w:t xml:space="preserve">•  Validade da Proposta: </w:t>
      </w:r>
      <w:r>
        <w:t>Declaramos que o prazo de validade desta proposta é de 60 (sessenta) dias, contados a partir da data de sua apresentação no sistema de divulgação de compras.</w:t>
      </w:r>
    </w:p>
    <w:p w14:paraId="54A98A1E" w14:textId="77777777" w:rsidR="009E6B60" w:rsidRDefault="00000000">
      <w:pPr>
        <w:spacing w:after="120"/>
      </w:pPr>
      <w:r>
        <w:rPr>
          <w:b/>
        </w:rPr>
        <w:t xml:space="preserve">•  Inclusão de Custos: </w:t>
      </w:r>
      <w:r>
        <w:t>Garantimos que nos preços ofertados estão inclusos todos os custos operacionais, insumos (detergentes, amaciantes, energia, água), custos de pessoal, encargos trabalhistas, previdenciários, fiscais, comerciais, taxas de coleta/entrega, seguros e quaisquer outros custos diretos ou indiretos necessários para a execução fiel do objeto.</w:t>
      </w:r>
    </w:p>
    <w:p w14:paraId="07248621" w14:textId="77777777" w:rsidR="009E6B60" w:rsidRDefault="00000000">
      <w:pPr>
        <w:spacing w:after="120"/>
      </w:pPr>
      <w:r>
        <w:rPr>
          <w:b/>
        </w:rPr>
        <w:t xml:space="preserve">•  Conformidade com o TR: </w:t>
      </w:r>
      <w:r>
        <w:t>Declaramos pleno conhecimento e concordância com todas as exigências estabelecidas no Aviso de Contratação Direta e seus anexos, especialmente o Termo de Referência (Anexo II), comprometendo-nos a cumprir integralmente os prazos de coleta, processamento e devolução estipulados.</w:t>
      </w:r>
    </w:p>
    <w:p w14:paraId="1F3A62AD" w14:textId="77777777" w:rsidR="009E6B60" w:rsidRDefault="00000000">
      <w:pPr>
        <w:spacing w:before="480"/>
        <w:jc w:val="center"/>
      </w:pPr>
      <w:r>
        <w:t>[Localidade - UF], [Dia] de [Mês] de [Ano].</w:t>
      </w:r>
      <w:r>
        <w:br/>
      </w:r>
      <w:r>
        <w:br/>
      </w:r>
      <w:r>
        <w:br/>
      </w:r>
      <w:r>
        <w:br/>
      </w:r>
      <w:r>
        <w:rPr>
          <w:b/>
        </w:rPr>
        <w:t>_____________________________________________________</w:t>
      </w:r>
      <w:r>
        <w:rPr>
          <w:b/>
        </w:rPr>
        <w:br/>
        <w:t>[Nome Completo do Representante Legal]</w:t>
      </w:r>
      <w:r>
        <w:rPr>
          <w:b/>
        </w:rPr>
        <w:br/>
      </w:r>
      <w:r>
        <w:t>[Cargo / Função na Empresa]</w:t>
      </w:r>
      <w:r>
        <w:br/>
        <w:t>[Carimbo do CNPJ / Assinatura Digital Eletrônica]</w:t>
      </w:r>
    </w:p>
    <w:sectPr w:rsidR="009E6B6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1A683" w14:textId="77777777" w:rsidR="00F25C25" w:rsidRDefault="00F25C25" w:rsidP="00AE38C2">
      <w:pPr>
        <w:spacing w:after="0" w:line="240" w:lineRule="auto"/>
      </w:pPr>
      <w:r>
        <w:separator/>
      </w:r>
    </w:p>
  </w:endnote>
  <w:endnote w:type="continuationSeparator" w:id="0">
    <w:p w14:paraId="0215B40F" w14:textId="77777777" w:rsidR="00F25C25" w:rsidRDefault="00F25C25" w:rsidP="00AE3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EBF67" w14:textId="77777777" w:rsidR="00F25C25" w:rsidRDefault="00F25C25" w:rsidP="00AE38C2">
      <w:pPr>
        <w:spacing w:after="0" w:line="240" w:lineRule="auto"/>
      </w:pPr>
      <w:r>
        <w:separator/>
      </w:r>
    </w:p>
  </w:footnote>
  <w:footnote w:type="continuationSeparator" w:id="0">
    <w:p w14:paraId="3AB0F48D" w14:textId="77777777" w:rsidR="00F25C25" w:rsidRDefault="00F25C25" w:rsidP="00AE3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506575">
    <w:abstractNumId w:val="8"/>
  </w:num>
  <w:num w:numId="2" w16cid:durableId="1869833658">
    <w:abstractNumId w:val="6"/>
  </w:num>
  <w:num w:numId="3" w16cid:durableId="1233078903">
    <w:abstractNumId w:val="5"/>
  </w:num>
  <w:num w:numId="4" w16cid:durableId="1358576682">
    <w:abstractNumId w:val="4"/>
  </w:num>
  <w:num w:numId="5" w16cid:durableId="1807896675">
    <w:abstractNumId w:val="7"/>
  </w:num>
  <w:num w:numId="6" w16cid:durableId="21592231">
    <w:abstractNumId w:val="3"/>
  </w:num>
  <w:num w:numId="7" w16cid:durableId="1778404106">
    <w:abstractNumId w:val="2"/>
  </w:num>
  <w:num w:numId="8" w16cid:durableId="606811617">
    <w:abstractNumId w:val="1"/>
  </w:num>
  <w:num w:numId="9" w16cid:durableId="11098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6FA1"/>
    <w:rsid w:val="00034616"/>
    <w:rsid w:val="0006063C"/>
    <w:rsid w:val="0015074B"/>
    <w:rsid w:val="0029639D"/>
    <w:rsid w:val="00326F90"/>
    <w:rsid w:val="0060700F"/>
    <w:rsid w:val="009E6B60"/>
    <w:rsid w:val="00AA1D8D"/>
    <w:rsid w:val="00AE38C2"/>
    <w:rsid w:val="00B47730"/>
    <w:rsid w:val="00CB0664"/>
    <w:rsid w:val="00F25C2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E3B67F"/>
  <w14:defaultImageDpi w14:val="300"/>
  <w15:docId w15:val="{0469F82F-C491-4323-A4D9-C3C8E358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406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Campo de Instrução de Gericinó</cp:lastModifiedBy>
  <cp:revision>2</cp:revision>
  <dcterms:created xsi:type="dcterms:W3CDTF">2013-12-23T23:15:00Z</dcterms:created>
  <dcterms:modified xsi:type="dcterms:W3CDTF">2026-10-22T18:39:00Z</dcterms:modified>
  <cp:category/>
</cp:coreProperties>
</file>