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F25112F" w14:textId="253D84DD" w:rsidR="006F1F31" w:rsidRPr="006F1F31" w:rsidRDefault="006F1F31" w:rsidP="006F1F31">
      <w:pPr>
        <w:pStyle w:val="Ttulo1"/>
        <w:jc w:val="center"/>
        <w:rPr>
          <w:b w:val="0"/>
          <w:color w:val="auto"/>
          <w:lang w:val="pt-BR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6F1F31">
        <w:rPr>
          <w:b w:val="0"/>
          <w:color w:val="auto"/>
          <w:lang w:val="pt-BR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ANEXO </w:t>
      </w:r>
      <w:r w:rsidR="00F6702D">
        <w:rPr>
          <w:b w:val="0"/>
          <w:color w:val="auto"/>
          <w:lang w:val="pt-BR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C</w:t>
      </w:r>
    </w:p>
    <w:p w14:paraId="0B7DF279" w14:textId="77777777" w:rsidR="00B1275C" w:rsidRPr="006F1F31" w:rsidRDefault="00D9169D">
      <w:pPr>
        <w:pStyle w:val="Ttulo1"/>
        <w:rPr>
          <w:color w:val="auto"/>
          <w:lang w:val="pt-BR"/>
        </w:rPr>
      </w:pPr>
      <w:r w:rsidRPr="006F1F31">
        <w:rPr>
          <w:color w:val="auto"/>
          <w:lang w:val="pt-BR"/>
        </w:rPr>
        <w:t>TERMO DE CIÊNCIA</w:t>
      </w:r>
    </w:p>
    <w:p w14:paraId="79CBCBF2" w14:textId="77777777" w:rsidR="00B1275C" w:rsidRPr="006F1F31" w:rsidRDefault="00D9169D">
      <w:pPr>
        <w:pStyle w:val="Ttulo2"/>
        <w:rPr>
          <w:color w:val="auto"/>
          <w:lang w:val="pt-BR"/>
        </w:rPr>
      </w:pPr>
      <w:r w:rsidRPr="006F1F31">
        <w:rPr>
          <w:color w:val="auto"/>
          <w:lang w:val="pt-BR"/>
        </w:rPr>
        <w:t>INTRODUÇÃO</w:t>
      </w:r>
    </w:p>
    <w:p w14:paraId="1A5BEFC7" w14:textId="77777777" w:rsidR="00B1275C" w:rsidRPr="006F1F31" w:rsidRDefault="00D9169D" w:rsidP="006F1F31">
      <w:pPr>
        <w:jc w:val="both"/>
        <w:rPr>
          <w:lang w:val="pt-BR"/>
        </w:rPr>
      </w:pPr>
      <w:r w:rsidRPr="006F1F31">
        <w:rPr>
          <w:lang w:val="pt-BR"/>
        </w:rPr>
        <w:t>O Termo de Ciência visa obter o comprometimento formal dos empregados da contratada diretamente envolvidos na contratação quanto ao conhecimento da declaração de manutenção de sigilo e das normas de segurança vigentes no Órgão/Entidade.</w:t>
      </w:r>
      <w:r w:rsidRPr="006F1F31">
        <w:rPr>
          <w:lang w:val="pt-BR"/>
        </w:rPr>
        <w:br/>
      </w:r>
      <w:r w:rsidRPr="006F1F31">
        <w:rPr>
          <w:lang w:val="pt-BR"/>
        </w:rPr>
        <w:br/>
        <w:t>No caso de substituição ou inclusão de empregados da contratada, o preposto deverá entregar ao Fiscal Administrativo do Contrato os Termos de Ciência assinados pelos novos empregados envolvidos na execução dos serviços contratados.</w:t>
      </w:r>
      <w:r w:rsidRPr="006F1F31">
        <w:rPr>
          <w:lang w:val="pt-BR"/>
        </w:rPr>
        <w:br/>
      </w:r>
      <w:r w:rsidRPr="006F1F31">
        <w:rPr>
          <w:lang w:val="pt-BR"/>
        </w:rPr>
        <w:br/>
      </w:r>
      <w:r w:rsidRPr="006F1F31">
        <w:rPr>
          <w:lang w:val="pt-BR"/>
        </w:rPr>
        <w:t>Referência: Art. 18, Inciso V, alínea “b” da IN SGD/ME nº 1/2019.</w:t>
      </w:r>
    </w:p>
    <w:p w14:paraId="0B17FE6B" w14:textId="3288020C" w:rsidR="006F1F31" w:rsidRPr="006F1F31" w:rsidRDefault="00D9169D" w:rsidP="006F1F31">
      <w:pPr>
        <w:pStyle w:val="Ttulo2"/>
        <w:rPr>
          <w:color w:val="auto"/>
          <w:lang w:val="pt-BR"/>
        </w:rPr>
      </w:pPr>
      <w:r w:rsidRPr="006F1F31">
        <w:rPr>
          <w:color w:val="auto"/>
          <w:lang w:val="pt-BR"/>
        </w:rPr>
        <w:t>1 – IDENTIFICAÇÃO</w:t>
      </w:r>
    </w:p>
    <w:p w14:paraId="2F046C52" w14:textId="77777777" w:rsidR="00B1275C" w:rsidRPr="006F1F31" w:rsidRDefault="00D9169D">
      <w:pPr>
        <w:rPr>
          <w:lang w:val="pt-BR"/>
        </w:rPr>
      </w:pPr>
      <w:r w:rsidRPr="006F1F31">
        <w:rPr>
          <w:lang w:val="pt-BR"/>
        </w:rPr>
        <w:t xml:space="preserve">CONTRATO Nº: </w:t>
      </w:r>
      <w:proofErr w:type="spellStart"/>
      <w:r w:rsidRPr="006F1F31">
        <w:rPr>
          <w:lang w:val="pt-BR"/>
        </w:rPr>
        <w:t>xxxx</w:t>
      </w:r>
      <w:proofErr w:type="spellEnd"/>
      <w:r w:rsidRPr="006F1F31">
        <w:rPr>
          <w:lang w:val="pt-BR"/>
        </w:rPr>
        <w:t>/</w:t>
      </w:r>
      <w:proofErr w:type="spellStart"/>
      <w:r w:rsidRPr="006F1F31">
        <w:rPr>
          <w:lang w:val="pt-BR"/>
        </w:rPr>
        <w:t>aaaa</w:t>
      </w:r>
      <w:proofErr w:type="spellEnd"/>
    </w:p>
    <w:p w14:paraId="57BC5F07" w14:textId="77777777" w:rsidR="00B1275C" w:rsidRPr="006F1F31" w:rsidRDefault="00D9169D">
      <w:pPr>
        <w:rPr>
          <w:lang w:val="pt-BR"/>
        </w:rPr>
      </w:pPr>
      <w:r w:rsidRPr="006F1F31">
        <w:rPr>
          <w:lang w:val="pt-BR"/>
        </w:rPr>
        <w:t>OBJETO: &lt;objeto do contrato&gt;</w:t>
      </w:r>
    </w:p>
    <w:p w14:paraId="70967631" w14:textId="77777777" w:rsidR="00B1275C" w:rsidRPr="006F1F31" w:rsidRDefault="00D9169D">
      <w:pPr>
        <w:rPr>
          <w:lang w:val="pt-BR"/>
        </w:rPr>
      </w:pPr>
      <w:r w:rsidRPr="006F1F31">
        <w:rPr>
          <w:lang w:val="pt-BR"/>
        </w:rPr>
        <w:t xml:space="preserve">CONTRATADA: &lt;nome da contratada&gt;   CNPJ: </w:t>
      </w:r>
      <w:proofErr w:type="spellStart"/>
      <w:r w:rsidRPr="006F1F31">
        <w:rPr>
          <w:lang w:val="pt-BR"/>
        </w:rPr>
        <w:t>xxxxxxxxxxxx</w:t>
      </w:r>
      <w:proofErr w:type="spellEnd"/>
    </w:p>
    <w:p w14:paraId="57413028" w14:textId="77777777" w:rsidR="00B1275C" w:rsidRPr="006F1F31" w:rsidRDefault="00D9169D">
      <w:pPr>
        <w:rPr>
          <w:lang w:val="pt-BR"/>
        </w:rPr>
      </w:pPr>
      <w:r w:rsidRPr="006F1F31">
        <w:rPr>
          <w:lang w:val="pt-BR"/>
        </w:rPr>
        <w:t>PREPOSTO: &lt;Nome do Preposto da Contratada&gt;</w:t>
      </w:r>
    </w:p>
    <w:p w14:paraId="7AE16032" w14:textId="77777777" w:rsidR="00B1275C" w:rsidRPr="006F1F31" w:rsidRDefault="00D9169D">
      <w:pPr>
        <w:rPr>
          <w:lang w:val="pt-BR"/>
        </w:rPr>
      </w:pPr>
      <w:r w:rsidRPr="006F1F31">
        <w:rPr>
          <w:lang w:val="pt-BR"/>
        </w:rPr>
        <w:t xml:space="preserve">GESTOR DO CONTRATO: &lt;Nome do Gestor do Contrato&gt;   MATR.: </w:t>
      </w:r>
      <w:proofErr w:type="spellStart"/>
      <w:r w:rsidRPr="006F1F31">
        <w:rPr>
          <w:lang w:val="pt-BR"/>
        </w:rPr>
        <w:t>xxxxxxxxxxxxx</w:t>
      </w:r>
      <w:proofErr w:type="spellEnd"/>
    </w:p>
    <w:p w14:paraId="33344D0F" w14:textId="77777777" w:rsidR="00B1275C" w:rsidRPr="006F1F31" w:rsidRDefault="00D9169D">
      <w:pPr>
        <w:pStyle w:val="Ttulo2"/>
        <w:rPr>
          <w:color w:val="auto"/>
          <w:lang w:val="pt-BR"/>
        </w:rPr>
      </w:pPr>
      <w:r w:rsidRPr="006F1F31">
        <w:rPr>
          <w:color w:val="auto"/>
          <w:lang w:val="pt-BR"/>
        </w:rPr>
        <w:t>2 – CIÊNCIA</w:t>
      </w:r>
    </w:p>
    <w:p w14:paraId="787D0BB1" w14:textId="77777777" w:rsidR="00B1275C" w:rsidRDefault="00D9169D">
      <w:pPr>
        <w:rPr>
          <w:lang w:val="pt-BR"/>
        </w:rPr>
      </w:pPr>
      <w:r w:rsidRPr="006F1F31">
        <w:rPr>
          <w:lang w:val="pt-BR"/>
        </w:rPr>
        <w:t>Por este instrumento, os funcionários abaixo identificados declaram ter ciência e conhecer o inteiro teor do Termo de Compromisso de Manutenção de Sigilo e as normas de segurança vigentes da Contratante.</w:t>
      </w:r>
    </w:p>
    <w:p w14:paraId="30A77231" w14:textId="77777777" w:rsidR="006F1F31" w:rsidRPr="006F1F31" w:rsidRDefault="006F1F31">
      <w:pPr>
        <w:rPr>
          <w:lang w:val="pt-BR"/>
        </w:rPr>
      </w:pPr>
    </w:p>
    <w:p w14:paraId="70367DEF" w14:textId="77777777" w:rsidR="00B1275C" w:rsidRPr="006F1F31" w:rsidRDefault="00D9169D">
      <w:pPr>
        <w:pStyle w:val="Ttulo3"/>
        <w:rPr>
          <w:color w:val="auto"/>
        </w:rPr>
      </w:pPr>
      <w:r w:rsidRPr="006F1F31">
        <w:rPr>
          <w:color w:val="auto"/>
        </w:rPr>
        <w:t>FUNCIONÁRIOS DA CONTRATADA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880"/>
        <w:gridCol w:w="2880"/>
        <w:gridCol w:w="2880"/>
      </w:tblGrid>
      <w:tr w:rsidR="00B1275C" w14:paraId="0C9B25EA" w14:textId="77777777">
        <w:tc>
          <w:tcPr>
            <w:tcW w:w="2880" w:type="dxa"/>
          </w:tcPr>
          <w:p w14:paraId="758A24BE" w14:textId="77777777" w:rsidR="00B1275C" w:rsidRDefault="00D9169D">
            <w:r>
              <w:t>NOME</w:t>
            </w:r>
          </w:p>
        </w:tc>
        <w:tc>
          <w:tcPr>
            <w:tcW w:w="2880" w:type="dxa"/>
          </w:tcPr>
          <w:p w14:paraId="4FB09505" w14:textId="77777777" w:rsidR="00B1275C" w:rsidRDefault="00D9169D">
            <w:r>
              <w:t>MATRÍCULA</w:t>
            </w:r>
          </w:p>
        </w:tc>
        <w:tc>
          <w:tcPr>
            <w:tcW w:w="2880" w:type="dxa"/>
          </w:tcPr>
          <w:p w14:paraId="4451AE5E" w14:textId="77777777" w:rsidR="00B1275C" w:rsidRDefault="00D9169D">
            <w:r>
              <w:t>ASSINATURA</w:t>
            </w:r>
          </w:p>
        </w:tc>
      </w:tr>
      <w:tr w:rsidR="00B1275C" w14:paraId="46C645E1" w14:textId="77777777">
        <w:tc>
          <w:tcPr>
            <w:tcW w:w="2880" w:type="dxa"/>
          </w:tcPr>
          <w:p w14:paraId="370A4CB6" w14:textId="77777777" w:rsidR="00B1275C" w:rsidRPr="006F1F31" w:rsidRDefault="00D9169D">
            <w:pPr>
              <w:rPr>
                <w:lang w:val="pt-BR"/>
              </w:rPr>
            </w:pPr>
            <w:r w:rsidRPr="006F1F31">
              <w:rPr>
                <w:lang w:val="pt-BR"/>
              </w:rPr>
              <w:lastRenderedPageBreak/>
              <w:t>&lt;Nome do(a) Funcionário(a)&gt;</w:t>
            </w:r>
          </w:p>
        </w:tc>
        <w:tc>
          <w:tcPr>
            <w:tcW w:w="2880" w:type="dxa"/>
          </w:tcPr>
          <w:p w14:paraId="212DBFA1" w14:textId="77777777" w:rsidR="00B1275C" w:rsidRDefault="00D9169D">
            <w:r>
              <w:t>&lt;</w:t>
            </w:r>
            <w:proofErr w:type="spellStart"/>
            <w:r>
              <w:t>xxxxxxxxxx</w:t>
            </w:r>
            <w:proofErr w:type="spellEnd"/>
            <w:r>
              <w:t>&gt;</w:t>
            </w:r>
          </w:p>
        </w:tc>
        <w:tc>
          <w:tcPr>
            <w:tcW w:w="2880" w:type="dxa"/>
          </w:tcPr>
          <w:p w14:paraId="731D5156" w14:textId="77777777" w:rsidR="00B1275C" w:rsidRDefault="00B1275C"/>
        </w:tc>
      </w:tr>
      <w:tr w:rsidR="00B1275C" w14:paraId="09DBDB26" w14:textId="77777777">
        <w:tc>
          <w:tcPr>
            <w:tcW w:w="2880" w:type="dxa"/>
          </w:tcPr>
          <w:p w14:paraId="3F73A979" w14:textId="77777777" w:rsidR="00B1275C" w:rsidRPr="006F1F31" w:rsidRDefault="00D9169D">
            <w:pPr>
              <w:rPr>
                <w:lang w:val="pt-BR"/>
              </w:rPr>
            </w:pPr>
            <w:r w:rsidRPr="006F1F31">
              <w:rPr>
                <w:lang w:val="pt-BR"/>
              </w:rPr>
              <w:t>&lt;Nome do(a) Funcionário(a)&gt;</w:t>
            </w:r>
          </w:p>
        </w:tc>
        <w:tc>
          <w:tcPr>
            <w:tcW w:w="2880" w:type="dxa"/>
          </w:tcPr>
          <w:p w14:paraId="53394D8A" w14:textId="77777777" w:rsidR="00B1275C" w:rsidRDefault="00D9169D">
            <w:r>
              <w:t>&lt;</w:t>
            </w:r>
            <w:proofErr w:type="spellStart"/>
            <w:r>
              <w:t>xxxxxxxxxx</w:t>
            </w:r>
            <w:proofErr w:type="spellEnd"/>
            <w:r>
              <w:t>&gt;</w:t>
            </w:r>
          </w:p>
        </w:tc>
        <w:tc>
          <w:tcPr>
            <w:tcW w:w="2880" w:type="dxa"/>
          </w:tcPr>
          <w:p w14:paraId="58608504" w14:textId="77777777" w:rsidR="00B1275C" w:rsidRDefault="00B1275C"/>
        </w:tc>
      </w:tr>
    </w:tbl>
    <w:p w14:paraId="5272FB79" w14:textId="71E4C581" w:rsidR="00B1275C" w:rsidRPr="006F1F31" w:rsidRDefault="00D9169D" w:rsidP="006F1F31">
      <w:pPr>
        <w:jc w:val="right"/>
        <w:rPr>
          <w:lang w:val="pt-BR"/>
        </w:rPr>
      </w:pPr>
      <w:r w:rsidRPr="006F1F31">
        <w:rPr>
          <w:lang w:val="pt-BR"/>
        </w:rPr>
        <w:br/>
      </w:r>
      <w:r w:rsidR="006F1F31">
        <w:rPr>
          <w:lang w:val="pt-BR"/>
        </w:rPr>
        <w:t>Rio de janeiro, XX de XXXX de 2026.</w:t>
      </w:r>
    </w:p>
    <w:sectPr w:rsidR="00B1275C" w:rsidRPr="006F1F31" w:rsidSect="00034616">
      <w:headerReference w:type="default" r:id="rId8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AC88C42" w14:textId="77777777" w:rsidR="00D9169D" w:rsidRDefault="00D9169D" w:rsidP="006F1F31">
      <w:pPr>
        <w:spacing w:after="0" w:line="240" w:lineRule="auto"/>
      </w:pPr>
      <w:r>
        <w:separator/>
      </w:r>
    </w:p>
  </w:endnote>
  <w:endnote w:type="continuationSeparator" w:id="0">
    <w:p w14:paraId="0B604ED8" w14:textId="77777777" w:rsidR="00D9169D" w:rsidRDefault="00D9169D" w:rsidP="006F1F3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56D1B46" w14:textId="77777777" w:rsidR="00D9169D" w:rsidRDefault="00D9169D" w:rsidP="006F1F31">
      <w:pPr>
        <w:spacing w:after="0" w:line="240" w:lineRule="auto"/>
      </w:pPr>
      <w:r>
        <w:separator/>
      </w:r>
    </w:p>
  </w:footnote>
  <w:footnote w:type="continuationSeparator" w:id="0">
    <w:p w14:paraId="1DB61B02" w14:textId="77777777" w:rsidR="00D9169D" w:rsidRDefault="00D9169D" w:rsidP="006F1F3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8B9469" w14:textId="1AB138E8" w:rsidR="006F1F31" w:rsidRDefault="006F1F31" w:rsidP="006F1F31">
    <w:pPr>
      <w:spacing w:line="240" w:lineRule="auto"/>
      <w:jc w:val="center"/>
      <w:rPr>
        <w:rFonts w:ascii="Arial" w:eastAsia="Arial" w:hAnsi="Arial" w:cs="Arial"/>
        <w:sz w:val="18"/>
        <w:szCs w:val="18"/>
        <w:lang w:val="pt-BR"/>
      </w:rPr>
    </w:pPr>
    <w:r>
      <w:rPr>
        <w:rStyle w:val="Fontepargpadro2"/>
        <w:noProof/>
        <w:lang w:eastAsia="pt-BR"/>
      </w:rPr>
      <w:drawing>
        <wp:inline distT="0" distB="0" distL="0" distR="0" wp14:anchorId="24793B5E" wp14:editId="5D6C316E">
          <wp:extent cx="731520" cy="731520"/>
          <wp:effectExtent l="0" t="0" r="0" b="0"/>
          <wp:docPr id="50169127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31520" cy="731520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  <w:p w14:paraId="57095926" w14:textId="77777777" w:rsidR="006F1F31" w:rsidRDefault="006F1F31" w:rsidP="006F1F31">
    <w:pPr>
      <w:spacing w:line="240" w:lineRule="auto"/>
      <w:jc w:val="center"/>
      <w:rPr>
        <w:rFonts w:ascii="Arial" w:eastAsia="Arial" w:hAnsi="Arial" w:cs="Arial"/>
        <w:sz w:val="18"/>
        <w:szCs w:val="18"/>
        <w:lang w:val="pt-BR"/>
      </w:rPr>
    </w:pPr>
  </w:p>
  <w:p w14:paraId="3F2FC5B0" w14:textId="46360B53" w:rsidR="006F1F31" w:rsidRPr="006F1F31" w:rsidRDefault="006F1F31" w:rsidP="006F1F31">
    <w:pPr>
      <w:spacing w:line="240" w:lineRule="auto"/>
      <w:jc w:val="center"/>
      <w:rPr>
        <w:rFonts w:ascii="Arial" w:eastAsia="Arial" w:hAnsi="Arial" w:cs="Arial"/>
        <w:sz w:val="18"/>
        <w:szCs w:val="18"/>
        <w:lang w:val="pt-BR"/>
      </w:rPr>
    </w:pPr>
    <w:r w:rsidRPr="006F1F31">
      <w:rPr>
        <w:rFonts w:ascii="Arial" w:eastAsia="Arial" w:hAnsi="Arial" w:cs="Arial"/>
        <w:sz w:val="18"/>
        <w:szCs w:val="18"/>
        <w:lang w:val="pt-BR"/>
      </w:rPr>
      <w:t>MARINHA DO BRASIL</w:t>
    </w:r>
  </w:p>
  <w:p w14:paraId="795665B8" w14:textId="0AD3455C" w:rsidR="006F1F31" w:rsidRPr="006F1F31" w:rsidRDefault="006F1F31" w:rsidP="00F6702D">
    <w:pPr>
      <w:spacing w:line="240" w:lineRule="auto"/>
      <w:jc w:val="center"/>
      <w:rPr>
        <w:lang w:val="pt-BR"/>
      </w:rPr>
    </w:pPr>
    <w:r w:rsidRPr="006F1F31">
      <w:rPr>
        <w:rFonts w:ascii="Arial" w:eastAsia="Arial" w:hAnsi="Arial" w:cs="Arial"/>
        <w:sz w:val="18"/>
        <w:szCs w:val="18"/>
        <w:lang w:val="pt-BR"/>
      </w:rPr>
      <w:t xml:space="preserve">CENTRO DE DISTRIBUIÇÃO DE UNIFORMES </w:t>
    </w:r>
    <w:r w:rsidR="00F6702D">
      <w:rPr>
        <w:rFonts w:ascii="Arial" w:eastAsia="Arial" w:hAnsi="Arial" w:cs="Arial"/>
        <w:sz w:val="18"/>
        <w:szCs w:val="18"/>
        <w:lang w:val="pt-BR"/>
      </w:rPr>
      <w:t>DO COMANDO DO 1º DISTRITO NAVAL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Numerada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Numerada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Commarcadores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Commarcadores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Numerad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1335911361">
    <w:abstractNumId w:val="8"/>
  </w:num>
  <w:num w:numId="2" w16cid:durableId="1332831654">
    <w:abstractNumId w:val="6"/>
  </w:num>
  <w:num w:numId="3" w16cid:durableId="291980236">
    <w:abstractNumId w:val="5"/>
  </w:num>
  <w:num w:numId="4" w16cid:durableId="882211549">
    <w:abstractNumId w:val="4"/>
  </w:num>
  <w:num w:numId="5" w16cid:durableId="2084596789">
    <w:abstractNumId w:val="7"/>
  </w:num>
  <w:num w:numId="6" w16cid:durableId="855075927">
    <w:abstractNumId w:val="3"/>
  </w:num>
  <w:num w:numId="7" w16cid:durableId="448552898">
    <w:abstractNumId w:val="2"/>
  </w:num>
  <w:num w:numId="8" w16cid:durableId="1596744104">
    <w:abstractNumId w:val="1"/>
  </w:num>
  <w:num w:numId="9" w16cid:durableId="36903604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47730"/>
    <w:rsid w:val="00034616"/>
    <w:rsid w:val="0006063C"/>
    <w:rsid w:val="0015074B"/>
    <w:rsid w:val="0029639D"/>
    <w:rsid w:val="002E75A0"/>
    <w:rsid w:val="00326F90"/>
    <w:rsid w:val="006F1F31"/>
    <w:rsid w:val="00737BE3"/>
    <w:rsid w:val="00AA1D8D"/>
    <w:rsid w:val="00B1275C"/>
    <w:rsid w:val="00B47730"/>
    <w:rsid w:val="00B51CCB"/>
    <w:rsid w:val="00B53DD4"/>
    <w:rsid w:val="00C41F16"/>
    <w:rsid w:val="00CB0664"/>
    <w:rsid w:val="00D9169D"/>
    <w:rsid w:val="00F6702D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9C778E8"/>
  <w14:defaultImageDpi w14:val="300"/>
  <w15:docId w15:val="{1A750EBB-7B39-40B8-A3EE-4A1BE68B64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</w:style>
  <w:style w:type="paragraph" w:styleId="Ttulo1">
    <w:name w:val="heading 1"/>
    <w:basedOn w:val="Normal"/>
    <w:next w:val="Normal"/>
    <w:link w:val="Ttulo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E618BF"/>
  </w:style>
  <w:style w:type="paragraph" w:styleId="Rodap">
    <w:name w:val="footer"/>
    <w:basedOn w:val="Normal"/>
    <w:link w:val="Rodap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E618BF"/>
  </w:style>
  <w:style w:type="paragraph" w:styleId="SemEspaamento">
    <w:name w:val="No Spacing"/>
    <w:uiPriority w:val="1"/>
    <w:qFormat/>
    <w:rsid w:val="00FC693F"/>
    <w:pPr>
      <w:spacing w:after="0" w:line="240" w:lineRule="auto"/>
    </w:pPr>
  </w:style>
  <w:style w:type="character" w:customStyle="1" w:styleId="Ttulo1Char">
    <w:name w:val="Título 1 Char"/>
    <w:basedOn w:val="Fontepargpadro"/>
    <w:link w:val="Ttulo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tulo2Char">
    <w:name w:val="Título 2 Char"/>
    <w:basedOn w:val="Fontepargpadro"/>
    <w:link w:val="Ttulo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">
    <w:name w:val="Title"/>
    <w:basedOn w:val="Normal"/>
    <w:next w:val="Normal"/>
    <w:link w:val="Ttulo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tulo">
    <w:name w:val="Subtitle"/>
    <w:basedOn w:val="Normal"/>
    <w:next w:val="Normal"/>
    <w:link w:val="Subttulo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tuloChar">
    <w:name w:val="Subtítulo Char"/>
    <w:basedOn w:val="Fontepargpadro"/>
    <w:link w:val="Subttulo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PargrafodaLista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Corpodetexto">
    <w:name w:val="Body Text"/>
    <w:basedOn w:val="Normal"/>
    <w:link w:val="CorpodetextoChar"/>
    <w:uiPriority w:val="99"/>
    <w:unhideWhenUsed/>
    <w:rsid w:val="00AA1D8D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AA1D8D"/>
  </w:style>
  <w:style w:type="paragraph" w:styleId="Corpodetexto2">
    <w:name w:val="Body Text 2"/>
    <w:basedOn w:val="Normal"/>
    <w:link w:val="Corpodetexto2Char"/>
    <w:uiPriority w:val="99"/>
    <w:unhideWhenUsed/>
    <w:rsid w:val="00AA1D8D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AA1D8D"/>
  </w:style>
  <w:style w:type="paragraph" w:styleId="Corpodetexto3">
    <w:name w:val="Body Text 3"/>
    <w:basedOn w:val="Normal"/>
    <w:link w:val="Corpodetexto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AA1D8D"/>
    <w:rPr>
      <w:sz w:val="16"/>
      <w:szCs w:val="16"/>
    </w:rPr>
  </w:style>
  <w:style w:type="paragraph" w:styleId="Lista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a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a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Commarcadores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Commarcadores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Commarcadores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Numerada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Numerada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Numerada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adecontinuao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adecontinuao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adecontinuao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Textodemacro">
    <w:name w:val="macro"/>
    <w:link w:val="Textodemacro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TextodemacroChar">
    <w:name w:val="Texto de macro Char"/>
    <w:basedOn w:val="Fontepargpadro"/>
    <w:link w:val="Textodemacro"/>
    <w:uiPriority w:val="99"/>
    <w:rsid w:val="0029639D"/>
    <w:rPr>
      <w:rFonts w:ascii="Courier" w:hAnsi="Courier"/>
      <w:sz w:val="20"/>
      <w:szCs w:val="20"/>
    </w:rPr>
  </w:style>
  <w:style w:type="paragraph" w:styleId="Citao">
    <w:name w:val="Quote"/>
    <w:basedOn w:val="Normal"/>
    <w:next w:val="Normal"/>
    <w:link w:val="CitaoChar"/>
    <w:uiPriority w:val="29"/>
    <w:qFormat/>
    <w:rsid w:val="00FC693F"/>
    <w:rPr>
      <w:i/>
      <w:iCs/>
      <w:color w:val="000000" w:themeColor="text1"/>
    </w:rPr>
  </w:style>
  <w:style w:type="character" w:customStyle="1" w:styleId="CitaoChar">
    <w:name w:val="Citação Char"/>
    <w:basedOn w:val="Fontepargpadro"/>
    <w:link w:val="Citao"/>
    <w:uiPriority w:val="29"/>
    <w:rsid w:val="00FC693F"/>
    <w:rPr>
      <w:i/>
      <w:iCs/>
      <w:color w:val="000000" w:themeColor="text1"/>
    </w:rPr>
  </w:style>
  <w:style w:type="character" w:customStyle="1" w:styleId="Ttulo4Char">
    <w:name w:val="Título 4 Char"/>
    <w:basedOn w:val="Fontepargpadro"/>
    <w:link w:val="Ttulo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har">
    <w:name w:val="Título 5 Char"/>
    <w:basedOn w:val="Fontepargpadro"/>
    <w:link w:val="Ttulo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har">
    <w:name w:val="Título 7 Char"/>
    <w:basedOn w:val="Fontepargpadro"/>
    <w:link w:val="Ttulo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har">
    <w:name w:val="Título 8 Char"/>
    <w:basedOn w:val="Fontepargpadro"/>
    <w:link w:val="Ttulo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Ttulo9Char">
    <w:name w:val="Título 9 Char"/>
    <w:basedOn w:val="Fontepargpadro"/>
    <w:link w:val="Ttulo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Legenda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Forte">
    <w:name w:val="Strong"/>
    <w:basedOn w:val="Fontepargpadro"/>
    <w:uiPriority w:val="22"/>
    <w:qFormat/>
    <w:rsid w:val="00FC693F"/>
    <w:rPr>
      <w:b/>
      <w:bCs/>
    </w:rPr>
  </w:style>
  <w:style w:type="character" w:styleId="nfase">
    <w:name w:val="Emphasis"/>
    <w:basedOn w:val="Fontepargpadro"/>
    <w:uiPriority w:val="20"/>
    <w:qFormat/>
    <w:rsid w:val="00FC693F"/>
    <w:rPr>
      <w:i/>
      <w:iCs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FC693F"/>
    <w:rPr>
      <w:b/>
      <w:bCs/>
      <w:i/>
      <w:iCs/>
      <w:color w:val="4F81BD" w:themeColor="accent1"/>
    </w:rPr>
  </w:style>
  <w:style w:type="character" w:styleId="nfaseSutil">
    <w:name w:val="Subtle Emphasis"/>
    <w:basedOn w:val="Fontepargpadro"/>
    <w:uiPriority w:val="19"/>
    <w:qFormat/>
    <w:rsid w:val="00FC693F"/>
    <w:rPr>
      <w:i/>
      <w:iCs/>
      <w:color w:val="808080" w:themeColor="text1" w:themeTint="7F"/>
    </w:rPr>
  </w:style>
  <w:style w:type="character" w:styleId="nfaseIntensa">
    <w:name w:val="Intense Emphasis"/>
    <w:basedOn w:val="Fontepargpadro"/>
    <w:uiPriority w:val="21"/>
    <w:qFormat/>
    <w:rsid w:val="00FC693F"/>
    <w:rPr>
      <w:b/>
      <w:bCs/>
      <w:i/>
      <w:iCs/>
      <w:color w:val="4F81BD" w:themeColor="accent1"/>
    </w:rPr>
  </w:style>
  <w:style w:type="character" w:styleId="RefernciaSutil">
    <w:name w:val="Subtle Reference"/>
    <w:basedOn w:val="Fontepargpadro"/>
    <w:uiPriority w:val="31"/>
    <w:qFormat/>
    <w:rsid w:val="00FC693F"/>
    <w:rPr>
      <w:smallCaps/>
      <w:color w:val="C0504D" w:themeColor="accent2"/>
      <w:u w:val="single"/>
    </w:rPr>
  </w:style>
  <w:style w:type="character" w:styleId="RefernciaIntensa">
    <w:name w:val="Intense Reference"/>
    <w:basedOn w:val="Fontepargpadro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TtulodoLivro">
    <w:name w:val="Book Title"/>
    <w:basedOn w:val="Fontepargpadro"/>
    <w:uiPriority w:val="33"/>
    <w:qFormat/>
    <w:rsid w:val="00FC693F"/>
    <w:rPr>
      <w:b/>
      <w:bCs/>
      <w:smallCaps/>
      <w:spacing w:val="5"/>
    </w:rPr>
  </w:style>
  <w:style w:type="paragraph" w:styleId="CabealhodoSumrio">
    <w:name w:val="TOC Heading"/>
    <w:basedOn w:val="Ttulo1"/>
    <w:next w:val="Normal"/>
    <w:uiPriority w:val="39"/>
    <w:semiHidden/>
    <w:unhideWhenUsed/>
    <w:qFormat/>
    <w:rsid w:val="00FC693F"/>
    <w:pPr>
      <w:outlineLvl w:val="9"/>
    </w:pPr>
  </w:style>
  <w:style w:type="table" w:styleId="Tabelacomgrade">
    <w:name w:val="Table Grid"/>
    <w:basedOn w:val="Tabela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SombreamentoClaro">
    <w:name w:val="Light Shading"/>
    <w:basedOn w:val="Tabela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SombreamentoClaro-nfase1">
    <w:name w:val="Light Shading Accent 1"/>
    <w:basedOn w:val="Tabela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SombreamentoClaro-nfase2">
    <w:name w:val="Light Shading Accent 2"/>
    <w:basedOn w:val="Tabela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SombreamentoClaro-nfase3">
    <w:name w:val="Light Shading Accent 3"/>
    <w:basedOn w:val="Tabela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SombreamentoClaro-nfase4">
    <w:name w:val="Light Shading Accent 4"/>
    <w:basedOn w:val="Tabela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SombreamentoClaro-nfase5">
    <w:name w:val="Light Shading Accent 5"/>
    <w:basedOn w:val="Tabela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SombreamentoClaro-nfase6">
    <w:name w:val="Light Shading Accent 6"/>
    <w:basedOn w:val="Tabela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staClara">
    <w:name w:val="Light List"/>
    <w:basedOn w:val="Tabela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staClara-nfase1">
    <w:name w:val="Light List Accent 1"/>
    <w:basedOn w:val="Tabela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staClara-nfase2">
    <w:name w:val="Light List Accent 2"/>
    <w:basedOn w:val="Tabe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staClara-nfase3">
    <w:name w:val="Light List Accent 3"/>
    <w:basedOn w:val="Tabe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staClara-nfase4">
    <w:name w:val="Light List Accent 4"/>
    <w:basedOn w:val="Tabe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staClara-nfase5">
    <w:name w:val="Light List Accent 5"/>
    <w:basedOn w:val="Tabe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staClara-nfase6">
    <w:name w:val="Light List Accent 6"/>
    <w:basedOn w:val="Tabe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GradeClara">
    <w:name w:val="Light Grid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GradeClara-nfase1">
    <w:name w:val="Light Grid Accent 1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GradeClara-nfase2">
    <w:name w:val="Light Grid Accent 2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GradeClara-nfase3">
    <w:name w:val="Light Grid Accent 3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GradeClara-nfase4">
    <w:name w:val="Light Grid Accent 4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GradeClara-nfase5">
    <w:name w:val="Light Grid Accent 5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GradeClara-nfase6">
    <w:name w:val="Light Grid Accent 6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SombreamentoMdio1">
    <w:name w:val="Medium Shading 1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1">
    <w:name w:val="Medium Shading 1 Accent 1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2">
    <w:name w:val="Medium Shading 1 Accent 2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3">
    <w:name w:val="Medium Shading 1 Accent 3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4">
    <w:name w:val="Medium Shading 1 Accent 4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5">
    <w:name w:val="Medium Shading 1 Accent 5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6">
    <w:name w:val="Medium Shading 1 Accent 6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2">
    <w:name w:val="Medium Shading 2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1">
    <w:name w:val="Medium Shading 2 Accent 1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2">
    <w:name w:val="Medium Shading 2 Accent 2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3">
    <w:name w:val="Medium Shading 2 Accent 3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4">
    <w:name w:val="Medium Shading 2 Accent 4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5">
    <w:name w:val="Medium Shading 2 Accent 5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6">
    <w:name w:val="Medium Shading 2 Accent 6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ListaMdia1">
    <w:name w:val="Medium List 1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ListaMdia1-nfase1">
    <w:name w:val="Medium List 1 Accent 1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ListaMdia1-nfase2">
    <w:name w:val="Medium List 1 Accent 2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ListaMdia1-nfase3">
    <w:name w:val="Medium List 1 Accent 3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ListaMdia1-nfase4">
    <w:name w:val="Medium List 1 Accent 4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ListaMdia1-nfase5">
    <w:name w:val="Medium List 1 Accent 5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ListaMdia1-nfase6">
    <w:name w:val="Medium List 1 Accent 6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ListaMdia2">
    <w:name w:val="Medium List 2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1">
    <w:name w:val="Medium List 2 Accent 1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2">
    <w:name w:val="Medium List 2 Accent 2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3">
    <w:name w:val="Medium List 2 Accent 3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4">
    <w:name w:val="Medium List 2 Accent 4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5">
    <w:name w:val="Medium List 2 Accent 5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6">
    <w:name w:val="Medium List 2 Accent 6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GradeMdia1">
    <w:name w:val="Medium Grid 1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GradeMdia1-nfase1">
    <w:name w:val="Medium Grid 1 Accent 1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GradeMdia1-nfase2">
    <w:name w:val="Medium Grid 1 Accent 2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GradeMdia1-nfase3">
    <w:name w:val="Medium Grid 1 Accent 3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GradeMdia1-nfase4">
    <w:name w:val="Medium Grid 1 Accent 4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GradeMdia1-nfase5">
    <w:name w:val="Medium Grid 1 Accent 5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GradeMdia1-nfase6">
    <w:name w:val="Medium Grid 1 Accent 6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GradeMdia2">
    <w:name w:val="Medium Grid 2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1">
    <w:name w:val="Medium Grid 2 Accent 1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2">
    <w:name w:val="Medium Grid 2 Accent 2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3">
    <w:name w:val="Medium Grid 2 Accent 3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4">
    <w:name w:val="Medium Grid 2 Accent 4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5">
    <w:name w:val="Medium Grid 2 Accent 5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6">
    <w:name w:val="Medium Grid 2 Accent 6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3">
    <w:name w:val="Medium Grid 3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GradeMdia3-nfase1">
    <w:name w:val="Medium Grid 3 Accent 1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GradeMdia3-nfase2">
    <w:name w:val="Medium Grid 3 Accent 2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GradeMdia3-nfase3">
    <w:name w:val="Medium Grid 3 Accent 3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GradeMdia3-nfase4">
    <w:name w:val="Medium Grid 3 Accent 4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GradeMdia3-nfase5">
    <w:name w:val="Medium Grid 3 Accent 5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GradeMdia3-nfase6">
    <w:name w:val="Medium Grid 3 Accent 6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ListaEscura">
    <w:name w:val="Dark List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ListaEscura-nfase1">
    <w:name w:val="Dark List Accent 1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ListaEscura-nfase2">
    <w:name w:val="Dark List Accent 2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ListaEscura-nfase3">
    <w:name w:val="Dark List Accent 3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ListaEscura-nfase4">
    <w:name w:val="Dark List Accent 4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ListaEscura-nfase5">
    <w:name w:val="Dark List Accent 5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ListaEscura-nfase6">
    <w:name w:val="Dark List Accent 6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SombreamentoColorido">
    <w:name w:val="Colorful Shading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mentoEscuro-nfase1">
    <w:name w:val="Colorful Shading Accent 1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mentoColorido-nfase2">
    <w:name w:val="Colorful Shading Accent 2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mentoColorido-nfase3">
    <w:name w:val="Colorful Shading Accent 3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SombreamentoColorido-nfase4">
    <w:name w:val="Colorful Shading Accent 4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mentoColorido-nfase5">
    <w:name w:val="Colorful Shading Accent 5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mentoColorido-nfase6">
    <w:name w:val="Colorful Shading Accent 6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ListaColorida">
    <w:name w:val="Colorful List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aColorida-nfase1">
    <w:name w:val="Colorful List Accent 1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ListaColorida-nfase2">
    <w:name w:val="Colorful List Accent 2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ListaColorida-nfase3">
    <w:name w:val="Colorful List Accent 3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ListaColorida-nfase4">
    <w:name w:val="Colorful List Accent 4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ListaColorida-nfase5">
    <w:name w:val="Colorful List Accent 5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ListaColorida-nfase6">
    <w:name w:val="Colorful List Accent 6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GradeColorida">
    <w:name w:val="Colorful Grid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GradeColorida-nfase1">
    <w:name w:val="Colorful Grid Accent 1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GradeColorida-nfase2">
    <w:name w:val="Colorful Grid Accent 2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GradeColorida-nfase3">
    <w:name w:val="Colorful Grid Accent 3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GradeColorida-nfase4">
    <w:name w:val="Colorful Grid Accent 4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GradeColorida-nfase5">
    <w:name w:val="Colorful Grid Accent 5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GradeColorida-nfase6">
    <w:name w:val="Colorful Grid Accent 6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character" w:customStyle="1" w:styleId="Fontepargpadro2">
    <w:name w:val="Fonte parág. padrão2"/>
    <w:rsid w:val="006F1F3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188</Words>
  <Characters>1018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1204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Arthur Neto</cp:lastModifiedBy>
  <cp:revision>3</cp:revision>
  <dcterms:created xsi:type="dcterms:W3CDTF">2026-04-23T22:15:00Z</dcterms:created>
  <dcterms:modified xsi:type="dcterms:W3CDTF">2026-09-03T15:56:00Z</dcterms:modified>
  <cp:category/>
</cp:coreProperties>
</file>