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9D9" w:rsidRDefault="00667D10">
      <w:pPr>
        <w:spacing w:after="20"/>
        <w:jc w:val="center"/>
      </w:pPr>
      <w:bookmarkStart w:id="0" w:name="_GoBack"/>
      <w:bookmarkEnd w:id="0"/>
      <w:r>
        <w:rPr>
          <w:b/>
          <w:sz w:val="22"/>
        </w:rPr>
        <w:t>ANEXO II</w:t>
      </w:r>
    </w:p>
    <w:p w:rsidR="000F29D9" w:rsidRDefault="00667D10">
      <w:pPr>
        <w:spacing w:after="140"/>
        <w:jc w:val="center"/>
      </w:pPr>
      <w:r>
        <w:rPr>
          <w:b/>
          <w:sz w:val="24"/>
        </w:rPr>
        <w:t>MODELO DE PROPOSTA DE PREÇOS</w:t>
      </w:r>
    </w:p>
    <w:p w:rsidR="000F29D9" w:rsidRDefault="00667D10">
      <w:pPr>
        <w:spacing w:after="20"/>
        <w:jc w:val="center"/>
      </w:pPr>
      <w:r>
        <w:rPr>
          <w:b/>
          <w:sz w:val="19"/>
        </w:rPr>
        <w:t>DISPENSA ELETRÔNICA Nº ____/2026</w:t>
      </w:r>
    </w:p>
    <w:p w:rsidR="000F29D9" w:rsidRDefault="00667D10">
      <w:pPr>
        <w:spacing w:after="20"/>
        <w:jc w:val="center"/>
      </w:pPr>
      <w:r>
        <w:rPr>
          <w:b/>
          <w:sz w:val="19"/>
        </w:rPr>
        <w:t>AVISO DE CONTRATAÇÃO DIRETA Nº ____/2026</w:t>
      </w:r>
    </w:p>
    <w:p w:rsidR="000F29D9" w:rsidRDefault="00667D10">
      <w:pPr>
        <w:spacing w:after="20"/>
        <w:jc w:val="center"/>
      </w:pPr>
      <w:r>
        <w:rPr>
          <w:b/>
          <w:sz w:val="19"/>
        </w:rPr>
        <w:t>PROCESSO ADMINISTRATIVO Nº 25021.000789/2025-48</w:t>
      </w:r>
    </w:p>
    <w:p w:rsidR="000F29D9" w:rsidRDefault="00667D10">
      <w:pPr>
        <w:spacing w:after="20"/>
        <w:jc w:val="center"/>
      </w:pPr>
      <w:r>
        <w:rPr>
          <w:b/>
          <w:sz w:val="19"/>
        </w:rPr>
        <w:t>UASG 250038</w:t>
      </w:r>
    </w:p>
    <w:p w:rsidR="000F29D9" w:rsidRDefault="00667D10">
      <w:pPr>
        <w:spacing w:after="20"/>
        <w:jc w:val="center"/>
      </w:pPr>
      <w:r>
        <w:rPr>
          <w:b/>
          <w:sz w:val="19"/>
        </w:rPr>
        <w:t>SUPERINTENDÊNCIA DO MINISTÉRIO DA SAÚDE EM SERGIPE – SMSA/SE</w:t>
      </w:r>
    </w:p>
    <w:p w:rsidR="000F29D9" w:rsidRDefault="000F29D9">
      <w:pPr>
        <w:spacing w:after="80"/>
      </w:pPr>
    </w:p>
    <w:p w:rsidR="000F29D9" w:rsidRDefault="00667D10">
      <w:pPr>
        <w:spacing w:after="100"/>
      </w:pPr>
      <w:r>
        <w:t>À Superintendência do</w:t>
      </w:r>
      <w:r>
        <w:t xml:space="preserve"> Ministério da Saúde em Sergipe – SMSA/SE,</w:t>
      </w:r>
    </w:p>
    <w:p w:rsidR="000F29D9" w:rsidRDefault="00667D10">
      <w:pPr>
        <w:spacing w:after="80"/>
      </w:pPr>
      <w:r>
        <w:rPr>
          <w:b/>
        </w:rPr>
        <w:t>1. IDENTIFICAÇÃO DA PROPONENTE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507"/>
        <w:gridCol w:w="6023"/>
      </w:tblGrid>
      <w:tr w:rsidR="000F29D9">
        <w:trPr>
          <w:jc w:val="center"/>
        </w:trPr>
        <w:tc>
          <w:tcPr>
            <w:tcW w:w="5270" w:type="dxa"/>
            <w:shd w:val="clear" w:color="auto" w:fill="D9EAF7"/>
            <w:vAlign w:val="center"/>
          </w:tcPr>
          <w:p w:rsidR="000F29D9" w:rsidRDefault="00667D10">
            <w:r>
              <w:rPr>
                <w:b/>
                <w:sz w:val="18"/>
              </w:rPr>
              <w:t>Empresa/Razão Social</w:t>
            </w:r>
          </w:p>
        </w:tc>
        <w:tc>
          <w:tcPr>
            <w:tcW w:w="5270" w:type="dxa"/>
            <w:vAlign w:val="center"/>
          </w:tcPr>
          <w:p w:rsidR="000F29D9" w:rsidRDefault="00667D10">
            <w:r>
              <w:rPr>
                <w:sz w:val="18"/>
              </w:rPr>
              <w:t>__________________________________________________________</w:t>
            </w:r>
          </w:p>
        </w:tc>
      </w:tr>
      <w:tr w:rsidR="000F29D9">
        <w:trPr>
          <w:jc w:val="center"/>
        </w:trPr>
        <w:tc>
          <w:tcPr>
            <w:tcW w:w="5270" w:type="dxa"/>
            <w:shd w:val="clear" w:color="auto" w:fill="D9EAF7"/>
            <w:vAlign w:val="center"/>
          </w:tcPr>
          <w:p w:rsidR="000F29D9" w:rsidRDefault="00667D10">
            <w:r>
              <w:rPr>
                <w:b/>
                <w:sz w:val="18"/>
              </w:rPr>
              <w:t>CNPJ</w:t>
            </w:r>
          </w:p>
        </w:tc>
        <w:tc>
          <w:tcPr>
            <w:tcW w:w="5270" w:type="dxa"/>
            <w:vAlign w:val="center"/>
          </w:tcPr>
          <w:p w:rsidR="000F29D9" w:rsidRDefault="00667D10">
            <w:r>
              <w:rPr>
                <w:sz w:val="18"/>
              </w:rPr>
              <w:t>__________________________________________________________</w:t>
            </w:r>
          </w:p>
        </w:tc>
      </w:tr>
      <w:tr w:rsidR="000F29D9">
        <w:trPr>
          <w:jc w:val="center"/>
        </w:trPr>
        <w:tc>
          <w:tcPr>
            <w:tcW w:w="5270" w:type="dxa"/>
            <w:shd w:val="clear" w:color="auto" w:fill="D9EAF7"/>
            <w:vAlign w:val="center"/>
          </w:tcPr>
          <w:p w:rsidR="000F29D9" w:rsidRDefault="00667D10">
            <w:r>
              <w:rPr>
                <w:b/>
                <w:sz w:val="18"/>
              </w:rPr>
              <w:t>Endereço</w:t>
            </w:r>
          </w:p>
        </w:tc>
        <w:tc>
          <w:tcPr>
            <w:tcW w:w="5270" w:type="dxa"/>
            <w:vAlign w:val="center"/>
          </w:tcPr>
          <w:p w:rsidR="000F29D9" w:rsidRDefault="00667D10">
            <w:r>
              <w:rPr>
                <w:sz w:val="18"/>
              </w:rPr>
              <w:t>___________________________</w:t>
            </w:r>
            <w:r>
              <w:rPr>
                <w:sz w:val="18"/>
              </w:rPr>
              <w:t>_______________________________</w:t>
            </w:r>
          </w:p>
        </w:tc>
      </w:tr>
      <w:tr w:rsidR="000F29D9">
        <w:trPr>
          <w:jc w:val="center"/>
        </w:trPr>
        <w:tc>
          <w:tcPr>
            <w:tcW w:w="5270" w:type="dxa"/>
            <w:shd w:val="clear" w:color="auto" w:fill="D9EAF7"/>
            <w:vAlign w:val="center"/>
          </w:tcPr>
          <w:p w:rsidR="000F29D9" w:rsidRDefault="00667D10">
            <w:r>
              <w:rPr>
                <w:b/>
                <w:sz w:val="18"/>
              </w:rPr>
              <w:t>Telefone</w:t>
            </w:r>
          </w:p>
        </w:tc>
        <w:tc>
          <w:tcPr>
            <w:tcW w:w="5270" w:type="dxa"/>
            <w:vAlign w:val="center"/>
          </w:tcPr>
          <w:p w:rsidR="000F29D9" w:rsidRDefault="00667D10">
            <w:r>
              <w:rPr>
                <w:sz w:val="18"/>
              </w:rPr>
              <w:t>__________________________________________________________</w:t>
            </w:r>
          </w:p>
        </w:tc>
      </w:tr>
      <w:tr w:rsidR="000F29D9">
        <w:trPr>
          <w:jc w:val="center"/>
        </w:trPr>
        <w:tc>
          <w:tcPr>
            <w:tcW w:w="5270" w:type="dxa"/>
            <w:shd w:val="clear" w:color="auto" w:fill="D9EAF7"/>
            <w:vAlign w:val="center"/>
          </w:tcPr>
          <w:p w:rsidR="000F29D9" w:rsidRDefault="00667D10">
            <w:r>
              <w:rPr>
                <w:b/>
                <w:sz w:val="18"/>
              </w:rPr>
              <w:t>E-mail</w:t>
            </w:r>
          </w:p>
        </w:tc>
        <w:tc>
          <w:tcPr>
            <w:tcW w:w="5270" w:type="dxa"/>
            <w:vAlign w:val="center"/>
          </w:tcPr>
          <w:p w:rsidR="000F29D9" w:rsidRDefault="00667D10">
            <w:r>
              <w:rPr>
                <w:sz w:val="18"/>
              </w:rPr>
              <w:t>__________________________________________________________</w:t>
            </w:r>
          </w:p>
        </w:tc>
      </w:tr>
      <w:tr w:rsidR="000F29D9">
        <w:trPr>
          <w:jc w:val="center"/>
        </w:trPr>
        <w:tc>
          <w:tcPr>
            <w:tcW w:w="5270" w:type="dxa"/>
            <w:shd w:val="clear" w:color="auto" w:fill="D9EAF7"/>
            <w:vAlign w:val="center"/>
          </w:tcPr>
          <w:p w:rsidR="000F29D9" w:rsidRDefault="00667D10">
            <w:r>
              <w:rPr>
                <w:b/>
                <w:sz w:val="18"/>
              </w:rPr>
              <w:t>Representante legal / CPF</w:t>
            </w:r>
          </w:p>
        </w:tc>
        <w:tc>
          <w:tcPr>
            <w:tcW w:w="5270" w:type="dxa"/>
            <w:vAlign w:val="center"/>
          </w:tcPr>
          <w:p w:rsidR="000F29D9" w:rsidRDefault="00667D10">
            <w:r>
              <w:rPr>
                <w:sz w:val="18"/>
              </w:rPr>
              <w:t>__________________________________________________________</w:t>
            </w:r>
          </w:p>
        </w:tc>
      </w:tr>
    </w:tbl>
    <w:p w:rsidR="000F29D9" w:rsidRDefault="00667D10">
      <w:pPr>
        <w:spacing w:after="80"/>
      </w:pPr>
      <w:r>
        <w:rPr>
          <w:b/>
        </w:rPr>
        <w:t>2. OBJETO</w:t>
      </w:r>
    </w:p>
    <w:p w:rsidR="000F29D9" w:rsidRDefault="00667D10">
      <w:pPr>
        <w:spacing w:after="100"/>
        <w:jc w:val="both"/>
      </w:pPr>
      <w:r>
        <w:t>Contratação de empresa especializada para prestação de serviços continuados de controle sanitário integrado de vetores e pragas urbanas, compreendendo desinsetização e desratização, conforme condições, quantidades e exigências estabelecidas no Av</w:t>
      </w:r>
      <w:r>
        <w:t>iso de Contratação Direta, no Termo de Referência e em seus anexos.</w:t>
      </w:r>
    </w:p>
    <w:p w:rsidR="000F29D9" w:rsidRDefault="00667D10">
      <w:pPr>
        <w:spacing w:after="80"/>
      </w:pPr>
      <w:r>
        <w:rPr>
          <w:b/>
        </w:rPr>
        <w:t>3. PROPOSTA DE PREÇOS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03"/>
        <w:gridCol w:w="1503"/>
        <w:gridCol w:w="1503"/>
        <w:gridCol w:w="1506"/>
        <w:gridCol w:w="1505"/>
        <w:gridCol w:w="1505"/>
        <w:gridCol w:w="1505"/>
      </w:tblGrid>
      <w:tr w:rsidR="000F29D9">
        <w:trPr>
          <w:jc w:val="center"/>
        </w:trPr>
        <w:tc>
          <w:tcPr>
            <w:tcW w:w="1506" w:type="dxa"/>
            <w:shd w:val="clear" w:color="auto" w:fill="D9EAF7"/>
            <w:vAlign w:val="center"/>
          </w:tcPr>
          <w:p w:rsidR="000F29D9" w:rsidRDefault="00667D10">
            <w:pPr>
              <w:jc w:val="center"/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1506" w:type="dxa"/>
            <w:shd w:val="clear" w:color="auto" w:fill="D9EAF7"/>
            <w:vAlign w:val="center"/>
          </w:tcPr>
          <w:p w:rsidR="000F29D9" w:rsidRDefault="00667D10">
            <w:pPr>
              <w:jc w:val="center"/>
            </w:pPr>
            <w:r>
              <w:rPr>
                <w:b/>
                <w:sz w:val="16"/>
              </w:rPr>
              <w:t>CATSER</w:t>
            </w:r>
          </w:p>
        </w:tc>
        <w:tc>
          <w:tcPr>
            <w:tcW w:w="1506" w:type="dxa"/>
            <w:shd w:val="clear" w:color="auto" w:fill="D9EAF7"/>
            <w:vAlign w:val="center"/>
          </w:tcPr>
          <w:p w:rsidR="000F29D9" w:rsidRDefault="00667D10">
            <w:pPr>
              <w:jc w:val="center"/>
            </w:pPr>
            <w:r>
              <w:rPr>
                <w:b/>
                <w:sz w:val="16"/>
              </w:rPr>
              <w:t>Unidade</w:t>
            </w:r>
          </w:p>
        </w:tc>
        <w:tc>
          <w:tcPr>
            <w:tcW w:w="1506" w:type="dxa"/>
            <w:shd w:val="clear" w:color="auto" w:fill="D9EAF7"/>
            <w:vAlign w:val="center"/>
          </w:tcPr>
          <w:p w:rsidR="000F29D9" w:rsidRDefault="00667D10">
            <w:pPr>
              <w:jc w:val="center"/>
            </w:pPr>
            <w:r>
              <w:rPr>
                <w:b/>
                <w:sz w:val="16"/>
              </w:rPr>
              <w:t>Quantidade/Área</w:t>
            </w:r>
          </w:p>
        </w:tc>
        <w:tc>
          <w:tcPr>
            <w:tcW w:w="1506" w:type="dxa"/>
            <w:shd w:val="clear" w:color="auto" w:fill="D9EAF7"/>
            <w:vAlign w:val="center"/>
          </w:tcPr>
          <w:p w:rsidR="000F29D9" w:rsidRDefault="00667D10">
            <w:pPr>
              <w:jc w:val="center"/>
            </w:pPr>
            <w:r>
              <w:rPr>
                <w:b/>
                <w:sz w:val="16"/>
              </w:rPr>
              <w:t>Periodicidade</w:t>
            </w:r>
          </w:p>
        </w:tc>
        <w:tc>
          <w:tcPr>
            <w:tcW w:w="1506" w:type="dxa"/>
            <w:shd w:val="clear" w:color="auto" w:fill="D9EAF7"/>
            <w:vAlign w:val="center"/>
          </w:tcPr>
          <w:p w:rsidR="000F29D9" w:rsidRDefault="00667D10">
            <w:pPr>
              <w:jc w:val="center"/>
            </w:pPr>
            <w:r>
              <w:rPr>
                <w:b/>
                <w:sz w:val="16"/>
              </w:rPr>
              <w:t>Valor unitário por aplicação</w:t>
            </w:r>
          </w:p>
        </w:tc>
        <w:tc>
          <w:tcPr>
            <w:tcW w:w="1506" w:type="dxa"/>
            <w:shd w:val="clear" w:color="auto" w:fill="D9EAF7"/>
            <w:vAlign w:val="center"/>
          </w:tcPr>
          <w:p w:rsidR="000F29D9" w:rsidRDefault="00667D10">
            <w:pPr>
              <w:jc w:val="center"/>
            </w:pPr>
            <w:r>
              <w:rPr>
                <w:b/>
                <w:sz w:val="16"/>
              </w:rPr>
              <w:t>Valor total anual</w:t>
            </w:r>
          </w:p>
        </w:tc>
      </w:tr>
      <w:tr w:rsidR="000F29D9">
        <w:trPr>
          <w:jc w:val="center"/>
        </w:trPr>
        <w:tc>
          <w:tcPr>
            <w:tcW w:w="1506" w:type="dxa"/>
            <w:vAlign w:val="center"/>
          </w:tcPr>
          <w:p w:rsidR="000F29D9" w:rsidRDefault="00667D10">
            <w:pPr>
              <w:jc w:val="center"/>
            </w:pPr>
            <w:r>
              <w:rPr>
                <w:sz w:val="17"/>
              </w:rPr>
              <w:t>1</w:t>
            </w:r>
          </w:p>
        </w:tc>
        <w:tc>
          <w:tcPr>
            <w:tcW w:w="1506" w:type="dxa"/>
            <w:vAlign w:val="center"/>
          </w:tcPr>
          <w:p w:rsidR="000F29D9" w:rsidRDefault="00667D10">
            <w:pPr>
              <w:jc w:val="center"/>
            </w:pPr>
            <w:r>
              <w:rPr>
                <w:sz w:val="17"/>
              </w:rPr>
              <w:t>3417</w:t>
            </w:r>
          </w:p>
        </w:tc>
        <w:tc>
          <w:tcPr>
            <w:tcW w:w="1506" w:type="dxa"/>
            <w:vAlign w:val="center"/>
          </w:tcPr>
          <w:p w:rsidR="000F29D9" w:rsidRDefault="00667D10">
            <w:pPr>
              <w:jc w:val="center"/>
            </w:pPr>
            <w:r>
              <w:rPr>
                <w:sz w:val="17"/>
              </w:rPr>
              <w:t>m²</w:t>
            </w:r>
          </w:p>
        </w:tc>
        <w:tc>
          <w:tcPr>
            <w:tcW w:w="1506" w:type="dxa"/>
            <w:vAlign w:val="center"/>
          </w:tcPr>
          <w:p w:rsidR="000F29D9" w:rsidRDefault="00667D10">
            <w:pPr>
              <w:jc w:val="center"/>
            </w:pPr>
            <w:r>
              <w:rPr>
                <w:sz w:val="17"/>
              </w:rPr>
              <w:t>1.900 m²</w:t>
            </w:r>
          </w:p>
        </w:tc>
        <w:tc>
          <w:tcPr>
            <w:tcW w:w="1506" w:type="dxa"/>
            <w:vAlign w:val="center"/>
          </w:tcPr>
          <w:p w:rsidR="000F29D9" w:rsidRDefault="00667D10">
            <w:pPr>
              <w:jc w:val="center"/>
            </w:pPr>
            <w:r>
              <w:rPr>
                <w:sz w:val="17"/>
              </w:rPr>
              <w:t>04 aplicações trimestrais</w:t>
            </w:r>
          </w:p>
        </w:tc>
        <w:tc>
          <w:tcPr>
            <w:tcW w:w="1506" w:type="dxa"/>
            <w:vAlign w:val="center"/>
          </w:tcPr>
          <w:p w:rsidR="000F29D9" w:rsidRDefault="00667D10">
            <w:pPr>
              <w:jc w:val="center"/>
            </w:pPr>
            <w:r>
              <w:rPr>
                <w:sz w:val="17"/>
              </w:rPr>
              <w:t>R$ ____________</w:t>
            </w:r>
          </w:p>
        </w:tc>
        <w:tc>
          <w:tcPr>
            <w:tcW w:w="1506" w:type="dxa"/>
            <w:vAlign w:val="center"/>
          </w:tcPr>
          <w:p w:rsidR="000F29D9" w:rsidRDefault="00667D10">
            <w:pPr>
              <w:jc w:val="center"/>
            </w:pPr>
            <w:r>
              <w:rPr>
                <w:sz w:val="17"/>
              </w:rPr>
              <w:t xml:space="preserve">R$ </w:t>
            </w:r>
            <w:r>
              <w:rPr>
                <w:sz w:val="17"/>
              </w:rPr>
              <w:t>____________</w:t>
            </w:r>
          </w:p>
        </w:tc>
      </w:tr>
    </w:tbl>
    <w:p w:rsidR="000F29D9" w:rsidRDefault="00667D10">
      <w:pPr>
        <w:spacing w:after="20"/>
      </w:pPr>
      <w:r>
        <w:t>Valor total da proposta: R$ ___________________________</w:t>
      </w:r>
    </w:p>
    <w:p w:rsidR="000F29D9" w:rsidRDefault="00667D10">
      <w:pPr>
        <w:spacing w:after="100"/>
      </w:pPr>
      <w:r>
        <w:t>Valor total por extenso: ___________________________________________________________</w:t>
      </w:r>
    </w:p>
    <w:p w:rsidR="000F29D9" w:rsidRDefault="00667D10">
      <w:pPr>
        <w:spacing w:after="80"/>
      </w:pPr>
      <w:r>
        <w:rPr>
          <w:b/>
        </w:rPr>
        <w:t>4. DECLARAÇÕES</w:t>
      </w:r>
    </w:p>
    <w:p w:rsidR="000F29D9" w:rsidRDefault="00667D10">
      <w:pPr>
        <w:spacing w:after="40"/>
      </w:pPr>
      <w:r>
        <w:t>A proponente declara que:</w:t>
      </w:r>
    </w:p>
    <w:p w:rsidR="000F29D9" w:rsidRDefault="00667D10">
      <w:pPr>
        <w:spacing w:after="30"/>
        <w:ind w:left="283" w:hanging="283"/>
      </w:pPr>
      <w:r>
        <w:rPr>
          <w:sz w:val="19"/>
        </w:rPr>
        <w:t xml:space="preserve">a) tomou conhecimento de todas as condições constantes do </w:t>
      </w:r>
      <w:r>
        <w:rPr>
          <w:sz w:val="19"/>
        </w:rPr>
        <w:t>Aviso de Contratação Direta, do Termo de Referência e de seus anexos;</w:t>
      </w:r>
    </w:p>
    <w:p w:rsidR="000F29D9" w:rsidRDefault="00667D10">
      <w:pPr>
        <w:spacing w:after="30"/>
        <w:ind w:left="283" w:hanging="283"/>
      </w:pPr>
      <w:r>
        <w:rPr>
          <w:sz w:val="19"/>
        </w:rPr>
        <w:t>b) o preço proposto contempla todos os custos diretos e indiretos necessários à plena execução do objeto;</w:t>
      </w:r>
    </w:p>
    <w:p w:rsidR="000F29D9" w:rsidRDefault="00667D10">
      <w:pPr>
        <w:spacing w:after="30"/>
        <w:ind w:left="283" w:hanging="283"/>
      </w:pPr>
      <w:r>
        <w:rPr>
          <w:sz w:val="19"/>
        </w:rPr>
        <w:t>c) utilizará produtos saneantes desinfestantes devidamente regularizados junto à</w:t>
      </w:r>
      <w:r>
        <w:rPr>
          <w:sz w:val="19"/>
        </w:rPr>
        <w:t xml:space="preserve"> ANVISA e demais órgãos competentes;</w:t>
      </w:r>
    </w:p>
    <w:p w:rsidR="000F29D9" w:rsidRDefault="00667D10">
      <w:pPr>
        <w:spacing w:after="30"/>
        <w:ind w:left="283" w:hanging="283"/>
      </w:pPr>
      <w:r>
        <w:rPr>
          <w:sz w:val="19"/>
        </w:rPr>
        <w:t>d) emitirá, após cada intervenção, relatório técnico e/ou certificado de execução dos serviços;</w:t>
      </w:r>
    </w:p>
    <w:p w:rsidR="000F29D9" w:rsidRDefault="00667D10">
      <w:pPr>
        <w:spacing w:after="30"/>
        <w:ind w:left="283" w:hanging="283"/>
      </w:pPr>
      <w:r>
        <w:rPr>
          <w:sz w:val="19"/>
        </w:rPr>
        <w:t>e) realizará nova aplicação ou intervenção corretiva, sem ônus adicional para a Administração, caso ocorra reinfestação dur</w:t>
      </w:r>
      <w:r>
        <w:rPr>
          <w:sz w:val="19"/>
        </w:rPr>
        <w:t>ante o período de garantia estabelecido;</w:t>
      </w:r>
    </w:p>
    <w:p w:rsidR="000F29D9" w:rsidRDefault="00667D10">
      <w:pPr>
        <w:spacing w:after="30"/>
        <w:ind w:left="283" w:hanging="283"/>
      </w:pPr>
      <w:r>
        <w:rPr>
          <w:sz w:val="19"/>
        </w:rPr>
        <w:t>f) manterá, durante toda a execução contratual, as condições de habilitação e qualificação exigidas para a contratação.</w:t>
      </w:r>
    </w:p>
    <w:p w:rsidR="000F29D9" w:rsidRDefault="00667D10">
      <w:pPr>
        <w:spacing w:after="80"/>
      </w:pPr>
      <w:r>
        <w:rPr>
          <w:b/>
        </w:rPr>
        <w:t>5. VALIDADE DA PROPOSTA</w:t>
      </w:r>
    </w:p>
    <w:p w:rsidR="000F29D9" w:rsidRDefault="00667D10">
      <w:pPr>
        <w:spacing w:after="100"/>
      </w:pPr>
      <w:r>
        <w:t>A presente proposta terá validade de 60 (sessenta) dias, contados da da</w:t>
      </w:r>
      <w:r>
        <w:t>ta de sua apresentação.</w:t>
      </w:r>
    </w:p>
    <w:p w:rsidR="000F29D9" w:rsidRDefault="00667D10">
      <w:pPr>
        <w:spacing w:after="60"/>
      </w:pPr>
      <w:r>
        <w:rPr>
          <w:b/>
        </w:rPr>
        <w:t>6. DADOS BANCÁRIOS</w:t>
      </w:r>
    </w:p>
    <w:p w:rsidR="000F29D9" w:rsidRDefault="00667D10">
      <w:pPr>
        <w:spacing w:after="20"/>
      </w:pPr>
      <w:r>
        <w:rPr>
          <w:sz w:val="19"/>
        </w:rPr>
        <w:t>Banco: __________________________    Agência: ________________________</w:t>
      </w:r>
    </w:p>
    <w:p w:rsidR="000F29D9" w:rsidRDefault="00667D10">
      <w:pPr>
        <w:spacing w:after="20"/>
      </w:pPr>
      <w:r>
        <w:rPr>
          <w:sz w:val="19"/>
        </w:rPr>
        <w:t>Conta corrente: __________________    Titular da conta: ______________________________</w:t>
      </w:r>
    </w:p>
    <w:p w:rsidR="000F29D9" w:rsidRDefault="00667D10">
      <w:pPr>
        <w:spacing w:after="20"/>
      </w:pPr>
      <w:r>
        <w:rPr>
          <w:sz w:val="19"/>
        </w:rPr>
        <w:t>CNPJ do titular: ______________________________</w:t>
      </w:r>
    </w:p>
    <w:p w:rsidR="000F29D9" w:rsidRDefault="00667D10">
      <w:pPr>
        <w:spacing w:after="60"/>
      </w:pPr>
      <w:r>
        <w:rPr>
          <w:b/>
        </w:rPr>
        <w:t>7. DADO</w:t>
      </w:r>
      <w:r>
        <w:rPr>
          <w:b/>
        </w:rPr>
        <w:t>S DO RESPONSÁVEL PELA ASSINATURA</w:t>
      </w:r>
    </w:p>
    <w:p w:rsidR="000F29D9" w:rsidRDefault="00667D10">
      <w:pPr>
        <w:spacing w:after="20"/>
      </w:pPr>
      <w:r>
        <w:rPr>
          <w:sz w:val="19"/>
        </w:rPr>
        <w:t>Nome: ____________________________________________    CPF: ______________________________</w:t>
      </w:r>
    </w:p>
    <w:p w:rsidR="000F29D9" w:rsidRDefault="00667D10">
      <w:pPr>
        <w:spacing w:after="20"/>
      </w:pPr>
      <w:r>
        <w:rPr>
          <w:sz w:val="19"/>
        </w:rPr>
        <w:t>Cargo/Função: ___________________________________    Telefone: __________________________</w:t>
      </w:r>
    </w:p>
    <w:p w:rsidR="000F29D9" w:rsidRDefault="00667D10">
      <w:pPr>
        <w:spacing w:after="20"/>
      </w:pPr>
      <w:r>
        <w:rPr>
          <w:sz w:val="19"/>
        </w:rPr>
        <w:t>E-mail: ___________________________________</w:t>
      </w:r>
      <w:r>
        <w:rPr>
          <w:sz w:val="19"/>
        </w:rPr>
        <w:t>_______</w:t>
      </w:r>
    </w:p>
    <w:p w:rsidR="000F29D9" w:rsidRDefault="000F29D9">
      <w:pPr>
        <w:spacing w:after="160"/>
      </w:pPr>
    </w:p>
    <w:p w:rsidR="000F29D9" w:rsidRDefault="00667D10">
      <w:pPr>
        <w:spacing w:after="360"/>
      </w:pPr>
      <w:r>
        <w:t>Local e data: ____________________________, ____ de ____________________ de 2026.</w:t>
      </w:r>
    </w:p>
    <w:p w:rsidR="000F29D9" w:rsidRDefault="00667D10">
      <w:pPr>
        <w:spacing w:after="0"/>
        <w:jc w:val="center"/>
      </w:pPr>
      <w:r>
        <w:lastRenderedPageBreak/>
        <w:t>____________________________________________</w:t>
      </w:r>
    </w:p>
    <w:p w:rsidR="000F29D9" w:rsidRDefault="00667D10">
      <w:pPr>
        <w:spacing w:after="0"/>
        <w:jc w:val="center"/>
      </w:pPr>
      <w:r>
        <w:rPr>
          <w:sz w:val="18"/>
        </w:rPr>
        <w:t>Assinatura do representante legal</w:t>
      </w:r>
    </w:p>
    <w:p w:rsidR="000F29D9" w:rsidRDefault="00667D10">
      <w:pPr>
        <w:spacing w:after="0"/>
        <w:jc w:val="center"/>
      </w:pPr>
      <w:r>
        <w:rPr>
          <w:sz w:val="18"/>
        </w:rPr>
        <w:t>Nome: ______________________________________</w:t>
      </w:r>
    </w:p>
    <w:p w:rsidR="000F29D9" w:rsidRDefault="00667D10">
      <w:pPr>
        <w:spacing w:after="0"/>
        <w:jc w:val="center"/>
      </w:pPr>
      <w:r>
        <w:rPr>
          <w:sz w:val="18"/>
        </w:rPr>
        <w:t>CPF: ____________________________________</w:t>
      </w:r>
      <w:r>
        <w:rPr>
          <w:sz w:val="18"/>
        </w:rPr>
        <w:t>___</w:t>
      </w:r>
    </w:p>
    <w:sectPr w:rsidR="000F29D9" w:rsidSect="00034616">
      <w:pgSz w:w="12240" w:h="15840"/>
      <w:pgMar w:top="850" w:right="850" w:bottom="850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F29D9"/>
    <w:rsid w:val="0015074B"/>
    <w:rsid w:val="0029639D"/>
    <w:rsid w:val="00326F90"/>
    <w:rsid w:val="00667D1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183BD845-0239-4CC6-927C-1F119226A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Arial" w:eastAsia="Arial" w:hAnsi="Arial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246D774-321A-49C2-93B2-81D8A8517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</Words>
  <Characters>2589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3062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Alisson Marck Hora</cp:lastModifiedBy>
  <cp:revision>2</cp:revision>
  <dcterms:created xsi:type="dcterms:W3CDTF">2026-06-25T18:21:00Z</dcterms:created>
  <dcterms:modified xsi:type="dcterms:W3CDTF">2026-06-25T18:21:00Z</dcterms:modified>
  <cp:category/>
</cp:coreProperties>
</file>