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MODELO DE DECLARAÇÃO DE VISTORIA</w:t>
      </w:r>
    </w:p>
    <w:p>
      <w:r>
        <w:t>GOVERNO DO ESTADO DE GOIÁS</w:t>
      </w:r>
    </w:p>
    <w:p>
      <w:r>
        <w:t>SECRETARIA DE ESTADO DA SAÚDE</w:t>
      </w:r>
    </w:p>
    <w:p>
      <w:r>
        <w:br/>
        <w:t>Declaro, para os devidos fins, que realizei vistoria técnica no local da execução dos serviços/obras, conforme abaixo:</w:t>
      </w:r>
    </w:p>
    <w:p>
      <w:r>
        <w:t>Empresa: _______________________________________________</w:t>
      </w:r>
    </w:p>
    <w:p>
      <w:r>
        <w:t>CNPJ: _________________________________________________</w:t>
      </w:r>
    </w:p>
    <w:p>
      <w:r>
        <w:t>Representante: _________________________________________</w:t>
      </w:r>
    </w:p>
    <w:p>
      <w:r>
        <w:t>Local da Vistoria: ______________________________________</w:t>
      </w:r>
    </w:p>
    <w:p>
      <w:r>
        <w:t>Data: ____/____/________</w:t>
      </w:r>
    </w:p>
    <w:p>
      <w:r>
        <w:br/>
        <w:t>Observações: ___________________________________________</w:t>
      </w:r>
    </w:p>
    <w:p>
      <w:r>
        <w:br/>
        <w:t>Assinaturas:</w:t>
      </w:r>
    </w:p>
    <w:p>
      <w:r>
        <w:t>_________________________________________  (Representante da Empresa)</w:t>
      </w:r>
    </w:p>
    <w:p>
      <w:r>
        <w:t>_________________________________________  (Representante da Administração)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