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GOVERNO DO ESTADO DE GOIÁS</w:t>
      </w:r>
    </w:p>
    <w:p>
      <w:pPr>
        <w:pStyle w:val="Heading1"/>
      </w:pPr>
      <w:r>
        <w:t>SECRETARIA DE ESTADO DA SAÚDE</w:t>
      </w:r>
    </w:p>
    <w:p>
      <w:r>
        <w:br/>
      </w:r>
    </w:p>
    <w:p>
      <w:pPr>
        <w:pStyle w:val="Heading1"/>
      </w:pPr>
      <w:r>
        <w:t>DECLARAÇÃO DE DISPENSA DE VISTORIA</w:t>
      </w:r>
    </w:p>
    <w:p>
      <w:r>
        <w:t>Pelo presente instrumento, a empresa abaixo identificada declara, para os devidos fins, que opta pela DISPENSA DE VISTORIA TÉCNICA referente ao processo licitatório descrito, ciente de que não poderá alegar desconhecimento das condições do local como justificativa para descumprimento contratual ou pleito de acréscimos de preços.</w:t>
      </w:r>
    </w:p>
    <w:p>
      <w:r>
        <w:br/>
      </w:r>
    </w:p>
    <w:p>
      <w:r>
        <w:t>PROCESSO SISLOG: 116095</w:t>
      </w:r>
    </w:p>
    <w:p>
      <w:r>
        <w:t>PROCESSO SEI: 202500005026341</w:t>
      </w:r>
    </w:p>
    <w:p>
      <w:r>
        <w:br/>
      </w:r>
    </w:p>
    <w:p>
      <w:r>
        <w:t>Razão Social: _______________________________________________</w:t>
      </w:r>
    </w:p>
    <w:p>
      <w:r>
        <w:t>CNPJ: _____________________________________________________</w:t>
      </w:r>
    </w:p>
    <w:p>
      <w:r>
        <w:t>Representante Legal: ________________________________________</w:t>
      </w:r>
    </w:p>
    <w:p>
      <w:r>
        <w:t>CPF: ______________________________________________________</w:t>
      </w:r>
    </w:p>
    <w:p>
      <w:r>
        <w:br/>
      </w:r>
    </w:p>
    <w:p>
      <w:r>
        <w:t>Local e Data: ______________________________________________</w:t>
      </w:r>
    </w:p>
    <w:p>
      <w:r>
        <w:br/>
      </w:r>
    </w:p>
    <w:p>
      <w:r>
        <w:t>______________________________________________</w:t>
      </w:r>
    </w:p>
    <w:p>
      <w:r>
        <w:t>Assinatura do Representante Legal</w:t>
      </w:r>
    </w:p>
    <w:p>
      <w:r>
        <w:br/>
      </w:r>
    </w:p>
    <w:p>
      <w:r>
        <w:t>______________________________________________</w:t>
      </w:r>
    </w:p>
    <w:p>
      <w:r>
        <w:t>Assinatura do Responsável pela Administração</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