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77BB3" w14:textId="1BBD6407" w:rsidR="00B92352" w:rsidRPr="002F5F1D" w:rsidRDefault="007F5B7C" w:rsidP="00CB7F72">
      <w:pPr>
        <w:keepNext/>
        <w:keepLines/>
        <w:widowControl/>
        <w:autoSpaceDE/>
        <w:autoSpaceDN/>
        <w:spacing w:before="360" w:after="80" w:line="360" w:lineRule="auto"/>
        <w:ind w:left="142" w:right="286"/>
        <w:outlineLvl w:val="0"/>
        <w:rPr>
          <w:rFonts w:ascii="Arial" w:eastAsia="Times New Roman" w:hAnsi="Arial" w:cs="Arial"/>
          <w:b/>
          <w:bCs/>
          <w:kern w:val="2"/>
          <w:sz w:val="28"/>
          <w:szCs w:val="28"/>
          <w:lang w:val="pt-BR"/>
          <w14:ligatures w14:val="standardContextual"/>
        </w:rPr>
      </w:pPr>
      <w:bookmarkStart w:id="0" w:name="_Hlk202283709"/>
      <w:r w:rsidRPr="002F5F1D">
        <w:rPr>
          <w:rFonts w:ascii="Arial" w:eastAsia="Times New Roman" w:hAnsi="Arial" w:cs="Arial"/>
          <w:b/>
          <w:bCs/>
          <w:kern w:val="2"/>
          <w:sz w:val="28"/>
          <w:szCs w:val="28"/>
          <w:lang w:val="pt-BR"/>
          <w14:ligatures w14:val="standardContextual"/>
        </w:rPr>
        <w:t xml:space="preserve">PROCESSO ADMINISTRATIVO Nº </w:t>
      </w:r>
      <w:r w:rsidR="00737537" w:rsidRPr="002F5F1D">
        <w:rPr>
          <w:rFonts w:ascii="Arial" w:eastAsia="Times New Roman" w:hAnsi="Arial" w:cs="Arial"/>
          <w:b/>
          <w:bCs/>
          <w:kern w:val="2"/>
          <w:sz w:val="28"/>
          <w:szCs w:val="28"/>
          <w:lang w:val="pt-BR"/>
          <w14:ligatures w14:val="standardContextual"/>
        </w:rPr>
        <w:t>0</w:t>
      </w:r>
      <w:r w:rsidR="00FA32A1" w:rsidRPr="002F5F1D">
        <w:rPr>
          <w:rFonts w:ascii="Arial" w:eastAsia="Times New Roman" w:hAnsi="Arial" w:cs="Arial"/>
          <w:b/>
          <w:bCs/>
          <w:kern w:val="2"/>
          <w:sz w:val="28"/>
          <w:szCs w:val="28"/>
          <w:lang w:val="pt-BR"/>
          <w14:ligatures w14:val="standardContextual"/>
        </w:rPr>
        <w:t>88</w:t>
      </w:r>
      <w:r w:rsidRPr="002F5F1D">
        <w:rPr>
          <w:rFonts w:ascii="Arial" w:eastAsia="Times New Roman" w:hAnsi="Arial" w:cs="Arial"/>
          <w:b/>
          <w:bCs/>
          <w:kern w:val="2"/>
          <w:sz w:val="28"/>
          <w:szCs w:val="28"/>
          <w:lang w:val="pt-BR"/>
          <w14:ligatures w14:val="standardContextual"/>
        </w:rPr>
        <w:t>/202</w:t>
      </w:r>
      <w:r w:rsidR="008A10C3" w:rsidRPr="002F5F1D">
        <w:rPr>
          <w:rFonts w:ascii="Arial" w:eastAsia="Times New Roman" w:hAnsi="Arial" w:cs="Arial"/>
          <w:b/>
          <w:bCs/>
          <w:kern w:val="2"/>
          <w:sz w:val="28"/>
          <w:szCs w:val="28"/>
          <w:lang w:val="pt-BR"/>
          <w14:ligatures w14:val="standardContextual"/>
        </w:rPr>
        <w:t>6</w:t>
      </w:r>
    </w:p>
    <w:p w14:paraId="41D153A0" w14:textId="28AAE319" w:rsidR="00B92352" w:rsidRPr="002F5F1D" w:rsidRDefault="007F5B7C" w:rsidP="00CB7F72">
      <w:pPr>
        <w:keepNext/>
        <w:keepLines/>
        <w:autoSpaceDE/>
        <w:autoSpaceDN/>
        <w:spacing w:line="360" w:lineRule="auto"/>
        <w:ind w:left="142" w:right="286"/>
        <w:rPr>
          <w:rFonts w:ascii="Arial" w:eastAsia="Times New Roman" w:hAnsi="Arial" w:cs="Arial"/>
          <w:b/>
          <w:bCs/>
          <w:sz w:val="28"/>
          <w:szCs w:val="28"/>
          <w:lang w:val="pt-BR"/>
        </w:rPr>
      </w:pPr>
      <w:r w:rsidRPr="002F5F1D">
        <w:rPr>
          <w:rFonts w:ascii="Arial" w:eastAsia="Times New Roman" w:hAnsi="Arial" w:cs="Arial"/>
          <w:b/>
          <w:bCs/>
          <w:sz w:val="28"/>
          <w:szCs w:val="28"/>
          <w:lang w:val="pt-BR"/>
        </w:rPr>
        <w:t xml:space="preserve">CONCORRÊNCIA ELETRÔNICA Nº </w:t>
      </w:r>
      <w:r w:rsidR="00737537" w:rsidRPr="002F5F1D">
        <w:rPr>
          <w:rFonts w:ascii="Arial" w:eastAsia="Times New Roman" w:hAnsi="Arial" w:cs="Arial"/>
          <w:b/>
          <w:bCs/>
          <w:sz w:val="28"/>
          <w:szCs w:val="28"/>
          <w:lang w:val="pt-BR"/>
        </w:rPr>
        <w:t>005</w:t>
      </w:r>
      <w:r w:rsidRPr="002F5F1D">
        <w:rPr>
          <w:rFonts w:ascii="Arial" w:eastAsia="Times New Roman" w:hAnsi="Arial" w:cs="Arial"/>
          <w:b/>
          <w:bCs/>
          <w:sz w:val="28"/>
          <w:szCs w:val="28"/>
          <w:lang w:val="pt-BR"/>
        </w:rPr>
        <w:t>/202</w:t>
      </w:r>
      <w:r w:rsidR="008A10C3" w:rsidRPr="002F5F1D">
        <w:rPr>
          <w:rFonts w:ascii="Arial" w:eastAsia="Times New Roman" w:hAnsi="Arial" w:cs="Arial"/>
          <w:b/>
          <w:bCs/>
          <w:sz w:val="28"/>
          <w:szCs w:val="28"/>
          <w:lang w:val="pt-BR"/>
        </w:rPr>
        <w:t>6</w:t>
      </w:r>
    </w:p>
    <w:p w14:paraId="1681F38D" w14:textId="77777777" w:rsidR="00B92352" w:rsidRPr="002F5F1D" w:rsidRDefault="00B92352" w:rsidP="00CB7F72">
      <w:pPr>
        <w:widowControl/>
        <w:adjustRightInd w:val="0"/>
        <w:ind w:left="142" w:right="286"/>
        <w:jc w:val="both"/>
        <w:rPr>
          <w:rFonts w:ascii="Arial" w:eastAsia="Times New Roman" w:hAnsi="Arial" w:cs="Arial"/>
          <w:sz w:val="28"/>
          <w:szCs w:val="28"/>
          <w:lang w:val="pt-BR"/>
        </w:rPr>
      </w:pPr>
    </w:p>
    <w:p w14:paraId="46144443" w14:textId="4E8BFDA2" w:rsidR="00CF43F3" w:rsidRPr="002F5F1D" w:rsidRDefault="00B92352" w:rsidP="00CF43F3">
      <w:pPr>
        <w:tabs>
          <w:tab w:val="left" w:pos="709"/>
          <w:tab w:val="left" w:pos="851"/>
          <w:tab w:val="left" w:pos="1134"/>
          <w:tab w:val="left" w:pos="8647"/>
        </w:tabs>
        <w:spacing w:line="360" w:lineRule="auto"/>
        <w:jc w:val="both"/>
        <w:rPr>
          <w:rFonts w:ascii="Arial" w:eastAsia="Times New Roman" w:hAnsi="Arial" w:cs="Arial"/>
          <w:b/>
          <w:sz w:val="24"/>
          <w:szCs w:val="24"/>
          <w:lang w:val="pt-BR" w:eastAsia="pt-BR"/>
        </w:rPr>
      </w:pPr>
      <w:r w:rsidRPr="002F5F1D">
        <w:rPr>
          <w:rFonts w:ascii="Arial" w:eastAsia="Times New Roman" w:hAnsi="Arial" w:cs="Arial"/>
          <w:b/>
          <w:bCs/>
          <w:sz w:val="28"/>
          <w:szCs w:val="28"/>
          <w:lang w:val="pt-BR"/>
        </w:rPr>
        <w:t xml:space="preserve">OBJETO: </w:t>
      </w:r>
      <w:bookmarkStart w:id="1" w:name="_Hlk233725337"/>
      <w:r w:rsidR="00CF43F3" w:rsidRPr="002F5F1D">
        <w:rPr>
          <w:rFonts w:ascii="Arial" w:eastAsia="Aptos" w:hAnsi="Arial" w:cs="Arial"/>
          <w:b/>
          <w:kern w:val="2"/>
          <w:sz w:val="24"/>
          <w:szCs w:val="24"/>
          <w:lang w:val="pt-BR"/>
          <w14:ligatures w14:val="standardContextual"/>
        </w:rPr>
        <w:t xml:space="preserve">Contratação de Empresa de Engenharia, critério de Julgamento por </w:t>
      </w:r>
      <w:r w:rsidR="003C5001" w:rsidRPr="002F5F1D">
        <w:rPr>
          <w:rFonts w:ascii="Arial" w:eastAsia="Aptos" w:hAnsi="Arial" w:cs="Arial"/>
          <w:b/>
          <w:kern w:val="2"/>
          <w:sz w:val="24"/>
          <w:szCs w:val="24"/>
          <w:lang w:val="pt-BR"/>
          <w14:ligatures w14:val="standardContextual"/>
        </w:rPr>
        <w:t xml:space="preserve">menor </w:t>
      </w:r>
      <w:r w:rsidR="00CF43F3" w:rsidRPr="002F5F1D">
        <w:rPr>
          <w:rFonts w:ascii="Arial" w:eastAsia="Aptos" w:hAnsi="Arial" w:cs="Arial"/>
          <w:b/>
          <w:kern w:val="2"/>
          <w:sz w:val="24"/>
          <w:szCs w:val="24"/>
          <w:lang w:val="pt-BR"/>
          <w14:ligatures w14:val="standardContextual"/>
        </w:rPr>
        <w:t>preço global, para a Execução da Conclusão da Obra da Escola Municipal Maria de L</w:t>
      </w:r>
      <w:r w:rsidR="00D0573D" w:rsidRPr="002F5F1D">
        <w:rPr>
          <w:rFonts w:ascii="Arial" w:eastAsia="Aptos" w:hAnsi="Arial" w:cs="Arial"/>
          <w:b/>
          <w:kern w:val="2"/>
          <w:sz w:val="24"/>
          <w:szCs w:val="24"/>
          <w:lang w:val="pt-BR"/>
          <w14:ligatures w14:val="standardContextual"/>
        </w:rPr>
        <w:t>o</w:t>
      </w:r>
      <w:r w:rsidR="00CF43F3" w:rsidRPr="002F5F1D">
        <w:rPr>
          <w:rFonts w:ascii="Arial" w:eastAsia="Aptos" w:hAnsi="Arial" w:cs="Arial"/>
          <w:b/>
          <w:kern w:val="2"/>
          <w:sz w:val="24"/>
          <w:szCs w:val="24"/>
          <w:lang w:val="pt-BR"/>
          <w14:ligatures w14:val="standardContextual"/>
        </w:rPr>
        <w:t>urdes Ferreira Lins - Bloco I, no Município de Caarapó-MS, Conforme Plano de Ação Nº 09032025-078655, Projetos, Planilha Orçamentária, Memorial Descritivo, Cronograma Físico-Financeiro, Memoria de Cálculo, Composições e demais Anexos do Processo e solicitação da Secretaria Municipal de Educação, Esporte e Cultura</w:t>
      </w:r>
      <w:bookmarkEnd w:id="1"/>
      <w:r w:rsidR="00CF43F3" w:rsidRPr="002F5F1D">
        <w:rPr>
          <w:rFonts w:ascii="Arial" w:eastAsia="Aptos" w:hAnsi="Arial" w:cs="Arial"/>
          <w:b/>
          <w:kern w:val="2"/>
          <w:sz w:val="24"/>
          <w:szCs w:val="24"/>
          <w:lang w:val="pt-BR"/>
          <w14:ligatures w14:val="standardContextual"/>
        </w:rPr>
        <w:t>.</w:t>
      </w:r>
    </w:p>
    <w:p w14:paraId="643900A1" w14:textId="5212ED02" w:rsidR="00B92352" w:rsidRPr="002F5F1D" w:rsidRDefault="00B92352" w:rsidP="00CB7F72">
      <w:pPr>
        <w:widowControl/>
        <w:adjustRightInd w:val="0"/>
        <w:ind w:left="142" w:right="286"/>
        <w:jc w:val="both"/>
        <w:rPr>
          <w:rFonts w:ascii="Arial" w:eastAsia="Times New Roman" w:hAnsi="Arial" w:cs="Arial"/>
          <w:b/>
          <w:bCs/>
          <w:sz w:val="24"/>
          <w:szCs w:val="24"/>
          <w:lang w:val="pt-BR"/>
        </w:rPr>
      </w:pPr>
    </w:p>
    <w:p w14:paraId="79DA1659" w14:textId="7457855E" w:rsidR="00B92352" w:rsidRPr="002F5F1D" w:rsidRDefault="008C0310" w:rsidP="00CB7F72">
      <w:pPr>
        <w:widowControl/>
        <w:tabs>
          <w:tab w:val="left" w:pos="5865"/>
        </w:tabs>
        <w:adjustRightInd w:val="0"/>
        <w:ind w:left="142" w:right="286"/>
        <w:jc w:val="both"/>
        <w:rPr>
          <w:rFonts w:ascii="Arial" w:eastAsia="Times New Roman" w:hAnsi="Arial" w:cs="Arial"/>
          <w:sz w:val="28"/>
          <w:szCs w:val="28"/>
          <w:lang w:val="pt-BR"/>
        </w:rPr>
      </w:pPr>
      <w:r w:rsidRPr="002F5F1D">
        <w:rPr>
          <w:rFonts w:ascii="Arial" w:eastAsia="Times New Roman" w:hAnsi="Arial" w:cs="Arial"/>
          <w:sz w:val="28"/>
          <w:szCs w:val="28"/>
          <w:lang w:val="pt-BR"/>
        </w:rPr>
        <w:tab/>
      </w:r>
    </w:p>
    <w:p w14:paraId="25661F78" w14:textId="54CB095F" w:rsidR="00F73C62" w:rsidRPr="002F5F1D" w:rsidRDefault="00F73C62" w:rsidP="00CB7F72">
      <w:pPr>
        <w:keepNext/>
        <w:keepLines/>
        <w:widowControl/>
        <w:autoSpaceDE/>
        <w:autoSpaceDN/>
        <w:spacing w:before="360" w:after="80" w:line="360" w:lineRule="auto"/>
        <w:ind w:left="142" w:right="286"/>
        <w:outlineLvl w:val="0"/>
        <w:rPr>
          <w:rFonts w:ascii="Arial" w:eastAsia="Times New Roman" w:hAnsi="Arial" w:cs="Arial"/>
          <w:kern w:val="2"/>
          <w:sz w:val="28"/>
          <w:szCs w:val="28"/>
          <w:lang w:val="pt-BR"/>
          <w14:ligatures w14:val="standardContextual"/>
        </w:rPr>
      </w:pPr>
      <w:r w:rsidRPr="002F5F1D">
        <w:rPr>
          <w:rFonts w:ascii="Arial" w:eastAsia="Times New Roman" w:hAnsi="Arial" w:cs="Arial"/>
          <w:kern w:val="2"/>
          <w:sz w:val="28"/>
          <w:szCs w:val="28"/>
          <w:lang w:val="pt-BR"/>
          <w14:ligatures w14:val="standardContextual"/>
        </w:rPr>
        <w:t xml:space="preserve">Os arquivos do </w:t>
      </w:r>
      <w:r w:rsidRPr="002F5F1D">
        <w:rPr>
          <w:rFonts w:ascii="Arial" w:eastAsia="Times New Roman" w:hAnsi="Arial" w:cs="Arial"/>
          <w:b/>
          <w:bCs/>
          <w:kern w:val="2"/>
          <w:sz w:val="28"/>
          <w:szCs w:val="28"/>
          <w:u w:val="single"/>
          <w:lang w:val="pt-BR"/>
          <w14:ligatures w14:val="standardContextual"/>
        </w:rPr>
        <w:t xml:space="preserve">PROCESSO ADM Nº </w:t>
      </w:r>
      <w:r w:rsidR="00FA32A1" w:rsidRPr="002F5F1D">
        <w:rPr>
          <w:rFonts w:ascii="Arial" w:eastAsia="Times New Roman" w:hAnsi="Arial" w:cs="Arial"/>
          <w:b/>
          <w:bCs/>
          <w:kern w:val="2"/>
          <w:sz w:val="28"/>
          <w:szCs w:val="28"/>
          <w:u w:val="single"/>
          <w:lang w:val="pt-BR"/>
          <w14:ligatures w14:val="standardContextual"/>
        </w:rPr>
        <w:t>088</w:t>
      </w:r>
      <w:r w:rsidR="007F5B7C" w:rsidRPr="002F5F1D">
        <w:rPr>
          <w:rFonts w:ascii="Arial" w:eastAsia="Times New Roman" w:hAnsi="Arial" w:cs="Arial"/>
          <w:b/>
          <w:bCs/>
          <w:kern w:val="2"/>
          <w:sz w:val="28"/>
          <w:szCs w:val="28"/>
          <w:u w:val="single"/>
          <w:lang w:val="pt-BR"/>
          <w14:ligatures w14:val="standardContextual"/>
        </w:rPr>
        <w:t>/202</w:t>
      </w:r>
      <w:r w:rsidR="008A10C3" w:rsidRPr="002F5F1D">
        <w:rPr>
          <w:rFonts w:ascii="Arial" w:eastAsia="Times New Roman" w:hAnsi="Arial" w:cs="Arial"/>
          <w:b/>
          <w:bCs/>
          <w:kern w:val="2"/>
          <w:sz w:val="28"/>
          <w:szCs w:val="28"/>
          <w:u w:val="single"/>
          <w:lang w:val="pt-BR"/>
          <w14:ligatures w14:val="standardContextual"/>
        </w:rPr>
        <w:t>6</w:t>
      </w:r>
      <w:r w:rsidRPr="002F5F1D">
        <w:rPr>
          <w:rFonts w:ascii="Arial" w:eastAsia="Times New Roman" w:hAnsi="Arial" w:cs="Arial"/>
          <w:kern w:val="2"/>
          <w:sz w:val="28"/>
          <w:szCs w:val="28"/>
          <w:lang w:val="pt-BR"/>
          <w14:ligatures w14:val="standardContextual"/>
        </w:rPr>
        <w:t xml:space="preserve"> encontram- se no </w:t>
      </w:r>
      <w:r w:rsidRPr="002F5F1D">
        <w:rPr>
          <w:rFonts w:ascii="Arial" w:eastAsia="Times New Roman" w:hAnsi="Arial" w:cs="Arial"/>
          <w:b/>
          <w:bCs/>
          <w:kern w:val="2"/>
          <w:sz w:val="28"/>
          <w:szCs w:val="28"/>
          <w:lang w:val="pt-BR"/>
          <w14:ligatures w14:val="standardContextual"/>
        </w:rPr>
        <w:t xml:space="preserve">LINK </w:t>
      </w:r>
      <w:r w:rsidRPr="002F5F1D">
        <w:rPr>
          <w:rFonts w:ascii="Arial" w:eastAsia="Times New Roman" w:hAnsi="Arial" w:cs="Arial"/>
          <w:kern w:val="2"/>
          <w:sz w:val="28"/>
          <w:szCs w:val="28"/>
          <w:lang w:val="pt-BR"/>
          <w14:ligatures w14:val="standardContextual"/>
        </w:rPr>
        <w:t xml:space="preserve">abaixo: </w:t>
      </w:r>
    </w:p>
    <w:p w14:paraId="3E9849D2" w14:textId="0B3292A3" w:rsidR="00B92352" w:rsidRPr="002F5F1D" w:rsidRDefault="00B92352" w:rsidP="00CC6903">
      <w:pPr>
        <w:widowControl/>
        <w:adjustRightInd w:val="0"/>
        <w:ind w:right="4"/>
        <w:jc w:val="both"/>
        <w:rPr>
          <w:rFonts w:ascii="Arial" w:eastAsia="Times New Roman" w:hAnsi="Arial" w:cs="Arial"/>
          <w:sz w:val="28"/>
          <w:szCs w:val="28"/>
          <w:lang w:val="pt-BR"/>
        </w:rPr>
      </w:pPr>
    </w:p>
    <w:p w14:paraId="220A9DC5" w14:textId="77777777" w:rsidR="00CC6903" w:rsidRDefault="005A7E95" w:rsidP="00CC6903">
      <w:pPr>
        <w:rPr>
          <w:rFonts w:asciiTheme="minorHAnsi" w:eastAsiaTheme="minorHAnsi" w:hAnsiTheme="minorHAnsi" w:cstheme="minorBidi"/>
          <w:lang w:val="pt-BR"/>
        </w:rPr>
      </w:pPr>
      <w:hyperlink r:id="rId8" w:history="1">
        <w:r w:rsidR="00CC6903">
          <w:rPr>
            <w:rStyle w:val="Hyperlink"/>
          </w:rPr>
          <w:t>https://1drv.ms/f/c/d76801eb6a33c285/IgBztcKj2YQtRKLgaKNC9EGxAUIjzcfyl1X1gJhYR0Z_Wms?e=1GMecM</w:t>
        </w:r>
      </w:hyperlink>
    </w:p>
    <w:bookmarkEnd w:id="0"/>
    <w:p w14:paraId="4679C90E" w14:textId="4D2F6C62" w:rsidR="00952BAF" w:rsidRPr="005A7E95" w:rsidRDefault="00952BAF" w:rsidP="005A7E95">
      <w:pPr>
        <w:widowControl/>
        <w:autoSpaceDE/>
        <w:autoSpaceDN/>
        <w:ind w:right="286"/>
        <w:rPr>
          <w:rFonts w:ascii="Arial" w:eastAsia="MS Mincho" w:hAnsi="Arial" w:cs="Arial"/>
          <w:b/>
          <w:sz w:val="24"/>
          <w:szCs w:val="24"/>
          <w:lang w:val="pt-BR" w:eastAsia="pt-BR"/>
        </w:rPr>
      </w:pPr>
    </w:p>
    <w:sectPr w:rsidR="00952BAF" w:rsidRPr="005A7E95" w:rsidSect="006A290A">
      <w:headerReference w:type="default" r:id="rId9"/>
      <w:footerReference w:type="default" r:id="rId10"/>
      <w:pgSz w:w="11910" w:h="16840"/>
      <w:pgMar w:top="1985" w:right="992" w:bottom="1276" w:left="1276" w:header="556" w:footer="11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1F0480" w14:textId="77777777" w:rsidR="00942976" w:rsidRDefault="00942976">
      <w:r>
        <w:separator/>
      </w:r>
    </w:p>
  </w:endnote>
  <w:endnote w:type="continuationSeparator" w:id="0">
    <w:p w14:paraId="3CD6CE56" w14:textId="77777777" w:rsidR="00942976" w:rsidRDefault="00942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mercialPi BT">
    <w:charset w:val="02"/>
    <w:family w:val="roman"/>
    <w:pitch w:val="variable"/>
    <w:sig w:usb0="00000000" w:usb1="10000000" w:usb2="00000000" w:usb3="00000000" w:csb0="80000000"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rooklyn">
    <w:altName w:val="Times New Roman"/>
    <w:panose1 w:val="00000000000000000000"/>
    <w:charset w:val="00"/>
    <w:family w:val="auto"/>
    <w:notTrueType/>
    <w:pitch w:val="variable"/>
    <w:sig w:usb0="00000003" w:usb1="00000000" w:usb2="00000000" w:usb3="00000000" w:csb0="00000001" w:csb1="00000000"/>
  </w:font>
  <w:font w:name="Ottawa">
    <w:altName w:val="Courier New"/>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1309">
    <w:altName w:val="Times New Roman"/>
    <w:charset w:val="00"/>
    <w:family w:val="auto"/>
    <w:pitch w:val="variable"/>
  </w:font>
  <w:font w:name="font1417">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0B9314" w14:textId="766EEA38" w:rsidR="00942976" w:rsidRDefault="0094297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FE672F" w14:textId="77777777" w:rsidR="00942976" w:rsidRDefault="00942976">
      <w:r>
        <w:separator/>
      </w:r>
    </w:p>
  </w:footnote>
  <w:footnote w:type="continuationSeparator" w:id="0">
    <w:p w14:paraId="078FCFBC" w14:textId="77777777" w:rsidR="00942976" w:rsidRDefault="00942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3447C" w14:textId="459E5BFE" w:rsidR="00942976" w:rsidRPr="006A4F69" w:rsidRDefault="00942976" w:rsidP="00016DDF">
    <w:pPr>
      <w:keepNext/>
      <w:keepLines/>
      <w:tabs>
        <w:tab w:val="left" w:pos="3119"/>
        <w:tab w:val="right" w:pos="7109"/>
      </w:tabs>
      <w:spacing w:before="40" w:line="276" w:lineRule="auto"/>
      <w:ind w:firstLine="708"/>
      <w:outlineLvl w:val="3"/>
      <w:rPr>
        <w:b/>
        <w:bCs/>
        <w:smallCaps/>
        <w:sz w:val="20"/>
      </w:rPr>
    </w:pPr>
    <w:r w:rsidRPr="006A4F69">
      <w:rPr>
        <w:b/>
        <w:bCs/>
        <w:noProof/>
        <w:sz w:val="28"/>
        <w:szCs w:val="28"/>
        <w:lang w:val="pt-BR" w:eastAsia="pt-BR"/>
      </w:rPr>
      <w:drawing>
        <wp:anchor distT="0" distB="0" distL="114300" distR="114300" simplePos="0" relativeHeight="486627840" behindDoc="1" locked="0" layoutInCell="1" allowOverlap="1" wp14:anchorId="2E2F7A2A" wp14:editId="6E6E6F60">
          <wp:simplePos x="0" y="0"/>
          <wp:positionH relativeFrom="margin">
            <wp:posOffset>-3810</wp:posOffset>
          </wp:positionH>
          <wp:positionV relativeFrom="paragraph">
            <wp:posOffset>43815</wp:posOffset>
          </wp:positionV>
          <wp:extent cx="781050" cy="624205"/>
          <wp:effectExtent l="0" t="0" r="0" b="4445"/>
          <wp:wrapThrough wrapText="bothSides">
            <wp:wrapPolygon edited="0">
              <wp:start x="0" y="0"/>
              <wp:lineTo x="0" y="21095"/>
              <wp:lineTo x="21073" y="21095"/>
              <wp:lineTo x="21073" y="0"/>
              <wp:lineTo x="0" y="0"/>
            </wp:wrapPolygon>
          </wp:wrapThrough>
          <wp:docPr id="6" name="Imagem 6" descr="Brasão Caara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descr="Brasão Caara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624205"/>
                  </a:xfrm>
                  <a:prstGeom prst="rect">
                    <a:avLst/>
                  </a:prstGeom>
                  <a:noFill/>
                </pic:spPr>
              </pic:pic>
            </a:graphicData>
          </a:graphic>
        </wp:anchor>
      </w:drawing>
    </w:r>
    <w:r w:rsidRPr="006A4F69">
      <w:rPr>
        <w:b/>
        <w:bCs/>
        <w:smallCaps/>
        <w:sz w:val="20"/>
      </w:rPr>
      <w:t>ESTADO DE MATO GROSSO DO SUL</w:t>
    </w:r>
    <w:r w:rsidRPr="006A4F69">
      <w:rPr>
        <w:b/>
        <w:bCs/>
        <w:smallCaps/>
        <w:sz w:val="20"/>
      </w:rPr>
      <w:tab/>
    </w:r>
  </w:p>
  <w:p w14:paraId="29771BFF" w14:textId="77777777" w:rsidR="00942976" w:rsidRPr="006A4F69" w:rsidRDefault="00942976" w:rsidP="00016DDF">
    <w:pPr>
      <w:ind w:left="709" w:firstLine="709"/>
    </w:pPr>
    <w:r w:rsidRPr="006A4F69">
      <w:t>PREFEITURA MUNICIPAL DE CAARAPÓ</w:t>
    </w:r>
  </w:p>
  <w:p w14:paraId="4848852A" w14:textId="0545FC0C" w:rsidR="00942976" w:rsidRPr="002460AB" w:rsidRDefault="00942976" w:rsidP="002460A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FB12693A"/>
    <w:lvl w:ilvl="0">
      <w:start w:val="1"/>
      <w:numFmt w:val="decimal"/>
      <w:pStyle w:val="Numerada31"/>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1"/>
      <w:lvlText w:val="%1."/>
      <w:lvlJc w:val="left"/>
      <w:pPr>
        <w:tabs>
          <w:tab w:val="num" w:pos="720"/>
        </w:tabs>
        <w:ind w:left="720" w:hanging="360"/>
      </w:pPr>
    </w:lvl>
  </w:abstractNum>
  <w:abstractNum w:abstractNumId="2" w15:restartNumberingAfterBreak="0">
    <w:nsid w:val="FFFFFF81"/>
    <w:multiLevelType w:val="singleLevel"/>
    <w:tmpl w:val="171AC3A4"/>
    <w:lvl w:ilvl="0">
      <w:start w:val="1"/>
      <w:numFmt w:val="bullet"/>
      <w:pStyle w:val="Numerada"/>
      <w:lvlText w:val=""/>
      <w:lvlJc w:val="left"/>
      <w:pPr>
        <w:tabs>
          <w:tab w:val="num" w:pos="1440"/>
        </w:tabs>
        <w:ind w:left="1440" w:hanging="360"/>
      </w:pPr>
      <w:rPr>
        <w:rFonts w:ascii="Symbol" w:hAnsi="Symbol" w:hint="default"/>
      </w:rPr>
    </w:lvl>
  </w:abstractNum>
  <w:abstractNum w:abstractNumId="3" w15:restartNumberingAfterBreak="0">
    <w:nsid w:val="FFFFFF82"/>
    <w:multiLevelType w:val="singleLevel"/>
    <w:tmpl w:val="F3EAFDEC"/>
    <w:lvl w:ilvl="0">
      <w:start w:val="1"/>
      <w:numFmt w:val="bullet"/>
      <w:pStyle w:val="Commarcadores31"/>
      <w:lvlText w:val=""/>
      <w:lvlJc w:val="left"/>
      <w:pPr>
        <w:tabs>
          <w:tab w:val="num" w:pos="1080"/>
        </w:tabs>
        <w:ind w:left="1080" w:hanging="360"/>
      </w:pPr>
      <w:rPr>
        <w:rFonts w:ascii="Symbol" w:hAnsi="Symbol" w:hint="default"/>
      </w:rPr>
    </w:lvl>
  </w:abstractNum>
  <w:abstractNum w:abstractNumId="4" w15:restartNumberingAfterBreak="0">
    <w:nsid w:val="FFFFFF83"/>
    <w:multiLevelType w:val="singleLevel"/>
    <w:tmpl w:val="3D1EFFD4"/>
    <w:lvl w:ilvl="0">
      <w:start w:val="1"/>
      <w:numFmt w:val="bullet"/>
      <w:pStyle w:val="Commarcadores21"/>
      <w:lvlText w:val=""/>
      <w:lvlJc w:val="left"/>
      <w:pPr>
        <w:tabs>
          <w:tab w:val="num" w:pos="720"/>
        </w:tabs>
        <w:ind w:left="720" w:hanging="360"/>
      </w:pPr>
      <w:rPr>
        <w:rFonts w:ascii="Symbol" w:hAnsi="Symbol" w:hint="default"/>
      </w:rPr>
    </w:lvl>
  </w:abstractNum>
  <w:abstractNum w:abstractNumId="5" w15:restartNumberingAfterBreak="0">
    <w:nsid w:val="FFFFFF88"/>
    <w:multiLevelType w:val="singleLevel"/>
    <w:tmpl w:val="D0A62B40"/>
    <w:lvl w:ilvl="0">
      <w:start w:val="1"/>
      <w:numFmt w:val="decimal"/>
      <w:pStyle w:val="Numerada1"/>
      <w:lvlText w:val="%1."/>
      <w:lvlJc w:val="left"/>
      <w:pPr>
        <w:tabs>
          <w:tab w:val="num" w:pos="360"/>
        </w:tabs>
        <w:ind w:left="360" w:hanging="360"/>
      </w:pPr>
    </w:lvl>
  </w:abstractNum>
  <w:abstractNum w:abstractNumId="6" w15:restartNumberingAfterBreak="0">
    <w:nsid w:val="FFFFFF89"/>
    <w:multiLevelType w:val="singleLevel"/>
    <w:tmpl w:val="0F30F7F0"/>
    <w:lvl w:ilvl="0">
      <w:start w:val="1"/>
      <w:numFmt w:val="bullet"/>
      <w:pStyle w:val="Commarcadores"/>
      <w:lvlText w:val=""/>
      <w:lvlJc w:val="left"/>
      <w:pPr>
        <w:tabs>
          <w:tab w:val="num" w:pos="360"/>
        </w:tabs>
        <w:ind w:left="360" w:hanging="360"/>
      </w:pPr>
      <w:rPr>
        <w:rFonts w:ascii="Symbol" w:hAnsi="Symbol" w:hint="default"/>
      </w:rPr>
    </w:lvl>
  </w:abstractNum>
  <w:abstractNum w:abstractNumId="7" w15:restartNumberingAfterBreak="0">
    <w:nsid w:val="00B713A1"/>
    <w:multiLevelType w:val="hybridMultilevel"/>
    <w:tmpl w:val="925420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1066249"/>
    <w:multiLevelType w:val="multilevel"/>
    <w:tmpl w:val="DC0EAEF0"/>
    <w:lvl w:ilvl="0">
      <w:start w:val="14"/>
      <w:numFmt w:val="decimal"/>
      <w:lvlText w:val="%1."/>
      <w:lvlJc w:val="left"/>
      <w:pPr>
        <w:ind w:left="525" w:hanging="525"/>
      </w:pPr>
      <w:rPr>
        <w:rFonts w:hint="default"/>
      </w:rPr>
    </w:lvl>
    <w:lvl w:ilvl="1">
      <w:start w:val="3"/>
      <w:numFmt w:val="decimal"/>
      <w:lvlText w:val="%1.%2."/>
      <w:lvlJc w:val="left"/>
      <w:pPr>
        <w:ind w:left="155" w:hanging="720"/>
      </w:pPr>
      <w:rPr>
        <w:rFonts w:hint="default"/>
        <w:b/>
      </w:rPr>
    </w:lvl>
    <w:lvl w:ilvl="2">
      <w:start w:val="1"/>
      <w:numFmt w:val="decimal"/>
      <w:lvlText w:val="%1.%2.%3."/>
      <w:lvlJc w:val="left"/>
      <w:pPr>
        <w:ind w:left="-410" w:hanging="720"/>
      </w:pPr>
      <w:rPr>
        <w:rFonts w:hint="default"/>
      </w:rPr>
    </w:lvl>
    <w:lvl w:ilvl="3">
      <w:start w:val="1"/>
      <w:numFmt w:val="decimal"/>
      <w:lvlText w:val="%1.%2.%3.%4."/>
      <w:lvlJc w:val="left"/>
      <w:pPr>
        <w:ind w:left="-615" w:hanging="1080"/>
      </w:pPr>
      <w:rPr>
        <w:rFonts w:hint="default"/>
      </w:rPr>
    </w:lvl>
    <w:lvl w:ilvl="4">
      <w:start w:val="1"/>
      <w:numFmt w:val="decimalZero"/>
      <w:lvlText w:val="%1.%2.%3.%4.%5."/>
      <w:lvlJc w:val="left"/>
      <w:pPr>
        <w:ind w:left="-1180" w:hanging="1080"/>
      </w:pPr>
      <w:rPr>
        <w:rFonts w:hint="default"/>
      </w:rPr>
    </w:lvl>
    <w:lvl w:ilvl="5">
      <w:start w:val="1"/>
      <w:numFmt w:val="decimalZero"/>
      <w:lvlText w:val="%1.%2.%3.%4.%5.%6."/>
      <w:lvlJc w:val="left"/>
      <w:pPr>
        <w:ind w:left="-1385" w:hanging="1440"/>
      </w:pPr>
      <w:rPr>
        <w:rFonts w:hint="default"/>
      </w:rPr>
    </w:lvl>
    <w:lvl w:ilvl="6">
      <w:start w:val="1"/>
      <w:numFmt w:val="decimalZero"/>
      <w:lvlText w:val="%1.%2.%3.%4.%5.%6.%7."/>
      <w:lvlJc w:val="left"/>
      <w:pPr>
        <w:ind w:left="-1950" w:hanging="1440"/>
      </w:pPr>
      <w:rPr>
        <w:rFonts w:hint="default"/>
      </w:rPr>
    </w:lvl>
    <w:lvl w:ilvl="7">
      <w:start w:val="1"/>
      <w:numFmt w:val="decimalZero"/>
      <w:lvlText w:val="%1.%2.%3.%4.%5.%6.%7.%8."/>
      <w:lvlJc w:val="left"/>
      <w:pPr>
        <w:ind w:left="-2155" w:hanging="1800"/>
      </w:pPr>
      <w:rPr>
        <w:rFonts w:hint="default"/>
      </w:rPr>
    </w:lvl>
    <w:lvl w:ilvl="8">
      <w:start w:val="1"/>
      <w:numFmt w:val="decimal"/>
      <w:lvlText w:val="%1.%2.%3.%4.%5.%6.%7.%8.%9."/>
      <w:lvlJc w:val="left"/>
      <w:pPr>
        <w:ind w:left="-2360" w:hanging="2160"/>
      </w:pPr>
      <w:rPr>
        <w:rFonts w:hint="default"/>
      </w:rPr>
    </w:lvl>
  </w:abstractNum>
  <w:abstractNum w:abstractNumId="9" w15:restartNumberingAfterBreak="0">
    <w:nsid w:val="019D133F"/>
    <w:multiLevelType w:val="multilevel"/>
    <w:tmpl w:val="AB42AA94"/>
    <w:lvl w:ilvl="0">
      <w:start w:val="17"/>
      <w:numFmt w:val="decimal"/>
      <w:lvlText w:val="%1."/>
      <w:lvlJc w:val="left"/>
      <w:pPr>
        <w:ind w:left="525" w:hanging="525"/>
      </w:pPr>
      <w:rPr>
        <w:rFonts w:hint="default"/>
      </w:rPr>
    </w:lvl>
    <w:lvl w:ilvl="1">
      <w:start w:val="1"/>
      <w:numFmt w:val="decimal"/>
      <w:lvlText w:val="%1.%2."/>
      <w:lvlJc w:val="left"/>
      <w:pPr>
        <w:ind w:left="863" w:hanging="720"/>
      </w:pPr>
      <w:rPr>
        <w:rFonts w:hint="default"/>
        <w:b/>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10" w15:restartNumberingAfterBreak="0">
    <w:nsid w:val="027B4E87"/>
    <w:multiLevelType w:val="multilevel"/>
    <w:tmpl w:val="338CD76C"/>
    <w:lvl w:ilvl="0">
      <w:start w:val="14"/>
      <w:numFmt w:val="decimal"/>
      <w:lvlText w:val="%1."/>
      <w:lvlJc w:val="left"/>
      <w:pPr>
        <w:ind w:left="720" w:hanging="720"/>
      </w:pPr>
      <w:rPr>
        <w:rFonts w:hint="default"/>
      </w:rPr>
    </w:lvl>
    <w:lvl w:ilvl="1">
      <w:start w:val="4"/>
      <w:numFmt w:val="decimal"/>
      <w:lvlText w:val="%1.%2."/>
      <w:lvlJc w:val="left"/>
      <w:pPr>
        <w:ind w:left="798"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314" w:hanging="1080"/>
      </w:pPr>
      <w:rPr>
        <w:rFonts w:hint="default"/>
      </w:rPr>
    </w:lvl>
    <w:lvl w:ilvl="4">
      <w:start w:val="1"/>
      <w:numFmt w:val="decimal"/>
      <w:lvlText w:val="%1.%2.%3.%4.%5."/>
      <w:lvlJc w:val="left"/>
      <w:pPr>
        <w:ind w:left="1392" w:hanging="1080"/>
      </w:pPr>
      <w:rPr>
        <w:rFonts w:hint="default"/>
      </w:rPr>
    </w:lvl>
    <w:lvl w:ilvl="5">
      <w:start w:val="1"/>
      <w:numFmt w:val="decimal"/>
      <w:lvlText w:val="%1.%2.%3.%4.%5.%6."/>
      <w:lvlJc w:val="left"/>
      <w:pPr>
        <w:ind w:left="1830" w:hanging="1440"/>
      </w:pPr>
      <w:rPr>
        <w:rFonts w:hint="default"/>
      </w:rPr>
    </w:lvl>
    <w:lvl w:ilvl="6">
      <w:start w:val="1"/>
      <w:numFmt w:val="decimal"/>
      <w:lvlText w:val="%1.%2.%3.%4.%5.%6.%7."/>
      <w:lvlJc w:val="left"/>
      <w:pPr>
        <w:ind w:left="1908" w:hanging="1440"/>
      </w:pPr>
      <w:rPr>
        <w:rFonts w:hint="default"/>
      </w:rPr>
    </w:lvl>
    <w:lvl w:ilvl="7">
      <w:start w:val="1"/>
      <w:numFmt w:val="decimal"/>
      <w:lvlText w:val="%1.%2.%3.%4.%5.%6.%7.%8."/>
      <w:lvlJc w:val="left"/>
      <w:pPr>
        <w:ind w:left="2346" w:hanging="1800"/>
      </w:pPr>
      <w:rPr>
        <w:rFonts w:hint="default"/>
      </w:rPr>
    </w:lvl>
    <w:lvl w:ilvl="8">
      <w:start w:val="1"/>
      <w:numFmt w:val="decimal"/>
      <w:lvlText w:val="%1.%2.%3.%4.%5.%6.%7.%8.%9."/>
      <w:lvlJc w:val="left"/>
      <w:pPr>
        <w:ind w:left="2784" w:hanging="2160"/>
      </w:pPr>
      <w:rPr>
        <w:rFonts w:hint="default"/>
      </w:rPr>
    </w:lvl>
  </w:abstractNum>
  <w:abstractNum w:abstractNumId="11" w15:restartNumberingAfterBreak="0">
    <w:nsid w:val="03CE2DC0"/>
    <w:multiLevelType w:val="multilevel"/>
    <w:tmpl w:val="5114F800"/>
    <w:lvl w:ilvl="0">
      <w:start w:val="1"/>
      <w:numFmt w:val="decimal"/>
      <w:lvlText w:val="%1."/>
      <w:lvlJc w:val="left"/>
      <w:pPr>
        <w:ind w:left="360" w:hanging="360"/>
      </w:pPr>
      <w:rPr>
        <w:b/>
      </w:rPr>
    </w:lvl>
    <w:lvl w:ilvl="1">
      <w:start w:val="1"/>
      <w:numFmt w:val="decimal"/>
      <w:pStyle w:val="Estilo3"/>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pStyle w:val="Nvel3-R"/>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13" w15:restartNumberingAfterBreak="0">
    <w:nsid w:val="0BF03A94"/>
    <w:multiLevelType w:val="multilevel"/>
    <w:tmpl w:val="DFE4C9DC"/>
    <w:lvl w:ilvl="0">
      <w:start w:val="1"/>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1315" w:hanging="360"/>
      </w:pPr>
      <w:rPr>
        <w:rFonts w:ascii="Symbol" w:eastAsia="Symbol" w:hAnsi="Symbol" w:cs="Symbol" w:hint="default"/>
        <w:b w:val="0"/>
        <w:bCs w:val="0"/>
        <w:i w:val="0"/>
        <w:iCs w:val="0"/>
        <w:spacing w:val="0"/>
        <w:w w:val="100"/>
        <w:sz w:val="24"/>
        <w:szCs w:val="24"/>
        <w:lang w:val="pt-PT" w:eastAsia="en-US" w:bidi="ar-SA"/>
      </w:rPr>
    </w:lvl>
    <w:lvl w:ilvl="3">
      <w:numFmt w:val="bullet"/>
      <w:lvlText w:val="•"/>
      <w:lvlJc w:val="left"/>
      <w:pPr>
        <w:ind w:left="3168" w:hanging="360"/>
      </w:pPr>
      <w:rPr>
        <w:rFonts w:hint="default"/>
        <w:lang w:val="pt-PT" w:eastAsia="en-US" w:bidi="ar-SA"/>
      </w:rPr>
    </w:lvl>
    <w:lvl w:ilvl="4">
      <w:numFmt w:val="bullet"/>
      <w:lvlText w:val="•"/>
      <w:lvlJc w:val="left"/>
      <w:pPr>
        <w:ind w:left="4093" w:hanging="360"/>
      </w:pPr>
      <w:rPr>
        <w:rFonts w:hint="default"/>
        <w:lang w:val="pt-PT" w:eastAsia="en-US" w:bidi="ar-SA"/>
      </w:rPr>
    </w:lvl>
    <w:lvl w:ilvl="5">
      <w:numFmt w:val="bullet"/>
      <w:lvlText w:val="•"/>
      <w:lvlJc w:val="left"/>
      <w:pPr>
        <w:ind w:left="5017" w:hanging="360"/>
      </w:pPr>
      <w:rPr>
        <w:rFonts w:hint="default"/>
        <w:lang w:val="pt-PT" w:eastAsia="en-US" w:bidi="ar-SA"/>
      </w:rPr>
    </w:lvl>
    <w:lvl w:ilvl="6">
      <w:numFmt w:val="bullet"/>
      <w:lvlText w:val="•"/>
      <w:lvlJc w:val="left"/>
      <w:pPr>
        <w:ind w:left="5941" w:hanging="360"/>
      </w:pPr>
      <w:rPr>
        <w:rFonts w:hint="default"/>
        <w:lang w:val="pt-PT" w:eastAsia="en-US" w:bidi="ar-SA"/>
      </w:rPr>
    </w:lvl>
    <w:lvl w:ilvl="7">
      <w:numFmt w:val="bullet"/>
      <w:lvlText w:val="•"/>
      <w:lvlJc w:val="left"/>
      <w:pPr>
        <w:ind w:left="6866" w:hanging="360"/>
      </w:pPr>
      <w:rPr>
        <w:rFonts w:hint="default"/>
        <w:lang w:val="pt-PT" w:eastAsia="en-US" w:bidi="ar-SA"/>
      </w:rPr>
    </w:lvl>
    <w:lvl w:ilvl="8">
      <w:numFmt w:val="bullet"/>
      <w:lvlText w:val="•"/>
      <w:lvlJc w:val="left"/>
      <w:pPr>
        <w:ind w:left="7790" w:hanging="360"/>
      </w:pPr>
      <w:rPr>
        <w:rFonts w:hint="default"/>
        <w:lang w:val="pt-PT" w:eastAsia="en-US" w:bidi="ar-SA"/>
      </w:rPr>
    </w:lvl>
  </w:abstractNum>
  <w:abstractNum w:abstractNumId="14" w15:restartNumberingAfterBreak="0">
    <w:nsid w:val="0EAA5554"/>
    <w:multiLevelType w:val="multilevel"/>
    <w:tmpl w:val="88ACC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BF35B4"/>
    <w:multiLevelType w:val="multilevel"/>
    <w:tmpl w:val="038C6794"/>
    <w:lvl w:ilvl="0">
      <w:start w:val="2"/>
      <w:numFmt w:val="decimal"/>
      <w:lvlText w:val="%1"/>
      <w:lvlJc w:val="left"/>
      <w:pPr>
        <w:ind w:left="851" w:hanging="708"/>
      </w:pPr>
      <w:rPr>
        <w:rFonts w:hint="default"/>
        <w:lang w:val="pt-PT" w:eastAsia="en-US" w:bidi="ar-SA"/>
      </w:rPr>
    </w:lvl>
    <w:lvl w:ilvl="1">
      <w:start w:val="1"/>
      <w:numFmt w:val="decimal"/>
      <w:lvlText w:val="%1.%2."/>
      <w:lvlJc w:val="left"/>
      <w:pPr>
        <w:ind w:left="851" w:hanging="708"/>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851" w:hanging="711"/>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1276" w:hanging="994"/>
      </w:pPr>
      <w:rPr>
        <w:rFonts w:ascii="Arial" w:eastAsia="Arial" w:hAnsi="Arial" w:cs="Arial" w:hint="default"/>
        <w:b/>
        <w:bCs/>
        <w:i w:val="0"/>
        <w:iCs w:val="0"/>
        <w:spacing w:val="-2"/>
        <w:w w:val="100"/>
        <w:sz w:val="24"/>
        <w:szCs w:val="24"/>
        <w:lang w:val="pt-PT" w:eastAsia="en-US" w:bidi="ar-SA"/>
      </w:rPr>
    </w:lvl>
    <w:lvl w:ilvl="4">
      <w:start w:val="1"/>
      <w:numFmt w:val="decimal"/>
      <w:lvlText w:val="%1.%2.%3.%4.%5."/>
      <w:lvlJc w:val="left"/>
      <w:pPr>
        <w:ind w:left="1562" w:hanging="1419"/>
      </w:pPr>
      <w:rPr>
        <w:rFonts w:ascii="Arial" w:eastAsia="Arial" w:hAnsi="Arial" w:cs="Arial" w:hint="default"/>
        <w:b/>
        <w:bCs/>
        <w:i w:val="0"/>
        <w:iCs w:val="0"/>
        <w:spacing w:val="-2"/>
        <w:w w:val="100"/>
        <w:sz w:val="24"/>
        <w:szCs w:val="24"/>
        <w:lang w:val="pt-PT" w:eastAsia="en-US" w:bidi="ar-SA"/>
      </w:rPr>
    </w:lvl>
    <w:lvl w:ilvl="5">
      <w:numFmt w:val="bullet"/>
      <w:lvlText w:val="•"/>
      <w:lvlJc w:val="left"/>
      <w:pPr>
        <w:ind w:left="4589" w:hanging="1419"/>
      </w:pPr>
      <w:rPr>
        <w:rFonts w:hint="default"/>
        <w:lang w:val="pt-PT" w:eastAsia="en-US" w:bidi="ar-SA"/>
      </w:rPr>
    </w:lvl>
    <w:lvl w:ilvl="6">
      <w:numFmt w:val="bullet"/>
      <w:lvlText w:val="•"/>
      <w:lvlJc w:val="left"/>
      <w:pPr>
        <w:ind w:left="5599" w:hanging="1419"/>
      </w:pPr>
      <w:rPr>
        <w:rFonts w:hint="default"/>
        <w:lang w:val="pt-PT" w:eastAsia="en-US" w:bidi="ar-SA"/>
      </w:rPr>
    </w:lvl>
    <w:lvl w:ilvl="7">
      <w:numFmt w:val="bullet"/>
      <w:lvlText w:val="•"/>
      <w:lvlJc w:val="left"/>
      <w:pPr>
        <w:ind w:left="6609" w:hanging="1419"/>
      </w:pPr>
      <w:rPr>
        <w:rFonts w:hint="default"/>
        <w:lang w:val="pt-PT" w:eastAsia="en-US" w:bidi="ar-SA"/>
      </w:rPr>
    </w:lvl>
    <w:lvl w:ilvl="8">
      <w:numFmt w:val="bullet"/>
      <w:lvlText w:val="•"/>
      <w:lvlJc w:val="left"/>
      <w:pPr>
        <w:ind w:left="7619" w:hanging="1419"/>
      </w:pPr>
      <w:rPr>
        <w:rFonts w:hint="default"/>
        <w:lang w:val="pt-PT" w:eastAsia="en-US" w:bidi="ar-SA"/>
      </w:rPr>
    </w:lvl>
  </w:abstractNum>
  <w:abstractNum w:abstractNumId="16" w15:restartNumberingAfterBreak="0">
    <w:nsid w:val="119C3399"/>
    <w:multiLevelType w:val="hybridMultilevel"/>
    <w:tmpl w:val="675A6650"/>
    <w:lvl w:ilvl="0" w:tplc="656EAE82">
      <w:start w:val="1"/>
      <w:numFmt w:val="lowerLetter"/>
      <w:lvlText w:val="%1)"/>
      <w:lvlJc w:val="left"/>
      <w:pPr>
        <w:ind w:left="1276" w:hanging="425"/>
      </w:pPr>
      <w:rPr>
        <w:rFonts w:ascii="Arial" w:eastAsia="Arial" w:hAnsi="Arial" w:cs="Arial" w:hint="default"/>
        <w:b/>
        <w:bCs/>
        <w:i w:val="0"/>
        <w:iCs w:val="0"/>
        <w:spacing w:val="0"/>
        <w:w w:val="100"/>
        <w:sz w:val="24"/>
        <w:szCs w:val="24"/>
        <w:lang w:val="pt-PT" w:eastAsia="en-US" w:bidi="ar-SA"/>
      </w:rPr>
    </w:lvl>
    <w:lvl w:ilvl="1" w:tplc="282EE36A">
      <w:start w:val="1"/>
      <w:numFmt w:val="upperRoman"/>
      <w:lvlText w:val="%2."/>
      <w:lvlJc w:val="left"/>
      <w:pPr>
        <w:ind w:left="1703" w:hanging="428"/>
      </w:pPr>
      <w:rPr>
        <w:rFonts w:ascii="Arial" w:eastAsia="Arial" w:hAnsi="Arial" w:cs="Arial" w:hint="default"/>
        <w:b/>
        <w:bCs/>
        <w:i w:val="0"/>
        <w:iCs w:val="0"/>
        <w:spacing w:val="0"/>
        <w:w w:val="100"/>
        <w:sz w:val="24"/>
        <w:szCs w:val="24"/>
        <w:lang w:val="pt-PT" w:eastAsia="en-US" w:bidi="ar-SA"/>
      </w:rPr>
    </w:lvl>
    <w:lvl w:ilvl="2" w:tplc="FCBA03B4">
      <w:numFmt w:val="bullet"/>
      <w:lvlText w:val="•"/>
      <w:lvlJc w:val="left"/>
      <w:pPr>
        <w:ind w:left="2582" w:hanging="428"/>
      </w:pPr>
      <w:rPr>
        <w:rFonts w:hint="default"/>
        <w:lang w:val="pt-PT" w:eastAsia="en-US" w:bidi="ar-SA"/>
      </w:rPr>
    </w:lvl>
    <w:lvl w:ilvl="3" w:tplc="8DEE76EA">
      <w:numFmt w:val="bullet"/>
      <w:lvlText w:val="•"/>
      <w:lvlJc w:val="left"/>
      <w:pPr>
        <w:ind w:left="3464" w:hanging="428"/>
      </w:pPr>
      <w:rPr>
        <w:rFonts w:hint="default"/>
        <w:lang w:val="pt-PT" w:eastAsia="en-US" w:bidi="ar-SA"/>
      </w:rPr>
    </w:lvl>
    <w:lvl w:ilvl="4" w:tplc="4C5CEA48">
      <w:numFmt w:val="bullet"/>
      <w:lvlText w:val="•"/>
      <w:lvlJc w:val="left"/>
      <w:pPr>
        <w:ind w:left="4346" w:hanging="428"/>
      </w:pPr>
      <w:rPr>
        <w:rFonts w:hint="default"/>
        <w:lang w:val="pt-PT" w:eastAsia="en-US" w:bidi="ar-SA"/>
      </w:rPr>
    </w:lvl>
    <w:lvl w:ilvl="5" w:tplc="6730FF4E">
      <w:numFmt w:val="bullet"/>
      <w:lvlText w:val="•"/>
      <w:lvlJc w:val="left"/>
      <w:pPr>
        <w:ind w:left="5228" w:hanging="428"/>
      </w:pPr>
      <w:rPr>
        <w:rFonts w:hint="default"/>
        <w:lang w:val="pt-PT" w:eastAsia="en-US" w:bidi="ar-SA"/>
      </w:rPr>
    </w:lvl>
    <w:lvl w:ilvl="6" w:tplc="DDA80D30">
      <w:numFmt w:val="bullet"/>
      <w:lvlText w:val="•"/>
      <w:lvlJc w:val="left"/>
      <w:pPr>
        <w:ind w:left="6110" w:hanging="428"/>
      </w:pPr>
      <w:rPr>
        <w:rFonts w:hint="default"/>
        <w:lang w:val="pt-PT" w:eastAsia="en-US" w:bidi="ar-SA"/>
      </w:rPr>
    </w:lvl>
    <w:lvl w:ilvl="7" w:tplc="398400A6">
      <w:numFmt w:val="bullet"/>
      <w:lvlText w:val="•"/>
      <w:lvlJc w:val="left"/>
      <w:pPr>
        <w:ind w:left="6992" w:hanging="428"/>
      </w:pPr>
      <w:rPr>
        <w:rFonts w:hint="default"/>
        <w:lang w:val="pt-PT" w:eastAsia="en-US" w:bidi="ar-SA"/>
      </w:rPr>
    </w:lvl>
    <w:lvl w:ilvl="8" w:tplc="320C552A">
      <w:numFmt w:val="bullet"/>
      <w:lvlText w:val="•"/>
      <w:lvlJc w:val="left"/>
      <w:pPr>
        <w:ind w:left="7875" w:hanging="428"/>
      </w:pPr>
      <w:rPr>
        <w:rFonts w:hint="default"/>
        <w:lang w:val="pt-PT" w:eastAsia="en-US" w:bidi="ar-SA"/>
      </w:rPr>
    </w:lvl>
  </w:abstractNum>
  <w:abstractNum w:abstractNumId="17" w15:restartNumberingAfterBreak="0">
    <w:nsid w:val="1483082D"/>
    <w:multiLevelType w:val="hybridMultilevel"/>
    <w:tmpl w:val="A95CBA2A"/>
    <w:lvl w:ilvl="0" w:tplc="8ACA0BFE">
      <w:start w:val="1"/>
      <w:numFmt w:val="decimal"/>
      <w:lvlText w:val="8.%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4FB1437"/>
    <w:multiLevelType w:val="multilevel"/>
    <w:tmpl w:val="312CBE8C"/>
    <w:lvl w:ilvl="0">
      <w:start w:val="16"/>
      <w:numFmt w:val="decimal"/>
      <w:lvlText w:val="%1."/>
      <w:lvlJc w:val="left"/>
      <w:pPr>
        <w:ind w:left="660" w:hanging="660"/>
      </w:pPr>
      <w:rPr>
        <w:rFonts w:hint="default"/>
      </w:rPr>
    </w:lvl>
    <w:lvl w:ilvl="1">
      <w:start w:val="23"/>
      <w:numFmt w:val="decimal"/>
      <w:lvlText w:val="%1.%2."/>
      <w:lvlJc w:val="left"/>
      <w:pPr>
        <w:ind w:left="863" w:hanging="720"/>
      </w:pPr>
      <w:rPr>
        <w:rFonts w:hint="default"/>
        <w:b/>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19" w15:restartNumberingAfterBreak="0">
    <w:nsid w:val="17A1273B"/>
    <w:multiLevelType w:val="multilevel"/>
    <w:tmpl w:val="CDF4A17A"/>
    <w:lvl w:ilvl="0">
      <w:start w:val="10"/>
      <w:numFmt w:val="decimal"/>
      <w:lvlText w:val="%1"/>
      <w:lvlJc w:val="left"/>
      <w:pPr>
        <w:ind w:left="426" w:hanging="708"/>
      </w:pPr>
      <w:rPr>
        <w:rFonts w:hint="default"/>
        <w:lang w:val="pt-PT" w:eastAsia="en-US" w:bidi="ar-SA"/>
      </w:rPr>
    </w:lvl>
    <w:lvl w:ilvl="1">
      <w:start w:val="1"/>
      <w:numFmt w:val="decimal"/>
      <w:lvlText w:val="%1.%2."/>
      <w:lvlJc w:val="left"/>
      <w:pPr>
        <w:ind w:left="426" w:hanging="708"/>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1134" w:hanging="1419"/>
      </w:pPr>
      <w:rPr>
        <w:rFonts w:ascii="Arial" w:eastAsia="Arial" w:hAnsi="Arial" w:cs="Arial" w:hint="default"/>
        <w:b/>
        <w:bCs/>
        <w:i w:val="0"/>
        <w:iCs w:val="0"/>
        <w:spacing w:val="-1"/>
        <w:w w:val="100"/>
        <w:sz w:val="24"/>
        <w:szCs w:val="24"/>
        <w:lang w:val="pt-PT" w:eastAsia="en-US" w:bidi="ar-SA"/>
      </w:rPr>
    </w:lvl>
    <w:lvl w:ilvl="3">
      <w:start w:val="1"/>
      <w:numFmt w:val="decimal"/>
      <w:lvlText w:val="%1.2.%3.%4."/>
      <w:lvlJc w:val="left"/>
      <w:pPr>
        <w:ind w:left="1559" w:hanging="994"/>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721" w:hanging="994"/>
      </w:pPr>
      <w:rPr>
        <w:rFonts w:hint="default"/>
        <w:lang w:val="pt-PT" w:eastAsia="en-US" w:bidi="ar-SA"/>
      </w:rPr>
    </w:lvl>
    <w:lvl w:ilvl="5">
      <w:numFmt w:val="bullet"/>
      <w:lvlText w:val="•"/>
      <w:lvlJc w:val="left"/>
      <w:pPr>
        <w:ind w:left="4802" w:hanging="994"/>
      </w:pPr>
      <w:rPr>
        <w:rFonts w:hint="default"/>
        <w:lang w:val="pt-PT" w:eastAsia="en-US" w:bidi="ar-SA"/>
      </w:rPr>
    </w:lvl>
    <w:lvl w:ilvl="6">
      <w:numFmt w:val="bullet"/>
      <w:lvlText w:val="•"/>
      <w:lvlJc w:val="left"/>
      <w:pPr>
        <w:ind w:left="5883" w:hanging="994"/>
      </w:pPr>
      <w:rPr>
        <w:rFonts w:hint="default"/>
        <w:lang w:val="pt-PT" w:eastAsia="en-US" w:bidi="ar-SA"/>
      </w:rPr>
    </w:lvl>
    <w:lvl w:ilvl="7">
      <w:numFmt w:val="bullet"/>
      <w:lvlText w:val="•"/>
      <w:lvlJc w:val="left"/>
      <w:pPr>
        <w:ind w:left="6964" w:hanging="994"/>
      </w:pPr>
      <w:rPr>
        <w:rFonts w:hint="default"/>
        <w:lang w:val="pt-PT" w:eastAsia="en-US" w:bidi="ar-SA"/>
      </w:rPr>
    </w:lvl>
    <w:lvl w:ilvl="8">
      <w:numFmt w:val="bullet"/>
      <w:lvlText w:val="•"/>
      <w:lvlJc w:val="left"/>
      <w:pPr>
        <w:ind w:left="8044" w:hanging="994"/>
      </w:pPr>
      <w:rPr>
        <w:rFonts w:hint="default"/>
        <w:lang w:val="pt-PT" w:eastAsia="en-US" w:bidi="ar-SA"/>
      </w:rPr>
    </w:lvl>
  </w:abstractNum>
  <w:abstractNum w:abstractNumId="20" w15:restartNumberingAfterBreak="0">
    <w:nsid w:val="1B387166"/>
    <w:multiLevelType w:val="multilevel"/>
    <w:tmpl w:val="3F2E112E"/>
    <w:lvl w:ilvl="0">
      <w:start w:val="8"/>
      <w:numFmt w:val="decimal"/>
      <w:lvlText w:val="%1."/>
      <w:lvlJc w:val="left"/>
      <w:pPr>
        <w:ind w:left="720" w:hanging="720"/>
      </w:pPr>
      <w:rPr>
        <w:rFonts w:hint="default"/>
      </w:rPr>
    </w:lvl>
    <w:lvl w:ilvl="1">
      <w:start w:val="14"/>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1" w15:restartNumberingAfterBreak="0">
    <w:nsid w:val="1B70537D"/>
    <w:multiLevelType w:val="multilevel"/>
    <w:tmpl w:val="3426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3D1495"/>
    <w:multiLevelType w:val="multilevel"/>
    <w:tmpl w:val="7EE22A5A"/>
    <w:lvl w:ilvl="0">
      <w:start w:val="6"/>
      <w:numFmt w:val="decimal"/>
      <w:lvlText w:val="%1"/>
      <w:lvlJc w:val="left"/>
      <w:pPr>
        <w:ind w:left="143" w:hanging="708"/>
      </w:pPr>
      <w:rPr>
        <w:rFonts w:hint="default"/>
        <w:lang w:val="pt-PT" w:eastAsia="en-US" w:bidi="ar-SA"/>
      </w:rPr>
    </w:lvl>
    <w:lvl w:ilvl="1">
      <w:start w:val="1"/>
      <w:numFmt w:val="decimal"/>
      <w:lvlText w:val="%1.%2."/>
      <w:lvlJc w:val="left"/>
      <w:pPr>
        <w:ind w:left="850" w:hanging="708"/>
        <w:jc w:val="right"/>
      </w:pPr>
      <w:rPr>
        <w:rFonts w:ascii="Arial" w:eastAsia="Arial" w:hAnsi="Arial" w:cs="Arial" w:hint="default"/>
        <w:b/>
        <w:bCs/>
        <w:i w:val="0"/>
        <w:iCs w:val="0"/>
        <w:spacing w:val="-1"/>
        <w:w w:val="100"/>
        <w:sz w:val="24"/>
        <w:szCs w:val="24"/>
        <w:lang w:val="pt-PT" w:eastAsia="en-US" w:bidi="ar-SA"/>
      </w:rPr>
    </w:lvl>
    <w:lvl w:ilvl="2">
      <w:start w:val="1"/>
      <w:numFmt w:val="lowerLetter"/>
      <w:lvlText w:val="%3)"/>
      <w:lvlJc w:val="left"/>
      <w:pPr>
        <w:ind w:left="1418" w:hanging="425"/>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137" w:hanging="425"/>
      </w:pPr>
      <w:rPr>
        <w:rFonts w:hint="default"/>
        <w:lang w:val="pt-PT" w:eastAsia="en-US" w:bidi="ar-SA"/>
      </w:rPr>
    </w:lvl>
    <w:lvl w:ilvl="4">
      <w:numFmt w:val="bullet"/>
      <w:lvlText w:val="•"/>
      <w:lvlJc w:val="left"/>
      <w:pPr>
        <w:ind w:left="4066" w:hanging="425"/>
      </w:pPr>
      <w:rPr>
        <w:rFonts w:hint="default"/>
        <w:lang w:val="pt-PT" w:eastAsia="en-US" w:bidi="ar-SA"/>
      </w:rPr>
    </w:lvl>
    <w:lvl w:ilvl="5">
      <w:numFmt w:val="bullet"/>
      <w:lvlText w:val="•"/>
      <w:lvlJc w:val="left"/>
      <w:pPr>
        <w:ind w:left="4995" w:hanging="425"/>
      </w:pPr>
      <w:rPr>
        <w:rFonts w:hint="default"/>
        <w:lang w:val="pt-PT" w:eastAsia="en-US" w:bidi="ar-SA"/>
      </w:rPr>
    </w:lvl>
    <w:lvl w:ilvl="6">
      <w:numFmt w:val="bullet"/>
      <w:lvlText w:val="•"/>
      <w:lvlJc w:val="left"/>
      <w:pPr>
        <w:ind w:left="5924" w:hanging="425"/>
      </w:pPr>
      <w:rPr>
        <w:rFonts w:hint="default"/>
        <w:lang w:val="pt-PT" w:eastAsia="en-US" w:bidi="ar-SA"/>
      </w:rPr>
    </w:lvl>
    <w:lvl w:ilvl="7">
      <w:numFmt w:val="bullet"/>
      <w:lvlText w:val="•"/>
      <w:lvlJc w:val="left"/>
      <w:pPr>
        <w:ind w:left="6852" w:hanging="425"/>
      </w:pPr>
      <w:rPr>
        <w:rFonts w:hint="default"/>
        <w:lang w:val="pt-PT" w:eastAsia="en-US" w:bidi="ar-SA"/>
      </w:rPr>
    </w:lvl>
    <w:lvl w:ilvl="8">
      <w:numFmt w:val="bullet"/>
      <w:lvlText w:val="•"/>
      <w:lvlJc w:val="left"/>
      <w:pPr>
        <w:ind w:left="7781" w:hanging="425"/>
      </w:pPr>
      <w:rPr>
        <w:rFonts w:hint="default"/>
        <w:lang w:val="pt-PT" w:eastAsia="en-US" w:bidi="ar-SA"/>
      </w:rPr>
    </w:lvl>
  </w:abstractNum>
  <w:abstractNum w:abstractNumId="23" w15:restartNumberingAfterBreak="0">
    <w:nsid w:val="1D5C100D"/>
    <w:multiLevelType w:val="multilevel"/>
    <w:tmpl w:val="478E6A5A"/>
    <w:lvl w:ilvl="0">
      <w:start w:val="1"/>
      <w:numFmt w:val="decimal"/>
      <w:pStyle w:val="Nivel01"/>
      <w:lvlText w:val="%1."/>
      <w:lvlJc w:val="left"/>
      <w:pPr>
        <w:ind w:left="360" w:hanging="360"/>
      </w:pPr>
      <w:rPr>
        <w:rFonts w:ascii="Arial" w:eastAsia="Times New Roman" w:hAnsi="Arial" w:cs="Arial"/>
        <w:b/>
      </w:rPr>
    </w:lvl>
    <w:lvl w:ilvl="1">
      <w:start w:val="1"/>
      <w:numFmt w:val="decimal"/>
      <w:lvlText w:val="%1.%2."/>
      <w:lvlJc w:val="left"/>
      <w:pPr>
        <w:ind w:left="4969" w:hanging="432"/>
      </w:pPr>
      <w:rPr>
        <w:rFonts w:ascii="Arial" w:hAnsi="Arial" w:cs="Arial" w:hint="default"/>
        <w:b w:val="0"/>
        <w:i w:val="0"/>
        <w:strike w:val="0"/>
        <w:color w:val="auto"/>
        <w:sz w:val="24"/>
        <w:szCs w:val="24"/>
        <w:u w:val="none"/>
      </w:rPr>
    </w:lvl>
    <w:lvl w:ilvl="2">
      <w:start w:val="1"/>
      <w:numFmt w:val="lowerLetter"/>
      <w:lvlText w:val="%3)"/>
      <w:lvlJc w:val="left"/>
      <w:pPr>
        <w:ind w:left="1638" w:hanging="504"/>
      </w:pPr>
      <w:rPr>
        <w:rFonts w:ascii="Arial" w:eastAsia="Calibr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0AA4C55"/>
    <w:multiLevelType w:val="multilevel"/>
    <w:tmpl w:val="F33874B2"/>
    <w:lvl w:ilvl="0">
      <w:start w:val="15"/>
      <w:numFmt w:val="decimal"/>
      <w:lvlText w:val="%1."/>
      <w:lvlJc w:val="left"/>
      <w:pPr>
        <w:ind w:left="525" w:hanging="525"/>
      </w:pPr>
      <w:rPr>
        <w:rFonts w:hint="default"/>
        <w:b/>
        <w:u w:val="single"/>
      </w:rPr>
    </w:lvl>
    <w:lvl w:ilvl="1">
      <w:start w:val="2"/>
      <w:numFmt w:val="decimal"/>
      <w:lvlText w:val="%1.%2."/>
      <w:lvlJc w:val="left"/>
      <w:pPr>
        <w:ind w:left="155" w:hanging="720"/>
      </w:pPr>
      <w:rPr>
        <w:rFonts w:hint="default"/>
        <w:b/>
        <w:u w:val="none"/>
      </w:rPr>
    </w:lvl>
    <w:lvl w:ilvl="2">
      <w:start w:val="1"/>
      <w:numFmt w:val="decimal"/>
      <w:lvlText w:val="%1.%2.%3."/>
      <w:lvlJc w:val="left"/>
      <w:pPr>
        <w:ind w:left="-410" w:hanging="720"/>
      </w:pPr>
      <w:rPr>
        <w:rFonts w:hint="default"/>
        <w:b/>
        <w:u w:val="single"/>
      </w:rPr>
    </w:lvl>
    <w:lvl w:ilvl="3">
      <w:start w:val="1"/>
      <w:numFmt w:val="decimal"/>
      <w:lvlText w:val="%1.%2.%3.%4."/>
      <w:lvlJc w:val="left"/>
      <w:pPr>
        <w:ind w:left="-615" w:hanging="1080"/>
      </w:pPr>
      <w:rPr>
        <w:rFonts w:hint="default"/>
        <w:b/>
        <w:u w:val="single"/>
      </w:rPr>
    </w:lvl>
    <w:lvl w:ilvl="4">
      <w:start w:val="1"/>
      <w:numFmt w:val="decimal"/>
      <w:lvlText w:val="%1.%2.%3.%4.%5."/>
      <w:lvlJc w:val="left"/>
      <w:pPr>
        <w:ind w:left="-1180" w:hanging="1080"/>
      </w:pPr>
      <w:rPr>
        <w:rFonts w:hint="default"/>
        <w:b/>
        <w:u w:val="single"/>
      </w:rPr>
    </w:lvl>
    <w:lvl w:ilvl="5">
      <w:start w:val="1"/>
      <w:numFmt w:val="decimal"/>
      <w:lvlText w:val="%1.%2.%3.%4.%5.%6."/>
      <w:lvlJc w:val="left"/>
      <w:pPr>
        <w:ind w:left="-1385" w:hanging="1440"/>
      </w:pPr>
      <w:rPr>
        <w:rFonts w:hint="default"/>
        <w:b/>
        <w:u w:val="single"/>
      </w:rPr>
    </w:lvl>
    <w:lvl w:ilvl="6">
      <w:start w:val="1"/>
      <w:numFmt w:val="decimal"/>
      <w:lvlText w:val="%1.%2.%3.%4.%5.%6.%7."/>
      <w:lvlJc w:val="left"/>
      <w:pPr>
        <w:ind w:left="-1950" w:hanging="1440"/>
      </w:pPr>
      <w:rPr>
        <w:rFonts w:hint="default"/>
        <w:b/>
        <w:u w:val="single"/>
      </w:rPr>
    </w:lvl>
    <w:lvl w:ilvl="7">
      <w:start w:val="1"/>
      <w:numFmt w:val="decimal"/>
      <w:lvlText w:val="%1.%2.%3.%4.%5.%6.%7.%8."/>
      <w:lvlJc w:val="left"/>
      <w:pPr>
        <w:ind w:left="-2155" w:hanging="1800"/>
      </w:pPr>
      <w:rPr>
        <w:rFonts w:hint="default"/>
        <w:b/>
        <w:u w:val="single"/>
      </w:rPr>
    </w:lvl>
    <w:lvl w:ilvl="8">
      <w:start w:val="1"/>
      <w:numFmt w:val="decimal"/>
      <w:lvlText w:val="%1.%2.%3.%4.%5.%6.%7.%8.%9."/>
      <w:lvlJc w:val="left"/>
      <w:pPr>
        <w:ind w:left="-2360" w:hanging="2160"/>
      </w:pPr>
      <w:rPr>
        <w:rFonts w:hint="default"/>
        <w:b/>
        <w:u w:val="single"/>
      </w:rPr>
    </w:lvl>
  </w:abstractNum>
  <w:abstractNum w:abstractNumId="25" w15:restartNumberingAfterBreak="0">
    <w:nsid w:val="23B636E8"/>
    <w:multiLevelType w:val="hybridMultilevel"/>
    <w:tmpl w:val="B5C60D3C"/>
    <w:lvl w:ilvl="0" w:tplc="A9D86582">
      <w:start w:val="1"/>
      <w:numFmt w:val="upperRoman"/>
      <w:lvlText w:val="%1."/>
      <w:lvlJc w:val="left"/>
      <w:pPr>
        <w:ind w:left="1429" w:hanging="720"/>
      </w:p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26" w15:restartNumberingAfterBreak="0">
    <w:nsid w:val="25207A83"/>
    <w:multiLevelType w:val="multilevel"/>
    <w:tmpl w:val="AD669708"/>
    <w:lvl w:ilvl="0">
      <w:start w:val="14"/>
      <w:numFmt w:val="decimal"/>
      <w:lvlText w:val="%1"/>
      <w:lvlJc w:val="left"/>
      <w:pPr>
        <w:ind w:left="426" w:hanging="708"/>
      </w:pPr>
      <w:rPr>
        <w:rFonts w:hint="default"/>
        <w:lang w:val="pt-PT" w:eastAsia="en-US" w:bidi="ar-SA"/>
      </w:rPr>
    </w:lvl>
    <w:lvl w:ilvl="1">
      <w:start w:val="1"/>
      <w:numFmt w:val="decimal"/>
      <w:pStyle w:val="Normal2"/>
      <w:lvlText w:val="%1.%2."/>
      <w:lvlJc w:val="left"/>
      <w:pPr>
        <w:ind w:left="426" w:hanging="708"/>
      </w:pPr>
      <w:rPr>
        <w:rFonts w:ascii="Arial" w:eastAsia="Arial" w:hAnsi="Arial" w:cs="Arial" w:hint="default"/>
        <w:b/>
        <w:bCs/>
        <w:i w:val="0"/>
        <w:iCs w:val="0"/>
        <w:spacing w:val="-1"/>
        <w:w w:val="100"/>
        <w:sz w:val="24"/>
        <w:szCs w:val="24"/>
        <w:lang w:val="pt-PT" w:eastAsia="en-US" w:bidi="ar-SA"/>
      </w:rPr>
    </w:lvl>
    <w:lvl w:ilvl="2">
      <w:numFmt w:val="bullet"/>
      <w:pStyle w:val="Normal3"/>
      <w:lvlText w:val="•"/>
      <w:lvlJc w:val="left"/>
      <w:pPr>
        <w:ind w:left="2377" w:hanging="708"/>
      </w:pPr>
      <w:rPr>
        <w:rFonts w:hint="default"/>
        <w:lang w:val="pt-PT" w:eastAsia="en-US" w:bidi="ar-SA"/>
      </w:rPr>
    </w:lvl>
    <w:lvl w:ilvl="3">
      <w:numFmt w:val="bullet"/>
      <w:pStyle w:val="Normal4"/>
      <w:lvlText w:val="•"/>
      <w:lvlJc w:val="left"/>
      <w:pPr>
        <w:ind w:left="3355" w:hanging="708"/>
      </w:pPr>
      <w:rPr>
        <w:rFonts w:hint="default"/>
        <w:lang w:val="pt-PT" w:eastAsia="en-US" w:bidi="ar-SA"/>
      </w:rPr>
    </w:lvl>
    <w:lvl w:ilvl="4">
      <w:numFmt w:val="bullet"/>
      <w:pStyle w:val="Normal5"/>
      <w:lvlText w:val="•"/>
      <w:lvlJc w:val="left"/>
      <w:pPr>
        <w:ind w:left="4334" w:hanging="708"/>
      </w:pPr>
      <w:rPr>
        <w:rFonts w:hint="default"/>
        <w:lang w:val="pt-PT" w:eastAsia="en-US" w:bidi="ar-SA"/>
      </w:rPr>
    </w:lvl>
    <w:lvl w:ilvl="5">
      <w:numFmt w:val="bullet"/>
      <w:pStyle w:val="Normal6"/>
      <w:lvlText w:val="•"/>
      <w:lvlJc w:val="left"/>
      <w:pPr>
        <w:ind w:left="531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270" w:hanging="708"/>
      </w:pPr>
      <w:rPr>
        <w:rFonts w:hint="default"/>
        <w:lang w:val="pt-PT" w:eastAsia="en-US" w:bidi="ar-SA"/>
      </w:rPr>
    </w:lvl>
    <w:lvl w:ilvl="8">
      <w:numFmt w:val="bullet"/>
      <w:lvlText w:val="•"/>
      <w:lvlJc w:val="left"/>
      <w:pPr>
        <w:ind w:left="8249" w:hanging="708"/>
      </w:pPr>
      <w:rPr>
        <w:rFonts w:hint="default"/>
        <w:lang w:val="pt-PT" w:eastAsia="en-US" w:bidi="ar-SA"/>
      </w:rPr>
    </w:lvl>
  </w:abstractNum>
  <w:abstractNum w:abstractNumId="27" w15:restartNumberingAfterBreak="0">
    <w:nsid w:val="2626338F"/>
    <w:multiLevelType w:val="multilevel"/>
    <w:tmpl w:val="500E8C40"/>
    <w:lvl w:ilvl="0">
      <w:start w:val="4"/>
      <w:numFmt w:val="decimal"/>
      <w:lvlText w:val="%1"/>
      <w:lvlJc w:val="left"/>
      <w:pPr>
        <w:ind w:left="851" w:hanging="708"/>
      </w:pPr>
      <w:rPr>
        <w:rFonts w:hint="default"/>
        <w:lang w:val="pt-PT" w:eastAsia="en-US" w:bidi="ar-SA"/>
      </w:rPr>
    </w:lvl>
    <w:lvl w:ilvl="1">
      <w:start w:val="1"/>
      <w:numFmt w:val="decimal"/>
      <w:lvlText w:val="%1.%2."/>
      <w:lvlJc w:val="left"/>
      <w:pPr>
        <w:ind w:left="851" w:hanging="708"/>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851" w:hanging="711"/>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1276" w:hanging="994"/>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4066" w:hanging="994"/>
      </w:pPr>
      <w:rPr>
        <w:rFonts w:hint="default"/>
        <w:lang w:val="pt-PT" w:eastAsia="en-US" w:bidi="ar-SA"/>
      </w:rPr>
    </w:lvl>
    <w:lvl w:ilvl="5">
      <w:numFmt w:val="bullet"/>
      <w:lvlText w:val="•"/>
      <w:lvlJc w:val="left"/>
      <w:pPr>
        <w:ind w:left="4995" w:hanging="994"/>
      </w:pPr>
      <w:rPr>
        <w:rFonts w:hint="default"/>
        <w:lang w:val="pt-PT" w:eastAsia="en-US" w:bidi="ar-SA"/>
      </w:rPr>
    </w:lvl>
    <w:lvl w:ilvl="6">
      <w:numFmt w:val="bullet"/>
      <w:lvlText w:val="•"/>
      <w:lvlJc w:val="left"/>
      <w:pPr>
        <w:ind w:left="5924" w:hanging="994"/>
      </w:pPr>
      <w:rPr>
        <w:rFonts w:hint="default"/>
        <w:lang w:val="pt-PT" w:eastAsia="en-US" w:bidi="ar-SA"/>
      </w:rPr>
    </w:lvl>
    <w:lvl w:ilvl="7">
      <w:numFmt w:val="bullet"/>
      <w:lvlText w:val="•"/>
      <w:lvlJc w:val="left"/>
      <w:pPr>
        <w:ind w:left="6852" w:hanging="994"/>
      </w:pPr>
      <w:rPr>
        <w:rFonts w:hint="default"/>
        <w:lang w:val="pt-PT" w:eastAsia="en-US" w:bidi="ar-SA"/>
      </w:rPr>
    </w:lvl>
    <w:lvl w:ilvl="8">
      <w:numFmt w:val="bullet"/>
      <w:lvlText w:val="•"/>
      <w:lvlJc w:val="left"/>
      <w:pPr>
        <w:ind w:left="7781" w:hanging="994"/>
      </w:pPr>
      <w:rPr>
        <w:rFonts w:hint="default"/>
        <w:lang w:val="pt-PT" w:eastAsia="en-US" w:bidi="ar-SA"/>
      </w:rPr>
    </w:lvl>
  </w:abstractNum>
  <w:abstractNum w:abstractNumId="28" w15:restartNumberingAfterBreak="0">
    <w:nsid w:val="2C0F6F6A"/>
    <w:multiLevelType w:val="multilevel"/>
    <w:tmpl w:val="C45460C6"/>
    <w:lvl w:ilvl="0">
      <w:start w:val="13"/>
      <w:numFmt w:val="decimal"/>
      <w:lvlText w:val="%1."/>
      <w:lvlJc w:val="left"/>
      <w:pPr>
        <w:ind w:left="525" w:hanging="525"/>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Zero"/>
      <w:lvlText w:val="%1.%2.%3.%4."/>
      <w:lvlJc w:val="left"/>
      <w:pPr>
        <w:ind w:left="1080" w:hanging="1080"/>
      </w:pPr>
      <w:rPr>
        <w:rFonts w:hint="default"/>
        <w:b/>
      </w:rPr>
    </w:lvl>
    <w:lvl w:ilvl="4">
      <w:start w:val="1"/>
      <w:numFmt w:val="decimalZero"/>
      <w:lvlText w:val="%1.%2.%3.%4.%5."/>
      <w:lvlJc w:val="left"/>
      <w:pPr>
        <w:ind w:left="1648" w:hanging="1080"/>
      </w:pPr>
      <w:rPr>
        <w:rFonts w:hint="default"/>
      </w:rPr>
    </w:lvl>
    <w:lvl w:ilvl="5">
      <w:start w:val="1"/>
      <w:numFmt w:val="decimalZero"/>
      <w:lvlText w:val="%1.%2.%3.%4.%5.%6."/>
      <w:lvlJc w:val="left"/>
      <w:pPr>
        <w:ind w:left="2150" w:hanging="1440"/>
      </w:pPr>
      <w:rPr>
        <w:rFonts w:hint="default"/>
      </w:rPr>
    </w:lvl>
    <w:lvl w:ilvl="6">
      <w:start w:val="1"/>
      <w:numFmt w:val="decimalZero"/>
      <w:lvlText w:val="%1.%2.%3.%4.%5.%6.%7."/>
      <w:lvlJc w:val="left"/>
      <w:pPr>
        <w:ind w:left="2292" w:hanging="1440"/>
      </w:pPr>
      <w:rPr>
        <w:rFonts w:hint="default"/>
      </w:rPr>
    </w:lvl>
    <w:lvl w:ilvl="7">
      <w:start w:val="1"/>
      <w:numFmt w:val="decimalZero"/>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9" w15:restartNumberingAfterBreak="0">
    <w:nsid w:val="2C10225D"/>
    <w:multiLevelType w:val="multilevel"/>
    <w:tmpl w:val="1BF00C30"/>
    <w:lvl w:ilvl="0">
      <w:start w:val="5"/>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851" w:hanging="711"/>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2810" w:hanging="711"/>
      </w:pPr>
      <w:rPr>
        <w:rFonts w:hint="default"/>
        <w:lang w:val="pt-PT" w:eastAsia="en-US" w:bidi="ar-SA"/>
      </w:rPr>
    </w:lvl>
    <w:lvl w:ilvl="4">
      <w:numFmt w:val="bullet"/>
      <w:lvlText w:val="•"/>
      <w:lvlJc w:val="left"/>
      <w:pPr>
        <w:ind w:left="3786" w:hanging="711"/>
      </w:pPr>
      <w:rPr>
        <w:rFonts w:hint="default"/>
        <w:lang w:val="pt-PT" w:eastAsia="en-US" w:bidi="ar-SA"/>
      </w:rPr>
    </w:lvl>
    <w:lvl w:ilvl="5">
      <w:numFmt w:val="bullet"/>
      <w:lvlText w:val="•"/>
      <w:lvlJc w:val="left"/>
      <w:pPr>
        <w:ind w:left="4761" w:hanging="711"/>
      </w:pPr>
      <w:rPr>
        <w:rFonts w:hint="default"/>
        <w:lang w:val="pt-PT" w:eastAsia="en-US" w:bidi="ar-SA"/>
      </w:rPr>
    </w:lvl>
    <w:lvl w:ilvl="6">
      <w:numFmt w:val="bullet"/>
      <w:lvlText w:val="•"/>
      <w:lvlJc w:val="left"/>
      <w:pPr>
        <w:ind w:left="5737" w:hanging="711"/>
      </w:pPr>
      <w:rPr>
        <w:rFonts w:hint="default"/>
        <w:lang w:val="pt-PT" w:eastAsia="en-US" w:bidi="ar-SA"/>
      </w:rPr>
    </w:lvl>
    <w:lvl w:ilvl="7">
      <w:numFmt w:val="bullet"/>
      <w:lvlText w:val="•"/>
      <w:lvlJc w:val="left"/>
      <w:pPr>
        <w:ind w:left="6712" w:hanging="711"/>
      </w:pPr>
      <w:rPr>
        <w:rFonts w:hint="default"/>
        <w:lang w:val="pt-PT" w:eastAsia="en-US" w:bidi="ar-SA"/>
      </w:rPr>
    </w:lvl>
    <w:lvl w:ilvl="8">
      <w:numFmt w:val="bullet"/>
      <w:lvlText w:val="•"/>
      <w:lvlJc w:val="left"/>
      <w:pPr>
        <w:ind w:left="7688" w:hanging="711"/>
      </w:pPr>
      <w:rPr>
        <w:rFonts w:hint="default"/>
        <w:lang w:val="pt-PT" w:eastAsia="en-US" w:bidi="ar-SA"/>
      </w:rPr>
    </w:lvl>
  </w:abstractNum>
  <w:abstractNum w:abstractNumId="30" w15:restartNumberingAfterBreak="0">
    <w:nsid w:val="2C156681"/>
    <w:multiLevelType w:val="hybridMultilevel"/>
    <w:tmpl w:val="5DC00C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2E7B5B02"/>
    <w:multiLevelType w:val="hybridMultilevel"/>
    <w:tmpl w:val="65E68580"/>
    <w:lvl w:ilvl="0" w:tplc="2124D9C4">
      <w:start w:val="1"/>
      <w:numFmt w:val="bullet"/>
      <w:lvlText w:val=""/>
      <w:lvlJc w:val="left"/>
      <w:pPr>
        <w:tabs>
          <w:tab w:val="num" w:pos="3417"/>
        </w:tabs>
        <w:ind w:left="3417" w:hanging="360"/>
      </w:pPr>
      <w:rPr>
        <w:rFonts w:ascii="Symbol" w:hAnsi="Symbol" w:hint="default"/>
      </w:rPr>
    </w:lvl>
    <w:lvl w:ilvl="1" w:tplc="E618B2FC">
      <w:start w:val="1"/>
      <w:numFmt w:val="bullet"/>
      <w:pStyle w:val="Sub-descrio1"/>
      <w:lvlText w:val=""/>
      <w:lvlJc w:val="left"/>
      <w:pPr>
        <w:tabs>
          <w:tab w:val="num" w:pos="2517"/>
        </w:tabs>
        <w:ind w:left="2517" w:hanging="360"/>
      </w:pPr>
      <w:rPr>
        <w:rFonts w:ascii="CommercialPi BT" w:hAnsi="CommercialPi BT" w:hint="default"/>
      </w:rPr>
    </w:lvl>
    <w:lvl w:ilvl="2" w:tplc="04160005" w:tentative="1">
      <w:start w:val="1"/>
      <w:numFmt w:val="bullet"/>
      <w:lvlText w:val=""/>
      <w:lvlJc w:val="left"/>
      <w:pPr>
        <w:tabs>
          <w:tab w:val="num" w:pos="3237"/>
        </w:tabs>
        <w:ind w:left="3237" w:hanging="360"/>
      </w:pPr>
      <w:rPr>
        <w:rFonts w:ascii="Wingdings" w:hAnsi="Wingdings" w:hint="default"/>
      </w:rPr>
    </w:lvl>
    <w:lvl w:ilvl="3" w:tplc="04160001" w:tentative="1">
      <w:start w:val="1"/>
      <w:numFmt w:val="bullet"/>
      <w:lvlText w:val=""/>
      <w:lvlJc w:val="left"/>
      <w:pPr>
        <w:tabs>
          <w:tab w:val="num" w:pos="3957"/>
        </w:tabs>
        <w:ind w:left="3957" w:hanging="360"/>
      </w:pPr>
      <w:rPr>
        <w:rFonts w:ascii="Symbol" w:hAnsi="Symbol" w:hint="default"/>
      </w:rPr>
    </w:lvl>
    <w:lvl w:ilvl="4" w:tplc="04160003" w:tentative="1">
      <w:start w:val="1"/>
      <w:numFmt w:val="bullet"/>
      <w:lvlText w:val="o"/>
      <w:lvlJc w:val="left"/>
      <w:pPr>
        <w:tabs>
          <w:tab w:val="num" w:pos="4677"/>
        </w:tabs>
        <w:ind w:left="4677" w:hanging="360"/>
      </w:pPr>
      <w:rPr>
        <w:rFonts w:ascii="Courier New" w:hAnsi="Courier New" w:hint="default"/>
      </w:rPr>
    </w:lvl>
    <w:lvl w:ilvl="5" w:tplc="04160005" w:tentative="1">
      <w:start w:val="1"/>
      <w:numFmt w:val="bullet"/>
      <w:lvlText w:val=""/>
      <w:lvlJc w:val="left"/>
      <w:pPr>
        <w:tabs>
          <w:tab w:val="num" w:pos="5397"/>
        </w:tabs>
        <w:ind w:left="5397" w:hanging="360"/>
      </w:pPr>
      <w:rPr>
        <w:rFonts w:ascii="Wingdings" w:hAnsi="Wingdings" w:hint="default"/>
      </w:rPr>
    </w:lvl>
    <w:lvl w:ilvl="6" w:tplc="04160001" w:tentative="1">
      <w:start w:val="1"/>
      <w:numFmt w:val="bullet"/>
      <w:lvlText w:val=""/>
      <w:lvlJc w:val="left"/>
      <w:pPr>
        <w:tabs>
          <w:tab w:val="num" w:pos="6117"/>
        </w:tabs>
        <w:ind w:left="6117" w:hanging="360"/>
      </w:pPr>
      <w:rPr>
        <w:rFonts w:ascii="Symbol" w:hAnsi="Symbol" w:hint="default"/>
      </w:rPr>
    </w:lvl>
    <w:lvl w:ilvl="7" w:tplc="04160003" w:tentative="1">
      <w:start w:val="1"/>
      <w:numFmt w:val="bullet"/>
      <w:lvlText w:val="o"/>
      <w:lvlJc w:val="left"/>
      <w:pPr>
        <w:tabs>
          <w:tab w:val="num" w:pos="6837"/>
        </w:tabs>
        <w:ind w:left="6837" w:hanging="360"/>
      </w:pPr>
      <w:rPr>
        <w:rFonts w:ascii="Courier New" w:hAnsi="Courier New" w:hint="default"/>
      </w:rPr>
    </w:lvl>
    <w:lvl w:ilvl="8" w:tplc="04160005" w:tentative="1">
      <w:start w:val="1"/>
      <w:numFmt w:val="bullet"/>
      <w:lvlText w:val=""/>
      <w:lvlJc w:val="left"/>
      <w:pPr>
        <w:tabs>
          <w:tab w:val="num" w:pos="7557"/>
        </w:tabs>
        <w:ind w:left="7557" w:hanging="360"/>
      </w:pPr>
      <w:rPr>
        <w:rFonts w:ascii="Wingdings" w:hAnsi="Wingdings" w:hint="default"/>
      </w:rPr>
    </w:lvl>
  </w:abstractNum>
  <w:abstractNum w:abstractNumId="32" w15:restartNumberingAfterBreak="0">
    <w:nsid w:val="2F311C67"/>
    <w:multiLevelType w:val="hybridMultilevel"/>
    <w:tmpl w:val="7DF82D98"/>
    <w:lvl w:ilvl="0" w:tplc="813EA13E">
      <w:start w:val="1"/>
      <w:numFmt w:val="lowerLetter"/>
      <w:lvlText w:val="%1)"/>
      <w:lvlJc w:val="left"/>
      <w:pPr>
        <w:ind w:left="1276" w:hanging="425"/>
      </w:pPr>
      <w:rPr>
        <w:rFonts w:ascii="Arial" w:eastAsia="Arial" w:hAnsi="Arial" w:cs="Arial" w:hint="default"/>
        <w:b/>
        <w:bCs/>
        <w:i w:val="0"/>
        <w:iCs w:val="0"/>
        <w:spacing w:val="0"/>
        <w:w w:val="100"/>
        <w:sz w:val="24"/>
        <w:szCs w:val="24"/>
        <w:lang w:val="pt-PT" w:eastAsia="en-US" w:bidi="ar-SA"/>
      </w:rPr>
    </w:lvl>
    <w:lvl w:ilvl="1" w:tplc="51E418F0">
      <w:start w:val="1"/>
      <w:numFmt w:val="upperRoman"/>
      <w:lvlText w:val="%2."/>
      <w:lvlJc w:val="left"/>
      <w:pPr>
        <w:ind w:left="1703" w:hanging="416"/>
        <w:jc w:val="right"/>
      </w:pPr>
      <w:rPr>
        <w:rFonts w:ascii="Arial" w:eastAsia="Arial" w:hAnsi="Arial" w:cs="Arial" w:hint="default"/>
        <w:b/>
        <w:bCs/>
        <w:i w:val="0"/>
        <w:iCs w:val="0"/>
        <w:spacing w:val="0"/>
        <w:w w:val="100"/>
        <w:sz w:val="24"/>
        <w:szCs w:val="24"/>
        <w:lang w:val="pt-PT" w:eastAsia="en-US" w:bidi="ar-SA"/>
      </w:rPr>
    </w:lvl>
    <w:lvl w:ilvl="2" w:tplc="1C24F50A">
      <w:numFmt w:val="bullet"/>
      <w:lvlText w:val="•"/>
      <w:lvlJc w:val="left"/>
      <w:pPr>
        <w:ind w:left="2582" w:hanging="416"/>
      </w:pPr>
      <w:rPr>
        <w:rFonts w:hint="default"/>
        <w:lang w:val="pt-PT" w:eastAsia="en-US" w:bidi="ar-SA"/>
      </w:rPr>
    </w:lvl>
    <w:lvl w:ilvl="3" w:tplc="2946CDBE">
      <w:numFmt w:val="bullet"/>
      <w:lvlText w:val="•"/>
      <w:lvlJc w:val="left"/>
      <w:pPr>
        <w:ind w:left="3464" w:hanging="416"/>
      </w:pPr>
      <w:rPr>
        <w:rFonts w:hint="default"/>
        <w:lang w:val="pt-PT" w:eastAsia="en-US" w:bidi="ar-SA"/>
      </w:rPr>
    </w:lvl>
    <w:lvl w:ilvl="4" w:tplc="99282E98">
      <w:numFmt w:val="bullet"/>
      <w:lvlText w:val="•"/>
      <w:lvlJc w:val="left"/>
      <w:pPr>
        <w:ind w:left="4346" w:hanging="416"/>
      </w:pPr>
      <w:rPr>
        <w:rFonts w:hint="default"/>
        <w:lang w:val="pt-PT" w:eastAsia="en-US" w:bidi="ar-SA"/>
      </w:rPr>
    </w:lvl>
    <w:lvl w:ilvl="5" w:tplc="C7C2D5FA">
      <w:numFmt w:val="bullet"/>
      <w:lvlText w:val="•"/>
      <w:lvlJc w:val="left"/>
      <w:pPr>
        <w:ind w:left="5228" w:hanging="416"/>
      </w:pPr>
      <w:rPr>
        <w:rFonts w:hint="default"/>
        <w:lang w:val="pt-PT" w:eastAsia="en-US" w:bidi="ar-SA"/>
      </w:rPr>
    </w:lvl>
    <w:lvl w:ilvl="6" w:tplc="70EA291C">
      <w:numFmt w:val="bullet"/>
      <w:lvlText w:val="•"/>
      <w:lvlJc w:val="left"/>
      <w:pPr>
        <w:ind w:left="6110" w:hanging="416"/>
      </w:pPr>
      <w:rPr>
        <w:rFonts w:hint="default"/>
        <w:lang w:val="pt-PT" w:eastAsia="en-US" w:bidi="ar-SA"/>
      </w:rPr>
    </w:lvl>
    <w:lvl w:ilvl="7" w:tplc="75B2CA0E">
      <w:numFmt w:val="bullet"/>
      <w:lvlText w:val="•"/>
      <w:lvlJc w:val="left"/>
      <w:pPr>
        <w:ind w:left="6992" w:hanging="416"/>
      </w:pPr>
      <w:rPr>
        <w:rFonts w:hint="default"/>
        <w:lang w:val="pt-PT" w:eastAsia="en-US" w:bidi="ar-SA"/>
      </w:rPr>
    </w:lvl>
    <w:lvl w:ilvl="8" w:tplc="2EC49E3E">
      <w:numFmt w:val="bullet"/>
      <w:lvlText w:val="•"/>
      <w:lvlJc w:val="left"/>
      <w:pPr>
        <w:ind w:left="7875" w:hanging="416"/>
      </w:pPr>
      <w:rPr>
        <w:rFonts w:hint="default"/>
        <w:lang w:val="pt-PT" w:eastAsia="en-US" w:bidi="ar-SA"/>
      </w:rPr>
    </w:lvl>
  </w:abstractNum>
  <w:abstractNum w:abstractNumId="33" w15:restartNumberingAfterBreak="0">
    <w:nsid w:val="2F5E6C86"/>
    <w:multiLevelType w:val="multilevel"/>
    <w:tmpl w:val="649AE9D8"/>
    <w:lvl w:ilvl="0">
      <w:start w:val="5"/>
      <w:numFmt w:val="decimal"/>
      <w:lvlText w:val="%1"/>
      <w:lvlJc w:val="left"/>
      <w:pPr>
        <w:ind w:left="426" w:hanging="708"/>
      </w:pPr>
      <w:rPr>
        <w:rFonts w:hint="default"/>
        <w:lang w:val="pt-PT" w:eastAsia="en-US" w:bidi="ar-SA"/>
      </w:rPr>
    </w:lvl>
    <w:lvl w:ilvl="1">
      <w:start w:val="1"/>
      <w:numFmt w:val="decimal"/>
      <w:lvlText w:val="%1.%2."/>
      <w:lvlJc w:val="left"/>
      <w:pPr>
        <w:ind w:left="426" w:hanging="708"/>
      </w:pPr>
      <w:rPr>
        <w:rFonts w:ascii="Arial" w:eastAsia="Arial" w:hAnsi="Arial" w:cs="Arial" w:hint="default"/>
        <w:b/>
        <w:bCs/>
        <w:i w:val="0"/>
        <w:iCs w:val="0"/>
        <w:spacing w:val="-1"/>
        <w:w w:val="100"/>
        <w:sz w:val="24"/>
        <w:szCs w:val="24"/>
        <w:lang w:val="pt-PT" w:eastAsia="en-US" w:bidi="ar-SA"/>
      </w:rPr>
    </w:lvl>
    <w:lvl w:ilvl="2">
      <w:numFmt w:val="bullet"/>
      <w:pStyle w:val="Inciso"/>
      <w:lvlText w:val="•"/>
      <w:lvlJc w:val="left"/>
      <w:pPr>
        <w:ind w:left="2377" w:hanging="708"/>
      </w:pPr>
      <w:rPr>
        <w:rFonts w:hint="default"/>
        <w:lang w:val="pt-PT" w:eastAsia="en-US" w:bidi="ar-SA"/>
      </w:rPr>
    </w:lvl>
    <w:lvl w:ilvl="3">
      <w:numFmt w:val="bullet"/>
      <w:lvlText w:val="•"/>
      <w:lvlJc w:val="left"/>
      <w:pPr>
        <w:ind w:left="3355" w:hanging="708"/>
      </w:pPr>
      <w:rPr>
        <w:rFonts w:hint="default"/>
        <w:lang w:val="pt-PT" w:eastAsia="en-US" w:bidi="ar-SA"/>
      </w:rPr>
    </w:lvl>
    <w:lvl w:ilvl="4">
      <w:numFmt w:val="bullet"/>
      <w:lvlText w:val="•"/>
      <w:lvlJc w:val="left"/>
      <w:pPr>
        <w:ind w:left="4334" w:hanging="708"/>
      </w:pPr>
      <w:rPr>
        <w:rFonts w:hint="default"/>
        <w:lang w:val="pt-PT" w:eastAsia="en-US" w:bidi="ar-SA"/>
      </w:rPr>
    </w:lvl>
    <w:lvl w:ilvl="5">
      <w:numFmt w:val="bullet"/>
      <w:lvlText w:val="•"/>
      <w:lvlJc w:val="left"/>
      <w:pPr>
        <w:ind w:left="531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270" w:hanging="708"/>
      </w:pPr>
      <w:rPr>
        <w:rFonts w:hint="default"/>
        <w:lang w:val="pt-PT" w:eastAsia="en-US" w:bidi="ar-SA"/>
      </w:rPr>
    </w:lvl>
    <w:lvl w:ilvl="8">
      <w:numFmt w:val="bullet"/>
      <w:lvlText w:val="•"/>
      <w:lvlJc w:val="left"/>
      <w:pPr>
        <w:ind w:left="8249" w:hanging="708"/>
      </w:pPr>
      <w:rPr>
        <w:rFonts w:hint="default"/>
        <w:lang w:val="pt-PT" w:eastAsia="en-US" w:bidi="ar-SA"/>
      </w:rPr>
    </w:lvl>
  </w:abstractNum>
  <w:abstractNum w:abstractNumId="34" w15:restartNumberingAfterBreak="0">
    <w:nsid w:val="34FA0D95"/>
    <w:multiLevelType w:val="multilevel"/>
    <w:tmpl w:val="63D0A89E"/>
    <w:lvl w:ilvl="0">
      <w:start w:val="14"/>
      <w:numFmt w:val="decimal"/>
      <w:lvlText w:val="%1"/>
      <w:lvlJc w:val="left"/>
      <w:pPr>
        <w:ind w:left="143" w:hanging="708"/>
      </w:pPr>
      <w:rPr>
        <w:rFonts w:hint="default"/>
        <w:lang w:val="pt-PT" w:eastAsia="en-US" w:bidi="ar-SA"/>
      </w:rPr>
    </w:lvl>
    <w:lvl w:ilvl="1">
      <w:start w:val="1"/>
      <w:numFmt w:val="decimal"/>
      <w:lvlText w:val="15.%2."/>
      <w:lvlJc w:val="left"/>
      <w:pPr>
        <w:ind w:left="143" w:hanging="708"/>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851" w:hanging="1419"/>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2810" w:hanging="1419"/>
      </w:pPr>
      <w:rPr>
        <w:rFonts w:hint="default"/>
        <w:lang w:val="pt-PT" w:eastAsia="en-US" w:bidi="ar-SA"/>
      </w:rPr>
    </w:lvl>
    <w:lvl w:ilvl="4">
      <w:numFmt w:val="bullet"/>
      <w:lvlText w:val="•"/>
      <w:lvlJc w:val="left"/>
      <w:pPr>
        <w:ind w:left="3786" w:hanging="1419"/>
      </w:pPr>
      <w:rPr>
        <w:rFonts w:hint="default"/>
        <w:lang w:val="pt-PT" w:eastAsia="en-US" w:bidi="ar-SA"/>
      </w:rPr>
    </w:lvl>
    <w:lvl w:ilvl="5">
      <w:numFmt w:val="bullet"/>
      <w:lvlText w:val="•"/>
      <w:lvlJc w:val="left"/>
      <w:pPr>
        <w:ind w:left="4761" w:hanging="1419"/>
      </w:pPr>
      <w:rPr>
        <w:rFonts w:hint="default"/>
        <w:lang w:val="pt-PT" w:eastAsia="en-US" w:bidi="ar-SA"/>
      </w:rPr>
    </w:lvl>
    <w:lvl w:ilvl="6">
      <w:numFmt w:val="bullet"/>
      <w:lvlText w:val="•"/>
      <w:lvlJc w:val="left"/>
      <w:pPr>
        <w:ind w:left="5737" w:hanging="1419"/>
      </w:pPr>
      <w:rPr>
        <w:rFonts w:hint="default"/>
        <w:lang w:val="pt-PT" w:eastAsia="en-US" w:bidi="ar-SA"/>
      </w:rPr>
    </w:lvl>
    <w:lvl w:ilvl="7">
      <w:numFmt w:val="bullet"/>
      <w:lvlText w:val="•"/>
      <w:lvlJc w:val="left"/>
      <w:pPr>
        <w:ind w:left="6712" w:hanging="1419"/>
      </w:pPr>
      <w:rPr>
        <w:rFonts w:hint="default"/>
        <w:lang w:val="pt-PT" w:eastAsia="en-US" w:bidi="ar-SA"/>
      </w:rPr>
    </w:lvl>
    <w:lvl w:ilvl="8">
      <w:numFmt w:val="bullet"/>
      <w:lvlText w:val="•"/>
      <w:lvlJc w:val="left"/>
      <w:pPr>
        <w:ind w:left="7688" w:hanging="1419"/>
      </w:pPr>
      <w:rPr>
        <w:rFonts w:hint="default"/>
        <w:lang w:val="pt-PT" w:eastAsia="en-US" w:bidi="ar-SA"/>
      </w:rPr>
    </w:lvl>
  </w:abstractNum>
  <w:abstractNum w:abstractNumId="35" w15:restartNumberingAfterBreak="0">
    <w:nsid w:val="3BBF4BE3"/>
    <w:multiLevelType w:val="multilevel"/>
    <w:tmpl w:val="B6A21146"/>
    <w:lvl w:ilvl="0">
      <w:start w:val="10"/>
      <w:numFmt w:val="decimal"/>
      <w:lvlText w:val="%1."/>
      <w:lvlJc w:val="left"/>
      <w:pPr>
        <w:ind w:left="480" w:hanging="480"/>
      </w:pPr>
      <w:rPr>
        <w:rFonts w:hint="default"/>
        <w:b/>
      </w:rPr>
    </w:lvl>
    <w:lvl w:ilvl="1">
      <w:start w:val="1"/>
      <w:numFmt w:val="decimal"/>
      <w:lvlText w:val="%1.%2."/>
      <w:lvlJc w:val="left"/>
      <w:pPr>
        <w:ind w:left="3839"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2421847"/>
    <w:multiLevelType w:val="hybridMultilevel"/>
    <w:tmpl w:val="0142C1B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Quebras"/>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37" w15:restartNumberingAfterBreak="0">
    <w:nsid w:val="43585163"/>
    <w:multiLevelType w:val="multilevel"/>
    <w:tmpl w:val="D7D8FC68"/>
    <w:lvl w:ilvl="0">
      <w:start w:val="16"/>
      <w:numFmt w:val="decimal"/>
      <w:lvlText w:val="%1."/>
      <w:lvlJc w:val="left"/>
      <w:pPr>
        <w:ind w:left="525" w:hanging="525"/>
      </w:pPr>
      <w:rPr>
        <w:rFonts w:hint="default"/>
        <w:b/>
        <w:u w:val="single"/>
      </w:rPr>
    </w:lvl>
    <w:lvl w:ilvl="1">
      <w:start w:val="3"/>
      <w:numFmt w:val="decimal"/>
      <w:lvlText w:val="%1.%2."/>
      <w:lvlJc w:val="left"/>
      <w:pPr>
        <w:ind w:left="155" w:hanging="720"/>
      </w:pPr>
      <w:rPr>
        <w:rFonts w:hint="default"/>
        <w:b/>
        <w:u w:val="none"/>
      </w:rPr>
    </w:lvl>
    <w:lvl w:ilvl="2">
      <w:start w:val="1"/>
      <w:numFmt w:val="decimal"/>
      <w:lvlText w:val="%1.%2.%3."/>
      <w:lvlJc w:val="left"/>
      <w:pPr>
        <w:ind w:left="-410" w:hanging="720"/>
      </w:pPr>
      <w:rPr>
        <w:rFonts w:hint="default"/>
        <w:b/>
        <w:u w:val="single"/>
      </w:rPr>
    </w:lvl>
    <w:lvl w:ilvl="3">
      <w:start w:val="1"/>
      <w:numFmt w:val="decimal"/>
      <w:lvlText w:val="%1.%2.%3.%4."/>
      <w:lvlJc w:val="left"/>
      <w:pPr>
        <w:ind w:left="-615" w:hanging="1080"/>
      </w:pPr>
      <w:rPr>
        <w:rFonts w:hint="default"/>
        <w:b/>
        <w:u w:val="single"/>
      </w:rPr>
    </w:lvl>
    <w:lvl w:ilvl="4">
      <w:start w:val="1"/>
      <w:numFmt w:val="decimal"/>
      <w:lvlText w:val="%1.%2.%3.%4.%5."/>
      <w:lvlJc w:val="left"/>
      <w:pPr>
        <w:ind w:left="-1180" w:hanging="1080"/>
      </w:pPr>
      <w:rPr>
        <w:rFonts w:hint="default"/>
        <w:b/>
        <w:u w:val="single"/>
      </w:rPr>
    </w:lvl>
    <w:lvl w:ilvl="5">
      <w:start w:val="1"/>
      <w:numFmt w:val="decimal"/>
      <w:lvlText w:val="%1.%2.%3.%4.%5.%6."/>
      <w:lvlJc w:val="left"/>
      <w:pPr>
        <w:ind w:left="-1385" w:hanging="1440"/>
      </w:pPr>
      <w:rPr>
        <w:rFonts w:hint="default"/>
        <w:b/>
        <w:u w:val="single"/>
      </w:rPr>
    </w:lvl>
    <w:lvl w:ilvl="6">
      <w:start w:val="1"/>
      <w:numFmt w:val="decimal"/>
      <w:lvlText w:val="%1.%2.%3.%4.%5.%6.%7."/>
      <w:lvlJc w:val="left"/>
      <w:pPr>
        <w:ind w:left="-1950" w:hanging="1440"/>
      </w:pPr>
      <w:rPr>
        <w:rFonts w:hint="default"/>
        <w:b/>
        <w:u w:val="single"/>
      </w:rPr>
    </w:lvl>
    <w:lvl w:ilvl="7">
      <w:start w:val="1"/>
      <w:numFmt w:val="decimal"/>
      <w:lvlText w:val="%1.%2.%3.%4.%5.%6.%7.%8."/>
      <w:lvlJc w:val="left"/>
      <w:pPr>
        <w:ind w:left="-2155" w:hanging="1800"/>
      </w:pPr>
      <w:rPr>
        <w:rFonts w:hint="default"/>
        <w:b/>
        <w:u w:val="single"/>
      </w:rPr>
    </w:lvl>
    <w:lvl w:ilvl="8">
      <w:start w:val="1"/>
      <w:numFmt w:val="decimal"/>
      <w:lvlText w:val="%1.%2.%3.%4.%5.%6.%7.%8.%9."/>
      <w:lvlJc w:val="left"/>
      <w:pPr>
        <w:ind w:left="-2360" w:hanging="2160"/>
      </w:pPr>
      <w:rPr>
        <w:rFonts w:hint="default"/>
        <w:b/>
        <w:u w:val="single"/>
      </w:rPr>
    </w:lvl>
  </w:abstractNum>
  <w:abstractNum w:abstractNumId="38" w15:restartNumberingAfterBreak="0">
    <w:nsid w:val="446E7E58"/>
    <w:multiLevelType w:val="multilevel"/>
    <w:tmpl w:val="AEA69028"/>
    <w:lvl w:ilvl="0">
      <w:start w:val="17"/>
      <w:numFmt w:val="decimal"/>
      <w:lvlText w:val="%1."/>
      <w:lvlJc w:val="left"/>
      <w:pPr>
        <w:ind w:left="525" w:hanging="525"/>
      </w:pPr>
      <w:rPr>
        <w:rFonts w:hint="default"/>
      </w:rPr>
    </w:lvl>
    <w:lvl w:ilvl="1">
      <w:start w:val="1"/>
      <w:numFmt w:val="decimal"/>
      <w:lvlText w:val="%1.%2."/>
      <w:lvlJc w:val="left"/>
      <w:pPr>
        <w:ind w:left="798" w:hanging="720"/>
      </w:pPr>
      <w:rPr>
        <w:rFonts w:hint="default"/>
        <w:b/>
      </w:rPr>
    </w:lvl>
    <w:lvl w:ilvl="2">
      <w:start w:val="1"/>
      <w:numFmt w:val="decimal"/>
      <w:lvlText w:val="%1.%2.%3."/>
      <w:lvlJc w:val="left"/>
      <w:pPr>
        <w:ind w:left="876" w:hanging="720"/>
      </w:pPr>
      <w:rPr>
        <w:rFonts w:hint="default"/>
      </w:rPr>
    </w:lvl>
    <w:lvl w:ilvl="3">
      <w:start w:val="1"/>
      <w:numFmt w:val="decimal"/>
      <w:lvlText w:val="%1.%2.%3.%4."/>
      <w:lvlJc w:val="left"/>
      <w:pPr>
        <w:ind w:left="1314" w:hanging="1080"/>
      </w:pPr>
      <w:rPr>
        <w:rFonts w:hint="default"/>
      </w:rPr>
    </w:lvl>
    <w:lvl w:ilvl="4">
      <w:start w:val="1"/>
      <w:numFmt w:val="decimal"/>
      <w:lvlText w:val="%1.%2.%3.%4.%5."/>
      <w:lvlJc w:val="left"/>
      <w:pPr>
        <w:ind w:left="1392" w:hanging="1080"/>
      </w:pPr>
      <w:rPr>
        <w:rFonts w:hint="default"/>
      </w:rPr>
    </w:lvl>
    <w:lvl w:ilvl="5">
      <w:start w:val="1"/>
      <w:numFmt w:val="decimal"/>
      <w:lvlText w:val="%1.%2.%3.%4.%5.%6."/>
      <w:lvlJc w:val="left"/>
      <w:pPr>
        <w:ind w:left="1830" w:hanging="1440"/>
      </w:pPr>
      <w:rPr>
        <w:rFonts w:hint="default"/>
      </w:rPr>
    </w:lvl>
    <w:lvl w:ilvl="6">
      <w:start w:val="1"/>
      <w:numFmt w:val="decimal"/>
      <w:lvlText w:val="%1.%2.%3.%4.%5.%6.%7."/>
      <w:lvlJc w:val="left"/>
      <w:pPr>
        <w:ind w:left="1908" w:hanging="1440"/>
      </w:pPr>
      <w:rPr>
        <w:rFonts w:hint="default"/>
      </w:rPr>
    </w:lvl>
    <w:lvl w:ilvl="7">
      <w:start w:val="1"/>
      <w:numFmt w:val="decimal"/>
      <w:lvlText w:val="%1.%2.%3.%4.%5.%6.%7.%8."/>
      <w:lvlJc w:val="left"/>
      <w:pPr>
        <w:ind w:left="2346" w:hanging="1800"/>
      </w:pPr>
      <w:rPr>
        <w:rFonts w:hint="default"/>
      </w:rPr>
    </w:lvl>
    <w:lvl w:ilvl="8">
      <w:start w:val="1"/>
      <w:numFmt w:val="decimal"/>
      <w:lvlText w:val="%1.%2.%3.%4.%5.%6.%7.%8.%9."/>
      <w:lvlJc w:val="left"/>
      <w:pPr>
        <w:ind w:left="2784" w:hanging="2160"/>
      </w:pPr>
      <w:rPr>
        <w:rFonts w:hint="default"/>
      </w:rPr>
    </w:lvl>
  </w:abstractNum>
  <w:abstractNum w:abstractNumId="39" w15:restartNumberingAfterBreak="0">
    <w:nsid w:val="44CA3E28"/>
    <w:multiLevelType w:val="hybridMultilevel"/>
    <w:tmpl w:val="1D3E5130"/>
    <w:lvl w:ilvl="0" w:tplc="F246F9B8">
      <w:start w:val="1"/>
      <w:numFmt w:val="upperRoman"/>
      <w:pStyle w:val="ListaAGU"/>
      <w:lvlText w:val="%1)"/>
      <w:lvlJc w:val="left"/>
      <w:pPr>
        <w:ind w:left="3916" w:hanging="720"/>
      </w:pPr>
    </w:lvl>
    <w:lvl w:ilvl="1" w:tplc="04160019">
      <w:start w:val="1"/>
      <w:numFmt w:val="lowerLetter"/>
      <w:lvlText w:val="%2."/>
      <w:lvlJc w:val="left"/>
      <w:pPr>
        <w:ind w:left="4276" w:hanging="360"/>
      </w:pPr>
    </w:lvl>
    <w:lvl w:ilvl="2" w:tplc="0416001B">
      <w:start w:val="1"/>
      <w:numFmt w:val="lowerRoman"/>
      <w:lvlText w:val="%3."/>
      <w:lvlJc w:val="right"/>
      <w:pPr>
        <w:ind w:left="4996" w:hanging="180"/>
      </w:pPr>
    </w:lvl>
    <w:lvl w:ilvl="3" w:tplc="0416000F">
      <w:start w:val="1"/>
      <w:numFmt w:val="decimal"/>
      <w:lvlText w:val="%4."/>
      <w:lvlJc w:val="left"/>
      <w:pPr>
        <w:ind w:left="5716" w:hanging="360"/>
      </w:pPr>
    </w:lvl>
    <w:lvl w:ilvl="4" w:tplc="04160019">
      <w:start w:val="1"/>
      <w:numFmt w:val="lowerLetter"/>
      <w:lvlText w:val="%5."/>
      <w:lvlJc w:val="left"/>
      <w:pPr>
        <w:ind w:left="6436" w:hanging="360"/>
      </w:pPr>
    </w:lvl>
    <w:lvl w:ilvl="5" w:tplc="0416001B">
      <w:start w:val="1"/>
      <w:numFmt w:val="lowerRoman"/>
      <w:lvlText w:val="%6."/>
      <w:lvlJc w:val="right"/>
      <w:pPr>
        <w:ind w:left="7156" w:hanging="180"/>
      </w:pPr>
    </w:lvl>
    <w:lvl w:ilvl="6" w:tplc="0416000F">
      <w:start w:val="1"/>
      <w:numFmt w:val="decimal"/>
      <w:lvlText w:val="%7."/>
      <w:lvlJc w:val="left"/>
      <w:pPr>
        <w:ind w:left="7876" w:hanging="360"/>
      </w:pPr>
    </w:lvl>
    <w:lvl w:ilvl="7" w:tplc="04160019">
      <w:start w:val="1"/>
      <w:numFmt w:val="lowerLetter"/>
      <w:lvlText w:val="%8."/>
      <w:lvlJc w:val="left"/>
      <w:pPr>
        <w:ind w:left="8596" w:hanging="360"/>
      </w:pPr>
    </w:lvl>
    <w:lvl w:ilvl="8" w:tplc="0416001B">
      <w:start w:val="1"/>
      <w:numFmt w:val="lowerRoman"/>
      <w:lvlText w:val="%9."/>
      <w:lvlJc w:val="right"/>
      <w:pPr>
        <w:ind w:left="9316" w:hanging="180"/>
      </w:pPr>
    </w:lvl>
  </w:abstractNum>
  <w:abstractNum w:abstractNumId="40" w15:restartNumberingAfterBreak="0">
    <w:nsid w:val="45EA60C6"/>
    <w:multiLevelType w:val="hybridMultilevel"/>
    <w:tmpl w:val="B41C4AD6"/>
    <w:lvl w:ilvl="0" w:tplc="616CC7CE">
      <w:start w:val="1"/>
      <w:numFmt w:val="bullet"/>
      <w:pStyle w:val="Tpicogeral"/>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1" w15:restartNumberingAfterBreak="0">
    <w:nsid w:val="46700B08"/>
    <w:multiLevelType w:val="multilevel"/>
    <w:tmpl w:val="A962B08E"/>
    <w:lvl w:ilvl="0">
      <w:start w:val="8"/>
      <w:numFmt w:val="decimal"/>
      <w:lvlText w:val="%1"/>
      <w:lvlJc w:val="left"/>
      <w:pPr>
        <w:ind w:left="360" w:hanging="360"/>
      </w:pPr>
      <w:rPr>
        <w:rFonts w:hint="default"/>
      </w:rPr>
    </w:lvl>
    <w:lvl w:ilvl="1">
      <w:start w:val="2"/>
      <w:numFmt w:val="decimal"/>
      <w:lvlText w:val="%1.%2"/>
      <w:lvlJc w:val="left"/>
      <w:pPr>
        <w:ind w:left="928" w:hanging="360"/>
      </w:pPr>
      <w:rPr>
        <w:rFonts w:hint="default"/>
        <w:b/>
      </w:rPr>
    </w:lvl>
    <w:lvl w:ilvl="2">
      <w:start w:val="1"/>
      <w:numFmt w:val="decimal"/>
      <w:lvlText w:val="%1.%2.%3"/>
      <w:lvlJc w:val="left"/>
      <w:pPr>
        <w:ind w:left="1572" w:hanging="720"/>
      </w:pPr>
      <w:rPr>
        <w:rFonts w:hint="default"/>
      </w:rPr>
    </w:lvl>
    <w:lvl w:ilvl="3">
      <w:start w:val="1"/>
      <w:numFmt w:val="upperLetter"/>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48175C56"/>
    <w:multiLevelType w:val="multilevel"/>
    <w:tmpl w:val="5324E846"/>
    <w:lvl w:ilvl="0">
      <w:start w:val="12"/>
      <w:numFmt w:val="decimal"/>
      <w:lvlText w:val="%1"/>
      <w:lvlJc w:val="left"/>
      <w:pPr>
        <w:ind w:left="426" w:hanging="708"/>
      </w:pPr>
      <w:rPr>
        <w:rFonts w:hint="default"/>
        <w:lang w:val="pt-PT" w:eastAsia="en-US" w:bidi="ar-SA"/>
      </w:rPr>
    </w:lvl>
    <w:lvl w:ilvl="1">
      <w:start w:val="1"/>
      <w:numFmt w:val="decimal"/>
      <w:lvlText w:val="%1.%2."/>
      <w:lvlJc w:val="left"/>
      <w:pPr>
        <w:ind w:left="426" w:hanging="708"/>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1134" w:hanging="1419"/>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154" w:hanging="1419"/>
      </w:pPr>
      <w:rPr>
        <w:rFonts w:hint="default"/>
        <w:lang w:val="pt-PT" w:eastAsia="en-US" w:bidi="ar-SA"/>
      </w:rPr>
    </w:lvl>
    <w:lvl w:ilvl="4">
      <w:numFmt w:val="bullet"/>
      <w:lvlText w:val="•"/>
      <w:lvlJc w:val="left"/>
      <w:pPr>
        <w:ind w:left="4162" w:hanging="1419"/>
      </w:pPr>
      <w:rPr>
        <w:rFonts w:hint="default"/>
        <w:lang w:val="pt-PT" w:eastAsia="en-US" w:bidi="ar-SA"/>
      </w:rPr>
    </w:lvl>
    <w:lvl w:ilvl="5">
      <w:numFmt w:val="bullet"/>
      <w:lvlText w:val="•"/>
      <w:lvlJc w:val="left"/>
      <w:pPr>
        <w:ind w:left="5169" w:hanging="1419"/>
      </w:pPr>
      <w:rPr>
        <w:rFonts w:hint="default"/>
        <w:lang w:val="pt-PT" w:eastAsia="en-US" w:bidi="ar-SA"/>
      </w:rPr>
    </w:lvl>
    <w:lvl w:ilvl="6">
      <w:numFmt w:val="bullet"/>
      <w:lvlText w:val="•"/>
      <w:lvlJc w:val="left"/>
      <w:pPr>
        <w:ind w:left="6176" w:hanging="1419"/>
      </w:pPr>
      <w:rPr>
        <w:rFonts w:hint="default"/>
        <w:lang w:val="pt-PT" w:eastAsia="en-US" w:bidi="ar-SA"/>
      </w:rPr>
    </w:lvl>
    <w:lvl w:ilvl="7">
      <w:numFmt w:val="bullet"/>
      <w:lvlText w:val="•"/>
      <w:lvlJc w:val="left"/>
      <w:pPr>
        <w:ind w:left="7184" w:hanging="1419"/>
      </w:pPr>
      <w:rPr>
        <w:rFonts w:hint="default"/>
        <w:lang w:val="pt-PT" w:eastAsia="en-US" w:bidi="ar-SA"/>
      </w:rPr>
    </w:lvl>
    <w:lvl w:ilvl="8">
      <w:numFmt w:val="bullet"/>
      <w:lvlText w:val="•"/>
      <w:lvlJc w:val="left"/>
      <w:pPr>
        <w:ind w:left="8191" w:hanging="1419"/>
      </w:pPr>
      <w:rPr>
        <w:rFonts w:hint="default"/>
        <w:lang w:val="pt-PT" w:eastAsia="en-US" w:bidi="ar-SA"/>
      </w:rPr>
    </w:lvl>
  </w:abstractNum>
  <w:abstractNum w:abstractNumId="43" w15:restartNumberingAfterBreak="0">
    <w:nsid w:val="48ED6616"/>
    <w:multiLevelType w:val="hybridMultilevel"/>
    <w:tmpl w:val="DD0245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FF183F"/>
    <w:multiLevelType w:val="hybridMultilevel"/>
    <w:tmpl w:val="B39E30E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D">
      <w:start w:val="1"/>
      <w:numFmt w:val="bullet"/>
      <w:lvlText w:val=""/>
      <w:lvlJc w:val="left"/>
      <w:pPr>
        <w:ind w:left="2880"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4A2818F8"/>
    <w:multiLevelType w:val="multilevel"/>
    <w:tmpl w:val="4922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834D1A"/>
    <w:multiLevelType w:val="multilevel"/>
    <w:tmpl w:val="FAD2FB6C"/>
    <w:lvl w:ilvl="0">
      <w:start w:val="13"/>
      <w:numFmt w:val="decimal"/>
      <w:lvlText w:val="%1"/>
      <w:lvlJc w:val="left"/>
      <w:pPr>
        <w:ind w:left="143" w:hanging="708"/>
      </w:pPr>
      <w:rPr>
        <w:rFonts w:hint="default"/>
        <w:lang w:val="pt-PT" w:eastAsia="en-US" w:bidi="ar-SA"/>
      </w:rPr>
    </w:lvl>
    <w:lvl w:ilvl="1">
      <w:start w:val="1"/>
      <w:numFmt w:val="decimal"/>
      <w:lvlText w:val="14.%2."/>
      <w:lvlJc w:val="left"/>
      <w:pPr>
        <w:ind w:left="143" w:hanging="708"/>
      </w:pPr>
      <w:rPr>
        <w:rFonts w:ascii="Arial" w:eastAsia="Arial" w:hAnsi="Arial" w:cs="Arial" w:hint="default"/>
        <w:b/>
        <w:bCs/>
        <w:i w:val="0"/>
        <w:iCs w:val="0"/>
        <w:spacing w:val="-1"/>
        <w:w w:val="100"/>
        <w:sz w:val="24"/>
        <w:szCs w:val="24"/>
        <w:lang w:val="pt-PT" w:eastAsia="en-US" w:bidi="ar-SA"/>
      </w:rPr>
    </w:lvl>
    <w:lvl w:ilvl="2">
      <w:start w:val="1"/>
      <w:numFmt w:val="decimal"/>
      <w:lvlText w:val="14.%2.%3."/>
      <w:lvlJc w:val="left"/>
      <w:pPr>
        <w:ind w:left="1562" w:hanging="852"/>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2810" w:hanging="852"/>
      </w:pPr>
      <w:rPr>
        <w:rFonts w:hint="default"/>
        <w:lang w:val="pt-PT" w:eastAsia="en-US" w:bidi="ar-SA"/>
      </w:rPr>
    </w:lvl>
    <w:lvl w:ilvl="4">
      <w:numFmt w:val="bullet"/>
      <w:lvlText w:val="•"/>
      <w:lvlJc w:val="left"/>
      <w:pPr>
        <w:ind w:left="3786" w:hanging="852"/>
      </w:pPr>
      <w:rPr>
        <w:rFonts w:hint="default"/>
        <w:lang w:val="pt-PT" w:eastAsia="en-US" w:bidi="ar-SA"/>
      </w:rPr>
    </w:lvl>
    <w:lvl w:ilvl="5">
      <w:numFmt w:val="bullet"/>
      <w:lvlText w:val="•"/>
      <w:lvlJc w:val="left"/>
      <w:pPr>
        <w:ind w:left="4761" w:hanging="852"/>
      </w:pPr>
      <w:rPr>
        <w:rFonts w:hint="default"/>
        <w:lang w:val="pt-PT" w:eastAsia="en-US" w:bidi="ar-SA"/>
      </w:rPr>
    </w:lvl>
    <w:lvl w:ilvl="6">
      <w:numFmt w:val="bullet"/>
      <w:lvlText w:val="•"/>
      <w:lvlJc w:val="left"/>
      <w:pPr>
        <w:ind w:left="5737" w:hanging="852"/>
      </w:pPr>
      <w:rPr>
        <w:rFonts w:hint="default"/>
        <w:lang w:val="pt-PT" w:eastAsia="en-US" w:bidi="ar-SA"/>
      </w:rPr>
    </w:lvl>
    <w:lvl w:ilvl="7">
      <w:numFmt w:val="bullet"/>
      <w:lvlText w:val="•"/>
      <w:lvlJc w:val="left"/>
      <w:pPr>
        <w:ind w:left="6712" w:hanging="852"/>
      </w:pPr>
      <w:rPr>
        <w:rFonts w:hint="default"/>
        <w:lang w:val="pt-PT" w:eastAsia="en-US" w:bidi="ar-SA"/>
      </w:rPr>
    </w:lvl>
    <w:lvl w:ilvl="8">
      <w:numFmt w:val="bullet"/>
      <w:lvlText w:val="•"/>
      <w:lvlJc w:val="left"/>
      <w:pPr>
        <w:ind w:left="7688" w:hanging="852"/>
      </w:pPr>
      <w:rPr>
        <w:rFonts w:hint="default"/>
        <w:lang w:val="pt-PT" w:eastAsia="en-US" w:bidi="ar-SA"/>
      </w:rPr>
    </w:lvl>
  </w:abstractNum>
  <w:abstractNum w:abstractNumId="47" w15:restartNumberingAfterBreak="0">
    <w:nsid w:val="4C506FA9"/>
    <w:multiLevelType w:val="multilevel"/>
    <w:tmpl w:val="F9BEA024"/>
    <w:lvl w:ilvl="0">
      <w:start w:val="8"/>
      <w:numFmt w:val="decimal"/>
      <w:lvlText w:val="%1"/>
      <w:lvlJc w:val="left"/>
      <w:pPr>
        <w:ind w:left="426" w:hanging="708"/>
      </w:pPr>
      <w:rPr>
        <w:rFonts w:hint="default"/>
        <w:lang w:val="pt-PT" w:eastAsia="en-US" w:bidi="ar-SA"/>
      </w:rPr>
    </w:lvl>
    <w:lvl w:ilvl="1">
      <w:start w:val="1"/>
      <w:numFmt w:val="decimal"/>
      <w:lvlText w:val="%1.%2."/>
      <w:lvlJc w:val="left"/>
      <w:pPr>
        <w:ind w:left="426" w:hanging="708"/>
      </w:pPr>
      <w:rPr>
        <w:rFonts w:ascii="Arial" w:eastAsia="Arial" w:hAnsi="Arial" w:cs="Arial" w:hint="default"/>
        <w:b/>
        <w:bCs/>
        <w:i w:val="0"/>
        <w:iCs w:val="0"/>
        <w:spacing w:val="-1"/>
        <w:w w:val="100"/>
        <w:sz w:val="24"/>
        <w:szCs w:val="24"/>
        <w:lang w:val="pt-PT" w:eastAsia="en-US" w:bidi="ar-SA"/>
      </w:rPr>
    </w:lvl>
    <w:lvl w:ilvl="2">
      <w:start w:val="1"/>
      <w:numFmt w:val="decimal"/>
      <w:pStyle w:val="3oNvel"/>
      <w:lvlText w:val="%1.%2.%3."/>
      <w:lvlJc w:val="left"/>
      <w:pPr>
        <w:ind w:left="1134" w:hanging="711"/>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154" w:hanging="711"/>
      </w:pPr>
      <w:rPr>
        <w:rFonts w:hint="default"/>
        <w:lang w:val="pt-PT" w:eastAsia="en-US" w:bidi="ar-SA"/>
      </w:rPr>
    </w:lvl>
    <w:lvl w:ilvl="4">
      <w:numFmt w:val="bullet"/>
      <w:lvlText w:val="•"/>
      <w:lvlJc w:val="left"/>
      <w:pPr>
        <w:ind w:left="4162" w:hanging="711"/>
      </w:pPr>
      <w:rPr>
        <w:rFonts w:hint="default"/>
        <w:lang w:val="pt-PT" w:eastAsia="en-US" w:bidi="ar-SA"/>
      </w:rPr>
    </w:lvl>
    <w:lvl w:ilvl="5">
      <w:numFmt w:val="bullet"/>
      <w:lvlText w:val="•"/>
      <w:lvlJc w:val="left"/>
      <w:pPr>
        <w:ind w:left="5169" w:hanging="711"/>
      </w:pPr>
      <w:rPr>
        <w:rFonts w:hint="default"/>
        <w:lang w:val="pt-PT" w:eastAsia="en-US" w:bidi="ar-SA"/>
      </w:rPr>
    </w:lvl>
    <w:lvl w:ilvl="6">
      <w:numFmt w:val="bullet"/>
      <w:lvlText w:val="•"/>
      <w:lvlJc w:val="left"/>
      <w:pPr>
        <w:ind w:left="6176" w:hanging="711"/>
      </w:pPr>
      <w:rPr>
        <w:rFonts w:hint="default"/>
        <w:lang w:val="pt-PT" w:eastAsia="en-US" w:bidi="ar-SA"/>
      </w:rPr>
    </w:lvl>
    <w:lvl w:ilvl="7">
      <w:numFmt w:val="bullet"/>
      <w:lvlText w:val="•"/>
      <w:lvlJc w:val="left"/>
      <w:pPr>
        <w:ind w:left="7184" w:hanging="711"/>
      </w:pPr>
      <w:rPr>
        <w:rFonts w:hint="default"/>
        <w:lang w:val="pt-PT" w:eastAsia="en-US" w:bidi="ar-SA"/>
      </w:rPr>
    </w:lvl>
    <w:lvl w:ilvl="8">
      <w:numFmt w:val="bullet"/>
      <w:lvlText w:val="•"/>
      <w:lvlJc w:val="left"/>
      <w:pPr>
        <w:ind w:left="8191" w:hanging="711"/>
      </w:pPr>
      <w:rPr>
        <w:rFonts w:hint="default"/>
        <w:lang w:val="pt-PT" w:eastAsia="en-US" w:bidi="ar-SA"/>
      </w:rPr>
    </w:lvl>
  </w:abstractNum>
  <w:abstractNum w:abstractNumId="48"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F0375BD"/>
    <w:multiLevelType w:val="multilevel"/>
    <w:tmpl w:val="432C7AC4"/>
    <w:lvl w:ilvl="0">
      <w:start w:val="7"/>
      <w:numFmt w:val="decimal"/>
      <w:lvlText w:val="%1"/>
      <w:lvlJc w:val="left"/>
      <w:pPr>
        <w:ind w:left="143" w:hanging="708"/>
      </w:pPr>
      <w:rPr>
        <w:rFonts w:hint="default"/>
        <w:lang w:val="pt-PT" w:eastAsia="en-US" w:bidi="ar-SA"/>
      </w:rPr>
    </w:lvl>
    <w:lvl w:ilvl="1">
      <w:start w:val="1"/>
      <w:numFmt w:val="decimal"/>
      <w:lvlText w:val="%1.%2."/>
      <w:lvlJc w:val="left"/>
      <w:pPr>
        <w:ind w:left="143" w:hanging="708"/>
        <w:jc w:val="right"/>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1279" w:hanging="711"/>
      </w:pPr>
      <w:rPr>
        <w:rFonts w:ascii="Arial" w:eastAsia="Arial" w:hAnsi="Arial" w:cs="Arial" w:hint="default"/>
        <w:b/>
        <w:bCs/>
        <w:i w:val="0"/>
        <w:iCs w:val="0"/>
        <w:color w:val="auto"/>
        <w:spacing w:val="-2"/>
        <w:w w:val="100"/>
        <w:sz w:val="24"/>
        <w:szCs w:val="24"/>
        <w:lang w:val="pt-PT" w:eastAsia="en-US" w:bidi="ar-SA"/>
      </w:rPr>
    </w:lvl>
    <w:lvl w:ilvl="3">
      <w:start w:val="1"/>
      <w:numFmt w:val="decimal"/>
      <w:lvlText w:val="%1.%2.%3.%4."/>
      <w:lvlJc w:val="left"/>
      <w:pPr>
        <w:ind w:left="1136" w:hanging="1136"/>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369" w:hanging="1136"/>
      </w:pPr>
      <w:rPr>
        <w:rFonts w:hint="default"/>
        <w:lang w:val="pt-PT" w:eastAsia="en-US" w:bidi="ar-SA"/>
      </w:rPr>
    </w:lvl>
    <w:lvl w:ilvl="5">
      <w:numFmt w:val="bullet"/>
      <w:lvlText w:val="•"/>
      <w:lvlJc w:val="left"/>
      <w:pPr>
        <w:ind w:left="4414" w:hanging="1136"/>
      </w:pPr>
      <w:rPr>
        <w:rFonts w:hint="default"/>
        <w:lang w:val="pt-PT" w:eastAsia="en-US" w:bidi="ar-SA"/>
      </w:rPr>
    </w:lvl>
    <w:lvl w:ilvl="6">
      <w:numFmt w:val="bullet"/>
      <w:lvlText w:val="•"/>
      <w:lvlJc w:val="left"/>
      <w:pPr>
        <w:ind w:left="5459" w:hanging="1136"/>
      </w:pPr>
      <w:rPr>
        <w:rFonts w:hint="default"/>
        <w:lang w:val="pt-PT" w:eastAsia="en-US" w:bidi="ar-SA"/>
      </w:rPr>
    </w:lvl>
    <w:lvl w:ilvl="7">
      <w:numFmt w:val="bullet"/>
      <w:lvlText w:val="•"/>
      <w:lvlJc w:val="left"/>
      <w:pPr>
        <w:ind w:left="6504" w:hanging="1136"/>
      </w:pPr>
      <w:rPr>
        <w:rFonts w:hint="default"/>
        <w:lang w:val="pt-PT" w:eastAsia="en-US" w:bidi="ar-SA"/>
      </w:rPr>
    </w:lvl>
    <w:lvl w:ilvl="8">
      <w:numFmt w:val="bullet"/>
      <w:lvlText w:val="•"/>
      <w:lvlJc w:val="left"/>
      <w:pPr>
        <w:ind w:left="7549" w:hanging="1136"/>
      </w:pPr>
      <w:rPr>
        <w:rFonts w:hint="default"/>
        <w:lang w:val="pt-PT" w:eastAsia="en-US" w:bidi="ar-SA"/>
      </w:rPr>
    </w:lvl>
  </w:abstractNum>
  <w:abstractNum w:abstractNumId="50" w15:restartNumberingAfterBreak="0">
    <w:nsid w:val="510B664E"/>
    <w:multiLevelType w:val="multilevel"/>
    <w:tmpl w:val="C974E194"/>
    <w:lvl w:ilvl="0">
      <w:start w:val="14"/>
      <w:numFmt w:val="decimal"/>
      <w:lvlText w:val="%1."/>
      <w:lvlJc w:val="left"/>
      <w:pPr>
        <w:ind w:left="720" w:hanging="720"/>
      </w:pPr>
      <w:rPr>
        <w:rFonts w:hint="default"/>
      </w:rPr>
    </w:lvl>
    <w:lvl w:ilvl="1">
      <w:start w:val="2"/>
      <w:numFmt w:val="decimal"/>
      <w:lvlText w:val="%1.%2."/>
      <w:lvlJc w:val="left"/>
      <w:pPr>
        <w:ind w:left="438" w:hanging="720"/>
      </w:pPr>
      <w:rPr>
        <w:rFonts w:hint="default"/>
        <w:b/>
      </w:rPr>
    </w:lvl>
    <w:lvl w:ilvl="2">
      <w:start w:val="3"/>
      <w:numFmt w:val="decimal"/>
      <w:lvlText w:val="%1.%2.%3."/>
      <w:lvlJc w:val="left"/>
      <w:pPr>
        <w:ind w:left="156" w:hanging="720"/>
      </w:pPr>
      <w:rPr>
        <w:rFonts w:hint="default"/>
        <w:b/>
      </w:rPr>
    </w:lvl>
    <w:lvl w:ilvl="3">
      <w:start w:val="1"/>
      <w:numFmt w:val="decimal"/>
      <w:lvlText w:val="%1.%2.%3.%4."/>
      <w:lvlJc w:val="left"/>
      <w:pPr>
        <w:ind w:left="234" w:hanging="1080"/>
      </w:pPr>
      <w:rPr>
        <w:rFonts w:hint="default"/>
      </w:rPr>
    </w:lvl>
    <w:lvl w:ilvl="4">
      <w:start w:val="1"/>
      <w:numFmt w:val="decimal"/>
      <w:lvlText w:val="%1.%2.%3.%4.%5."/>
      <w:lvlJc w:val="left"/>
      <w:pPr>
        <w:ind w:left="-48" w:hanging="1080"/>
      </w:pPr>
      <w:rPr>
        <w:rFonts w:hint="default"/>
      </w:rPr>
    </w:lvl>
    <w:lvl w:ilvl="5">
      <w:start w:val="1"/>
      <w:numFmt w:val="decimal"/>
      <w:lvlText w:val="%1.%2.%3.%4.%5.%6."/>
      <w:lvlJc w:val="left"/>
      <w:pPr>
        <w:ind w:left="30" w:hanging="1440"/>
      </w:pPr>
      <w:rPr>
        <w:rFonts w:hint="default"/>
      </w:rPr>
    </w:lvl>
    <w:lvl w:ilvl="6">
      <w:start w:val="1"/>
      <w:numFmt w:val="decimal"/>
      <w:lvlText w:val="%1.%2.%3.%4.%5.%6.%7."/>
      <w:lvlJc w:val="left"/>
      <w:pPr>
        <w:ind w:left="-252" w:hanging="1440"/>
      </w:pPr>
      <w:rPr>
        <w:rFonts w:hint="default"/>
      </w:rPr>
    </w:lvl>
    <w:lvl w:ilvl="7">
      <w:start w:val="1"/>
      <w:numFmt w:val="decimal"/>
      <w:lvlText w:val="%1.%2.%3.%4.%5.%6.%7.%8."/>
      <w:lvlJc w:val="left"/>
      <w:pPr>
        <w:ind w:left="-174" w:hanging="1800"/>
      </w:pPr>
      <w:rPr>
        <w:rFonts w:hint="default"/>
      </w:rPr>
    </w:lvl>
    <w:lvl w:ilvl="8">
      <w:start w:val="1"/>
      <w:numFmt w:val="decimal"/>
      <w:lvlText w:val="%1.%2.%3.%4.%5.%6.%7.%8.%9."/>
      <w:lvlJc w:val="left"/>
      <w:pPr>
        <w:ind w:left="-96" w:hanging="2160"/>
      </w:pPr>
      <w:rPr>
        <w:rFonts w:hint="default"/>
      </w:rPr>
    </w:lvl>
  </w:abstractNum>
  <w:abstractNum w:abstractNumId="51" w15:restartNumberingAfterBreak="0">
    <w:nsid w:val="540C19A8"/>
    <w:multiLevelType w:val="multilevel"/>
    <w:tmpl w:val="35C2CF72"/>
    <w:lvl w:ilvl="0">
      <w:start w:val="6"/>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color w:val="auto"/>
        <w:sz w:val="24"/>
        <w:szCs w:val="24"/>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364" w:hanging="1080"/>
      </w:pPr>
      <w:rPr>
        <w:rFonts w:hint="default"/>
        <w:b w:val="0"/>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2" w15:restartNumberingAfterBreak="0">
    <w:nsid w:val="550028E9"/>
    <w:multiLevelType w:val="multilevel"/>
    <w:tmpl w:val="42CE36E8"/>
    <w:lvl w:ilvl="0">
      <w:start w:val="2"/>
      <w:numFmt w:val="decimal"/>
      <w:lvlText w:val="%1"/>
      <w:lvlJc w:val="left"/>
      <w:pPr>
        <w:ind w:left="426" w:hanging="708"/>
      </w:pPr>
      <w:rPr>
        <w:rFonts w:hint="default"/>
        <w:lang w:val="pt-PT" w:eastAsia="en-US" w:bidi="ar-SA"/>
      </w:rPr>
    </w:lvl>
    <w:lvl w:ilvl="1">
      <w:start w:val="1"/>
      <w:numFmt w:val="decimal"/>
      <w:lvlText w:val="%1.%2."/>
      <w:lvlJc w:val="left"/>
      <w:pPr>
        <w:ind w:left="426" w:hanging="708"/>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377" w:hanging="708"/>
      </w:pPr>
      <w:rPr>
        <w:rFonts w:hint="default"/>
        <w:lang w:val="pt-PT" w:eastAsia="en-US" w:bidi="ar-SA"/>
      </w:rPr>
    </w:lvl>
    <w:lvl w:ilvl="3">
      <w:numFmt w:val="bullet"/>
      <w:lvlText w:val="•"/>
      <w:lvlJc w:val="left"/>
      <w:pPr>
        <w:ind w:left="3355" w:hanging="708"/>
      </w:pPr>
      <w:rPr>
        <w:rFonts w:hint="default"/>
        <w:lang w:val="pt-PT" w:eastAsia="en-US" w:bidi="ar-SA"/>
      </w:rPr>
    </w:lvl>
    <w:lvl w:ilvl="4">
      <w:numFmt w:val="bullet"/>
      <w:lvlText w:val="•"/>
      <w:lvlJc w:val="left"/>
      <w:pPr>
        <w:ind w:left="4334" w:hanging="708"/>
      </w:pPr>
      <w:rPr>
        <w:rFonts w:hint="default"/>
        <w:lang w:val="pt-PT" w:eastAsia="en-US" w:bidi="ar-SA"/>
      </w:rPr>
    </w:lvl>
    <w:lvl w:ilvl="5">
      <w:numFmt w:val="bullet"/>
      <w:lvlText w:val="•"/>
      <w:lvlJc w:val="left"/>
      <w:pPr>
        <w:ind w:left="531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270" w:hanging="708"/>
      </w:pPr>
      <w:rPr>
        <w:rFonts w:hint="default"/>
        <w:lang w:val="pt-PT" w:eastAsia="en-US" w:bidi="ar-SA"/>
      </w:rPr>
    </w:lvl>
    <w:lvl w:ilvl="8">
      <w:numFmt w:val="bullet"/>
      <w:lvlText w:val="•"/>
      <w:lvlJc w:val="left"/>
      <w:pPr>
        <w:ind w:left="8249" w:hanging="708"/>
      </w:pPr>
      <w:rPr>
        <w:rFonts w:hint="default"/>
        <w:lang w:val="pt-PT" w:eastAsia="en-US" w:bidi="ar-SA"/>
      </w:rPr>
    </w:lvl>
  </w:abstractNum>
  <w:abstractNum w:abstractNumId="53" w15:restartNumberingAfterBreak="0">
    <w:nsid w:val="558215A1"/>
    <w:multiLevelType w:val="multilevel"/>
    <w:tmpl w:val="375AD0C0"/>
    <w:lvl w:ilvl="0">
      <w:start w:val="13"/>
      <w:numFmt w:val="decimal"/>
      <w:lvlText w:val="%1."/>
      <w:lvlJc w:val="left"/>
      <w:pPr>
        <w:ind w:left="525" w:hanging="525"/>
      </w:pPr>
      <w:rPr>
        <w:rFonts w:hint="default"/>
      </w:rPr>
    </w:lvl>
    <w:lvl w:ilvl="1">
      <w:start w:val="8"/>
      <w:numFmt w:val="decimal"/>
      <w:lvlText w:val="%1.%2."/>
      <w:lvlJc w:val="left"/>
      <w:pPr>
        <w:ind w:left="1571" w:hanging="72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4" w15:restartNumberingAfterBreak="0">
    <w:nsid w:val="55E56F36"/>
    <w:multiLevelType w:val="hybridMultilevel"/>
    <w:tmpl w:val="5AF03AB8"/>
    <w:lvl w:ilvl="0" w:tplc="326821C6">
      <w:start w:val="1"/>
      <w:numFmt w:val="bullet"/>
      <w:lvlText w:val="•"/>
      <w:lvlJc w:val="left"/>
      <w:pPr>
        <w:ind w:left="720" w:hanging="360"/>
      </w:pPr>
    </w:lvl>
    <w:lvl w:ilvl="1" w:tplc="2A7055E0">
      <w:numFmt w:val="decimal"/>
      <w:lvlText w:val=""/>
      <w:lvlJc w:val="left"/>
    </w:lvl>
    <w:lvl w:ilvl="2" w:tplc="CB82C5BC">
      <w:numFmt w:val="decimal"/>
      <w:lvlText w:val=""/>
      <w:lvlJc w:val="left"/>
    </w:lvl>
    <w:lvl w:ilvl="3" w:tplc="76168D84">
      <w:numFmt w:val="decimal"/>
      <w:lvlText w:val=""/>
      <w:lvlJc w:val="left"/>
    </w:lvl>
    <w:lvl w:ilvl="4" w:tplc="983471D0">
      <w:numFmt w:val="decimal"/>
      <w:lvlText w:val=""/>
      <w:lvlJc w:val="left"/>
    </w:lvl>
    <w:lvl w:ilvl="5" w:tplc="91CA5B04">
      <w:numFmt w:val="decimal"/>
      <w:lvlText w:val=""/>
      <w:lvlJc w:val="left"/>
    </w:lvl>
    <w:lvl w:ilvl="6" w:tplc="2D464E12">
      <w:numFmt w:val="decimal"/>
      <w:lvlText w:val=""/>
      <w:lvlJc w:val="left"/>
    </w:lvl>
    <w:lvl w:ilvl="7" w:tplc="5C26A652">
      <w:numFmt w:val="decimal"/>
      <w:lvlText w:val=""/>
      <w:lvlJc w:val="left"/>
    </w:lvl>
    <w:lvl w:ilvl="8" w:tplc="0B3A2FB2">
      <w:numFmt w:val="decimal"/>
      <w:lvlText w:val=""/>
      <w:lvlJc w:val="left"/>
    </w:lvl>
  </w:abstractNum>
  <w:abstractNum w:abstractNumId="55" w15:restartNumberingAfterBreak="0">
    <w:nsid w:val="58BF637B"/>
    <w:multiLevelType w:val="multilevel"/>
    <w:tmpl w:val="E5629A5C"/>
    <w:lvl w:ilvl="0">
      <w:start w:val="3"/>
      <w:numFmt w:val="decimal"/>
      <w:lvlText w:val="%1."/>
      <w:lvlJc w:val="left"/>
      <w:pPr>
        <w:ind w:left="720" w:hanging="36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15:restartNumberingAfterBreak="0">
    <w:nsid w:val="5FC55001"/>
    <w:multiLevelType w:val="multilevel"/>
    <w:tmpl w:val="CCEE5132"/>
    <w:lvl w:ilvl="0">
      <w:start w:val="13"/>
      <w:numFmt w:val="decimal"/>
      <w:lvlText w:val="%1."/>
      <w:lvlJc w:val="left"/>
      <w:pPr>
        <w:ind w:left="915" w:hanging="915"/>
      </w:pPr>
      <w:rPr>
        <w:rFonts w:hint="default"/>
      </w:rPr>
    </w:lvl>
    <w:lvl w:ilvl="1">
      <w:start w:val="1"/>
      <w:numFmt w:val="decimal"/>
      <w:lvlText w:val="%1.%2."/>
      <w:lvlJc w:val="left"/>
      <w:pPr>
        <w:ind w:left="1766" w:hanging="915"/>
      </w:pPr>
      <w:rPr>
        <w:rFonts w:hint="default"/>
        <w:b/>
      </w:rPr>
    </w:lvl>
    <w:lvl w:ilvl="2">
      <w:start w:val="1"/>
      <w:numFmt w:val="decimal"/>
      <w:lvlText w:val="%1.%2.%3."/>
      <w:lvlJc w:val="left"/>
      <w:pPr>
        <w:ind w:left="915" w:hanging="915"/>
      </w:pPr>
      <w:rPr>
        <w:rFonts w:hint="default"/>
        <w:b/>
      </w:rPr>
    </w:lvl>
    <w:lvl w:ilvl="3">
      <w:start w:val="1"/>
      <w:numFmt w:val="decimal"/>
      <w:lvlText w:val="%1.%2.%3.%4."/>
      <w:lvlJc w:val="left"/>
      <w:pPr>
        <w:ind w:left="1222" w:hanging="1080"/>
      </w:pPr>
      <w:rPr>
        <w:rFonts w:hint="default"/>
        <w:b/>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60027898"/>
    <w:multiLevelType w:val="multilevel"/>
    <w:tmpl w:val="7804B49C"/>
    <w:lvl w:ilvl="0">
      <w:start w:val="16"/>
      <w:numFmt w:val="decimal"/>
      <w:lvlText w:val="%1."/>
      <w:lvlJc w:val="left"/>
      <w:pPr>
        <w:ind w:left="525" w:hanging="525"/>
      </w:pPr>
      <w:rPr>
        <w:rFonts w:hint="default"/>
      </w:rPr>
    </w:lvl>
    <w:lvl w:ilvl="1">
      <w:start w:val="1"/>
      <w:numFmt w:val="decimal"/>
      <w:lvlText w:val="%1.%2."/>
      <w:lvlJc w:val="left"/>
      <w:pPr>
        <w:ind w:left="155" w:hanging="720"/>
      </w:pPr>
      <w:rPr>
        <w:rFonts w:hint="default"/>
        <w:b/>
      </w:rPr>
    </w:lvl>
    <w:lvl w:ilvl="2">
      <w:start w:val="1"/>
      <w:numFmt w:val="decimal"/>
      <w:lvlText w:val="%1.%2.%3."/>
      <w:lvlJc w:val="left"/>
      <w:pPr>
        <w:ind w:left="-410" w:hanging="720"/>
      </w:pPr>
      <w:rPr>
        <w:rFonts w:hint="default"/>
      </w:rPr>
    </w:lvl>
    <w:lvl w:ilvl="3">
      <w:start w:val="1"/>
      <w:numFmt w:val="decimal"/>
      <w:lvlText w:val="%1.%2.%3.%4."/>
      <w:lvlJc w:val="left"/>
      <w:pPr>
        <w:ind w:left="-61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385" w:hanging="144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155" w:hanging="1800"/>
      </w:pPr>
      <w:rPr>
        <w:rFonts w:hint="default"/>
      </w:rPr>
    </w:lvl>
    <w:lvl w:ilvl="8">
      <w:start w:val="1"/>
      <w:numFmt w:val="decimal"/>
      <w:lvlText w:val="%1.%2.%3.%4.%5.%6.%7.%8.%9."/>
      <w:lvlJc w:val="left"/>
      <w:pPr>
        <w:ind w:left="-2360" w:hanging="2160"/>
      </w:pPr>
      <w:rPr>
        <w:rFonts w:hint="default"/>
      </w:rPr>
    </w:lvl>
  </w:abstractNum>
  <w:abstractNum w:abstractNumId="58" w15:restartNumberingAfterBreak="0">
    <w:nsid w:val="617D38A2"/>
    <w:multiLevelType w:val="multilevel"/>
    <w:tmpl w:val="9698B87A"/>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9.%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3AA4DE4"/>
    <w:multiLevelType w:val="hybridMultilevel"/>
    <w:tmpl w:val="B1C8E8D2"/>
    <w:lvl w:ilvl="0" w:tplc="8216F1D8">
      <w:start w:val="2"/>
      <w:numFmt w:val="decimal"/>
      <w:pStyle w:val="PargrafoParecer"/>
      <w:lvlText w:val="%1."/>
      <w:lvlJc w:val="left"/>
      <w:pPr>
        <w:ind w:left="759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0" w15:restartNumberingAfterBreak="0">
    <w:nsid w:val="673475A3"/>
    <w:multiLevelType w:val="multilevel"/>
    <w:tmpl w:val="7EE22A5A"/>
    <w:lvl w:ilvl="0">
      <w:start w:val="6"/>
      <w:numFmt w:val="decimal"/>
      <w:lvlText w:val="%1"/>
      <w:lvlJc w:val="left"/>
      <w:pPr>
        <w:ind w:left="143" w:hanging="708"/>
      </w:pPr>
      <w:rPr>
        <w:rFonts w:hint="default"/>
        <w:lang w:val="pt-PT" w:eastAsia="en-US" w:bidi="ar-SA"/>
      </w:rPr>
    </w:lvl>
    <w:lvl w:ilvl="1">
      <w:start w:val="1"/>
      <w:numFmt w:val="decimal"/>
      <w:lvlText w:val="%1.%2."/>
      <w:lvlJc w:val="left"/>
      <w:pPr>
        <w:ind w:left="850" w:hanging="708"/>
        <w:jc w:val="right"/>
      </w:pPr>
      <w:rPr>
        <w:rFonts w:ascii="Arial" w:eastAsia="Arial" w:hAnsi="Arial" w:cs="Arial" w:hint="default"/>
        <w:b/>
        <w:bCs/>
        <w:i w:val="0"/>
        <w:iCs w:val="0"/>
        <w:spacing w:val="-1"/>
        <w:w w:val="100"/>
        <w:sz w:val="24"/>
        <w:szCs w:val="24"/>
        <w:lang w:val="pt-PT" w:eastAsia="en-US" w:bidi="ar-SA"/>
      </w:rPr>
    </w:lvl>
    <w:lvl w:ilvl="2">
      <w:start w:val="1"/>
      <w:numFmt w:val="lowerLetter"/>
      <w:lvlText w:val="%3)"/>
      <w:lvlJc w:val="left"/>
      <w:pPr>
        <w:ind w:left="1418" w:hanging="425"/>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137" w:hanging="425"/>
      </w:pPr>
      <w:rPr>
        <w:rFonts w:hint="default"/>
        <w:lang w:val="pt-PT" w:eastAsia="en-US" w:bidi="ar-SA"/>
      </w:rPr>
    </w:lvl>
    <w:lvl w:ilvl="4">
      <w:numFmt w:val="bullet"/>
      <w:lvlText w:val="•"/>
      <w:lvlJc w:val="left"/>
      <w:pPr>
        <w:ind w:left="4066" w:hanging="425"/>
      </w:pPr>
      <w:rPr>
        <w:rFonts w:hint="default"/>
        <w:lang w:val="pt-PT" w:eastAsia="en-US" w:bidi="ar-SA"/>
      </w:rPr>
    </w:lvl>
    <w:lvl w:ilvl="5">
      <w:numFmt w:val="bullet"/>
      <w:lvlText w:val="•"/>
      <w:lvlJc w:val="left"/>
      <w:pPr>
        <w:ind w:left="4995" w:hanging="425"/>
      </w:pPr>
      <w:rPr>
        <w:rFonts w:hint="default"/>
        <w:lang w:val="pt-PT" w:eastAsia="en-US" w:bidi="ar-SA"/>
      </w:rPr>
    </w:lvl>
    <w:lvl w:ilvl="6">
      <w:numFmt w:val="bullet"/>
      <w:lvlText w:val="•"/>
      <w:lvlJc w:val="left"/>
      <w:pPr>
        <w:ind w:left="5924" w:hanging="425"/>
      </w:pPr>
      <w:rPr>
        <w:rFonts w:hint="default"/>
        <w:lang w:val="pt-PT" w:eastAsia="en-US" w:bidi="ar-SA"/>
      </w:rPr>
    </w:lvl>
    <w:lvl w:ilvl="7">
      <w:numFmt w:val="bullet"/>
      <w:lvlText w:val="•"/>
      <w:lvlJc w:val="left"/>
      <w:pPr>
        <w:ind w:left="6852" w:hanging="425"/>
      </w:pPr>
      <w:rPr>
        <w:rFonts w:hint="default"/>
        <w:lang w:val="pt-PT" w:eastAsia="en-US" w:bidi="ar-SA"/>
      </w:rPr>
    </w:lvl>
    <w:lvl w:ilvl="8">
      <w:numFmt w:val="bullet"/>
      <w:lvlText w:val="•"/>
      <w:lvlJc w:val="left"/>
      <w:pPr>
        <w:ind w:left="7781" w:hanging="425"/>
      </w:pPr>
      <w:rPr>
        <w:rFonts w:hint="default"/>
        <w:lang w:val="pt-PT" w:eastAsia="en-US" w:bidi="ar-SA"/>
      </w:rPr>
    </w:lvl>
  </w:abstractNum>
  <w:abstractNum w:abstractNumId="61" w15:restartNumberingAfterBreak="0">
    <w:nsid w:val="6E8B16ED"/>
    <w:multiLevelType w:val="multilevel"/>
    <w:tmpl w:val="80EEBDF4"/>
    <w:lvl w:ilvl="0">
      <w:start w:val="12"/>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851" w:hanging="1419"/>
      </w:pPr>
      <w:rPr>
        <w:rFonts w:ascii="Arial" w:eastAsia="Arial" w:hAnsi="Arial" w:cs="Arial" w:hint="default"/>
        <w:b/>
        <w:bCs/>
        <w:i w:val="0"/>
        <w:iCs w:val="0"/>
        <w:spacing w:val="-1"/>
        <w:w w:val="100"/>
        <w:sz w:val="24"/>
        <w:szCs w:val="24"/>
        <w:lang w:val="pt-PT" w:eastAsia="en-US" w:bidi="ar-SA"/>
      </w:rPr>
    </w:lvl>
    <w:lvl w:ilvl="3">
      <w:start w:val="1"/>
      <w:numFmt w:val="decimal"/>
      <w:lvlText w:val="%1.%2.%3.%4."/>
      <w:lvlJc w:val="left"/>
      <w:pPr>
        <w:ind w:left="1276" w:hanging="994"/>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331" w:hanging="994"/>
      </w:pPr>
      <w:rPr>
        <w:rFonts w:hint="default"/>
        <w:lang w:val="pt-PT" w:eastAsia="en-US" w:bidi="ar-SA"/>
      </w:rPr>
    </w:lvl>
    <w:lvl w:ilvl="5">
      <w:numFmt w:val="bullet"/>
      <w:lvlText w:val="•"/>
      <w:lvlJc w:val="left"/>
      <w:pPr>
        <w:ind w:left="4382" w:hanging="994"/>
      </w:pPr>
      <w:rPr>
        <w:rFonts w:hint="default"/>
        <w:lang w:val="pt-PT" w:eastAsia="en-US" w:bidi="ar-SA"/>
      </w:rPr>
    </w:lvl>
    <w:lvl w:ilvl="6">
      <w:numFmt w:val="bullet"/>
      <w:lvlText w:val="•"/>
      <w:lvlJc w:val="left"/>
      <w:pPr>
        <w:ind w:left="5434" w:hanging="994"/>
      </w:pPr>
      <w:rPr>
        <w:rFonts w:hint="default"/>
        <w:lang w:val="pt-PT" w:eastAsia="en-US" w:bidi="ar-SA"/>
      </w:rPr>
    </w:lvl>
    <w:lvl w:ilvl="7">
      <w:numFmt w:val="bullet"/>
      <w:lvlText w:val="•"/>
      <w:lvlJc w:val="left"/>
      <w:pPr>
        <w:ind w:left="6485" w:hanging="994"/>
      </w:pPr>
      <w:rPr>
        <w:rFonts w:hint="default"/>
        <w:lang w:val="pt-PT" w:eastAsia="en-US" w:bidi="ar-SA"/>
      </w:rPr>
    </w:lvl>
    <w:lvl w:ilvl="8">
      <w:numFmt w:val="bullet"/>
      <w:lvlText w:val="•"/>
      <w:lvlJc w:val="left"/>
      <w:pPr>
        <w:ind w:left="7536" w:hanging="994"/>
      </w:pPr>
      <w:rPr>
        <w:rFonts w:hint="default"/>
        <w:lang w:val="pt-PT" w:eastAsia="en-US" w:bidi="ar-SA"/>
      </w:rPr>
    </w:lvl>
  </w:abstractNum>
  <w:abstractNum w:abstractNumId="62" w15:restartNumberingAfterBreak="0">
    <w:nsid w:val="6F7A580E"/>
    <w:multiLevelType w:val="hybridMultilevel"/>
    <w:tmpl w:val="A3E62A08"/>
    <w:lvl w:ilvl="0" w:tplc="BE3693F0">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24921FA"/>
    <w:multiLevelType w:val="multilevel"/>
    <w:tmpl w:val="7512D1D0"/>
    <w:lvl w:ilvl="0">
      <w:start w:val="15"/>
      <w:numFmt w:val="decimal"/>
      <w:lvlText w:val="%1"/>
      <w:lvlJc w:val="left"/>
      <w:pPr>
        <w:ind w:left="851" w:hanging="708"/>
      </w:pPr>
      <w:rPr>
        <w:rFonts w:hint="default"/>
        <w:lang w:val="pt-PT" w:eastAsia="en-US" w:bidi="ar-SA"/>
      </w:rPr>
    </w:lvl>
    <w:lvl w:ilvl="1">
      <w:start w:val="1"/>
      <w:numFmt w:val="decimal"/>
      <w:lvlText w:val="16.%2."/>
      <w:lvlJc w:val="left"/>
      <w:pPr>
        <w:ind w:left="851" w:hanging="708"/>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615" w:hanging="708"/>
      </w:pPr>
      <w:rPr>
        <w:rFonts w:hint="default"/>
        <w:lang w:val="pt-PT" w:eastAsia="en-US" w:bidi="ar-SA"/>
      </w:rPr>
    </w:lvl>
    <w:lvl w:ilvl="3">
      <w:numFmt w:val="bullet"/>
      <w:lvlText w:val="•"/>
      <w:lvlJc w:val="left"/>
      <w:pPr>
        <w:ind w:left="3493" w:hanging="708"/>
      </w:pPr>
      <w:rPr>
        <w:rFonts w:hint="default"/>
        <w:lang w:val="pt-PT" w:eastAsia="en-US" w:bidi="ar-SA"/>
      </w:rPr>
    </w:lvl>
    <w:lvl w:ilvl="4">
      <w:numFmt w:val="bullet"/>
      <w:lvlText w:val="•"/>
      <w:lvlJc w:val="left"/>
      <w:pPr>
        <w:ind w:left="4371" w:hanging="708"/>
      </w:pPr>
      <w:rPr>
        <w:rFonts w:hint="default"/>
        <w:lang w:val="pt-PT" w:eastAsia="en-US" w:bidi="ar-SA"/>
      </w:rPr>
    </w:lvl>
    <w:lvl w:ilvl="5">
      <w:numFmt w:val="bullet"/>
      <w:lvlText w:val="•"/>
      <w:lvlJc w:val="left"/>
      <w:pPr>
        <w:ind w:left="5249" w:hanging="708"/>
      </w:pPr>
      <w:rPr>
        <w:rFonts w:hint="default"/>
        <w:lang w:val="pt-PT" w:eastAsia="en-US" w:bidi="ar-SA"/>
      </w:rPr>
    </w:lvl>
    <w:lvl w:ilvl="6">
      <w:numFmt w:val="bullet"/>
      <w:lvlText w:val="•"/>
      <w:lvlJc w:val="left"/>
      <w:pPr>
        <w:ind w:left="6127" w:hanging="708"/>
      </w:pPr>
      <w:rPr>
        <w:rFonts w:hint="default"/>
        <w:lang w:val="pt-PT" w:eastAsia="en-US" w:bidi="ar-SA"/>
      </w:rPr>
    </w:lvl>
    <w:lvl w:ilvl="7">
      <w:numFmt w:val="bullet"/>
      <w:lvlText w:val="•"/>
      <w:lvlJc w:val="left"/>
      <w:pPr>
        <w:ind w:left="7005" w:hanging="708"/>
      </w:pPr>
      <w:rPr>
        <w:rFonts w:hint="default"/>
        <w:lang w:val="pt-PT" w:eastAsia="en-US" w:bidi="ar-SA"/>
      </w:rPr>
    </w:lvl>
    <w:lvl w:ilvl="8">
      <w:numFmt w:val="bullet"/>
      <w:lvlText w:val="•"/>
      <w:lvlJc w:val="left"/>
      <w:pPr>
        <w:ind w:left="7883" w:hanging="708"/>
      </w:pPr>
      <w:rPr>
        <w:rFonts w:hint="default"/>
        <w:lang w:val="pt-PT" w:eastAsia="en-US" w:bidi="ar-SA"/>
      </w:rPr>
    </w:lvl>
  </w:abstractNum>
  <w:abstractNum w:abstractNumId="64" w15:restartNumberingAfterBreak="0">
    <w:nsid w:val="76560C63"/>
    <w:multiLevelType w:val="multilevel"/>
    <w:tmpl w:val="0F101FF6"/>
    <w:lvl w:ilvl="0">
      <w:start w:val="16"/>
      <w:numFmt w:val="decimal"/>
      <w:lvlText w:val="%1."/>
      <w:lvlJc w:val="left"/>
      <w:pPr>
        <w:ind w:left="525" w:hanging="525"/>
      </w:pPr>
      <w:rPr>
        <w:rFonts w:hint="default"/>
      </w:rPr>
    </w:lvl>
    <w:lvl w:ilvl="1">
      <w:start w:val="2"/>
      <w:numFmt w:val="decimal"/>
      <w:lvlText w:val="%1.%2."/>
      <w:lvlJc w:val="left"/>
      <w:pPr>
        <w:ind w:left="438" w:hanging="720"/>
      </w:pPr>
      <w:rPr>
        <w:rFonts w:hint="default"/>
        <w:b/>
      </w:rPr>
    </w:lvl>
    <w:lvl w:ilvl="2">
      <w:start w:val="1"/>
      <w:numFmt w:val="decimal"/>
      <w:lvlText w:val="%1.%2.%3."/>
      <w:lvlJc w:val="left"/>
      <w:pPr>
        <w:ind w:left="156" w:hanging="720"/>
      </w:pPr>
      <w:rPr>
        <w:rFonts w:hint="default"/>
      </w:rPr>
    </w:lvl>
    <w:lvl w:ilvl="3">
      <w:start w:val="1"/>
      <w:numFmt w:val="upperLetter"/>
      <w:lvlText w:val="%1.%2.%3.%4."/>
      <w:lvlJc w:val="left"/>
      <w:pPr>
        <w:ind w:left="234" w:hanging="1080"/>
      </w:pPr>
      <w:rPr>
        <w:rFonts w:hint="default"/>
      </w:rPr>
    </w:lvl>
    <w:lvl w:ilvl="4">
      <w:start w:val="1"/>
      <w:numFmt w:val="decimal"/>
      <w:lvlText w:val="%1.%2.%3.%4.%5."/>
      <w:lvlJc w:val="left"/>
      <w:pPr>
        <w:ind w:left="-48" w:hanging="1080"/>
      </w:pPr>
      <w:rPr>
        <w:rFonts w:hint="default"/>
      </w:rPr>
    </w:lvl>
    <w:lvl w:ilvl="5">
      <w:start w:val="1"/>
      <w:numFmt w:val="decimal"/>
      <w:lvlText w:val="%1.%2.%3.%4.%5.%6."/>
      <w:lvlJc w:val="left"/>
      <w:pPr>
        <w:ind w:left="30" w:hanging="1440"/>
      </w:pPr>
      <w:rPr>
        <w:rFonts w:hint="default"/>
      </w:rPr>
    </w:lvl>
    <w:lvl w:ilvl="6">
      <w:start w:val="1"/>
      <w:numFmt w:val="decimal"/>
      <w:lvlText w:val="%1.%2.%3.%4.%5.%6.%7."/>
      <w:lvlJc w:val="left"/>
      <w:pPr>
        <w:ind w:left="-252" w:hanging="1440"/>
      </w:pPr>
      <w:rPr>
        <w:rFonts w:hint="default"/>
      </w:rPr>
    </w:lvl>
    <w:lvl w:ilvl="7">
      <w:start w:val="1"/>
      <w:numFmt w:val="decimal"/>
      <w:lvlText w:val="%1.%2.%3.%4.%5.%6.%7.%8."/>
      <w:lvlJc w:val="left"/>
      <w:pPr>
        <w:ind w:left="-174" w:hanging="1800"/>
      </w:pPr>
      <w:rPr>
        <w:rFonts w:hint="default"/>
      </w:rPr>
    </w:lvl>
    <w:lvl w:ilvl="8">
      <w:start w:val="1"/>
      <w:numFmt w:val="decimal"/>
      <w:lvlText w:val="%1.%2.%3.%4.%5.%6.%7.%8.%9."/>
      <w:lvlJc w:val="left"/>
      <w:pPr>
        <w:ind w:left="-96" w:hanging="2160"/>
      </w:pPr>
      <w:rPr>
        <w:rFonts w:hint="default"/>
      </w:rPr>
    </w:lvl>
  </w:abstractNum>
  <w:abstractNum w:abstractNumId="65" w15:restartNumberingAfterBreak="0">
    <w:nsid w:val="7B2E6F88"/>
    <w:multiLevelType w:val="multilevel"/>
    <w:tmpl w:val="1F0212CA"/>
    <w:lvl w:ilvl="0">
      <w:start w:val="1"/>
      <w:numFmt w:val="decimal"/>
      <w:lvlText w:val="%1"/>
      <w:lvlJc w:val="left"/>
      <w:pPr>
        <w:ind w:left="426" w:hanging="708"/>
      </w:pPr>
      <w:rPr>
        <w:rFonts w:hint="default"/>
        <w:lang w:val="pt-PT" w:eastAsia="en-US" w:bidi="ar-SA"/>
      </w:rPr>
    </w:lvl>
    <w:lvl w:ilvl="1">
      <w:start w:val="1"/>
      <w:numFmt w:val="decimal"/>
      <w:lvlText w:val="%1.%2."/>
      <w:lvlJc w:val="left"/>
      <w:pPr>
        <w:ind w:left="426" w:hanging="708"/>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1421" w:hanging="711"/>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699" w:hanging="711"/>
      </w:pPr>
      <w:rPr>
        <w:rFonts w:hint="default"/>
        <w:lang w:val="pt-PT" w:eastAsia="en-US" w:bidi="ar-SA"/>
      </w:rPr>
    </w:lvl>
    <w:lvl w:ilvl="4">
      <w:numFmt w:val="bullet"/>
      <w:lvlText w:val="•"/>
      <w:lvlJc w:val="left"/>
      <w:pPr>
        <w:ind w:left="4628" w:hanging="711"/>
      </w:pPr>
      <w:rPr>
        <w:rFonts w:hint="default"/>
        <w:lang w:val="pt-PT" w:eastAsia="en-US" w:bidi="ar-SA"/>
      </w:rPr>
    </w:lvl>
    <w:lvl w:ilvl="5">
      <w:numFmt w:val="bullet"/>
      <w:lvlText w:val="•"/>
      <w:lvlJc w:val="left"/>
      <w:pPr>
        <w:ind w:left="5558" w:hanging="711"/>
      </w:pPr>
      <w:rPr>
        <w:rFonts w:hint="default"/>
        <w:lang w:val="pt-PT" w:eastAsia="en-US" w:bidi="ar-SA"/>
      </w:rPr>
    </w:lvl>
    <w:lvl w:ilvl="6">
      <w:numFmt w:val="bullet"/>
      <w:lvlText w:val="•"/>
      <w:lvlJc w:val="left"/>
      <w:pPr>
        <w:ind w:left="6488" w:hanging="711"/>
      </w:pPr>
      <w:rPr>
        <w:rFonts w:hint="default"/>
        <w:lang w:val="pt-PT" w:eastAsia="en-US" w:bidi="ar-SA"/>
      </w:rPr>
    </w:lvl>
    <w:lvl w:ilvl="7">
      <w:numFmt w:val="bullet"/>
      <w:lvlText w:val="•"/>
      <w:lvlJc w:val="left"/>
      <w:pPr>
        <w:ind w:left="7417" w:hanging="711"/>
      </w:pPr>
      <w:rPr>
        <w:rFonts w:hint="default"/>
        <w:lang w:val="pt-PT" w:eastAsia="en-US" w:bidi="ar-SA"/>
      </w:rPr>
    </w:lvl>
    <w:lvl w:ilvl="8">
      <w:numFmt w:val="bullet"/>
      <w:lvlText w:val="•"/>
      <w:lvlJc w:val="left"/>
      <w:pPr>
        <w:ind w:left="8347" w:hanging="711"/>
      </w:pPr>
      <w:rPr>
        <w:rFonts w:hint="default"/>
        <w:lang w:val="pt-PT" w:eastAsia="en-US" w:bidi="ar-SA"/>
      </w:rPr>
    </w:lvl>
  </w:abstractNum>
  <w:abstractNum w:abstractNumId="66" w15:restartNumberingAfterBreak="0">
    <w:nsid w:val="7FAE0D7B"/>
    <w:multiLevelType w:val="hybridMultilevel"/>
    <w:tmpl w:val="B0D8B9C6"/>
    <w:lvl w:ilvl="0" w:tplc="72521C3A">
      <w:start w:val="1"/>
      <w:numFmt w:val="lowerLetter"/>
      <w:lvlText w:val="%1)"/>
      <w:lvlJc w:val="left"/>
      <w:pPr>
        <w:ind w:left="1855" w:hanging="507"/>
      </w:pPr>
      <w:rPr>
        <w:rFonts w:ascii="Arial" w:eastAsia="Arial" w:hAnsi="Arial" w:cs="Arial" w:hint="default"/>
        <w:b/>
        <w:bCs/>
        <w:i w:val="0"/>
        <w:iCs w:val="0"/>
        <w:spacing w:val="0"/>
        <w:w w:val="100"/>
        <w:sz w:val="24"/>
        <w:szCs w:val="24"/>
        <w:lang w:val="pt-PT" w:eastAsia="en-US" w:bidi="ar-SA"/>
      </w:rPr>
    </w:lvl>
    <w:lvl w:ilvl="1" w:tplc="37A07E12">
      <w:numFmt w:val="bullet"/>
      <w:lvlText w:val="•"/>
      <w:lvlJc w:val="left"/>
      <w:pPr>
        <w:ind w:left="2637" w:hanging="507"/>
      </w:pPr>
      <w:rPr>
        <w:rFonts w:hint="default"/>
        <w:lang w:val="pt-PT" w:eastAsia="en-US" w:bidi="ar-SA"/>
      </w:rPr>
    </w:lvl>
    <w:lvl w:ilvl="2" w:tplc="0EECD936">
      <w:numFmt w:val="bullet"/>
      <w:lvlText w:val="•"/>
      <w:lvlJc w:val="left"/>
      <w:pPr>
        <w:ind w:left="3415" w:hanging="507"/>
      </w:pPr>
      <w:rPr>
        <w:rFonts w:hint="default"/>
        <w:lang w:val="pt-PT" w:eastAsia="en-US" w:bidi="ar-SA"/>
      </w:rPr>
    </w:lvl>
    <w:lvl w:ilvl="3" w:tplc="797854C8">
      <w:numFmt w:val="bullet"/>
      <w:lvlText w:val="•"/>
      <w:lvlJc w:val="left"/>
      <w:pPr>
        <w:ind w:left="4193" w:hanging="507"/>
      </w:pPr>
      <w:rPr>
        <w:rFonts w:hint="default"/>
        <w:lang w:val="pt-PT" w:eastAsia="en-US" w:bidi="ar-SA"/>
      </w:rPr>
    </w:lvl>
    <w:lvl w:ilvl="4" w:tplc="E2A8C152">
      <w:numFmt w:val="bullet"/>
      <w:lvlText w:val="•"/>
      <w:lvlJc w:val="left"/>
      <w:pPr>
        <w:ind w:left="4971" w:hanging="507"/>
      </w:pPr>
      <w:rPr>
        <w:rFonts w:hint="default"/>
        <w:lang w:val="pt-PT" w:eastAsia="en-US" w:bidi="ar-SA"/>
      </w:rPr>
    </w:lvl>
    <w:lvl w:ilvl="5" w:tplc="19AC6398">
      <w:numFmt w:val="bullet"/>
      <w:lvlText w:val="•"/>
      <w:lvlJc w:val="left"/>
      <w:pPr>
        <w:ind w:left="5749" w:hanging="507"/>
      </w:pPr>
      <w:rPr>
        <w:rFonts w:hint="default"/>
        <w:lang w:val="pt-PT" w:eastAsia="en-US" w:bidi="ar-SA"/>
      </w:rPr>
    </w:lvl>
    <w:lvl w:ilvl="6" w:tplc="149AD9E6">
      <w:numFmt w:val="bullet"/>
      <w:lvlText w:val="•"/>
      <w:lvlJc w:val="left"/>
      <w:pPr>
        <w:ind w:left="6527" w:hanging="507"/>
      </w:pPr>
      <w:rPr>
        <w:rFonts w:hint="default"/>
        <w:lang w:val="pt-PT" w:eastAsia="en-US" w:bidi="ar-SA"/>
      </w:rPr>
    </w:lvl>
    <w:lvl w:ilvl="7" w:tplc="D69007E6">
      <w:numFmt w:val="bullet"/>
      <w:lvlText w:val="•"/>
      <w:lvlJc w:val="left"/>
      <w:pPr>
        <w:ind w:left="7305" w:hanging="507"/>
      </w:pPr>
      <w:rPr>
        <w:rFonts w:hint="default"/>
        <w:lang w:val="pt-PT" w:eastAsia="en-US" w:bidi="ar-SA"/>
      </w:rPr>
    </w:lvl>
    <w:lvl w:ilvl="8" w:tplc="501A554A">
      <w:numFmt w:val="bullet"/>
      <w:lvlText w:val="•"/>
      <w:lvlJc w:val="left"/>
      <w:pPr>
        <w:ind w:left="8083" w:hanging="507"/>
      </w:pPr>
      <w:rPr>
        <w:rFonts w:hint="default"/>
        <w:lang w:val="pt-PT" w:eastAsia="en-US" w:bidi="ar-SA"/>
      </w:rPr>
    </w:lvl>
  </w:abstractNum>
  <w:num w:numId="1" w16cid:durableId="1688750379">
    <w:abstractNumId w:val="26"/>
  </w:num>
  <w:num w:numId="2" w16cid:durableId="959720823">
    <w:abstractNumId w:val="42"/>
  </w:num>
  <w:num w:numId="3" w16cid:durableId="1036541703">
    <w:abstractNumId w:val="19"/>
  </w:num>
  <w:num w:numId="4" w16cid:durableId="212079341">
    <w:abstractNumId w:val="47"/>
  </w:num>
  <w:num w:numId="5" w16cid:durableId="1620455486">
    <w:abstractNumId w:val="33"/>
  </w:num>
  <w:num w:numId="6" w16cid:durableId="1096441728">
    <w:abstractNumId w:val="52"/>
  </w:num>
  <w:num w:numId="7" w16cid:durableId="1346711697">
    <w:abstractNumId w:val="65"/>
  </w:num>
  <w:num w:numId="8" w16cid:durableId="850487642">
    <w:abstractNumId w:val="63"/>
  </w:num>
  <w:num w:numId="9" w16cid:durableId="1866870284">
    <w:abstractNumId w:val="34"/>
  </w:num>
  <w:num w:numId="10" w16cid:durableId="77213809">
    <w:abstractNumId w:val="16"/>
  </w:num>
  <w:num w:numId="11" w16cid:durableId="407770515">
    <w:abstractNumId w:val="46"/>
  </w:num>
  <w:num w:numId="12" w16cid:durableId="823862128">
    <w:abstractNumId w:val="61"/>
  </w:num>
  <w:num w:numId="13" w16cid:durableId="507212034">
    <w:abstractNumId w:val="66"/>
  </w:num>
  <w:num w:numId="14" w16cid:durableId="2041003875">
    <w:abstractNumId w:val="49"/>
  </w:num>
  <w:num w:numId="15" w16cid:durableId="1696691572">
    <w:abstractNumId w:val="22"/>
  </w:num>
  <w:num w:numId="16" w16cid:durableId="1286424422">
    <w:abstractNumId w:val="32"/>
  </w:num>
  <w:num w:numId="17" w16cid:durableId="1578400453">
    <w:abstractNumId w:val="29"/>
  </w:num>
  <w:num w:numId="18" w16cid:durableId="1511095337">
    <w:abstractNumId w:val="27"/>
  </w:num>
  <w:num w:numId="19" w16cid:durableId="862212152">
    <w:abstractNumId w:val="15"/>
  </w:num>
  <w:num w:numId="20" w16cid:durableId="2144035616">
    <w:abstractNumId w:val="13"/>
  </w:num>
  <w:num w:numId="21" w16cid:durableId="957099439">
    <w:abstractNumId w:val="23"/>
  </w:num>
  <w:num w:numId="22" w16cid:durableId="41753423">
    <w:abstractNumId w:val="7"/>
  </w:num>
  <w:num w:numId="23" w16cid:durableId="1514609338">
    <w:abstractNumId w:val="6"/>
  </w:num>
  <w:num w:numId="24" w16cid:durableId="1479373130">
    <w:abstractNumId w:val="11"/>
  </w:num>
  <w:num w:numId="25" w16cid:durableId="1834447468">
    <w:abstractNumId w:val="40"/>
  </w:num>
  <w:num w:numId="26" w16cid:durableId="728962895">
    <w:abstractNumId w:val="59"/>
  </w:num>
  <w:num w:numId="27" w16cid:durableId="1705522030">
    <w:abstractNumId w:val="39"/>
  </w:num>
  <w:num w:numId="28" w16cid:durableId="131676729">
    <w:abstractNumId w:val="12"/>
  </w:num>
  <w:num w:numId="29" w16cid:durableId="875703938">
    <w:abstractNumId w:val="30"/>
  </w:num>
  <w:num w:numId="30" w16cid:durableId="1766925660">
    <w:abstractNumId w:val="58"/>
  </w:num>
  <w:num w:numId="31" w16cid:durableId="1308974263">
    <w:abstractNumId w:val="48"/>
  </w:num>
  <w:num w:numId="32" w16cid:durableId="395787122">
    <w:abstractNumId w:val="36"/>
  </w:num>
  <w:num w:numId="33" w16cid:durableId="1178351300">
    <w:abstractNumId w:val="31"/>
  </w:num>
  <w:num w:numId="34" w16cid:durableId="4834722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2951046">
    <w:abstractNumId w:val="44"/>
  </w:num>
  <w:num w:numId="36" w16cid:durableId="377356866">
    <w:abstractNumId w:val="28"/>
  </w:num>
  <w:num w:numId="37" w16cid:durableId="1484538986">
    <w:abstractNumId w:val="56"/>
  </w:num>
  <w:num w:numId="38" w16cid:durableId="278070253">
    <w:abstractNumId w:val="8"/>
  </w:num>
  <w:num w:numId="39" w16cid:durableId="1853908794">
    <w:abstractNumId w:val="4"/>
  </w:num>
  <w:num w:numId="40" w16cid:durableId="1192886277">
    <w:abstractNumId w:val="3"/>
  </w:num>
  <w:num w:numId="41" w16cid:durableId="1579705286">
    <w:abstractNumId w:val="2"/>
  </w:num>
  <w:num w:numId="42" w16cid:durableId="606078548">
    <w:abstractNumId w:val="5"/>
  </w:num>
  <w:num w:numId="43" w16cid:durableId="84039263">
    <w:abstractNumId w:val="1"/>
  </w:num>
  <w:num w:numId="44" w16cid:durableId="549001243">
    <w:abstractNumId w:val="0"/>
  </w:num>
  <w:num w:numId="45" w16cid:durableId="1378313725">
    <w:abstractNumId w:val="21"/>
  </w:num>
  <w:num w:numId="46" w16cid:durableId="57098621">
    <w:abstractNumId w:val="14"/>
  </w:num>
  <w:num w:numId="47" w16cid:durableId="814179148">
    <w:abstractNumId w:val="45"/>
  </w:num>
  <w:num w:numId="48" w16cid:durableId="248393421">
    <w:abstractNumId w:val="60"/>
  </w:num>
  <w:num w:numId="49" w16cid:durableId="268508319">
    <w:abstractNumId w:val="54"/>
    <w:lvlOverride w:ilvl="0">
      <w:startOverride w:val="1"/>
    </w:lvlOverride>
  </w:num>
  <w:num w:numId="50" w16cid:durableId="1313365286">
    <w:abstractNumId w:val="18"/>
  </w:num>
  <w:num w:numId="51" w16cid:durableId="1895387082">
    <w:abstractNumId w:val="41"/>
  </w:num>
  <w:num w:numId="52" w16cid:durableId="630327988">
    <w:abstractNumId w:val="64"/>
  </w:num>
  <w:num w:numId="53" w16cid:durableId="2004164073">
    <w:abstractNumId w:val="55"/>
  </w:num>
  <w:num w:numId="54" w16cid:durableId="942687588">
    <w:abstractNumId w:val="51"/>
  </w:num>
  <w:num w:numId="55" w16cid:durableId="3919734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18676038">
    <w:abstractNumId w:val="17"/>
  </w:num>
  <w:num w:numId="57" w16cid:durableId="1872721966">
    <w:abstractNumId w:val="20"/>
  </w:num>
  <w:num w:numId="58" w16cid:durableId="1582447082">
    <w:abstractNumId w:val="35"/>
  </w:num>
  <w:num w:numId="59" w16cid:durableId="1492209373">
    <w:abstractNumId w:val="50"/>
  </w:num>
  <w:num w:numId="60" w16cid:durableId="723338133">
    <w:abstractNumId w:val="10"/>
  </w:num>
  <w:num w:numId="61" w16cid:durableId="1797093623">
    <w:abstractNumId w:val="62"/>
  </w:num>
  <w:num w:numId="62" w16cid:durableId="533888826">
    <w:abstractNumId w:val="57"/>
  </w:num>
  <w:num w:numId="63" w16cid:durableId="81068299">
    <w:abstractNumId w:val="24"/>
  </w:num>
  <w:num w:numId="64" w16cid:durableId="1439569246">
    <w:abstractNumId w:val="37"/>
  </w:num>
  <w:num w:numId="65" w16cid:durableId="115561710">
    <w:abstractNumId w:val="9"/>
  </w:num>
  <w:num w:numId="66" w16cid:durableId="295649138">
    <w:abstractNumId w:val="33"/>
    <w:lvlOverride w:ilvl="0">
      <w:startOverride w:val="8"/>
    </w:lvlOverride>
    <w:lvlOverride w:ilvl="1">
      <w:startOverride w:val="8"/>
    </w:lvlOverride>
  </w:num>
  <w:num w:numId="67" w16cid:durableId="968123241">
    <w:abstractNumId w:val="33"/>
    <w:lvlOverride w:ilvl="0">
      <w:startOverride w:val="8"/>
    </w:lvlOverride>
    <w:lvlOverride w:ilvl="1">
      <w:startOverride w:val="8"/>
    </w:lvlOverride>
  </w:num>
  <w:num w:numId="68" w16cid:durableId="1856185901">
    <w:abstractNumId w:val="53"/>
  </w:num>
  <w:num w:numId="69" w16cid:durableId="15621082">
    <w:abstractNumId w:val="3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EDB"/>
    <w:rsid w:val="00000B67"/>
    <w:rsid w:val="00001047"/>
    <w:rsid w:val="00001CE6"/>
    <w:rsid w:val="0000236C"/>
    <w:rsid w:val="00003A94"/>
    <w:rsid w:val="00003B1F"/>
    <w:rsid w:val="00005C48"/>
    <w:rsid w:val="00006CA4"/>
    <w:rsid w:val="00011469"/>
    <w:rsid w:val="000117FE"/>
    <w:rsid w:val="00011EB3"/>
    <w:rsid w:val="00012E18"/>
    <w:rsid w:val="00012F33"/>
    <w:rsid w:val="00013805"/>
    <w:rsid w:val="00016755"/>
    <w:rsid w:val="00016DDF"/>
    <w:rsid w:val="000178C5"/>
    <w:rsid w:val="00020074"/>
    <w:rsid w:val="00020DB9"/>
    <w:rsid w:val="00021599"/>
    <w:rsid w:val="00021874"/>
    <w:rsid w:val="0002260F"/>
    <w:rsid w:val="00023AB1"/>
    <w:rsid w:val="00023C56"/>
    <w:rsid w:val="00024A87"/>
    <w:rsid w:val="000256A2"/>
    <w:rsid w:val="00025F4D"/>
    <w:rsid w:val="0003131D"/>
    <w:rsid w:val="00033B67"/>
    <w:rsid w:val="00034C6C"/>
    <w:rsid w:val="00034CBB"/>
    <w:rsid w:val="00035752"/>
    <w:rsid w:val="00036AAB"/>
    <w:rsid w:val="00037733"/>
    <w:rsid w:val="0004051B"/>
    <w:rsid w:val="0004113E"/>
    <w:rsid w:val="00042B51"/>
    <w:rsid w:val="000444E4"/>
    <w:rsid w:val="0004464E"/>
    <w:rsid w:val="00044991"/>
    <w:rsid w:val="00045CDF"/>
    <w:rsid w:val="0004619F"/>
    <w:rsid w:val="00046272"/>
    <w:rsid w:val="00047F7C"/>
    <w:rsid w:val="00047F91"/>
    <w:rsid w:val="000507AD"/>
    <w:rsid w:val="000519C9"/>
    <w:rsid w:val="00054B51"/>
    <w:rsid w:val="000553F3"/>
    <w:rsid w:val="00055AC1"/>
    <w:rsid w:val="000562E0"/>
    <w:rsid w:val="00056E2F"/>
    <w:rsid w:val="00057237"/>
    <w:rsid w:val="0006417B"/>
    <w:rsid w:val="00064B23"/>
    <w:rsid w:val="00064BB1"/>
    <w:rsid w:val="0006617C"/>
    <w:rsid w:val="00067E3F"/>
    <w:rsid w:val="00067F4E"/>
    <w:rsid w:val="00070A27"/>
    <w:rsid w:val="000717FE"/>
    <w:rsid w:val="000734D2"/>
    <w:rsid w:val="000738B7"/>
    <w:rsid w:val="00074C93"/>
    <w:rsid w:val="00076D8F"/>
    <w:rsid w:val="00080C3C"/>
    <w:rsid w:val="0008167F"/>
    <w:rsid w:val="000841DB"/>
    <w:rsid w:val="00084FB8"/>
    <w:rsid w:val="00085939"/>
    <w:rsid w:val="00085E53"/>
    <w:rsid w:val="00086EF0"/>
    <w:rsid w:val="000870AC"/>
    <w:rsid w:val="000875D7"/>
    <w:rsid w:val="000879AD"/>
    <w:rsid w:val="000915A9"/>
    <w:rsid w:val="00092222"/>
    <w:rsid w:val="00092D90"/>
    <w:rsid w:val="0009459B"/>
    <w:rsid w:val="00095D99"/>
    <w:rsid w:val="000960B1"/>
    <w:rsid w:val="00096679"/>
    <w:rsid w:val="00096E63"/>
    <w:rsid w:val="000A00A3"/>
    <w:rsid w:val="000A06A4"/>
    <w:rsid w:val="000A0947"/>
    <w:rsid w:val="000A0B53"/>
    <w:rsid w:val="000A0DC1"/>
    <w:rsid w:val="000A124E"/>
    <w:rsid w:val="000A436E"/>
    <w:rsid w:val="000A5351"/>
    <w:rsid w:val="000A537F"/>
    <w:rsid w:val="000A5A83"/>
    <w:rsid w:val="000A79F2"/>
    <w:rsid w:val="000B0213"/>
    <w:rsid w:val="000B057D"/>
    <w:rsid w:val="000B25EA"/>
    <w:rsid w:val="000B2932"/>
    <w:rsid w:val="000B3160"/>
    <w:rsid w:val="000B37BB"/>
    <w:rsid w:val="000B399F"/>
    <w:rsid w:val="000B5B80"/>
    <w:rsid w:val="000B5B8A"/>
    <w:rsid w:val="000B60EC"/>
    <w:rsid w:val="000B72E5"/>
    <w:rsid w:val="000C137C"/>
    <w:rsid w:val="000C1FDD"/>
    <w:rsid w:val="000C2D64"/>
    <w:rsid w:val="000C2F34"/>
    <w:rsid w:val="000C3A18"/>
    <w:rsid w:val="000C44E0"/>
    <w:rsid w:val="000C5194"/>
    <w:rsid w:val="000D0076"/>
    <w:rsid w:val="000D1EC6"/>
    <w:rsid w:val="000D631F"/>
    <w:rsid w:val="000E15C9"/>
    <w:rsid w:val="000E15CB"/>
    <w:rsid w:val="000E26CF"/>
    <w:rsid w:val="000E2A2A"/>
    <w:rsid w:val="000E30B7"/>
    <w:rsid w:val="000E48F7"/>
    <w:rsid w:val="000E7CC6"/>
    <w:rsid w:val="000F01A2"/>
    <w:rsid w:val="000F0243"/>
    <w:rsid w:val="000F1400"/>
    <w:rsid w:val="000F3B24"/>
    <w:rsid w:val="000F4EE7"/>
    <w:rsid w:val="000F58C1"/>
    <w:rsid w:val="000F5B6C"/>
    <w:rsid w:val="000F605E"/>
    <w:rsid w:val="000F637A"/>
    <w:rsid w:val="000F7126"/>
    <w:rsid w:val="00101E90"/>
    <w:rsid w:val="00103734"/>
    <w:rsid w:val="00103B21"/>
    <w:rsid w:val="0010532C"/>
    <w:rsid w:val="001063C5"/>
    <w:rsid w:val="00110E1B"/>
    <w:rsid w:val="00111A17"/>
    <w:rsid w:val="0011246A"/>
    <w:rsid w:val="00112A42"/>
    <w:rsid w:val="00113CF9"/>
    <w:rsid w:val="00115EAC"/>
    <w:rsid w:val="0011635B"/>
    <w:rsid w:val="001179E9"/>
    <w:rsid w:val="00120A2E"/>
    <w:rsid w:val="0012412B"/>
    <w:rsid w:val="00124B6E"/>
    <w:rsid w:val="00125326"/>
    <w:rsid w:val="0012564F"/>
    <w:rsid w:val="00125E7D"/>
    <w:rsid w:val="0012617C"/>
    <w:rsid w:val="00127146"/>
    <w:rsid w:val="001272D0"/>
    <w:rsid w:val="0013171B"/>
    <w:rsid w:val="00133FA4"/>
    <w:rsid w:val="001359ED"/>
    <w:rsid w:val="00136153"/>
    <w:rsid w:val="00136B92"/>
    <w:rsid w:val="0014125A"/>
    <w:rsid w:val="00141CC1"/>
    <w:rsid w:val="00143CB0"/>
    <w:rsid w:val="001446ED"/>
    <w:rsid w:val="00144821"/>
    <w:rsid w:val="001448C5"/>
    <w:rsid w:val="00144C6F"/>
    <w:rsid w:val="0014530C"/>
    <w:rsid w:val="001476DC"/>
    <w:rsid w:val="00150009"/>
    <w:rsid w:val="00150325"/>
    <w:rsid w:val="001519EB"/>
    <w:rsid w:val="00152DC9"/>
    <w:rsid w:val="001565DD"/>
    <w:rsid w:val="001568F8"/>
    <w:rsid w:val="0015733F"/>
    <w:rsid w:val="0016044A"/>
    <w:rsid w:val="0016344E"/>
    <w:rsid w:val="00164BA0"/>
    <w:rsid w:val="00165CF4"/>
    <w:rsid w:val="00166ED4"/>
    <w:rsid w:val="0017060C"/>
    <w:rsid w:val="00172327"/>
    <w:rsid w:val="001725F4"/>
    <w:rsid w:val="0017314B"/>
    <w:rsid w:val="00174E18"/>
    <w:rsid w:val="00175E7D"/>
    <w:rsid w:val="00177922"/>
    <w:rsid w:val="0018103E"/>
    <w:rsid w:val="00184011"/>
    <w:rsid w:val="00184247"/>
    <w:rsid w:val="00186083"/>
    <w:rsid w:val="0018655A"/>
    <w:rsid w:val="0018685D"/>
    <w:rsid w:val="00186954"/>
    <w:rsid w:val="001908B4"/>
    <w:rsid w:val="0019339E"/>
    <w:rsid w:val="001936BF"/>
    <w:rsid w:val="0019590A"/>
    <w:rsid w:val="00195E9C"/>
    <w:rsid w:val="00197509"/>
    <w:rsid w:val="001A016C"/>
    <w:rsid w:val="001A23F4"/>
    <w:rsid w:val="001A24D2"/>
    <w:rsid w:val="001A2538"/>
    <w:rsid w:val="001A286A"/>
    <w:rsid w:val="001A54C0"/>
    <w:rsid w:val="001A69D3"/>
    <w:rsid w:val="001A707C"/>
    <w:rsid w:val="001B037D"/>
    <w:rsid w:val="001B0847"/>
    <w:rsid w:val="001B1977"/>
    <w:rsid w:val="001B2205"/>
    <w:rsid w:val="001B4217"/>
    <w:rsid w:val="001B4609"/>
    <w:rsid w:val="001B638F"/>
    <w:rsid w:val="001B65E2"/>
    <w:rsid w:val="001C0D9F"/>
    <w:rsid w:val="001C2BB5"/>
    <w:rsid w:val="001C2F36"/>
    <w:rsid w:val="001C48EB"/>
    <w:rsid w:val="001C4C84"/>
    <w:rsid w:val="001C5F53"/>
    <w:rsid w:val="001C696C"/>
    <w:rsid w:val="001D1447"/>
    <w:rsid w:val="001D20DC"/>
    <w:rsid w:val="001D3588"/>
    <w:rsid w:val="001D64DD"/>
    <w:rsid w:val="001D6A8E"/>
    <w:rsid w:val="001D6F81"/>
    <w:rsid w:val="001D7F1A"/>
    <w:rsid w:val="001E00D1"/>
    <w:rsid w:val="001E2E2D"/>
    <w:rsid w:val="001E3D47"/>
    <w:rsid w:val="001E5E49"/>
    <w:rsid w:val="001F064F"/>
    <w:rsid w:val="001F0B2F"/>
    <w:rsid w:val="001F2139"/>
    <w:rsid w:val="001F4A53"/>
    <w:rsid w:val="001F56C3"/>
    <w:rsid w:val="001F785C"/>
    <w:rsid w:val="001F7D66"/>
    <w:rsid w:val="002041EF"/>
    <w:rsid w:val="00204476"/>
    <w:rsid w:val="00204802"/>
    <w:rsid w:val="00205BAC"/>
    <w:rsid w:val="00205CC3"/>
    <w:rsid w:val="00206CCD"/>
    <w:rsid w:val="00207887"/>
    <w:rsid w:val="00211532"/>
    <w:rsid w:val="0021161A"/>
    <w:rsid w:val="0021205E"/>
    <w:rsid w:val="0021208D"/>
    <w:rsid w:val="00212389"/>
    <w:rsid w:val="00213810"/>
    <w:rsid w:val="00215B27"/>
    <w:rsid w:val="00216649"/>
    <w:rsid w:val="00216BF8"/>
    <w:rsid w:val="00217C8C"/>
    <w:rsid w:val="0022068F"/>
    <w:rsid w:val="00223732"/>
    <w:rsid w:val="00223B44"/>
    <w:rsid w:val="00223CBA"/>
    <w:rsid w:val="002241BE"/>
    <w:rsid w:val="00224736"/>
    <w:rsid w:val="00226DCD"/>
    <w:rsid w:val="002274D6"/>
    <w:rsid w:val="00227D9D"/>
    <w:rsid w:val="00230548"/>
    <w:rsid w:val="00230C6F"/>
    <w:rsid w:val="00231E7D"/>
    <w:rsid w:val="00232952"/>
    <w:rsid w:val="00232A82"/>
    <w:rsid w:val="0023344D"/>
    <w:rsid w:val="00233C14"/>
    <w:rsid w:val="00234C9F"/>
    <w:rsid w:val="00235D67"/>
    <w:rsid w:val="002365B3"/>
    <w:rsid w:val="00240D4E"/>
    <w:rsid w:val="00241137"/>
    <w:rsid w:val="0024141C"/>
    <w:rsid w:val="00241D25"/>
    <w:rsid w:val="0024480D"/>
    <w:rsid w:val="00244F55"/>
    <w:rsid w:val="002454C3"/>
    <w:rsid w:val="0024584F"/>
    <w:rsid w:val="002460AB"/>
    <w:rsid w:val="00246AF8"/>
    <w:rsid w:val="00246F17"/>
    <w:rsid w:val="00247617"/>
    <w:rsid w:val="00252568"/>
    <w:rsid w:val="00252B1E"/>
    <w:rsid w:val="00253733"/>
    <w:rsid w:val="00254D36"/>
    <w:rsid w:val="00255B96"/>
    <w:rsid w:val="00256E6E"/>
    <w:rsid w:val="0025728A"/>
    <w:rsid w:val="002619FB"/>
    <w:rsid w:val="0026212D"/>
    <w:rsid w:val="0026216F"/>
    <w:rsid w:val="00262C1D"/>
    <w:rsid w:val="002634DE"/>
    <w:rsid w:val="00264410"/>
    <w:rsid w:val="00264B56"/>
    <w:rsid w:val="00265067"/>
    <w:rsid w:val="002653F9"/>
    <w:rsid w:val="00266454"/>
    <w:rsid w:val="00266A92"/>
    <w:rsid w:val="00267ACA"/>
    <w:rsid w:val="00270AE6"/>
    <w:rsid w:val="00271FE3"/>
    <w:rsid w:val="002723FF"/>
    <w:rsid w:val="0027406D"/>
    <w:rsid w:val="002743EF"/>
    <w:rsid w:val="00275A4C"/>
    <w:rsid w:val="00276972"/>
    <w:rsid w:val="00277FBA"/>
    <w:rsid w:val="00282730"/>
    <w:rsid w:val="00282D3D"/>
    <w:rsid w:val="002836BA"/>
    <w:rsid w:val="00283F62"/>
    <w:rsid w:val="00284354"/>
    <w:rsid w:val="0028441B"/>
    <w:rsid w:val="00284D72"/>
    <w:rsid w:val="002871EC"/>
    <w:rsid w:val="00287ADE"/>
    <w:rsid w:val="00290E97"/>
    <w:rsid w:val="002975B9"/>
    <w:rsid w:val="002A3296"/>
    <w:rsid w:val="002A5D8A"/>
    <w:rsid w:val="002A7AAD"/>
    <w:rsid w:val="002B00FD"/>
    <w:rsid w:val="002B02F9"/>
    <w:rsid w:val="002B0F00"/>
    <w:rsid w:val="002B0F26"/>
    <w:rsid w:val="002B32EF"/>
    <w:rsid w:val="002B4356"/>
    <w:rsid w:val="002B4C8E"/>
    <w:rsid w:val="002B4F8E"/>
    <w:rsid w:val="002B69F8"/>
    <w:rsid w:val="002C1722"/>
    <w:rsid w:val="002C202D"/>
    <w:rsid w:val="002C35E5"/>
    <w:rsid w:val="002C3A68"/>
    <w:rsid w:val="002C3B00"/>
    <w:rsid w:val="002C4F22"/>
    <w:rsid w:val="002C52A4"/>
    <w:rsid w:val="002C78D9"/>
    <w:rsid w:val="002C7F20"/>
    <w:rsid w:val="002D1E3F"/>
    <w:rsid w:val="002D211E"/>
    <w:rsid w:val="002D26B7"/>
    <w:rsid w:val="002D275F"/>
    <w:rsid w:val="002D3358"/>
    <w:rsid w:val="002D380A"/>
    <w:rsid w:val="002D4816"/>
    <w:rsid w:val="002D5F87"/>
    <w:rsid w:val="002D63AC"/>
    <w:rsid w:val="002D63D0"/>
    <w:rsid w:val="002E00CB"/>
    <w:rsid w:val="002E05CD"/>
    <w:rsid w:val="002E19EF"/>
    <w:rsid w:val="002E2677"/>
    <w:rsid w:val="002E550E"/>
    <w:rsid w:val="002E6173"/>
    <w:rsid w:val="002E79C3"/>
    <w:rsid w:val="002F26DE"/>
    <w:rsid w:val="002F5607"/>
    <w:rsid w:val="002F5B7B"/>
    <w:rsid w:val="002F5F1D"/>
    <w:rsid w:val="002F6873"/>
    <w:rsid w:val="002F7B59"/>
    <w:rsid w:val="00300E1E"/>
    <w:rsid w:val="00301189"/>
    <w:rsid w:val="00302719"/>
    <w:rsid w:val="00302CA4"/>
    <w:rsid w:val="003038AC"/>
    <w:rsid w:val="00304120"/>
    <w:rsid w:val="003054B5"/>
    <w:rsid w:val="003070C7"/>
    <w:rsid w:val="00314254"/>
    <w:rsid w:val="003147FB"/>
    <w:rsid w:val="00315784"/>
    <w:rsid w:val="00316330"/>
    <w:rsid w:val="0031707E"/>
    <w:rsid w:val="003200AE"/>
    <w:rsid w:val="00320960"/>
    <w:rsid w:val="00320FA0"/>
    <w:rsid w:val="00321625"/>
    <w:rsid w:val="0032191B"/>
    <w:rsid w:val="0032394B"/>
    <w:rsid w:val="00323D2F"/>
    <w:rsid w:val="0032511B"/>
    <w:rsid w:val="0032514C"/>
    <w:rsid w:val="00326C62"/>
    <w:rsid w:val="00327A96"/>
    <w:rsid w:val="00327CEB"/>
    <w:rsid w:val="00330248"/>
    <w:rsid w:val="00330636"/>
    <w:rsid w:val="00330771"/>
    <w:rsid w:val="003323B6"/>
    <w:rsid w:val="0033483F"/>
    <w:rsid w:val="003356F3"/>
    <w:rsid w:val="003378A7"/>
    <w:rsid w:val="00337D9C"/>
    <w:rsid w:val="00341FF0"/>
    <w:rsid w:val="0034224F"/>
    <w:rsid w:val="00342A95"/>
    <w:rsid w:val="00343012"/>
    <w:rsid w:val="003453CE"/>
    <w:rsid w:val="0034609E"/>
    <w:rsid w:val="00346F1E"/>
    <w:rsid w:val="0034729D"/>
    <w:rsid w:val="00347449"/>
    <w:rsid w:val="003478C6"/>
    <w:rsid w:val="00347D9D"/>
    <w:rsid w:val="00347DB0"/>
    <w:rsid w:val="003506DE"/>
    <w:rsid w:val="00351431"/>
    <w:rsid w:val="0035156A"/>
    <w:rsid w:val="00354A40"/>
    <w:rsid w:val="003550DC"/>
    <w:rsid w:val="00355C04"/>
    <w:rsid w:val="0035724E"/>
    <w:rsid w:val="00357E3A"/>
    <w:rsid w:val="00360059"/>
    <w:rsid w:val="003602D2"/>
    <w:rsid w:val="00360F8E"/>
    <w:rsid w:val="003623D5"/>
    <w:rsid w:val="00362BD5"/>
    <w:rsid w:val="00362FF9"/>
    <w:rsid w:val="00366E6D"/>
    <w:rsid w:val="00370F01"/>
    <w:rsid w:val="00370FFB"/>
    <w:rsid w:val="0037268E"/>
    <w:rsid w:val="00373A55"/>
    <w:rsid w:val="00373BBC"/>
    <w:rsid w:val="00373F0A"/>
    <w:rsid w:val="003756BC"/>
    <w:rsid w:val="003761B8"/>
    <w:rsid w:val="003765A2"/>
    <w:rsid w:val="00376D64"/>
    <w:rsid w:val="003775ED"/>
    <w:rsid w:val="003804D0"/>
    <w:rsid w:val="00380F99"/>
    <w:rsid w:val="003835EF"/>
    <w:rsid w:val="003846ED"/>
    <w:rsid w:val="00384AC5"/>
    <w:rsid w:val="00384F29"/>
    <w:rsid w:val="00385D54"/>
    <w:rsid w:val="00386C3E"/>
    <w:rsid w:val="00386E7A"/>
    <w:rsid w:val="00390262"/>
    <w:rsid w:val="0039537D"/>
    <w:rsid w:val="00396258"/>
    <w:rsid w:val="0039660F"/>
    <w:rsid w:val="003A097F"/>
    <w:rsid w:val="003A1C45"/>
    <w:rsid w:val="003A2636"/>
    <w:rsid w:val="003A31C7"/>
    <w:rsid w:val="003A417C"/>
    <w:rsid w:val="003A418F"/>
    <w:rsid w:val="003A6A83"/>
    <w:rsid w:val="003B0039"/>
    <w:rsid w:val="003B039B"/>
    <w:rsid w:val="003B03B0"/>
    <w:rsid w:val="003B2646"/>
    <w:rsid w:val="003B32E9"/>
    <w:rsid w:val="003B5B90"/>
    <w:rsid w:val="003B68B7"/>
    <w:rsid w:val="003B7077"/>
    <w:rsid w:val="003C0445"/>
    <w:rsid w:val="003C28F9"/>
    <w:rsid w:val="003C299D"/>
    <w:rsid w:val="003C4124"/>
    <w:rsid w:val="003C4A5E"/>
    <w:rsid w:val="003C5001"/>
    <w:rsid w:val="003C5B8B"/>
    <w:rsid w:val="003C6630"/>
    <w:rsid w:val="003C6AF6"/>
    <w:rsid w:val="003C6CAD"/>
    <w:rsid w:val="003C7666"/>
    <w:rsid w:val="003D0319"/>
    <w:rsid w:val="003D4F77"/>
    <w:rsid w:val="003D59C4"/>
    <w:rsid w:val="003D5E06"/>
    <w:rsid w:val="003D6234"/>
    <w:rsid w:val="003D71FE"/>
    <w:rsid w:val="003D7753"/>
    <w:rsid w:val="003D7FEA"/>
    <w:rsid w:val="003E1044"/>
    <w:rsid w:val="003E14E0"/>
    <w:rsid w:val="003E1F19"/>
    <w:rsid w:val="003E2A02"/>
    <w:rsid w:val="003E44D9"/>
    <w:rsid w:val="003E56DD"/>
    <w:rsid w:val="003E5A67"/>
    <w:rsid w:val="003E60E7"/>
    <w:rsid w:val="003E6806"/>
    <w:rsid w:val="003E6B50"/>
    <w:rsid w:val="003E7AB4"/>
    <w:rsid w:val="003E7D0F"/>
    <w:rsid w:val="003F020F"/>
    <w:rsid w:val="003F0F6B"/>
    <w:rsid w:val="003F25F6"/>
    <w:rsid w:val="003F34CC"/>
    <w:rsid w:val="003F355F"/>
    <w:rsid w:val="003F39FD"/>
    <w:rsid w:val="003F3BF2"/>
    <w:rsid w:val="003F4B48"/>
    <w:rsid w:val="003F4C9F"/>
    <w:rsid w:val="003F5EE0"/>
    <w:rsid w:val="003F65F4"/>
    <w:rsid w:val="003F6EDB"/>
    <w:rsid w:val="00403BC9"/>
    <w:rsid w:val="00404319"/>
    <w:rsid w:val="00404DC3"/>
    <w:rsid w:val="00405624"/>
    <w:rsid w:val="0040571D"/>
    <w:rsid w:val="0040622A"/>
    <w:rsid w:val="004070AA"/>
    <w:rsid w:val="00407713"/>
    <w:rsid w:val="00407945"/>
    <w:rsid w:val="00411215"/>
    <w:rsid w:val="00412648"/>
    <w:rsid w:val="00414871"/>
    <w:rsid w:val="00415932"/>
    <w:rsid w:val="00416884"/>
    <w:rsid w:val="00416D7D"/>
    <w:rsid w:val="004175BD"/>
    <w:rsid w:val="00417737"/>
    <w:rsid w:val="00425DDD"/>
    <w:rsid w:val="0042634E"/>
    <w:rsid w:val="00427FDF"/>
    <w:rsid w:val="00435669"/>
    <w:rsid w:val="00435C68"/>
    <w:rsid w:val="00435E58"/>
    <w:rsid w:val="00436135"/>
    <w:rsid w:val="0043618B"/>
    <w:rsid w:val="00436BC8"/>
    <w:rsid w:val="00437660"/>
    <w:rsid w:val="00440524"/>
    <w:rsid w:val="00440597"/>
    <w:rsid w:val="004412B6"/>
    <w:rsid w:val="00441B6C"/>
    <w:rsid w:val="00441DFD"/>
    <w:rsid w:val="0044214D"/>
    <w:rsid w:val="0044296D"/>
    <w:rsid w:val="004438EA"/>
    <w:rsid w:val="00443D1B"/>
    <w:rsid w:val="00445939"/>
    <w:rsid w:val="00450F76"/>
    <w:rsid w:val="00454122"/>
    <w:rsid w:val="0045437A"/>
    <w:rsid w:val="00454D1F"/>
    <w:rsid w:val="00457658"/>
    <w:rsid w:val="004621F8"/>
    <w:rsid w:val="00462536"/>
    <w:rsid w:val="00463B0F"/>
    <w:rsid w:val="00467F2A"/>
    <w:rsid w:val="00470B07"/>
    <w:rsid w:val="00472D5D"/>
    <w:rsid w:val="00472E3F"/>
    <w:rsid w:val="00473411"/>
    <w:rsid w:val="00473621"/>
    <w:rsid w:val="00475B48"/>
    <w:rsid w:val="00476DAF"/>
    <w:rsid w:val="00480E29"/>
    <w:rsid w:val="00481F1D"/>
    <w:rsid w:val="00483A5B"/>
    <w:rsid w:val="00483B63"/>
    <w:rsid w:val="00483DB2"/>
    <w:rsid w:val="00483FD6"/>
    <w:rsid w:val="00484732"/>
    <w:rsid w:val="004854AC"/>
    <w:rsid w:val="00485CF7"/>
    <w:rsid w:val="00486035"/>
    <w:rsid w:val="00486A7E"/>
    <w:rsid w:val="0048714D"/>
    <w:rsid w:val="004917BC"/>
    <w:rsid w:val="00491E22"/>
    <w:rsid w:val="00492937"/>
    <w:rsid w:val="004934E2"/>
    <w:rsid w:val="004957FF"/>
    <w:rsid w:val="004960E7"/>
    <w:rsid w:val="00497254"/>
    <w:rsid w:val="004A15BC"/>
    <w:rsid w:val="004A53DC"/>
    <w:rsid w:val="004A5D64"/>
    <w:rsid w:val="004A5FDC"/>
    <w:rsid w:val="004A78CE"/>
    <w:rsid w:val="004A7B85"/>
    <w:rsid w:val="004B3C50"/>
    <w:rsid w:val="004B5630"/>
    <w:rsid w:val="004B5CD6"/>
    <w:rsid w:val="004B7563"/>
    <w:rsid w:val="004C1A2A"/>
    <w:rsid w:val="004C1C2C"/>
    <w:rsid w:val="004C2076"/>
    <w:rsid w:val="004C4BCA"/>
    <w:rsid w:val="004C4ECC"/>
    <w:rsid w:val="004C50F3"/>
    <w:rsid w:val="004C540A"/>
    <w:rsid w:val="004C5A52"/>
    <w:rsid w:val="004C6005"/>
    <w:rsid w:val="004C7027"/>
    <w:rsid w:val="004D1F08"/>
    <w:rsid w:val="004D3F90"/>
    <w:rsid w:val="004D40C0"/>
    <w:rsid w:val="004D5372"/>
    <w:rsid w:val="004D5C7D"/>
    <w:rsid w:val="004D62FF"/>
    <w:rsid w:val="004D7D5C"/>
    <w:rsid w:val="004E0433"/>
    <w:rsid w:val="004E05D8"/>
    <w:rsid w:val="004E11C4"/>
    <w:rsid w:val="004E325D"/>
    <w:rsid w:val="004E3F49"/>
    <w:rsid w:val="004E47EE"/>
    <w:rsid w:val="004E4A85"/>
    <w:rsid w:val="004E6A88"/>
    <w:rsid w:val="004F0707"/>
    <w:rsid w:val="004F092C"/>
    <w:rsid w:val="004F2ED8"/>
    <w:rsid w:val="004F5477"/>
    <w:rsid w:val="004F5EFC"/>
    <w:rsid w:val="004F6BCF"/>
    <w:rsid w:val="004F75EC"/>
    <w:rsid w:val="00501673"/>
    <w:rsid w:val="00501C21"/>
    <w:rsid w:val="00502A97"/>
    <w:rsid w:val="00502EB9"/>
    <w:rsid w:val="00504E84"/>
    <w:rsid w:val="00505C1E"/>
    <w:rsid w:val="0050715A"/>
    <w:rsid w:val="0050743F"/>
    <w:rsid w:val="005108B7"/>
    <w:rsid w:val="00511CAD"/>
    <w:rsid w:val="0051218F"/>
    <w:rsid w:val="00513503"/>
    <w:rsid w:val="0051447C"/>
    <w:rsid w:val="00514E69"/>
    <w:rsid w:val="00516FDB"/>
    <w:rsid w:val="00517572"/>
    <w:rsid w:val="0051762C"/>
    <w:rsid w:val="00520CC8"/>
    <w:rsid w:val="00521E9A"/>
    <w:rsid w:val="00522581"/>
    <w:rsid w:val="00522603"/>
    <w:rsid w:val="00523AC6"/>
    <w:rsid w:val="005243D5"/>
    <w:rsid w:val="00524437"/>
    <w:rsid w:val="00525101"/>
    <w:rsid w:val="005253CB"/>
    <w:rsid w:val="00525770"/>
    <w:rsid w:val="00525A1B"/>
    <w:rsid w:val="0052684C"/>
    <w:rsid w:val="00526983"/>
    <w:rsid w:val="00527330"/>
    <w:rsid w:val="0053059A"/>
    <w:rsid w:val="005305DC"/>
    <w:rsid w:val="00530EF8"/>
    <w:rsid w:val="00531AEC"/>
    <w:rsid w:val="005320BE"/>
    <w:rsid w:val="005323EB"/>
    <w:rsid w:val="005325FC"/>
    <w:rsid w:val="00532C52"/>
    <w:rsid w:val="005342BB"/>
    <w:rsid w:val="00535E95"/>
    <w:rsid w:val="00536B97"/>
    <w:rsid w:val="00540033"/>
    <w:rsid w:val="00540561"/>
    <w:rsid w:val="00540795"/>
    <w:rsid w:val="00540998"/>
    <w:rsid w:val="0054219B"/>
    <w:rsid w:val="00543DEF"/>
    <w:rsid w:val="00543F61"/>
    <w:rsid w:val="00544648"/>
    <w:rsid w:val="00544B1D"/>
    <w:rsid w:val="00547200"/>
    <w:rsid w:val="00551256"/>
    <w:rsid w:val="005520BC"/>
    <w:rsid w:val="00553271"/>
    <w:rsid w:val="00554506"/>
    <w:rsid w:val="00554EF8"/>
    <w:rsid w:val="0055615C"/>
    <w:rsid w:val="005570D2"/>
    <w:rsid w:val="00564768"/>
    <w:rsid w:val="005648BD"/>
    <w:rsid w:val="00565166"/>
    <w:rsid w:val="00566183"/>
    <w:rsid w:val="005661AA"/>
    <w:rsid w:val="005717B2"/>
    <w:rsid w:val="005720B1"/>
    <w:rsid w:val="00575A6C"/>
    <w:rsid w:val="00577220"/>
    <w:rsid w:val="00577ADD"/>
    <w:rsid w:val="00580854"/>
    <w:rsid w:val="00580E35"/>
    <w:rsid w:val="005825D4"/>
    <w:rsid w:val="0058336B"/>
    <w:rsid w:val="00583EDE"/>
    <w:rsid w:val="005905C6"/>
    <w:rsid w:val="005930F1"/>
    <w:rsid w:val="00593597"/>
    <w:rsid w:val="00594278"/>
    <w:rsid w:val="00594664"/>
    <w:rsid w:val="00595884"/>
    <w:rsid w:val="00596902"/>
    <w:rsid w:val="005A01D9"/>
    <w:rsid w:val="005A0935"/>
    <w:rsid w:val="005A240F"/>
    <w:rsid w:val="005A4368"/>
    <w:rsid w:val="005A4786"/>
    <w:rsid w:val="005A66F9"/>
    <w:rsid w:val="005A7C6F"/>
    <w:rsid w:val="005A7E16"/>
    <w:rsid w:val="005A7E95"/>
    <w:rsid w:val="005B27E6"/>
    <w:rsid w:val="005B3565"/>
    <w:rsid w:val="005B41AA"/>
    <w:rsid w:val="005B446B"/>
    <w:rsid w:val="005B55B3"/>
    <w:rsid w:val="005B5653"/>
    <w:rsid w:val="005B5687"/>
    <w:rsid w:val="005B587A"/>
    <w:rsid w:val="005B6B98"/>
    <w:rsid w:val="005B7556"/>
    <w:rsid w:val="005C1C77"/>
    <w:rsid w:val="005C22B1"/>
    <w:rsid w:val="005C330C"/>
    <w:rsid w:val="005C4474"/>
    <w:rsid w:val="005C784F"/>
    <w:rsid w:val="005C7DC3"/>
    <w:rsid w:val="005D0A8B"/>
    <w:rsid w:val="005D1230"/>
    <w:rsid w:val="005D1D75"/>
    <w:rsid w:val="005D2ADA"/>
    <w:rsid w:val="005D2AE5"/>
    <w:rsid w:val="005D3319"/>
    <w:rsid w:val="005D388C"/>
    <w:rsid w:val="005D3934"/>
    <w:rsid w:val="005D418C"/>
    <w:rsid w:val="005D60EF"/>
    <w:rsid w:val="005D6253"/>
    <w:rsid w:val="005E00EC"/>
    <w:rsid w:val="005E181D"/>
    <w:rsid w:val="005E18B6"/>
    <w:rsid w:val="005E22E6"/>
    <w:rsid w:val="005E32AC"/>
    <w:rsid w:val="005E414D"/>
    <w:rsid w:val="005E4BCC"/>
    <w:rsid w:val="005E5402"/>
    <w:rsid w:val="005E56CC"/>
    <w:rsid w:val="005E5A0D"/>
    <w:rsid w:val="005E5B66"/>
    <w:rsid w:val="005E5CB3"/>
    <w:rsid w:val="005E7717"/>
    <w:rsid w:val="005F07E3"/>
    <w:rsid w:val="005F090E"/>
    <w:rsid w:val="005F0BC4"/>
    <w:rsid w:val="005F148F"/>
    <w:rsid w:val="005F196F"/>
    <w:rsid w:val="005F1E0B"/>
    <w:rsid w:val="005F27A7"/>
    <w:rsid w:val="005F2E19"/>
    <w:rsid w:val="005F2F04"/>
    <w:rsid w:val="005F3231"/>
    <w:rsid w:val="005F394E"/>
    <w:rsid w:val="005F4598"/>
    <w:rsid w:val="005F475F"/>
    <w:rsid w:val="005F4AA7"/>
    <w:rsid w:val="005F542A"/>
    <w:rsid w:val="005F5448"/>
    <w:rsid w:val="005F5A6E"/>
    <w:rsid w:val="005F72F8"/>
    <w:rsid w:val="00600C3C"/>
    <w:rsid w:val="00601029"/>
    <w:rsid w:val="00601640"/>
    <w:rsid w:val="00605569"/>
    <w:rsid w:val="006060FB"/>
    <w:rsid w:val="0061039A"/>
    <w:rsid w:val="006106FC"/>
    <w:rsid w:val="00610BD1"/>
    <w:rsid w:val="00610BF3"/>
    <w:rsid w:val="00611068"/>
    <w:rsid w:val="00612AAC"/>
    <w:rsid w:val="00613439"/>
    <w:rsid w:val="00614646"/>
    <w:rsid w:val="006162EC"/>
    <w:rsid w:val="00616B4B"/>
    <w:rsid w:val="00617B09"/>
    <w:rsid w:val="0062193A"/>
    <w:rsid w:val="0062243B"/>
    <w:rsid w:val="00626233"/>
    <w:rsid w:val="00626587"/>
    <w:rsid w:val="00627EEB"/>
    <w:rsid w:val="0063073A"/>
    <w:rsid w:val="00630763"/>
    <w:rsid w:val="0063380C"/>
    <w:rsid w:val="006344A1"/>
    <w:rsid w:val="0063474A"/>
    <w:rsid w:val="00635060"/>
    <w:rsid w:val="0063607D"/>
    <w:rsid w:val="00637035"/>
    <w:rsid w:val="00637044"/>
    <w:rsid w:val="00637151"/>
    <w:rsid w:val="00637982"/>
    <w:rsid w:val="006406F1"/>
    <w:rsid w:val="006406F7"/>
    <w:rsid w:val="00642824"/>
    <w:rsid w:val="006428E4"/>
    <w:rsid w:val="00644040"/>
    <w:rsid w:val="00644406"/>
    <w:rsid w:val="00644E6E"/>
    <w:rsid w:val="00645A0B"/>
    <w:rsid w:val="00645C8A"/>
    <w:rsid w:val="00646168"/>
    <w:rsid w:val="00647354"/>
    <w:rsid w:val="006505AF"/>
    <w:rsid w:val="00650E50"/>
    <w:rsid w:val="0065178C"/>
    <w:rsid w:val="00652B6B"/>
    <w:rsid w:val="00652C2A"/>
    <w:rsid w:val="00653A2C"/>
    <w:rsid w:val="0065491C"/>
    <w:rsid w:val="006568F7"/>
    <w:rsid w:val="006574DB"/>
    <w:rsid w:val="00657DA5"/>
    <w:rsid w:val="00660271"/>
    <w:rsid w:val="0066132F"/>
    <w:rsid w:val="006632F2"/>
    <w:rsid w:val="006654A8"/>
    <w:rsid w:val="0066558A"/>
    <w:rsid w:val="0066631B"/>
    <w:rsid w:val="006714F8"/>
    <w:rsid w:val="00672BC2"/>
    <w:rsid w:val="00675A5F"/>
    <w:rsid w:val="00677356"/>
    <w:rsid w:val="00680664"/>
    <w:rsid w:val="00681312"/>
    <w:rsid w:val="006815E0"/>
    <w:rsid w:val="006827A1"/>
    <w:rsid w:val="00686E03"/>
    <w:rsid w:val="006875DB"/>
    <w:rsid w:val="00687C62"/>
    <w:rsid w:val="00690FA5"/>
    <w:rsid w:val="00694527"/>
    <w:rsid w:val="0069491B"/>
    <w:rsid w:val="00695E66"/>
    <w:rsid w:val="006963DA"/>
    <w:rsid w:val="006966A2"/>
    <w:rsid w:val="006967EE"/>
    <w:rsid w:val="00697D0E"/>
    <w:rsid w:val="006A0B66"/>
    <w:rsid w:val="006A27F2"/>
    <w:rsid w:val="006A290A"/>
    <w:rsid w:val="006A4F1D"/>
    <w:rsid w:val="006A50FA"/>
    <w:rsid w:val="006A55A0"/>
    <w:rsid w:val="006A585D"/>
    <w:rsid w:val="006A5FE6"/>
    <w:rsid w:val="006A7E21"/>
    <w:rsid w:val="006B1109"/>
    <w:rsid w:val="006B1871"/>
    <w:rsid w:val="006B47B6"/>
    <w:rsid w:val="006B49F1"/>
    <w:rsid w:val="006B5772"/>
    <w:rsid w:val="006B661C"/>
    <w:rsid w:val="006C1280"/>
    <w:rsid w:val="006C188C"/>
    <w:rsid w:val="006C2AF5"/>
    <w:rsid w:val="006C3BC1"/>
    <w:rsid w:val="006C4239"/>
    <w:rsid w:val="006C4905"/>
    <w:rsid w:val="006C4A3A"/>
    <w:rsid w:val="006C4EB8"/>
    <w:rsid w:val="006C7F2A"/>
    <w:rsid w:val="006D0E51"/>
    <w:rsid w:val="006D1CCD"/>
    <w:rsid w:val="006D2501"/>
    <w:rsid w:val="006D3227"/>
    <w:rsid w:val="006D4696"/>
    <w:rsid w:val="006D517F"/>
    <w:rsid w:val="006D7281"/>
    <w:rsid w:val="006D75C0"/>
    <w:rsid w:val="006E4364"/>
    <w:rsid w:val="006E734C"/>
    <w:rsid w:val="006F038A"/>
    <w:rsid w:val="006F0D19"/>
    <w:rsid w:val="006F14E3"/>
    <w:rsid w:val="006F29AB"/>
    <w:rsid w:val="006F377E"/>
    <w:rsid w:val="006F3D06"/>
    <w:rsid w:val="006F46AE"/>
    <w:rsid w:val="006F5CC1"/>
    <w:rsid w:val="006F6660"/>
    <w:rsid w:val="006F7ABD"/>
    <w:rsid w:val="006F7C0E"/>
    <w:rsid w:val="0070133F"/>
    <w:rsid w:val="0070154E"/>
    <w:rsid w:val="007019FF"/>
    <w:rsid w:val="00702DD9"/>
    <w:rsid w:val="00705E12"/>
    <w:rsid w:val="00706058"/>
    <w:rsid w:val="00707F0E"/>
    <w:rsid w:val="00711C3B"/>
    <w:rsid w:val="00712DF0"/>
    <w:rsid w:val="00716474"/>
    <w:rsid w:val="007178C5"/>
    <w:rsid w:val="00717D78"/>
    <w:rsid w:val="0072203F"/>
    <w:rsid w:val="007230C6"/>
    <w:rsid w:val="0072323A"/>
    <w:rsid w:val="00723A81"/>
    <w:rsid w:val="00724267"/>
    <w:rsid w:val="007251BB"/>
    <w:rsid w:val="00726228"/>
    <w:rsid w:val="00726AB2"/>
    <w:rsid w:val="0072747D"/>
    <w:rsid w:val="00730E00"/>
    <w:rsid w:val="00733068"/>
    <w:rsid w:val="00734411"/>
    <w:rsid w:val="0073464A"/>
    <w:rsid w:val="00734D2E"/>
    <w:rsid w:val="00737537"/>
    <w:rsid w:val="007420CE"/>
    <w:rsid w:val="007424CA"/>
    <w:rsid w:val="00742883"/>
    <w:rsid w:val="00742F4E"/>
    <w:rsid w:val="0074348C"/>
    <w:rsid w:val="007450A2"/>
    <w:rsid w:val="00745E85"/>
    <w:rsid w:val="00751CFC"/>
    <w:rsid w:val="0075384D"/>
    <w:rsid w:val="00755F95"/>
    <w:rsid w:val="0075620F"/>
    <w:rsid w:val="007576C9"/>
    <w:rsid w:val="00757CAC"/>
    <w:rsid w:val="007600E7"/>
    <w:rsid w:val="00760752"/>
    <w:rsid w:val="00761A66"/>
    <w:rsid w:val="00761DAF"/>
    <w:rsid w:val="00762DAD"/>
    <w:rsid w:val="00765064"/>
    <w:rsid w:val="00765CB6"/>
    <w:rsid w:val="0076616E"/>
    <w:rsid w:val="007714B8"/>
    <w:rsid w:val="00771671"/>
    <w:rsid w:val="00772753"/>
    <w:rsid w:val="00775EAA"/>
    <w:rsid w:val="0077693C"/>
    <w:rsid w:val="007769BA"/>
    <w:rsid w:val="00784C38"/>
    <w:rsid w:val="007859E3"/>
    <w:rsid w:val="00786396"/>
    <w:rsid w:val="00786F25"/>
    <w:rsid w:val="007874E4"/>
    <w:rsid w:val="0079024A"/>
    <w:rsid w:val="00791650"/>
    <w:rsid w:val="00792038"/>
    <w:rsid w:val="00792207"/>
    <w:rsid w:val="0079386C"/>
    <w:rsid w:val="00794A32"/>
    <w:rsid w:val="00797628"/>
    <w:rsid w:val="007A073B"/>
    <w:rsid w:val="007A3F20"/>
    <w:rsid w:val="007A4FD8"/>
    <w:rsid w:val="007A6322"/>
    <w:rsid w:val="007A68AF"/>
    <w:rsid w:val="007A6B4B"/>
    <w:rsid w:val="007A7623"/>
    <w:rsid w:val="007A7CFE"/>
    <w:rsid w:val="007B0F14"/>
    <w:rsid w:val="007B20B5"/>
    <w:rsid w:val="007B245D"/>
    <w:rsid w:val="007B33F2"/>
    <w:rsid w:val="007B3729"/>
    <w:rsid w:val="007B3882"/>
    <w:rsid w:val="007B7127"/>
    <w:rsid w:val="007B73A4"/>
    <w:rsid w:val="007B7B2E"/>
    <w:rsid w:val="007C2B7B"/>
    <w:rsid w:val="007C5910"/>
    <w:rsid w:val="007C641A"/>
    <w:rsid w:val="007C6C45"/>
    <w:rsid w:val="007C741D"/>
    <w:rsid w:val="007D02EB"/>
    <w:rsid w:val="007D084F"/>
    <w:rsid w:val="007D0AE5"/>
    <w:rsid w:val="007D1A9F"/>
    <w:rsid w:val="007D3706"/>
    <w:rsid w:val="007D5BBD"/>
    <w:rsid w:val="007D67BC"/>
    <w:rsid w:val="007D7C0E"/>
    <w:rsid w:val="007E0556"/>
    <w:rsid w:val="007E0D97"/>
    <w:rsid w:val="007E1866"/>
    <w:rsid w:val="007E2A3F"/>
    <w:rsid w:val="007E3383"/>
    <w:rsid w:val="007E51B4"/>
    <w:rsid w:val="007E51E3"/>
    <w:rsid w:val="007E5C0A"/>
    <w:rsid w:val="007E6A82"/>
    <w:rsid w:val="007F1320"/>
    <w:rsid w:val="007F3327"/>
    <w:rsid w:val="007F5854"/>
    <w:rsid w:val="007F5B7C"/>
    <w:rsid w:val="007F6814"/>
    <w:rsid w:val="007F6F14"/>
    <w:rsid w:val="007F778E"/>
    <w:rsid w:val="008006A4"/>
    <w:rsid w:val="00801E35"/>
    <w:rsid w:val="0080253B"/>
    <w:rsid w:val="00803AE3"/>
    <w:rsid w:val="00804FBD"/>
    <w:rsid w:val="008051BD"/>
    <w:rsid w:val="00805209"/>
    <w:rsid w:val="00805AD8"/>
    <w:rsid w:val="00805BDD"/>
    <w:rsid w:val="008063FA"/>
    <w:rsid w:val="00807695"/>
    <w:rsid w:val="00807C9F"/>
    <w:rsid w:val="00810E62"/>
    <w:rsid w:val="00812524"/>
    <w:rsid w:val="00814A8C"/>
    <w:rsid w:val="00814BEB"/>
    <w:rsid w:val="00814F2A"/>
    <w:rsid w:val="008152F8"/>
    <w:rsid w:val="0081699E"/>
    <w:rsid w:val="00816CB8"/>
    <w:rsid w:val="00816EDF"/>
    <w:rsid w:val="0081718C"/>
    <w:rsid w:val="00817756"/>
    <w:rsid w:val="00820496"/>
    <w:rsid w:val="0082121A"/>
    <w:rsid w:val="0082146A"/>
    <w:rsid w:val="00821514"/>
    <w:rsid w:val="00822683"/>
    <w:rsid w:val="0082268C"/>
    <w:rsid w:val="00822C97"/>
    <w:rsid w:val="00823DBF"/>
    <w:rsid w:val="00824E25"/>
    <w:rsid w:val="00826634"/>
    <w:rsid w:val="00827C0E"/>
    <w:rsid w:val="00830279"/>
    <w:rsid w:val="00831778"/>
    <w:rsid w:val="00831979"/>
    <w:rsid w:val="00832528"/>
    <w:rsid w:val="00833A7C"/>
    <w:rsid w:val="00834117"/>
    <w:rsid w:val="00834299"/>
    <w:rsid w:val="008342CB"/>
    <w:rsid w:val="00835C6C"/>
    <w:rsid w:val="00836DAD"/>
    <w:rsid w:val="00836E5A"/>
    <w:rsid w:val="00837CCF"/>
    <w:rsid w:val="008421A5"/>
    <w:rsid w:val="00844338"/>
    <w:rsid w:val="0084518F"/>
    <w:rsid w:val="00845505"/>
    <w:rsid w:val="0084747B"/>
    <w:rsid w:val="00850C87"/>
    <w:rsid w:val="00852B51"/>
    <w:rsid w:val="008537EB"/>
    <w:rsid w:val="008538CE"/>
    <w:rsid w:val="00853A45"/>
    <w:rsid w:val="00854BFB"/>
    <w:rsid w:val="00855371"/>
    <w:rsid w:val="00855DF3"/>
    <w:rsid w:val="0085610D"/>
    <w:rsid w:val="0085637D"/>
    <w:rsid w:val="00857EA1"/>
    <w:rsid w:val="00857EC4"/>
    <w:rsid w:val="008622EF"/>
    <w:rsid w:val="008625F1"/>
    <w:rsid w:val="008626AB"/>
    <w:rsid w:val="00864E7C"/>
    <w:rsid w:val="00865041"/>
    <w:rsid w:val="008653F6"/>
    <w:rsid w:val="00865BE7"/>
    <w:rsid w:val="008660B7"/>
    <w:rsid w:val="00866CEA"/>
    <w:rsid w:val="00867BA3"/>
    <w:rsid w:val="00870CDA"/>
    <w:rsid w:val="0087147A"/>
    <w:rsid w:val="00871697"/>
    <w:rsid w:val="00871B2A"/>
    <w:rsid w:val="00872110"/>
    <w:rsid w:val="0087250A"/>
    <w:rsid w:val="00873E88"/>
    <w:rsid w:val="00874352"/>
    <w:rsid w:val="008758C2"/>
    <w:rsid w:val="00875B15"/>
    <w:rsid w:val="0087620B"/>
    <w:rsid w:val="00877D2A"/>
    <w:rsid w:val="008812CB"/>
    <w:rsid w:val="00881C12"/>
    <w:rsid w:val="00883515"/>
    <w:rsid w:val="008856C5"/>
    <w:rsid w:val="0088576F"/>
    <w:rsid w:val="00885CA9"/>
    <w:rsid w:val="00892A16"/>
    <w:rsid w:val="00893757"/>
    <w:rsid w:val="00893F36"/>
    <w:rsid w:val="00894238"/>
    <w:rsid w:val="008946A9"/>
    <w:rsid w:val="00894935"/>
    <w:rsid w:val="00894EDF"/>
    <w:rsid w:val="008961F2"/>
    <w:rsid w:val="008975BF"/>
    <w:rsid w:val="008A0260"/>
    <w:rsid w:val="008A10C3"/>
    <w:rsid w:val="008A2555"/>
    <w:rsid w:val="008A33E4"/>
    <w:rsid w:val="008A34F7"/>
    <w:rsid w:val="008A3A25"/>
    <w:rsid w:val="008A61B0"/>
    <w:rsid w:val="008A647C"/>
    <w:rsid w:val="008A795F"/>
    <w:rsid w:val="008A7EBE"/>
    <w:rsid w:val="008B0604"/>
    <w:rsid w:val="008B1935"/>
    <w:rsid w:val="008B1A9E"/>
    <w:rsid w:val="008B1BD1"/>
    <w:rsid w:val="008B2093"/>
    <w:rsid w:val="008B2975"/>
    <w:rsid w:val="008B2BDC"/>
    <w:rsid w:val="008B3273"/>
    <w:rsid w:val="008B453E"/>
    <w:rsid w:val="008B501D"/>
    <w:rsid w:val="008B66D1"/>
    <w:rsid w:val="008B7029"/>
    <w:rsid w:val="008C0310"/>
    <w:rsid w:val="008C1CA8"/>
    <w:rsid w:val="008C202E"/>
    <w:rsid w:val="008C2192"/>
    <w:rsid w:val="008C6F8F"/>
    <w:rsid w:val="008C73CA"/>
    <w:rsid w:val="008D0773"/>
    <w:rsid w:val="008D1A73"/>
    <w:rsid w:val="008D1DDA"/>
    <w:rsid w:val="008D2812"/>
    <w:rsid w:val="008D2D94"/>
    <w:rsid w:val="008D3428"/>
    <w:rsid w:val="008D40F4"/>
    <w:rsid w:val="008D4AA8"/>
    <w:rsid w:val="008D56AA"/>
    <w:rsid w:val="008E0DE2"/>
    <w:rsid w:val="008E3B65"/>
    <w:rsid w:val="008E3CAE"/>
    <w:rsid w:val="008E46AF"/>
    <w:rsid w:val="008E51E3"/>
    <w:rsid w:val="008E5AEF"/>
    <w:rsid w:val="008E7E38"/>
    <w:rsid w:val="008F0981"/>
    <w:rsid w:val="008F0BCF"/>
    <w:rsid w:val="008F0D12"/>
    <w:rsid w:val="008F1715"/>
    <w:rsid w:val="008F25C8"/>
    <w:rsid w:val="008F2FA6"/>
    <w:rsid w:val="008F306C"/>
    <w:rsid w:val="008F3860"/>
    <w:rsid w:val="008F3885"/>
    <w:rsid w:val="008F4D91"/>
    <w:rsid w:val="008F62F8"/>
    <w:rsid w:val="008F6840"/>
    <w:rsid w:val="008F7713"/>
    <w:rsid w:val="008F7C90"/>
    <w:rsid w:val="008F7D82"/>
    <w:rsid w:val="0090078A"/>
    <w:rsid w:val="00901A62"/>
    <w:rsid w:val="00901F95"/>
    <w:rsid w:val="00904541"/>
    <w:rsid w:val="0090466A"/>
    <w:rsid w:val="00904C9D"/>
    <w:rsid w:val="009050BC"/>
    <w:rsid w:val="009055C9"/>
    <w:rsid w:val="00905F04"/>
    <w:rsid w:val="0090612C"/>
    <w:rsid w:val="00910E37"/>
    <w:rsid w:val="00911BFF"/>
    <w:rsid w:val="009120DF"/>
    <w:rsid w:val="00912CB6"/>
    <w:rsid w:val="00913BA1"/>
    <w:rsid w:val="00913EAF"/>
    <w:rsid w:val="0091634E"/>
    <w:rsid w:val="009175AD"/>
    <w:rsid w:val="0092003A"/>
    <w:rsid w:val="009218CE"/>
    <w:rsid w:val="00922A76"/>
    <w:rsid w:val="00922B0F"/>
    <w:rsid w:val="00923C0F"/>
    <w:rsid w:val="00923FA3"/>
    <w:rsid w:val="0092411E"/>
    <w:rsid w:val="00926F32"/>
    <w:rsid w:val="00927224"/>
    <w:rsid w:val="00930AFE"/>
    <w:rsid w:val="009313C8"/>
    <w:rsid w:val="00932A6C"/>
    <w:rsid w:val="00935D45"/>
    <w:rsid w:val="009365D8"/>
    <w:rsid w:val="00941091"/>
    <w:rsid w:val="009410AA"/>
    <w:rsid w:val="00941FF2"/>
    <w:rsid w:val="00942976"/>
    <w:rsid w:val="009431F2"/>
    <w:rsid w:val="009449A2"/>
    <w:rsid w:val="00944A9F"/>
    <w:rsid w:val="00944E04"/>
    <w:rsid w:val="00947DB7"/>
    <w:rsid w:val="009500B8"/>
    <w:rsid w:val="009516FF"/>
    <w:rsid w:val="00952BAF"/>
    <w:rsid w:val="00953DD8"/>
    <w:rsid w:val="00954022"/>
    <w:rsid w:val="00954302"/>
    <w:rsid w:val="00954E4F"/>
    <w:rsid w:val="00955AE8"/>
    <w:rsid w:val="009574F9"/>
    <w:rsid w:val="00957848"/>
    <w:rsid w:val="00960127"/>
    <w:rsid w:val="0096094F"/>
    <w:rsid w:val="009615E6"/>
    <w:rsid w:val="0096169D"/>
    <w:rsid w:val="00961834"/>
    <w:rsid w:val="00961D70"/>
    <w:rsid w:val="00961DD1"/>
    <w:rsid w:val="00962C6C"/>
    <w:rsid w:val="00962EE8"/>
    <w:rsid w:val="0096403C"/>
    <w:rsid w:val="0096454F"/>
    <w:rsid w:val="009649A7"/>
    <w:rsid w:val="0097011A"/>
    <w:rsid w:val="00970324"/>
    <w:rsid w:val="009728A4"/>
    <w:rsid w:val="00974F72"/>
    <w:rsid w:val="0098118F"/>
    <w:rsid w:val="009825D9"/>
    <w:rsid w:val="00983252"/>
    <w:rsid w:val="00984DDA"/>
    <w:rsid w:val="00985A70"/>
    <w:rsid w:val="00986350"/>
    <w:rsid w:val="00986D16"/>
    <w:rsid w:val="0099234D"/>
    <w:rsid w:val="00992680"/>
    <w:rsid w:val="0099276E"/>
    <w:rsid w:val="009943FB"/>
    <w:rsid w:val="009959A9"/>
    <w:rsid w:val="00995E46"/>
    <w:rsid w:val="00996627"/>
    <w:rsid w:val="009970C0"/>
    <w:rsid w:val="009A0AA0"/>
    <w:rsid w:val="009A0D78"/>
    <w:rsid w:val="009A1F0E"/>
    <w:rsid w:val="009A2C5E"/>
    <w:rsid w:val="009A353D"/>
    <w:rsid w:val="009A3DB1"/>
    <w:rsid w:val="009A5AA5"/>
    <w:rsid w:val="009A5FA4"/>
    <w:rsid w:val="009A6910"/>
    <w:rsid w:val="009A6CA0"/>
    <w:rsid w:val="009A775D"/>
    <w:rsid w:val="009B127F"/>
    <w:rsid w:val="009B3AE3"/>
    <w:rsid w:val="009B4F7F"/>
    <w:rsid w:val="009B4FF1"/>
    <w:rsid w:val="009B5431"/>
    <w:rsid w:val="009B57E4"/>
    <w:rsid w:val="009B5BC6"/>
    <w:rsid w:val="009B7430"/>
    <w:rsid w:val="009B74AC"/>
    <w:rsid w:val="009C0218"/>
    <w:rsid w:val="009C0EB5"/>
    <w:rsid w:val="009C174A"/>
    <w:rsid w:val="009C3E32"/>
    <w:rsid w:val="009C45F2"/>
    <w:rsid w:val="009C5903"/>
    <w:rsid w:val="009C5DB6"/>
    <w:rsid w:val="009C607C"/>
    <w:rsid w:val="009C7275"/>
    <w:rsid w:val="009C7D7D"/>
    <w:rsid w:val="009D013C"/>
    <w:rsid w:val="009D02B3"/>
    <w:rsid w:val="009D0365"/>
    <w:rsid w:val="009D0552"/>
    <w:rsid w:val="009D0657"/>
    <w:rsid w:val="009D0AE1"/>
    <w:rsid w:val="009D12A1"/>
    <w:rsid w:val="009D1572"/>
    <w:rsid w:val="009D1697"/>
    <w:rsid w:val="009D19FC"/>
    <w:rsid w:val="009D57DB"/>
    <w:rsid w:val="009D6E4F"/>
    <w:rsid w:val="009D6EA5"/>
    <w:rsid w:val="009D7F0D"/>
    <w:rsid w:val="009E157F"/>
    <w:rsid w:val="009E3358"/>
    <w:rsid w:val="009E34B0"/>
    <w:rsid w:val="009E35EB"/>
    <w:rsid w:val="009E3F46"/>
    <w:rsid w:val="009E4A9C"/>
    <w:rsid w:val="009E538D"/>
    <w:rsid w:val="009E696A"/>
    <w:rsid w:val="009E6ADD"/>
    <w:rsid w:val="009F06A7"/>
    <w:rsid w:val="009F0BB5"/>
    <w:rsid w:val="009F0ED7"/>
    <w:rsid w:val="009F1492"/>
    <w:rsid w:val="009F28AD"/>
    <w:rsid w:val="009F2C7D"/>
    <w:rsid w:val="009F3D3A"/>
    <w:rsid w:val="009F4301"/>
    <w:rsid w:val="009F4401"/>
    <w:rsid w:val="009F4AD8"/>
    <w:rsid w:val="009F5974"/>
    <w:rsid w:val="009F6B52"/>
    <w:rsid w:val="00A00FCD"/>
    <w:rsid w:val="00A01D39"/>
    <w:rsid w:val="00A0246C"/>
    <w:rsid w:val="00A04CA7"/>
    <w:rsid w:val="00A04F19"/>
    <w:rsid w:val="00A05365"/>
    <w:rsid w:val="00A05E04"/>
    <w:rsid w:val="00A1078E"/>
    <w:rsid w:val="00A11E88"/>
    <w:rsid w:val="00A12561"/>
    <w:rsid w:val="00A135E9"/>
    <w:rsid w:val="00A13F55"/>
    <w:rsid w:val="00A13FDD"/>
    <w:rsid w:val="00A154D8"/>
    <w:rsid w:val="00A215EE"/>
    <w:rsid w:val="00A23F0E"/>
    <w:rsid w:val="00A263AF"/>
    <w:rsid w:val="00A30B42"/>
    <w:rsid w:val="00A31AE4"/>
    <w:rsid w:val="00A329DD"/>
    <w:rsid w:val="00A33022"/>
    <w:rsid w:val="00A33807"/>
    <w:rsid w:val="00A33A1C"/>
    <w:rsid w:val="00A341D1"/>
    <w:rsid w:val="00A37839"/>
    <w:rsid w:val="00A40309"/>
    <w:rsid w:val="00A40E63"/>
    <w:rsid w:val="00A425AB"/>
    <w:rsid w:val="00A42A11"/>
    <w:rsid w:val="00A42DBF"/>
    <w:rsid w:val="00A43C3E"/>
    <w:rsid w:val="00A44D26"/>
    <w:rsid w:val="00A4557B"/>
    <w:rsid w:val="00A45A79"/>
    <w:rsid w:val="00A4659E"/>
    <w:rsid w:val="00A466FA"/>
    <w:rsid w:val="00A46FA7"/>
    <w:rsid w:val="00A502B8"/>
    <w:rsid w:val="00A503E8"/>
    <w:rsid w:val="00A53E08"/>
    <w:rsid w:val="00A53E63"/>
    <w:rsid w:val="00A546AC"/>
    <w:rsid w:val="00A55411"/>
    <w:rsid w:val="00A56E08"/>
    <w:rsid w:val="00A570FD"/>
    <w:rsid w:val="00A60CAF"/>
    <w:rsid w:val="00A62DE2"/>
    <w:rsid w:val="00A63829"/>
    <w:rsid w:val="00A63CD7"/>
    <w:rsid w:val="00A6435D"/>
    <w:rsid w:val="00A64672"/>
    <w:rsid w:val="00A648B0"/>
    <w:rsid w:val="00A651B6"/>
    <w:rsid w:val="00A66EB6"/>
    <w:rsid w:val="00A70F5B"/>
    <w:rsid w:val="00A71076"/>
    <w:rsid w:val="00A714BC"/>
    <w:rsid w:val="00A71ABF"/>
    <w:rsid w:val="00A72AE4"/>
    <w:rsid w:val="00A749F1"/>
    <w:rsid w:val="00A772E2"/>
    <w:rsid w:val="00A77A74"/>
    <w:rsid w:val="00A80B50"/>
    <w:rsid w:val="00A81356"/>
    <w:rsid w:val="00A83978"/>
    <w:rsid w:val="00A84CD3"/>
    <w:rsid w:val="00A86019"/>
    <w:rsid w:val="00A87850"/>
    <w:rsid w:val="00A90545"/>
    <w:rsid w:val="00A90816"/>
    <w:rsid w:val="00A91A4A"/>
    <w:rsid w:val="00A92F0F"/>
    <w:rsid w:val="00A93E33"/>
    <w:rsid w:val="00A947F7"/>
    <w:rsid w:val="00A9552C"/>
    <w:rsid w:val="00A95DF2"/>
    <w:rsid w:val="00A95F68"/>
    <w:rsid w:val="00A96468"/>
    <w:rsid w:val="00A97080"/>
    <w:rsid w:val="00A97171"/>
    <w:rsid w:val="00A97408"/>
    <w:rsid w:val="00AA11A8"/>
    <w:rsid w:val="00AA2E0A"/>
    <w:rsid w:val="00AA2FF2"/>
    <w:rsid w:val="00AA348D"/>
    <w:rsid w:val="00AA40CB"/>
    <w:rsid w:val="00AA44C0"/>
    <w:rsid w:val="00AA4575"/>
    <w:rsid w:val="00AA4EC8"/>
    <w:rsid w:val="00AB0F78"/>
    <w:rsid w:val="00AB31B9"/>
    <w:rsid w:val="00AB3A42"/>
    <w:rsid w:val="00AB5FF0"/>
    <w:rsid w:val="00AB6579"/>
    <w:rsid w:val="00AB69D6"/>
    <w:rsid w:val="00AB6BE0"/>
    <w:rsid w:val="00AB6F27"/>
    <w:rsid w:val="00AC06E7"/>
    <w:rsid w:val="00AC2DAA"/>
    <w:rsid w:val="00AC3D0D"/>
    <w:rsid w:val="00AC43D8"/>
    <w:rsid w:val="00AC47C4"/>
    <w:rsid w:val="00AC6556"/>
    <w:rsid w:val="00AC6A16"/>
    <w:rsid w:val="00AC78B0"/>
    <w:rsid w:val="00AD1872"/>
    <w:rsid w:val="00AD5664"/>
    <w:rsid w:val="00AD72E5"/>
    <w:rsid w:val="00AD7C62"/>
    <w:rsid w:val="00AE0357"/>
    <w:rsid w:val="00AE1367"/>
    <w:rsid w:val="00AE19BD"/>
    <w:rsid w:val="00AE1B9F"/>
    <w:rsid w:val="00AE2502"/>
    <w:rsid w:val="00AE2A10"/>
    <w:rsid w:val="00AE3301"/>
    <w:rsid w:val="00AE4016"/>
    <w:rsid w:val="00AE667C"/>
    <w:rsid w:val="00AE6902"/>
    <w:rsid w:val="00AE6A90"/>
    <w:rsid w:val="00AE7945"/>
    <w:rsid w:val="00AE7F0D"/>
    <w:rsid w:val="00AF119D"/>
    <w:rsid w:val="00AF261F"/>
    <w:rsid w:val="00AF2C46"/>
    <w:rsid w:val="00AF2DE1"/>
    <w:rsid w:val="00AF3845"/>
    <w:rsid w:val="00AF3ABD"/>
    <w:rsid w:val="00AF3BAC"/>
    <w:rsid w:val="00AF4B3F"/>
    <w:rsid w:val="00AF526A"/>
    <w:rsid w:val="00AF5377"/>
    <w:rsid w:val="00AF628B"/>
    <w:rsid w:val="00AF6409"/>
    <w:rsid w:val="00B0027E"/>
    <w:rsid w:val="00B01FA1"/>
    <w:rsid w:val="00B04E47"/>
    <w:rsid w:val="00B05755"/>
    <w:rsid w:val="00B05C3C"/>
    <w:rsid w:val="00B06D4F"/>
    <w:rsid w:val="00B07D69"/>
    <w:rsid w:val="00B10081"/>
    <w:rsid w:val="00B10735"/>
    <w:rsid w:val="00B113C9"/>
    <w:rsid w:val="00B117BB"/>
    <w:rsid w:val="00B117F3"/>
    <w:rsid w:val="00B13D5D"/>
    <w:rsid w:val="00B14421"/>
    <w:rsid w:val="00B1568D"/>
    <w:rsid w:val="00B1578B"/>
    <w:rsid w:val="00B21418"/>
    <w:rsid w:val="00B21EE4"/>
    <w:rsid w:val="00B27D50"/>
    <w:rsid w:val="00B30B3A"/>
    <w:rsid w:val="00B30B76"/>
    <w:rsid w:val="00B310D2"/>
    <w:rsid w:val="00B318A7"/>
    <w:rsid w:val="00B31A28"/>
    <w:rsid w:val="00B332AE"/>
    <w:rsid w:val="00B332D6"/>
    <w:rsid w:val="00B340DA"/>
    <w:rsid w:val="00B343FE"/>
    <w:rsid w:val="00B345C4"/>
    <w:rsid w:val="00B36EBA"/>
    <w:rsid w:val="00B37B9E"/>
    <w:rsid w:val="00B37BA1"/>
    <w:rsid w:val="00B4065C"/>
    <w:rsid w:val="00B4197F"/>
    <w:rsid w:val="00B42FEB"/>
    <w:rsid w:val="00B431BD"/>
    <w:rsid w:val="00B4389E"/>
    <w:rsid w:val="00B44632"/>
    <w:rsid w:val="00B44DFB"/>
    <w:rsid w:val="00B4654A"/>
    <w:rsid w:val="00B46937"/>
    <w:rsid w:val="00B50D32"/>
    <w:rsid w:val="00B50E51"/>
    <w:rsid w:val="00B50F43"/>
    <w:rsid w:val="00B51612"/>
    <w:rsid w:val="00B516F4"/>
    <w:rsid w:val="00B51D63"/>
    <w:rsid w:val="00B5241F"/>
    <w:rsid w:val="00B52C38"/>
    <w:rsid w:val="00B536BD"/>
    <w:rsid w:val="00B54145"/>
    <w:rsid w:val="00B5486A"/>
    <w:rsid w:val="00B55AF7"/>
    <w:rsid w:val="00B55C49"/>
    <w:rsid w:val="00B55EBB"/>
    <w:rsid w:val="00B56B08"/>
    <w:rsid w:val="00B61467"/>
    <w:rsid w:val="00B63AEB"/>
    <w:rsid w:val="00B642E0"/>
    <w:rsid w:val="00B6585C"/>
    <w:rsid w:val="00B65983"/>
    <w:rsid w:val="00B65CEE"/>
    <w:rsid w:val="00B67E61"/>
    <w:rsid w:val="00B700CD"/>
    <w:rsid w:val="00B71DD2"/>
    <w:rsid w:val="00B71FE0"/>
    <w:rsid w:val="00B73845"/>
    <w:rsid w:val="00B746BC"/>
    <w:rsid w:val="00B74D38"/>
    <w:rsid w:val="00B74F9D"/>
    <w:rsid w:val="00B77152"/>
    <w:rsid w:val="00B8119A"/>
    <w:rsid w:val="00B820A5"/>
    <w:rsid w:val="00B820BC"/>
    <w:rsid w:val="00B82EBF"/>
    <w:rsid w:val="00B839BA"/>
    <w:rsid w:val="00B86840"/>
    <w:rsid w:val="00B90D3F"/>
    <w:rsid w:val="00B92352"/>
    <w:rsid w:val="00B9393E"/>
    <w:rsid w:val="00B94544"/>
    <w:rsid w:val="00B94B72"/>
    <w:rsid w:val="00B94CA6"/>
    <w:rsid w:val="00B94F10"/>
    <w:rsid w:val="00B974FE"/>
    <w:rsid w:val="00B97CC1"/>
    <w:rsid w:val="00B97D8E"/>
    <w:rsid w:val="00BA0B9C"/>
    <w:rsid w:val="00BA0F44"/>
    <w:rsid w:val="00BA1417"/>
    <w:rsid w:val="00BA183F"/>
    <w:rsid w:val="00BA48D2"/>
    <w:rsid w:val="00BA4ED2"/>
    <w:rsid w:val="00BA71B6"/>
    <w:rsid w:val="00BA76F2"/>
    <w:rsid w:val="00BA7ADA"/>
    <w:rsid w:val="00BB1746"/>
    <w:rsid w:val="00BB20A7"/>
    <w:rsid w:val="00BB252E"/>
    <w:rsid w:val="00BB258B"/>
    <w:rsid w:val="00BB4857"/>
    <w:rsid w:val="00BB50F0"/>
    <w:rsid w:val="00BC1C41"/>
    <w:rsid w:val="00BC4175"/>
    <w:rsid w:val="00BC560C"/>
    <w:rsid w:val="00BC6158"/>
    <w:rsid w:val="00BC6603"/>
    <w:rsid w:val="00BC72CB"/>
    <w:rsid w:val="00BC7B11"/>
    <w:rsid w:val="00BC7C84"/>
    <w:rsid w:val="00BD1926"/>
    <w:rsid w:val="00BD1F3D"/>
    <w:rsid w:val="00BD2AA5"/>
    <w:rsid w:val="00BD4687"/>
    <w:rsid w:val="00BD4AA9"/>
    <w:rsid w:val="00BD6D14"/>
    <w:rsid w:val="00BE20A6"/>
    <w:rsid w:val="00BE2CF1"/>
    <w:rsid w:val="00BE3B54"/>
    <w:rsid w:val="00BE3DC3"/>
    <w:rsid w:val="00BE3EEE"/>
    <w:rsid w:val="00BE49A1"/>
    <w:rsid w:val="00BE4F7F"/>
    <w:rsid w:val="00BE55BE"/>
    <w:rsid w:val="00BE5DE9"/>
    <w:rsid w:val="00BF05A8"/>
    <w:rsid w:val="00BF1364"/>
    <w:rsid w:val="00BF1B70"/>
    <w:rsid w:val="00BF293F"/>
    <w:rsid w:val="00BF468E"/>
    <w:rsid w:val="00BF4E1D"/>
    <w:rsid w:val="00BF6017"/>
    <w:rsid w:val="00BF6CB2"/>
    <w:rsid w:val="00C00B89"/>
    <w:rsid w:val="00C0194A"/>
    <w:rsid w:val="00C01ABA"/>
    <w:rsid w:val="00C01B16"/>
    <w:rsid w:val="00C01B85"/>
    <w:rsid w:val="00C0481B"/>
    <w:rsid w:val="00C06FB1"/>
    <w:rsid w:val="00C07729"/>
    <w:rsid w:val="00C10EC8"/>
    <w:rsid w:val="00C131DE"/>
    <w:rsid w:val="00C13B22"/>
    <w:rsid w:val="00C13F93"/>
    <w:rsid w:val="00C16057"/>
    <w:rsid w:val="00C17C44"/>
    <w:rsid w:val="00C17F01"/>
    <w:rsid w:val="00C20393"/>
    <w:rsid w:val="00C20690"/>
    <w:rsid w:val="00C2127F"/>
    <w:rsid w:val="00C215BF"/>
    <w:rsid w:val="00C21E40"/>
    <w:rsid w:val="00C22BE1"/>
    <w:rsid w:val="00C2439C"/>
    <w:rsid w:val="00C25178"/>
    <w:rsid w:val="00C26579"/>
    <w:rsid w:val="00C26B7C"/>
    <w:rsid w:val="00C2711A"/>
    <w:rsid w:val="00C2715D"/>
    <w:rsid w:val="00C27197"/>
    <w:rsid w:val="00C277C9"/>
    <w:rsid w:val="00C30791"/>
    <w:rsid w:val="00C30CF7"/>
    <w:rsid w:val="00C318B2"/>
    <w:rsid w:val="00C31991"/>
    <w:rsid w:val="00C32B4C"/>
    <w:rsid w:val="00C345BE"/>
    <w:rsid w:val="00C346AA"/>
    <w:rsid w:val="00C34D4C"/>
    <w:rsid w:val="00C35FD0"/>
    <w:rsid w:val="00C37140"/>
    <w:rsid w:val="00C37334"/>
    <w:rsid w:val="00C410A6"/>
    <w:rsid w:val="00C420FF"/>
    <w:rsid w:val="00C45833"/>
    <w:rsid w:val="00C465C0"/>
    <w:rsid w:val="00C46CE2"/>
    <w:rsid w:val="00C470D4"/>
    <w:rsid w:val="00C47A64"/>
    <w:rsid w:val="00C47B70"/>
    <w:rsid w:val="00C52A27"/>
    <w:rsid w:val="00C5356A"/>
    <w:rsid w:val="00C5364D"/>
    <w:rsid w:val="00C55C9F"/>
    <w:rsid w:val="00C60645"/>
    <w:rsid w:val="00C60BC6"/>
    <w:rsid w:val="00C60F53"/>
    <w:rsid w:val="00C6194A"/>
    <w:rsid w:val="00C625F2"/>
    <w:rsid w:val="00C62AA9"/>
    <w:rsid w:val="00C632A9"/>
    <w:rsid w:val="00C65407"/>
    <w:rsid w:val="00C65E8E"/>
    <w:rsid w:val="00C65F25"/>
    <w:rsid w:val="00C66F9B"/>
    <w:rsid w:val="00C672D5"/>
    <w:rsid w:val="00C67A2C"/>
    <w:rsid w:val="00C67F58"/>
    <w:rsid w:val="00C70459"/>
    <w:rsid w:val="00C70649"/>
    <w:rsid w:val="00C717B1"/>
    <w:rsid w:val="00C754CA"/>
    <w:rsid w:val="00C7574D"/>
    <w:rsid w:val="00C75CC0"/>
    <w:rsid w:val="00C75E89"/>
    <w:rsid w:val="00C76BAE"/>
    <w:rsid w:val="00C808FE"/>
    <w:rsid w:val="00C822E1"/>
    <w:rsid w:val="00C82300"/>
    <w:rsid w:val="00C82C21"/>
    <w:rsid w:val="00C851A0"/>
    <w:rsid w:val="00C85877"/>
    <w:rsid w:val="00C90781"/>
    <w:rsid w:val="00C90A71"/>
    <w:rsid w:val="00C90CA9"/>
    <w:rsid w:val="00C9158C"/>
    <w:rsid w:val="00C92F88"/>
    <w:rsid w:val="00C93FD4"/>
    <w:rsid w:val="00C94709"/>
    <w:rsid w:val="00C9484E"/>
    <w:rsid w:val="00C94DAD"/>
    <w:rsid w:val="00C970CA"/>
    <w:rsid w:val="00C97707"/>
    <w:rsid w:val="00C97897"/>
    <w:rsid w:val="00CA01C7"/>
    <w:rsid w:val="00CA110E"/>
    <w:rsid w:val="00CA37F0"/>
    <w:rsid w:val="00CA3A58"/>
    <w:rsid w:val="00CA4D28"/>
    <w:rsid w:val="00CA7A75"/>
    <w:rsid w:val="00CA7BF6"/>
    <w:rsid w:val="00CB0BFD"/>
    <w:rsid w:val="00CB26E4"/>
    <w:rsid w:val="00CB2C4A"/>
    <w:rsid w:val="00CB371F"/>
    <w:rsid w:val="00CB40EC"/>
    <w:rsid w:val="00CB54A2"/>
    <w:rsid w:val="00CB7286"/>
    <w:rsid w:val="00CB7F72"/>
    <w:rsid w:val="00CC10A2"/>
    <w:rsid w:val="00CC17FA"/>
    <w:rsid w:val="00CC45AC"/>
    <w:rsid w:val="00CC4FAA"/>
    <w:rsid w:val="00CC6903"/>
    <w:rsid w:val="00CD03FF"/>
    <w:rsid w:val="00CD05B5"/>
    <w:rsid w:val="00CD09C4"/>
    <w:rsid w:val="00CD22BF"/>
    <w:rsid w:val="00CD2360"/>
    <w:rsid w:val="00CD28AF"/>
    <w:rsid w:val="00CD3384"/>
    <w:rsid w:val="00CD48CB"/>
    <w:rsid w:val="00CD49F2"/>
    <w:rsid w:val="00CD6D13"/>
    <w:rsid w:val="00CD6E34"/>
    <w:rsid w:val="00CE0AFD"/>
    <w:rsid w:val="00CE1B0C"/>
    <w:rsid w:val="00CE23DB"/>
    <w:rsid w:val="00CE2A3C"/>
    <w:rsid w:val="00CE2CF1"/>
    <w:rsid w:val="00CE3130"/>
    <w:rsid w:val="00CE611D"/>
    <w:rsid w:val="00CE65E8"/>
    <w:rsid w:val="00CF25C8"/>
    <w:rsid w:val="00CF345A"/>
    <w:rsid w:val="00CF3BB0"/>
    <w:rsid w:val="00CF43F3"/>
    <w:rsid w:val="00CF6C5A"/>
    <w:rsid w:val="00CF6D01"/>
    <w:rsid w:val="00CF72B1"/>
    <w:rsid w:val="00D00FC2"/>
    <w:rsid w:val="00D025AF"/>
    <w:rsid w:val="00D05057"/>
    <w:rsid w:val="00D0573D"/>
    <w:rsid w:val="00D11A27"/>
    <w:rsid w:val="00D12643"/>
    <w:rsid w:val="00D13944"/>
    <w:rsid w:val="00D13B52"/>
    <w:rsid w:val="00D1413B"/>
    <w:rsid w:val="00D14632"/>
    <w:rsid w:val="00D14811"/>
    <w:rsid w:val="00D14989"/>
    <w:rsid w:val="00D1697F"/>
    <w:rsid w:val="00D1739E"/>
    <w:rsid w:val="00D1744D"/>
    <w:rsid w:val="00D202D8"/>
    <w:rsid w:val="00D2203F"/>
    <w:rsid w:val="00D22EB6"/>
    <w:rsid w:val="00D23751"/>
    <w:rsid w:val="00D2400D"/>
    <w:rsid w:val="00D26749"/>
    <w:rsid w:val="00D27B5E"/>
    <w:rsid w:val="00D31F3A"/>
    <w:rsid w:val="00D32321"/>
    <w:rsid w:val="00D32FD6"/>
    <w:rsid w:val="00D33123"/>
    <w:rsid w:val="00D344AE"/>
    <w:rsid w:val="00D34E0A"/>
    <w:rsid w:val="00D356EA"/>
    <w:rsid w:val="00D37581"/>
    <w:rsid w:val="00D37B45"/>
    <w:rsid w:val="00D41BE8"/>
    <w:rsid w:val="00D42C32"/>
    <w:rsid w:val="00D45785"/>
    <w:rsid w:val="00D4685C"/>
    <w:rsid w:val="00D46CB7"/>
    <w:rsid w:val="00D50390"/>
    <w:rsid w:val="00D51319"/>
    <w:rsid w:val="00D51DF3"/>
    <w:rsid w:val="00D52289"/>
    <w:rsid w:val="00D52735"/>
    <w:rsid w:val="00D5459B"/>
    <w:rsid w:val="00D54E7B"/>
    <w:rsid w:val="00D558A7"/>
    <w:rsid w:val="00D57A53"/>
    <w:rsid w:val="00D60157"/>
    <w:rsid w:val="00D60201"/>
    <w:rsid w:val="00D608CC"/>
    <w:rsid w:val="00D60BE2"/>
    <w:rsid w:val="00D60EFE"/>
    <w:rsid w:val="00D65583"/>
    <w:rsid w:val="00D655CD"/>
    <w:rsid w:val="00D678FC"/>
    <w:rsid w:val="00D678FD"/>
    <w:rsid w:val="00D70AFF"/>
    <w:rsid w:val="00D70C42"/>
    <w:rsid w:val="00D722C1"/>
    <w:rsid w:val="00D733C5"/>
    <w:rsid w:val="00D73ED4"/>
    <w:rsid w:val="00D76550"/>
    <w:rsid w:val="00D766CE"/>
    <w:rsid w:val="00D76B14"/>
    <w:rsid w:val="00D76E23"/>
    <w:rsid w:val="00D80E01"/>
    <w:rsid w:val="00D81C95"/>
    <w:rsid w:val="00D81FD9"/>
    <w:rsid w:val="00D831FE"/>
    <w:rsid w:val="00D832FF"/>
    <w:rsid w:val="00D836A1"/>
    <w:rsid w:val="00D86C78"/>
    <w:rsid w:val="00D91060"/>
    <w:rsid w:val="00D91CFE"/>
    <w:rsid w:val="00D9212E"/>
    <w:rsid w:val="00D92A64"/>
    <w:rsid w:val="00D94EEF"/>
    <w:rsid w:val="00D954FD"/>
    <w:rsid w:val="00D97344"/>
    <w:rsid w:val="00DA02A9"/>
    <w:rsid w:val="00DA24BC"/>
    <w:rsid w:val="00DA268D"/>
    <w:rsid w:val="00DA4E8F"/>
    <w:rsid w:val="00DA5343"/>
    <w:rsid w:val="00DA59B2"/>
    <w:rsid w:val="00DA5D93"/>
    <w:rsid w:val="00DB062D"/>
    <w:rsid w:val="00DB1E04"/>
    <w:rsid w:val="00DB38D8"/>
    <w:rsid w:val="00DB3E04"/>
    <w:rsid w:val="00DB4E91"/>
    <w:rsid w:val="00DB6F3C"/>
    <w:rsid w:val="00DB7B13"/>
    <w:rsid w:val="00DC0226"/>
    <w:rsid w:val="00DC2B2E"/>
    <w:rsid w:val="00DC2DF4"/>
    <w:rsid w:val="00DC3334"/>
    <w:rsid w:val="00DC3B92"/>
    <w:rsid w:val="00DC651E"/>
    <w:rsid w:val="00DC69F3"/>
    <w:rsid w:val="00DD0A6F"/>
    <w:rsid w:val="00DD1D25"/>
    <w:rsid w:val="00DD1E9F"/>
    <w:rsid w:val="00DD3E3C"/>
    <w:rsid w:val="00DD4EA3"/>
    <w:rsid w:val="00DD732E"/>
    <w:rsid w:val="00DE0637"/>
    <w:rsid w:val="00DE0670"/>
    <w:rsid w:val="00DE157A"/>
    <w:rsid w:val="00DE20D3"/>
    <w:rsid w:val="00DE21F3"/>
    <w:rsid w:val="00DE2B43"/>
    <w:rsid w:val="00DE40BB"/>
    <w:rsid w:val="00DF2D5E"/>
    <w:rsid w:val="00DF3FBA"/>
    <w:rsid w:val="00DF5936"/>
    <w:rsid w:val="00DF5E9E"/>
    <w:rsid w:val="00DF7150"/>
    <w:rsid w:val="00E00B26"/>
    <w:rsid w:val="00E0140E"/>
    <w:rsid w:val="00E03C5D"/>
    <w:rsid w:val="00E03F7B"/>
    <w:rsid w:val="00E06BA7"/>
    <w:rsid w:val="00E07BF6"/>
    <w:rsid w:val="00E119D4"/>
    <w:rsid w:val="00E125D2"/>
    <w:rsid w:val="00E15450"/>
    <w:rsid w:val="00E15514"/>
    <w:rsid w:val="00E15C5D"/>
    <w:rsid w:val="00E225E9"/>
    <w:rsid w:val="00E22C07"/>
    <w:rsid w:val="00E23F56"/>
    <w:rsid w:val="00E24498"/>
    <w:rsid w:val="00E2587F"/>
    <w:rsid w:val="00E2640D"/>
    <w:rsid w:val="00E31545"/>
    <w:rsid w:val="00E330B2"/>
    <w:rsid w:val="00E335A4"/>
    <w:rsid w:val="00E33A68"/>
    <w:rsid w:val="00E34028"/>
    <w:rsid w:val="00E34B68"/>
    <w:rsid w:val="00E35114"/>
    <w:rsid w:val="00E3582A"/>
    <w:rsid w:val="00E35ED4"/>
    <w:rsid w:val="00E36556"/>
    <w:rsid w:val="00E402CE"/>
    <w:rsid w:val="00E41A44"/>
    <w:rsid w:val="00E425E2"/>
    <w:rsid w:val="00E426B4"/>
    <w:rsid w:val="00E42BE9"/>
    <w:rsid w:val="00E43EC3"/>
    <w:rsid w:val="00E467D2"/>
    <w:rsid w:val="00E4730B"/>
    <w:rsid w:val="00E47C48"/>
    <w:rsid w:val="00E51D82"/>
    <w:rsid w:val="00E5444D"/>
    <w:rsid w:val="00E544A8"/>
    <w:rsid w:val="00E57428"/>
    <w:rsid w:val="00E60EC7"/>
    <w:rsid w:val="00E66968"/>
    <w:rsid w:val="00E67039"/>
    <w:rsid w:val="00E672B5"/>
    <w:rsid w:val="00E673C3"/>
    <w:rsid w:val="00E67709"/>
    <w:rsid w:val="00E67963"/>
    <w:rsid w:val="00E706C2"/>
    <w:rsid w:val="00E7251B"/>
    <w:rsid w:val="00E731BD"/>
    <w:rsid w:val="00E733BD"/>
    <w:rsid w:val="00E73BD9"/>
    <w:rsid w:val="00E73FAC"/>
    <w:rsid w:val="00E740A2"/>
    <w:rsid w:val="00E74799"/>
    <w:rsid w:val="00E75420"/>
    <w:rsid w:val="00E75836"/>
    <w:rsid w:val="00E7594D"/>
    <w:rsid w:val="00E77886"/>
    <w:rsid w:val="00E8091D"/>
    <w:rsid w:val="00E825AE"/>
    <w:rsid w:val="00E83108"/>
    <w:rsid w:val="00E83B59"/>
    <w:rsid w:val="00E84E57"/>
    <w:rsid w:val="00E86902"/>
    <w:rsid w:val="00E921D4"/>
    <w:rsid w:val="00E933B8"/>
    <w:rsid w:val="00E94537"/>
    <w:rsid w:val="00EA1682"/>
    <w:rsid w:val="00EA3E29"/>
    <w:rsid w:val="00EA40B4"/>
    <w:rsid w:val="00EA4BE1"/>
    <w:rsid w:val="00EA50A1"/>
    <w:rsid w:val="00EA5729"/>
    <w:rsid w:val="00EA5A71"/>
    <w:rsid w:val="00EA5D35"/>
    <w:rsid w:val="00EA6046"/>
    <w:rsid w:val="00EB00B1"/>
    <w:rsid w:val="00EB04B3"/>
    <w:rsid w:val="00EB1442"/>
    <w:rsid w:val="00EB1E5E"/>
    <w:rsid w:val="00EB269A"/>
    <w:rsid w:val="00EB64A6"/>
    <w:rsid w:val="00EC0A24"/>
    <w:rsid w:val="00EC141E"/>
    <w:rsid w:val="00EC1633"/>
    <w:rsid w:val="00EC27D0"/>
    <w:rsid w:val="00EC333F"/>
    <w:rsid w:val="00EC3BB4"/>
    <w:rsid w:val="00EC3E5D"/>
    <w:rsid w:val="00EC4655"/>
    <w:rsid w:val="00EC4A87"/>
    <w:rsid w:val="00EC53CA"/>
    <w:rsid w:val="00EC5723"/>
    <w:rsid w:val="00EC7641"/>
    <w:rsid w:val="00EC77C1"/>
    <w:rsid w:val="00ED0922"/>
    <w:rsid w:val="00ED1667"/>
    <w:rsid w:val="00ED3183"/>
    <w:rsid w:val="00ED419B"/>
    <w:rsid w:val="00ED4F26"/>
    <w:rsid w:val="00ED5D2F"/>
    <w:rsid w:val="00ED7CD4"/>
    <w:rsid w:val="00EE2FED"/>
    <w:rsid w:val="00EE33A0"/>
    <w:rsid w:val="00EE4C15"/>
    <w:rsid w:val="00EE5601"/>
    <w:rsid w:val="00EE5B7E"/>
    <w:rsid w:val="00EE76CB"/>
    <w:rsid w:val="00EF08FE"/>
    <w:rsid w:val="00EF1F8B"/>
    <w:rsid w:val="00EF23C1"/>
    <w:rsid w:val="00EF325B"/>
    <w:rsid w:val="00EF37E8"/>
    <w:rsid w:val="00EF3C74"/>
    <w:rsid w:val="00EF3E26"/>
    <w:rsid w:val="00EF43BD"/>
    <w:rsid w:val="00EF516E"/>
    <w:rsid w:val="00EF5260"/>
    <w:rsid w:val="00EF5689"/>
    <w:rsid w:val="00EF6ED6"/>
    <w:rsid w:val="00F0019D"/>
    <w:rsid w:val="00F015EB"/>
    <w:rsid w:val="00F02662"/>
    <w:rsid w:val="00F02D40"/>
    <w:rsid w:val="00F04169"/>
    <w:rsid w:val="00F041E5"/>
    <w:rsid w:val="00F05579"/>
    <w:rsid w:val="00F05DCA"/>
    <w:rsid w:val="00F06002"/>
    <w:rsid w:val="00F06D50"/>
    <w:rsid w:val="00F07A7E"/>
    <w:rsid w:val="00F107F5"/>
    <w:rsid w:val="00F108AE"/>
    <w:rsid w:val="00F1332F"/>
    <w:rsid w:val="00F13BB9"/>
    <w:rsid w:val="00F14112"/>
    <w:rsid w:val="00F1592D"/>
    <w:rsid w:val="00F1676B"/>
    <w:rsid w:val="00F2086B"/>
    <w:rsid w:val="00F212F0"/>
    <w:rsid w:val="00F21BB3"/>
    <w:rsid w:val="00F248D3"/>
    <w:rsid w:val="00F26779"/>
    <w:rsid w:val="00F26836"/>
    <w:rsid w:val="00F26852"/>
    <w:rsid w:val="00F270A9"/>
    <w:rsid w:val="00F27364"/>
    <w:rsid w:val="00F27383"/>
    <w:rsid w:val="00F30AEB"/>
    <w:rsid w:val="00F30B14"/>
    <w:rsid w:val="00F30BD8"/>
    <w:rsid w:val="00F30C19"/>
    <w:rsid w:val="00F30D7A"/>
    <w:rsid w:val="00F3175E"/>
    <w:rsid w:val="00F31A7C"/>
    <w:rsid w:val="00F3308E"/>
    <w:rsid w:val="00F33AB3"/>
    <w:rsid w:val="00F34A34"/>
    <w:rsid w:val="00F40579"/>
    <w:rsid w:val="00F40692"/>
    <w:rsid w:val="00F42C05"/>
    <w:rsid w:val="00F44176"/>
    <w:rsid w:val="00F44B05"/>
    <w:rsid w:val="00F44D00"/>
    <w:rsid w:val="00F44FD0"/>
    <w:rsid w:val="00F459B3"/>
    <w:rsid w:val="00F460C9"/>
    <w:rsid w:val="00F46176"/>
    <w:rsid w:val="00F47536"/>
    <w:rsid w:val="00F47DBC"/>
    <w:rsid w:val="00F50489"/>
    <w:rsid w:val="00F5070A"/>
    <w:rsid w:val="00F50BD0"/>
    <w:rsid w:val="00F5120C"/>
    <w:rsid w:val="00F526E0"/>
    <w:rsid w:val="00F53186"/>
    <w:rsid w:val="00F534BF"/>
    <w:rsid w:val="00F537B8"/>
    <w:rsid w:val="00F53B72"/>
    <w:rsid w:val="00F56813"/>
    <w:rsid w:val="00F63491"/>
    <w:rsid w:val="00F63A64"/>
    <w:rsid w:val="00F650F8"/>
    <w:rsid w:val="00F65653"/>
    <w:rsid w:val="00F65AB3"/>
    <w:rsid w:val="00F67330"/>
    <w:rsid w:val="00F67887"/>
    <w:rsid w:val="00F67C1C"/>
    <w:rsid w:val="00F71399"/>
    <w:rsid w:val="00F716DC"/>
    <w:rsid w:val="00F7280F"/>
    <w:rsid w:val="00F72F00"/>
    <w:rsid w:val="00F739A8"/>
    <w:rsid w:val="00F73C62"/>
    <w:rsid w:val="00F74756"/>
    <w:rsid w:val="00F754BC"/>
    <w:rsid w:val="00F7555A"/>
    <w:rsid w:val="00F75A75"/>
    <w:rsid w:val="00F75E5F"/>
    <w:rsid w:val="00F773F3"/>
    <w:rsid w:val="00F822C2"/>
    <w:rsid w:val="00F82D54"/>
    <w:rsid w:val="00F83405"/>
    <w:rsid w:val="00F83DC3"/>
    <w:rsid w:val="00F84C04"/>
    <w:rsid w:val="00F8570F"/>
    <w:rsid w:val="00F8723F"/>
    <w:rsid w:val="00F8768B"/>
    <w:rsid w:val="00F91178"/>
    <w:rsid w:val="00F9160C"/>
    <w:rsid w:val="00F92BBD"/>
    <w:rsid w:val="00F95AB0"/>
    <w:rsid w:val="00F96026"/>
    <w:rsid w:val="00F96406"/>
    <w:rsid w:val="00F96515"/>
    <w:rsid w:val="00FA0374"/>
    <w:rsid w:val="00FA1AED"/>
    <w:rsid w:val="00FA21F7"/>
    <w:rsid w:val="00FA2A15"/>
    <w:rsid w:val="00FA2C82"/>
    <w:rsid w:val="00FA32A1"/>
    <w:rsid w:val="00FA3584"/>
    <w:rsid w:val="00FA51F9"/>
    <w:rsid w:val="00FA5A55"/>
    <w:rsid w:val="00FA5DF4"/>
    <w:rsid w:val="00FA652D"/>
    <w:rsid w:val="00FA7AB1"/>
    <w:rsid w:val="00FA7AC1"/>
    <w:rsid w:val="00FB44BE"/>
    <w:rsid w:val="00FB629E"/>
    <w:rsid w:val="00FC1779"/>
    <w:rsid w:val="00FC22AA"/>
    <w:rsid w:val="00FC38F6"/>
    <w:rsid w:val="00FC487B"/>
    <w:rsid w:val="00FC4D81"/>
    <w:rsid w:val="00FC57F9"/>
    <w:rsid w:val="00FC6F45"/>
    <w:rsid w:val="00FC7073"/>
    <w:rsid w:val="00FD0E42"/>
    <w:rsid w:val="00FD1901"/>
    <w:rsid w:val="00FD1ABE"/>
    <w:rsid w:val="00FD1F07"/>
    <w:rsid w:val="00FD2695"/>
    <w:rsid w:val="00FD2894"/>
    <w:rsid w:val="00FD4277"/>
    <w:rsid w:val="00FD43CB"/>
    <w:rsid w:val="00FD453E"/>
    <w:rsid w:val="00FD5227"/>
    <w:rsid w:val="00FD6E46"/>
    <w:rsid w:val="00FE0171"/>
    <w:rsid w:val="00FE01A6"/>
    <w:rsid w:val="00FE2636"/>
    <w:rsid w:val="00FE44B9"/>
    <w:rsid w:val="00FE5B31"/>
    <w:rsid w:val="00FE69B2"/>
    <w:rsid w:val="00FE7B58"/>
    <w:rsid w:val="00FE7EF2"/>
    <w:rsid w:val="00FF0446"/>
    <w:rsid w:val="00FF26BE"/>
    <w:rsid w:val="00FF28EE"/>
    <w:rsid w:val="00FF45BC"/>
    <w:rsid w:val="00FF545E"/>
    <w:rsid w:val="00FF6AF3"/>
    <w:rsid w:val="00FF6C3C"/>
    <w:rsid w:val="00FF6F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D11A0"/>
  <w15:docId w15:val="{33C03F4C-5D59-4774-BB8C-45BB0247F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599"/>
    <w:rPr>
      <w:rFonts w:ascii="Arial MT" w:eastAsia="Arial MT" w:hAnsi="Arial MT" w:cs="Arial MT"/>
      <w:lang w:val="pt-PT"/>
    </w:rPr>
  </w:style>
  <w:style w:type="paragraph" w:styleId="Ttulo1">
    <w:name w:val="heading 1"/>
    <w:basedOn w:val="Normal"/>
    <w:link w:val="Ttulo1Char"/>
    <w:uiPriority w:val="9"/>
    <w:qFormat/>
    <w:pPr>
      <w:spacing w:before="19"/>
      <w:ind w:left="108"/>
      <w:outlineLvl w:val="0"/>
    </w:pPr>
    <w:rPr>
      <w:rFonts w:ascii="Arial" w:eastAsia="Arial" w:hAnsi="Arial" w:cs="Arial"/>
      <w:b/>
      <w:bCs/>
      <w:sz w:val="24"/>
      <w:szCs w:val="24"/>
    </w:rPr>
  </w:style>
  <w:style w:type="paragraph" w:styleId="Ttulo2">
    <w:name w:val="heading 2"/>
    <w:aliases w:val="Item"/>
    <w:basedOn w:val="Normal"/>
    <w:link w:val="Ttulo2Char"/>
    <w:uiPriority w:val="9"/>
    <w:unhideWhenUsed/>
    <w:qFormat/>
    <w:pPr>
      <w:ind w:left="143"/>
      <w:outlineLvl w:val="1"/>
    </w:pPr>
    <w:rPr>
      <w:rFonts w:ascii="Arial" w:eastAsia="Arial" w:hAnsi="Arial" w:cs="Arial"/>
      <w:b/>
      <w:bCs/>
      <w:sz w:val="24"/>
      <w:szCs w:val="24"/>
    </w:rPr>
  </w:style>
  <w:style w:type="paragraph" w:styleId="Ttulo3">
    <w:name w:val="heading 3"/>
    <w:aliases w:val="3,h4,h3,section:3"/>
    <w:basedOn w:val="Normal"/>
    <w:next w:val="Normal"/>
    <w:link w:val="Ttulo3Char"/>
    <w:uiPriority w:val="9"/>
    <w:unhideWhenUsed/>
    <w:qFormat/>
    <w:rsid w:val="003F355F"/>
    <w:pPr>
      <w:keepNext/>
      <w:widowControl/>
      <w:autoSpaceDE/>
      <w:autoSpaceDN/>
      <w:outlineLvl w:val="2"/>
    </w:pPr>
    <w:rPr>
      <w:rFonts w:ascii="Times New Roman" w:eastAsia="Times New Roman" w:hAnsi="Times New Roman" w:cs="Times New Roman"/>
      <w:sz w:val="28"/>
      <w:szCs w:val="20"/>
      <w:lang w:val="x-none" w:eastAsia="pt-BR"/>
    </w:rPr>
  </w:style>
  <w:style w:type="paragraph" w:styleId="Ttulo4">
    <w:name w:val="heading 4"/>
    <w:basedOn w:val="Normal"/>
    <w:next w:val="Normal"/>
    <w:link w:val="Ttulo4Char"/>
    <w:uiPriority w:val="9"/>
    <w:unhideWhenUsed/>
    <w:qFormat/>
    <w:rsid w:val="003F355F"/>
    <w:pPr>
      <w:keepNext/>
      <w:widowControl/>
      <w:autoSpaceDE/>
      <w:autoSpaceDN/>
      <w:jc w:val="center"/>
      <w:outlineLvl w:val="3"/>
    </w:pPr>
    <w:rPr>
      <w:rFonts w:ascii="Arial" w:eastAsia="Times New Roman" w:hAnsi="Arial" w:cs="Times New Roman"/>
      <w:b/>
      <w:bCs/>
      <w:sz w:val="28"/>
      <w:szCs w:val="20"/>
      <w:lang w:val="x-none" w:eastAsia="x-none"/>
    </w:rPr>
  </w:style>
  <w:style w:type="paragraph" w:styleId="Ttulo5">
    <w:name w:val="heading 5"/>
    <w:basedOn w:val="Normal"/>
    <w:next w:val="Normal"/>
    <w:link w:val="Ttulo5Char"/>
    <w:uiPriority w:val="9"/>
    <w:unhideWhenUsed/>
    <w:qFormat/>
    <w:rsid w:val="003F355F"/>
    <w:pPr>
      <w:widowControl/>
      <w:autoSpaceDE/>
      <w:autoSpaceDN/>
      <w:spacing w:before="240" w:after="60"/>
      <w:outlineLvl w:val="4"/>
    </w:pPr>
    <w:rPr>
      <w:rFonts w:ascii="Times New Roman" w:eastAsia="Times New Roman" w:hAnsi="Times New Roman" w:cs="Times New Roman"/>
      <w:b/>
      <w:bCs/>
      <w:i/>
      <w:iCs/>
      <w:sz w:val="26"/>
      <w:szCs w:val="26"/>
      <w:lang w:val="x-none" w:eastAsia="pt-BR"/>
    </w:rPr>
  </w:style>
  <w:style w:type="paragraph" w:styleId="Ttulo6">
    <w:name w:val="heading 6"/>
    <w:basedOn w:val="Normal"/>
    <w:next w:val="Normal"/>
    <w:link w:val="Ttulo6Char"/>
    <w:uiPriority w:val="9"/>
    <w:unhideWhenUsed/>
    <w:qFormat/>
    <w:rsid w:val="003F355F"/>
    <w:pPr>
      <w:keepNext/>
      <w:widowControl/>
      <w:autoSpaceDE/>
      <w:autoSpaceDN/>
      <w:outlineLvl w:val="5"/>
    </w:pPr>
    <w:rPr>
      <w:rFonts w:ascii="Times New Roman" w:eastAsia="Times New Roman" w:hAnsi="Times New Roman" w:cs="Times New Roman"/>
      <w:sz w:val="20"/>
      <w:szCs w:val="20"/>
      <w:lang w:val="x-none" w:eastAsia="pt-BR"/>
    </w:rPr>
  </w:style>
  <w:style w:type="paragraph" w:styleId="Ttulo7">
    <w:name w:val="heading 7"/>
    <w:basedOn w:val="Normal"/>
    <w:next w:val="Normal"/>
    <w:link w:val="Ttulo7Char"/>
    <w:uiPriority w:val="9"/>
    <w:unhideWhenUsed/>
    <w:qFormat/>
    <w:rsid w:val="003F355F"/>
    <w:pPr>
      <w:keepNext/>
      <w:keepLines/>
      <w:widowControl/>
      <w:autoSpaceDE/>
      <w:autoSpaceDN/>
      <w:spacing w:before="40"/>
      <w:outlineLvl w:val="6"/>
    </w:pPr>
    <w:rPr>
      <w:rFonts w:ascii="Calibri" w:eastAsia="Times New Roman" w:hAnsi="Calibri" w:cs="Times New Roman"/>
      <w:i/>
      <w:iCs/>
      <w:color w:val="243F60"/>
      <w:sz w:val="20"/>
      <w:szCs w:val="20"/>
      <w:lang w:val="x-none" w:eastAsia="x-none"/>
    </w:rPr>
  </w:style>
  <w:style w:type="paragraph" w:styleId="Ttulo8">
    <w:name w:val="heading 8"/>
    <w:basedOn w:val="Normal"/>
    <w:next w:val="Normal"/>
    <w:link w:val="Ttulo8Char"/>
    <w:uiPriority w:val="9"/>
    <w:unhideWhenUsed/>
    <w:qFormat/>
    <w:rsid w:val="003F355F"/>
    <w:pPr>
      <w:keepNext/>
      <w:widowControl/>
      <w:autoSpaceDE/>
      <w:autoSpaceDN/>
      <w:ind w:firstLine="3686"/>
      <w:outlineLvl w:val="7"/>
    </w:pPr>
    <w:rPr>
      <w:rFonts w:ascii="Times New Roman" w:eastAsia="Times New Roman" w:hAnsi="Times New Roman" w:cs="Times New Roman"/>
      <w:b/>
      <w:sz w:val="20"/>
      <w:szCs w:val="20"/>
      <w:lang w:val="x-none" w:eastAsia="pt-BR"/>
    </w:rPr>
  </w:style>
  <w:style w:type="paragraph" w:styleId="Ttulo9">
    <w:name w:val="heading 9"/>
    <w:basedOn w:val="Normal"/>
    <w:next w:val="Normal"/>
    <w:link w:val="Ttulo9Char"/>
    <w:uiPriority w:val="9"/>
    <w:unhideWhenUsed/>
    <w:qFormat/>
    <w:rsid w:val="003F355F"/>
    <w:pPr>
      <w:keepNext/>
      <w:widowControl/>
      <w:adjustRightInd w:val="0"/>
      <w:jc w:val="center"/>
      <w:outlineLvl w:val="8"/>
    </w:pPr>
    <w:rPr>
      <w:rFonts w:ascii="Times New Roman" w:eastAsia="Times New Roman" w:hAnsi="Times New Roman" w:cs="Times New Roman"/>
      <w:b/>
      <w:bCs/>
      <w:sz w:val="28"/>
      <w:szCs w:val="20"/>
      <w:u w:val="single"/>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Item da conclusão"/>
    <w:basedOn w:val="Normal"/>
    <w:link w:val="CorpodetextoChar"/>
    <w:uiPriority w:val="1"/>
    <w:qFormat/>
    <w:rPr>
      <w:sz w:val="24"/>
      <w:szCs w:val="24"/>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w:basedOn w:val="Normal"/>
    <w:link w:val="PargrafodaListaChar"/>
    <w:uiPriority w:val="34"/>
    <w:qFormat/>
    <w:pPr>
      <w:ind w:left="851"/>
      <w:jc w:val="both"/>
    </w:pPr>
  </w:style>
  <w:style w:type="paragraph" w:customStyle="1" w:styleId="TableParagraph">
    <w:name w:val="Table Paragraph"/>
    <w:basedOn w:val="Normal"/>
    <w:uiPriority w:val="1"/>
    <w:qFormat/>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iPriority w:val="99"/>
    <w:unhideWhenUsed/>
    <w:rsid w:val="00ED5D2F"/>
    <w:pPr>
      <w:tabs>
        <w:tab w:val="center" w:pos="4252"/>
        <w:tab w:val="right" w:pos="8504"/>
      </w:tabs>
    </w:pPr>
  </w:style>
  <w:style w:type="character" w:customStyle="1" w:styleId="CabealhoChar">
    <w:name w:val="Cabeçalho Char"/>
    <w:aliases w:val="Cabeçalho1 Char1, Char Char Char,Char Char Char Char1,Char Char Char1,Char Char1,Char Char Char Char Char Char Char Char,Char Char Char Char Char, Char Char Char Char Char Char Char, Char Char Char Char Char Char1"/>
    <w:basedOn w:val="Fontepargpadro"/>
    <w:link w:val="Cabealho"/>
    <w:uiPriority w:val="99"/>
    <w:rsid w:val="00ED5D2F"/>
    <w:rPr>
      <w:rFonts w:ascii="Arial MT" w:eastAsia="Arial MT" w:hAnsi="Arial MT" w:cs="Arial MT"/>
      <w:lang w:val="pt-PT"/>
    </w:rPr>
  </w:style>
  <w:style w:type="paragraph" w:styleId="Rodap">
    <w:name w:val="footer"/>
    <w:basedOn w:val="Normal"/>
    <w:link w:val="RodapChar"/>
    <w:uiPriority w:val="99"/>
    <w:unhideWhenUsed/>
    <w:rsid w:val="00ED5D2F"/>
    <w:pPr>
      <w:tabs>
        <w:tab w:val="center" w:pos="4252"/>
        <w:tab w:val="right" w:pos="8504"/>
      </w:tabs>
    </w:pPr>
  </w:style>
  <w:style w:type="character" w:customStyle="1" w:styleId="RodapChar">
    <w:name w:val="Rodapé Char"/>
    <w:basedOn w:val="Fontepargpadro"/>
    <w:link w:val="Rodap"/>
    <w:uiPriority w:val="99"/>
    <w:rsid w:val="00ED5D2F"/>
    <w:rPr>
      <w:rFonts w:ascii="Arial MT" w:eastAsia="Arial MT" w:hAnsi="Arial MT" w:cs="Arial MT"/>
      <w:lang w:val="pt-PT"/>
    </w:rPr>
  </w:style>
  <w:style w:type="character" w:styleId="Hyperlink">
    <w:name w:val="Hyperlink"/>
    <w:basedOn w:val="Fontepargpadro"/>
    <w:uiPriority w:val="99"/>
    <w:unhideWhenUsed/>
    <w:rsid w:val="002460AB"/>
    <w:rPr>
      <w:color w:val="0000FF" w:themeColor="hyperlink"/>
      <w:u w:val="single"/>
    </w:rPr>
  </w:style>
  <w:style w:type="character" w:customStyle="1" w:styleId="MenoPendente1">
    <w:name w:val="Menção Pendente1"/>
    <w:basedOn w:val="Fontepargpadro"/>
    <w:uiPriority w:val="99"/>
    <w:semiHidden/>
    <w:unhideWhenUsed/>
    <w:rsid w:val="002460AB"/>
    <w:rPr>
      <w:color w:val="605E5C"/>
      <w:shd w:val="clear" w:color="auto" w:fill="E1DFDD"/>
    </w:rPr>
  </w:style>
  <w:style w:type="character" w:customStyle="1" w:styleId="CabealhoChar1">
    <w:name w:val="Cabeçalho Char1"/>
    <w:aliases w:val="Cabeçalho1 Char, Char Char Char1,Char Char Char Char2,Char Char Char3,Char Char3,Char Char Char Char Char Char Char Char1,Char Char Char Char Char1, Char Char Char Char Char Char Char1, Char Char Char Char Char Char2"/>
    <w:basedOn w:val="Fontepargpadro"/>
    <w:uiPriority w:val="99"/>
    <w:rsid w:val="008E51E3"/>
  </w:style>
  <w:style w:type="character" w:styleId="Refdecomentrio">
    <w:name w:val="annotation reference"/>
    <w:basedOn w:val="Fontepargpadro"/>
    <w:unhideWhenUsed/>
    <w:qFormat/>
    <w:rsid w:val="00E35114"/>
    <w:rPr>
      <w:sz w:val="16"/>
      <w:szCs w:val="16"/>
    </w:rPr>
  </w:style>
  <w:style w:type="paragraph" w:styleId="Textodecomentrio">
    <w:name w:val="annotation text"/>
    <w:basedOn w:val="Normal"/>
    <w:link w:val="TextodecomentrioChar"/>
    <w:uiPriority w:val="99"/>
    <w:unhideWhenUsed/>
    <w:qFormat/>
    <w:rsid w:val="00E35114"/>
    <w:rPr>
      <w:sz w:val="20"/>
      <w:szCs w:val="20"/>
    </w:rPr>
  </w:style>
  <w:style w:type="character" w:customStyle="1" w:styleId="TextodecomentrioChar">
    <w:name w:val="Texto de comentário Char"/>
    <w:basedOn w:val="Fontepargpadro"/>
    <w:link w:val="Textodecomentrio"/>
    <w:uiPriority w:val="99"/>
    <w:qFormat/>
    <w:rsid w:val="00E35114"/>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nhideWhenUsed/>
    <w:rsid w:val="00E35114"/>
    <w:rPr>
      <w:b/>
      <w:bCs/>
    </w:rPr>
  </w:style>
  <w:style w:type="character" w:customStyle="1" w:styleId="AssuntodocomentrioChar">
    <w:name w:val="Assunto do comentário Char"/>
    <w:basedOn w:val="TextodecomentrioChar"/>
    <w:link w:val="Assuntodocomentrio"/>
    <w:rsid w:val="00E35114"/>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35114"/>
    <w:rPr>
      <w:rFonts w:ascii="Segoe UI" w:hAnsi="Segoe UI" w:cs="Segoe UI"/>
      <w:sz w:val="18"/>
      <w:szCs w:val="18"/>
    </w:rPr>
  </w:style>
  <w:style w:type="character" w:customStyle="1" w:styleId="TextodebaloChar">
    <w:name w:val="Texto de balão Char"/>
    <w:basedOn w:val="Fontepargpadro"/>
    <w:link w:val="Textodebalo"/>
    <w:uiPriority w:val="99"/>
    <w:semiHidden/>
    <w:rsid w:val="00E35114"/>
    <w:rPr>
      <w:rFonts w:ascii="Segoe UI" w:eastAsia="Arial MT" w:hAnsi="Segoe UI" w:cs="Segoe UI"/>
      <w:sz w:val="18"/>
      <w:szCs w:val="18"/>
      <w:lang w:val="pt-PT"/>
    </w:rPr>
  </w:style>
  <w:style w:type="character" w:customStyle="1" w:styleId="RodapChar1">
    <w:name w:val="Rodapé Char1"/>
    <w:basedOn w:val="Fontepargpadro"/>
    <w:rsid w:val="00FD2894"/>
  </w:style>
  <w:style w:type="paragraph" w:customStyle="1" w:styleId="Nivel01">
    <w:name w:val="Nivel 01"/>
    <w:basedOn w:val="Ttulo1"/>
    <w:next w:val="Normal"/>
    <w:link w:val="Nivel01Char"/>
    <w:qFormat/>
    <w:rsid w:val="00FD2894"/>
    <w:pPr>
      <w:keepNext/>
      <w:keepLines/>
      <w:widowControl/>
      <w:numPr>
        <w:numId w:val="21"/>
      </w:numPr>
      <w:tabs>
        <w:tab w:val="left" w:pos="567"/>
      </w:tabs>
      <w:autoSpaceDE/>
      <w:autoSpaceDN/>
      <w:spacing w:before="240"/>
      <w:jc w:val="both"/>
    </w:pPr>
    <w:rPr>
      <w:rFonts w:ascii="Ecofont_Spranq_eco_Sans" w:eastAsia="Times New Roman" w:hAnsi="Ecofont_Spranq_eco_Sans" w:cs="Times New Roman"/>
      <w:color w:val="000000"/>
      <w:sz w:val="20"/>
      <w:szCs w:val="20"/>
      <w:lang w:val="pt-BR" w:eastAsia="pt-BR"/>
    </w:rPr>
  </w:style>
  <w:style w:type="character" w:customStyle="1" w:styleId="Nivel3Char">
    <w:name w:val="Nivel 3 Char"/>
    <w:link w:val="Nivel3"/>
    <w:locked/>
    <w:rsid w:val="00FD2894"/>
    <w:rPr>
      <w:rFonts w:ascii="Arial" w:hAnsi="Arial" w:cs="Arial"/>
      <w:color w:val="000000"/>
    </w:rPr>
  </w:style>
  <w:style w:type="paragraph" w:customStyle="1" w:styleId="Nivel3">
    <w:name w:val="Nivel 3"/>
    <w:basedOn w:val="Normal"/>
    <w:link w:val="Nivel3Char"/>
    <w:qFormat/>
    <w:rsid w:val="00FD2894"/>
    <w:pPr>
      <w:widowControl/>
      <w:autoSpaceDE/>
      <w:autoSpaceDN/>
      <w:spacing w:before="120" w:after="120" w:line="276" w:lineRule="auto"/>
      <w:ind w:left="425"/>
      <w:jc w:val="both"/>
    </w:pPr>
    <w:rPr>
      <w:rFonts w:ascii="Arial" w:eastAsiaTheme="minorHAnsi" w:hAnsi="Arial" w:cs="Arial"/>
      <w:color w:val="000000"/>
      <w:lang w:val="en-US"/>
    </w:rPr>
  </w:style>
  <w:style w:type="paragraph" w:styleId="NormalWeb">
    <w:name w:val="Normal (Web)"/>
    <w:aliases w:val="Char Char Char Char Char Char, Char"/>
    <w:basedOn w:val="Normal"/>
    <w:uiPriority w:val="99"/>
    <w:qFormat/>
    <w:rsid w:val="00C2711A"/>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character" w:styleId="Forte">
    <w:name w:val="Strong"/>
    <w:basedOn w:val="Fontepargpadro"/>
    <w:uiPriority w:val="22"/>
    <w:qFormat/>
    <w:rsid w:val="005E00EC"/>
    <w:rPr>
      <w:b/>
      <w:bCs/>
    </w:rPr>
  </w:style>
  <w:style w:type="paragraph" w:styleId="Textodenotaderodap">
    <w:name w:val="footnote text"/>
    <w:basedOn w:val="Normal"/>
    <w:link w:val="TextodenotaderodapChar"/>
    <w:uiPriority w:val="99"/>
    <w:unhideWhenUsed/>
    <w:rsid w:val="000C2F34"/>
    <w:pPr>
      <w:widowControl/>
      <w:autoSpaceDE/>
      <w:autoSpaceDN/>
      <w:jc w:val="right"/>
    </w:pPr>
    <w:rPr>
      <w:rFonts w:ascii="Calibri" w:eastAsia="Times New Roman" w:hAnsi="Calibri" w:cs="Times New Roman"/>
      <w:sz w:val="24"/>
      <w:szCs w:val="20"/>
      <w:lang w:val="x-none"/>
    </w:rPr>
  </w:style>
  <w:style w:type="character" w:customStyle="1" w:styleId="TextodenotaderodapChar">
    <w:name w:val="Texto de nota de rodapé Char"/>
    <w:basedOn w:val="Fontepargpadro"/>
    <w:link w:val="Textodenotaderodap"/>
    <w:uiPriority w:val="99"/>
    <w:rsid w:val="000C2F34"/>
    <w:rPr>
      <w:rFonts w:ascii="Calibri" w:eastAsia="Times New Roman" w:hAnsi="Calibri" w:cs="Times New Roman"/>
      <w:sz w:val="24"/>
      <w:szCs w:val="20"/>
      <w:lang w:val="x-none"/>
    </w:rPr>
  </w:style>
  <w:style w:type="character" w:styleId="Refdenotaderodap">
    <w:name w:val="footnote reference"/>
    <w:unhideWhenUsed/>
    <w:rsid w:val="000C2F34"/>
    <w:rPr>
      <w:vertAlign w:val="superscript"/>
    </w:rPr>
  </w:style>
  <w:style w:type="character" w:styleId="HiperlinkVisitado">
    <w:name w:val="FollowedHyperlink"/>
    <w:basedOn w:val="Fontepargpadro"/>
    <w:uiPriority w:val="99"/>
    <w:unhideWhenUsed/>
    <w:rsid w:val="00B92352"/>
    <w:rPr>
      <w:color w:val="800080" w:themeColor="followedHyperlink"/>
      <w:u w:val="single"/>
    </w:rPr>
  </w:style>
  <w:style w:type="paragraph" w:styleId="Recuodecorpodetexto">
    <w:name w:val="Body Text Indent"/>
    <w:basedOn w:val="Normal"/>
    <w:link w:val="RecuodecorpodetextoChar"/>
    <w:unhideWhenUsed/>
    <w:rsid w:val="00416884"/>
    <w:pPr>
      <w:spacing w:after="120"/>
      <w:ind w:left="283"/>
    </w:pPr>
  </w:style>
  <w:style w:type="character" w:customStyle="1" w:styleId="RecuodecorpodetextoChar">
    <w:name w:val="Recuo de corpo de texto Char"/>
    <w:basedOn w:val="Fontepargpadro"/>
    <w:link w:val="Recuodecorpodetexto"/>
    <w:rsid w:val="00416884"/>
    <w:rPr>
      <w:rFonts w:ascii="Arial MT" w:eastAsia="Arial MT" w:hAnsi="Arial MT" w:cs="Arial MT"/>
      <w:lang w:val="pt-PT"/>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416884"/>
    <w:rPr>
      <w:rFonts w:ascii="Arial MT" w:eastAsia="Arial MT" w:hAnsi="Arial MT" w:cs="Arial MT"/>
      <w:lang w:val="pt-PT"/>
    </w:rPr>
  </w:style>
  <w:style w:type="paragraph" w:customStyle="1" w:styleId="Normal1">
    <w:name w:val="Normal1"/>
    <w:rsid w:val="00416884"/>
    <w:pPr>
      <w:widowControl/>
      <w:autoSpaceDE/>
      <w:autoSpaceDN/>
    </w:pPr>
    <w:rPr>
      <w:rFonts w:ascii="Cambria" w:eastAsia="Cambria" w:hAnsi="Cambria" w:cs="Cambria"/>
      <w:sz w:val="24"/>
      <w:szCs w:val="24"/>
      <w:lang w:val="pt-BR" w:eastAsia="pt-BR"/>
    </w:rPr>
  </w:style>
  <w:style w:type="character" w:customStyle="1" w:styleId="Nivel2Char">
    <w:name w:val="Nivel 2 Char"/>
    <w:link w:val="Nivel2"/>
    <w:locked/>
    <w:rsid w:val="00B700CD"/>
    <w:rPr>
      <w:rFonts w:ascii="Arial" w:hAnsi="Arial" w:cs="Arial"/>
      <w:color w:val="000000"/>
    </w:rPr>
  </w:style>
  <w:style w:type="paragraph" w:customStyle="1" w:styleId="Nivel2">
    <w:name w:val="Nivel 2"/>
    <w:basedOn w:val="Normal"/>
    <w:link w:val="Nivel2Char"/>
    <w:qFormat/>
    <w:rsid w:val="00B700CD"/>
    <w:pPr>
      <w:widowControl/>
      <w:autoSpaceDE/>
      <w:autoSpaceDN/>
      <w:spacing w:before="120" w:after="120" w:line="276" w:lineRule="auto"/>
      <w:ind w:left="4969" w:hanging="432"/>
      <w:jc w:val="both"/>
    </w:pPr>
    <w:rPr>
      <w:rFonts w:ascii="Arial" w:eastAsiaTheme="minorHAnsi" w:hAnsi="Arial" w:cs="Arial"/>
      <w:color w:val="000000"/>
      <w:lang w:val="en-US"/>
    </w:rPr>
  </w:style>
  <w:style w:type="character" w:customStyle="1" w:styleId="Nivel4Char">
    <w:name w:val="Nivel 4 Char"/>
    <w:link w:val="Nivel4"/>
    <w:locked/>
    <w:rsid w:val="00B700CD"/>
    <w:rPr>
      <w:rFonts w:ascii="Arial" w:hAnsi="Arial" w:cs="Arial"/>
    </w:rPr>
  </w:style>
  <w:style w:type="paragraph" w:customStyle="1" w:styleId="Nivel4">
    <w:name w:val="Nivel 4"/>
    <w:basedOn w:val="Nivel3"/>
    <w:link w:val="Nivel4Char"/>
    <w:qFormat/>
    <w:rsid w:val="00B700CD"/>
    <w:pPr>
      <w:ind w:left="851"/>
    </w:pPr>
    <w:rPr>
      <w:color w:val="auto"/>
    </w:rPr>
  </w:style>
  <w:style w:type="character" w:customStyle="1" w:styleId="Ttulo3Char">
    <w:name w:val="Título 3 Char"/>
    <w:aliases w:val="3 Char,h4 Char,h3 Char,section:3 Char"/>
    <w:basedOn w:val="Fontepargpadro"/>
    <w:link w:val="Ttulo3"/>
    <w:uiPriority w:val="9"/>
    <w:rsid w:val="003F355F"/>
    <w:rPr>
      <w:rFonts w:ascii="Times New Roman" w:eastAsia="Times New Roman" w:hAnsi="Times New Roman" w:cs="Times New Roman"/>
      <w:sz w:val="28"/>
      <w:szCs w:val="20"/>
      <w:lang w:val="x-none" w:eastAsia="pt-BR"/>
    </w:rPr>
  </w:style>
  <w:style w:type="character" w:customStyle="1" w:styleId="Ttulo4Char">
    <w:name w:val="Título 4 Char"/>
    <w:basedOn w:val="Fontepargpadro"/>
    <w:link w:val="Ttulo4"/>
    <w:uiPriority w:val="9"/>
    <w:rsid w:val="003F355F"/>
    <w:rPr>
      <w:rFonts w:ascii="Arial" w:eastAsia="Times New Roman" w:hAnsi="Arial" w:cs="Times New Roman"/>
      <w:b/>
      <w:bCs/>
      <w:sz w:val="28"/>
      <w:szCs w:val="20"/>
      <w:lang w:val="x-none" w:eastAsia="x-none"/>
    </w:rPr>
  </w:style>
  <w:style w:type="character" w:customStyle="1" w:styleId="Ttulo5Char">
    <w:name w:val="Título 5 Char"/>
    <w:basedOn w:val="Fontepargpadro"/>
    <w:link w:val="Ttulo5"/>
    <w:uiPriority w:val="9"/>
    <w:rsid w:val="003F355F"/>
    <w:rPr>
      <w:rFonts w:ascii="Times New Roman" w:eastAsia="Times New Roman" w:hAnsi="Times New Roman" w:cs="Times New Roman"/>
      <w:b/>
      <w:bCs/>
      <w:i/>
      <w:iCs/>
      <w:sz w:val="26"/>
      <w:szCs w:val="26"/>
      <w:lang w:val="x-none" w:eastAsia="pt-BR"/>
    </w:rPr>
  </w:style>
  <w:style w:type="character" w:customStyle="1" w:styleId="Ttulo6Char">
    <w:name w:val="Título 6 Char"/>
    <w:basedOn w:val="Fontepargpadro"/>
    <w:link w:val="Ttulo6"/>
    <w:uiPriority w:val="9"/>
    <w:rsid w:val="003F355F"/>
    <w:rPr>
      <w:rFonts w:ascii="Times New Roman" w:eastAsia="Times New Roman" w:hAnsi="Times New Roman" w:cs="Times New Roman"/>
      <w:sz w:val="20"/>
      <w:szCs w:val="20"/>
      <w:lang w:val="x-none" w:eastAsia="pt-BR"/>
    </w:rPr>
  </w:style>
  <w:style w:type="character" w:customStyle="1" w:styleId="Ttulo7Char">
    <w:name w:val="Título 7 Char"/>
    <w:basedOn w:val="Fontepargpadro"/>
    <w:link w:val="Ttulo7"/>
    <w:uiPriority w:val="9"/>
    <w:rsid w:val="003F355F"/>
    <w:rPr>
      <w:rFonts w:ascii="Calibri" w:eastAsia="Times New Roman" w:hAnsi="Calibri" w:cs="Times New Roman"/>
      <w:i/>
      <w:iCs/>
      <w:color w:val="243F60"/>
      <w:sz w:val="20"/>
      <w:szCs w:val="20"/>
      <w:lang w:val="x-none" w:eastAsia="x-none"/>
    </w:rPr>
  </w:style>
  <w:style w:type="character" w:customStyle="1" w:styleId="Ttulo8Char">
    <w:name w:val="Título 8 Char"/>
    <w:basedOn w:val="Fontepargpadro"/>
    <w:link w:val="Ttulo8"/>
    <w:uiPriority w:val="9"/>
    <w:rsid w:val="003F355F"/>
    <w:rPr>
      <w:rFonts w:ascii="Times New Roman" w:eastAsia="Times New Roman" w:hAnsi="Times New Roman" w:cs="Times New Roman"/>
      <w:b/>
      <w:sz w:val="20"/>
      <w:szCs w:val="20"/>
      <w:lang w:val="x-none" w:eastAsia="pt-BR"/>
    </w:rPr>
  </w:style>
  <w:style w:type="character" w:customStyle="1" w:styleId="Ttulo9Char">
    <w:name w:val="Título 9 Char"/>
    <w:basedOn w:val="Fontepargpadro"/>
    <w:link w:val="Ttulo9"/>
    <w:uiPriority w:val="9"/>
    <w:rsid w:val="003F355F"/>
    <w:rPr>
      <w:rFonts w:ascii="Times New Roman" w:eastAsia="Times New Roman" w:hAnsi="Times New Roman" w:cs="Times New Roman"/>
      <w:b/>
      <w:bCs/>
      <w:sz w:val="28"/>
      <w:szCs w:val="20"/>
      <w:u w:val="single"/>
      <w:lang w:val="x-none" w:eastAsia="pt-BR"/>
    </w:rPr>
  </w:style>
  <w:style w:type="character" w:customStyle="1" w:styleId="Ttulo1Char">
    <w:name w:val="Título 1 Char"/>
    <w:basedOn w:val="Fontepargpadro"/>
    <w:link w:val="Ttulo1"/>
    <w:uiPriority w:val="9"/>
    <w:rsid w:val="003F355F"/>
    <w:rPr>
      <w:rFonts w:ascii="Arial" w:eastAsia="Arial" w:hAnsi="Arial" w:cs="Arial"/>
      <w:b/>
      <w:bCs/>
      <w:sz w:val="24"/>
      <w:szCs w:val="24"/>
      <w:lang w:val="pt-PT"/>
    </w:rPr>
  </w:style>
  <w:style w:type="character" w:customStyle="1" w:styleId="Ttulo2Char">
    <w:name w:val="Título 2 Char"/>
    <w:aliases w:val="Item Char"/>
    <w:basedOn w:val="Fontepargpadro"/>
    <w:link w:val="Ttulo2"/>
    <w:uiPriority w:val="9"/>
    <w:rsid w:val="003F355F"/>
    <w:rPr>
      <w:rFonts w:ascii="Arial" w:eastAsia="Arial" w:hAnsi="Arial" w:cs="Arial"/>
      <w:b/>
      <w:bCs/>
      <w:sz w:val="24"/>
      <w:szCs w:val="24"/>
      <w:lang w:val="pt-PT"/>
    </w:rPr>
  </w:style>
  <w:style w:type="character" w:styleId="nfase">
    <w:name w:val="Emphasis"/>
    <w:uiPriority w:val="20"/>
    <w:qFormat/>
    <w:rsid w:val="003F355F"/>
    <w:rPr>
      <w:b/>
      <w:bCs w:val="0"/>
      <w:i w:val="0"/>
      <w:iCs w:val="0"/>
    </w:rPr>
  </w:style>
  <w:style w:type="character" w:customStyle="1" w:styleId="Ttulo2Char1">
    <w:name w:val="Título 2 Char1"/>
    <w:aliases w:val="Item Char1"/>
    <w:basedOn w:val="Fontepargpadro"/>
    <w:semiHidden/>
    <w:rsid w:val="003F355F"/>
    <w:rPr>
      <w:rFonts w:asciiTheme="majorHAnsi" w:eastAsiaTheme="majorEastAsia" w:hAnsiTheme="majorHAnsi" w:cstheme="majorBidi"/>
      <w:color w:val="365F91" w:themeColor="accent1" w:themeShade="BF"/>
      <w:sz w:val="32"/>
      <w:szCs w:val="32"/>
      <w:lang w:eastAsia="en-US"/>
    </w:rPr>
  </w:style>
  <w:style w:type="character" w:customStyle="1" w:styleId="Ttulo3Char1">
    <w:name w:val="Título 3 Char1"/>
    <w:aliases w:val="3 Char1,h4 Char1,h3 Char1,section:3 Char1"/>
    <w:basedOn w:val="Fontepargpadro"/>
    <w:semiHidden/>
    <w:rsid w:val="003F355F"/>
    <w:rPr>
      <w:rFonts w:asciiTheme="minorHAnsi" w:eastAsiaTheme="majorEastAsia" w:hAnsiTheme="minorHAnsi" w:cstheme="majorBidi"/>
      <w:color w:val="365F91" w:themeColor="accent1" w:themeShade="BF"/>
      <w:sz w:val="28"/>
      <w:szCs w:val="28"/>
      <w:lang w:eastAsia="en-US"/>
    </w:rPr>
  </w:style>
  <w:style w:type="paragraph" w:styleId="Pr-formataoHTML">
    <w:name w:val="HTML Preformatted"/>
    <w:basedOn w:val="Normal"/>
    <w:link w:val="Pr-formataoHTMLChar"/>
    <w:uiPriority w:val="99"/>
    <w:unhideWhenUsed/>
    <w:rsid w:val="003F35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pPr>
    <w:rPr>
      <w:rFonts w:ascii="Courier New" w:eastAsia="Times New Roman" w:hAnsi="Courier New" w:cs="Times New Roman"/>
      <w:sz w:val="24"/>
      <w:szCs w:val="20"/>
      <w:lang w:val="x-none" w:eastAsia="x-none"/>
    </w:rPr>
  </w:style>
  <w:style w:type="character" w:customStyle="1" w:styleId="Pr-formataoHTMLChar">
    <w:name w:val="Pré-formatação HTML Char"/>
    <w:basedOn w:val="Fontepargpadro"/>
    <w:link w:val="Pr-formataoHTML"/>
    <w:uiPriority w:val="99"/>
    <w:rsid w:val="003F355F"/>
    <w:rPr>
      <w:rFonts w:ascii="Courier New" w:eastAsia="Times New Roman" w:hAnsi="Courier New" w:cs="Times New Roman"/>
      <w:sz w:val="24"/>
      <w:szCs w:val="20"/>
      <w:lang w:val="x-none" w:eastAsia="x-none"/>
    </w:rPr>
  </w:style>
  <w:style w:type="character" w:customStyle="1" w:styleId="TtuloChar">
    <w:name w:val="Título Char"/>
    <w:basedOn w:val="Fontepargpadro"/>
    <w:link w:val="Ttulo"/>
    <w:uiPriority w:val="10"/>
    <w:locked/>
    <w:rsid w:val="003F355F"/>
    <w:rPr>
      <w:rFonts w:ascii="Times New Roman" w:hAnsi="Times New Roman" w:cs="Times New Roman"/>
      <w:sz w:val="28"/>
      <w:lang w:val="x-none"/>
    </w:rPr>
  </w:style>
  <w:style w:type="character" w:customStyle="1" w:styleId="CorpodetextoChar">
    <w:name w:val="Corpo de texto Char"/>
    <w:aliases w:val="Item da conclusão Char"/>
    <w:basedOn w:val="Fontepargpadro"/>
    <w:link w:val="Corpodetexto"/>
    <w:uiPriority w:val="1"/>
    <w:locked/>
    <w:rsid w:val="003F355F"/>
    <w:rPr>
      <w:rFonts w:ascii="Arial MT" w:eastAsia="Arial MT" w:hAnsi="Arial MT" w:cs="Arial MT"/>
      <w:sz w:val="24"/>
      <w:szCs w:val="24"/>
      <w:lang w:val="pt-PT"/>
    </w:rPr>
  </w:style>
  <w:style w:type="character" w:customStyle="1" w:styleId="CorpodetextoChar1">
    <w:name w:val="Corpo de texto Char1"/>
    <w:aliases w:val="Item da conclusão Char1"/>
    <w:basedOn w:val="Fontepargpadro"/>
    <w:semiHidden/>
    <w:rsid w:val="003F355F"/>
    <w:rPr>
      <w:rFonts w:ascii="Cambria" w:eastAsia="Times New Roman" w:hAnsi="Cambria" w:cs="Times New Roman"/>
      <w:sz w:val="24"/>
      <w:szCs w:val="24"/>
      <w:lang w:val="pt-BR"/>
    </w:rPr>
  </w:style>
  <w:style w:type="character" w:customStyle="1" w:styleId="CabealhodamensagemChar">
    <w:name w:val="Cabeçalho da mensagem Char"/>
    <w:basedOn w:val="Fontepargpadro"/>
    <w:link w:val="Cabealhodamensagem"/>
    <w:locked/>
    <w:rsid w:val="003F355F"/>
    <w:rPr>
      <w:rFonts w:ascii="Arial" w:hAnsi="Arial" w:cs="Arial"/>
      <w:shd w:val="pct20" w:color="auto" w:fill="auto"/>
      <w:lang w:val="x-none" w:eastAsia="x-none"/>
    </w:rPr>
  </w:style>
  <w:style w:type="character" w:customStyle="1" w:styleId="SubttuloChar">
    <w:name w:val="Subtítulo Char"/>
    <w:basedOn w:val="Fontepargpadro"/>
    <w:link w:val="Subttulo"/>
    <w:uiPriority w:val="11"/>
    <w:locked/>
    <w:rsid w:val="003F355F"/>
    <w:rPr>
      <w:rFonts w:ascii="Arial" w:hAnsi="Arial" w:cs="Arial"/>
      <w:b/>
      <w:bCs/>
      <w:sz w:val="28"/>
      <w:lang w:val="x-none"/>
    </w:rPr>
  </w:style>
  <w:style w:type="character" w:customStyle="1" w:styleId="DataChar">
    <w:name w:val="Data Char"/>
    <w:basedOn w:val="Fontepargpadro"/>
    <w:link w:val="Data"/>
    <w:uiPriority w:val="99"/>
    <w:locked/>
    <w:rsid w:val="003F355F"/>
    <w:rPr>
      <w:rFonts w:ascii="Arial" w:hAnsi="Arial" w:cs="Arial"/>
      <w:sz w:val="24"/>
      <w:lang w:val="x-none" w:eastAsia="x-none"/>
    </w:rPr>
  </w:style>
  <w:style w:type="character" w:customStyle="1" w:styleId="Corpodetexto2Char">
    <w:name w:val="Corpo de texto 2 Char"/>
    <w:basedOn w:val="Fontepargpadro"/>
    <w:link w:val="Corpodetexto2"/>
    <w:uiPriority w:val="99"/>
    <w:locked/>
    <w:rsid w:val="003F355F"/>
    <w:rPr>
      <w:rFonts w:ascii="Times New Roman" w:hAnsi="Times New Roman" w:cs="Times New Roman"/>
      <w:sz w:val="28"/>
      <w:lang w:val="x-none"/>
    </w:rPr>
  </w:style>
  <w:style w:type="character" w:customStyle="1" w:styleId="Corpodetexto3Char">
    <w:name w:val="Corpo de texto 3 Char"/>
    <w:basedOn w:val="Fontepargpadro"/>
    <w:link w:val="Corpodetexto3"/>
    <w:uiPriority w:val="99"/>
    <w:locked/>
    <w:rsid w:val="003F355F"/>
    <w:rPr>
      <w:rFonts w:ascii="Times New Roman" w:hAnsi="Times New Roman" w:cs="Times New Roman"/>
      <w:sz w:val="25"/>
      <w:lang w:val="x-none"/>
    </w:rPr>
  </w:style>
  <w:style w:type="character" w:customStyle="1" w:styleId="Recuodecorpodetexto2Char">
    <w:name w:val="Recuo de corpo de texto 2 Char"/>
    <w:basedOn w:val="Fontepargpadro"/>
    <w:link w:val="Recuodecorpodetexto2"/>
    <w:locked/>
    <w:rsid w:val="003F355F"/>
    <w:rPr>
      <w:rFonts w:ascii="Times New Roman" w:hAnsi="Times New Roman" w:cs="Times New Roman"/>
      <w:lang w:val="x-none"/>
    </w:rPr>
  </w:style>
  <w:style w:type="character" w:customStyle="1" w:styleId="Recuodecorpodetexto3Char">
    <w:name w:val="Recuo de corpo de texto 3 Char"/>
    <w:basedOn w:val="Fontepargpadro"/>
    <w:link w:val="Recuodecorpodetexto3"/>
    <w:locked/>
    <w:rsid w:val="003F355F"/>
    <w:rPr>
      <w:rFonts w:ascii="Times New Roman" w:hAnsi="Times New Roman" w:cs="Times New Roman"/>
      <w:sz w:val="16"/>
      <w:szCs w:val="16"/>
      <w:lang w:val="x-none" w:eastAsia="x-none"/>
    </w:rPr>
  </w:style>
  <w:style w:type="character" w:customStyle="1" w:styleId="MapadoDocumentoChar">
    <w:name w:val="Mapa do Documento Char"/>
    <w:basedOn w:val="Fontepargpadro"/>
    <w:link w:val="MapadoDocumento"/>
    <w:locked/>
    <w:rsid w:val="003F355F"/>
    <w:rPr>
      <w:rFonts w:ascii="Tahoma" w:hAnsi="Tahoma" w:cs="Tahoma"/>
      <w:shd w:val="clear" w:color="auto" w:fill="000080"/>
      <w:lang w:val="x-none" w:eastAsia="x-none"/>
    </w:rPr>
  </w:style>
  <w:style w:type="character" w:customStyle="1" w:styleId="TextosemFormataoChar">
    <w:name w:val="Texto sem Formatação Char"/>
    <w:aliases w:val="Texto simples Char"/>
    <w:basedOn w:val="Fontepargpadro"/>
    <w:link w:val="TextosemFormatao"/>
    <w:locked/>
    <w:rsid w:val="003F355F"/>
    <w:rPr>
      <w:rFonts w:ascii="Courier New" w:hAnsi="Courier New" w:cs="Courier New"/>
      <w:lang w:val="x-none"/>
    </w:rPr>
  </w:style>
  <w:style w:type="paragraph" w:styleId="TextosemFormatao">
    <w:name w:val="Plain Text"/>
    <w:aliases w:val="Texto simples"/>
    <w:basedOn w:val="Normal"/>
    <w:link w:val="TextosemFormataoChar"/>
    <w:unhideWhenUsed/>
    <w:rsid w:val="003F355F"/>
    <w:pPr>
      <w:widowControl/>
      <w:autoSpaceDE/>
      <w:autoSpaceDN/>
    </w:pPr>
    <w:rPr>
      <w:rFonts w:ascii="Courier New" w:eastAsiaTheme="minorHAnsi" w:hAnsi="Courier New" w:cs="Courier New"/>
      <w:lang w:val="x-none"/>
    </w:rPr>
  </w:style>
  <w:style w:type="character" w:customStyle="1" w:styleId="TextosemFormataoChar1">
    <w:name w:val="Texto sem Formatação Char1"/>
    <w:aliases w:val="Texto simples Char1"/>
    <w:basedOn w:val="Fontepargpadro"/>
    <w:semiHidden/>
    <w:rsid w:val="003F355F"/>
    <w:rPr>
      <w:rFonts w:ascii="Consolas" w:eastAsia="Arial MT" w:hAnsi="Consolas" w:cs="Arial MT"/>
      <w:sz w:val="21"/>
      <w:szCs w:val="21"/>
      <w:lang w:val="pt-PT"/>
    </w:rPr>
  </w:style>
  <w:style w:type="character" w:customStyle="1" w:styleId="TextodecomentrioChar1">
    <w:name w:val="Texto de comentário Char1"/>
    <w:basedOn w:val="Fontepargpadro"/>
    <w:uiPriority w:val="99"/>
    <w:semiHidden/>
    <w:rsid w:val="003F355F"/>
    <w:rPr>
      <w:rFonts w:ascii="Cambria" w:eastAsia="Times New Roman" w:hAnsi="Cambria" w:cs="Times New Roman"/>
      <w:sz w:val="20"/>
      <w:szCs w:val="20"/>
      <w:lang w:val="pt-BR"/>
    </w:rPr>
  </w:style>
  <w:style w:type="character" w:customStyle="1" w:styleId="TextodebaloChar1">
    <w:name w:val="Texto de balão Char1"/>
    <w:uiPriority w:val="99"/>
    <w:semiHidden/>
    <w:locked/>
    <w:rsid w:val="003F355F"/>
    <w:rPr>
      <w:rFonts w:ascii="Lucida Grande" w:hAnsi="Lucida Grande"/>
      <w:sz w:val="18"/>
      <w:szCs w:val="18"/>
      <w:lang w:val="x-none" w:eastAsia="x-none"/>
    </w:rPr>
  </w:style>
  <w:style w:type="character" w:customStyle="1" w:styleId="SemEspaamentoChar">
    <w:name w:val="Sem Espaçamento Char"/>
    <w:link w:val="SemEspaamento"/>
    <w:uiPriority w:val="1"/>
    <w:qFormat/>
    <w:locked/>
    <w:rsid w:val="003F355F"/>
    <w:rPr>
      <w:rFonts w:ascii="Calibri" w:eastAsia="Calibri" w:hAnsi="Calibri" w:cs="Calibri"/>
    </w:rPr>
  </w:style>
  <w:style w:type="paragraph" w:customStyle="1" w:styleId="Ttulo25">
    <w:name w:val="Título 25"/>
    <w:basedOn w:val="Normal"/>
    <w:rsid w:val="003F355F"/>
    <w:pPr>
      <w:widowControl/>
      <w:autoSpaceDE/>
      <w:autoSpaceDN/>
      <w:spacing w:before="100" w:beforeAutospacing="1" w:after="100" w:afterAutospacing="1"/>
      <w:outlineLvl w:val="2"/>
    </w:pPr>
    <w:rPr>
      <w:rFonts w:ascii="Times New Roman" w:eastAsia="Times New Roman" w:hAnsi="Times New Roman" w:cs="Times New Roman"/>
      <w:b/>
      <w:bCs/>
      <w:color w:val="6F326A"/>
      <w:sz w:val="34"/>
      <w:szCs w:val="34"/>
      <w:lang w:val="pt-BR" w:eastAsia="pt-BR"/>
    </w:rPr>
  </w:style>
  <w:style w:type="paragraph" w:customStyle="1" w:styleId="Corpodetexto31">
    <w:name w:val="Corpo de texto 31"/>
    <w:basedOn w:val="Normal"/>
    <w:rsid w:val="003F355F"/>
    <w:pPr>
      <w:autoSpaceDE/>
      <w:autoSpaceDN/>
      <w:jc w:val="both"/>
    </w:pPr>
    <w:rPr>
      <w:rFonts w:ascii="Times New Roman" w:eastAsia="Times New Roman" w:hAnsi="Times New Roman" w:cs="Times New Roman"/>
      <w:sz w:val="20"/>
      <w:szCs w:val="20"/>
      <w:lang w:val="pt-BR" w:eastAsia="pt-BR"/>
    </w:rPr>
  </w:style>
  <w:style w:type="paragraph" w:customStyle="1" w:styleId="texto1">
    <w:name w:val="texto1"/>
    <w:basedOn w:val="Normal"/>
    <w:rsid w:val="003F355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servado3">
    <w:name w:val="reservado3"/>
    <w:basedOn w:val="Normal"/>
    <w:qFormat/>
    <w:rsid w:val="003F355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ascii="Arial" w:eastAsia="Times New Roman" w:hAnsi="Arial" w:cs="Times New Roman"/>
      <w:spacing w:val="-3"/>
      <w:sz w:val="24"/>
      <w:szCs w:val="20"/>
      <w:lang w:val="en-US" w:eastAsia="pt-BR"/>
    </w:rPr>
  </w:style>
  <w:style w:type="paragraph" w:customStyle="1" w:styleId="Corpo">
    <w:name w:val="Corpo"/>
    <w:rsid w:val="003F355F"/>
    <w:pPr>
      <w:widowControl/>
      <w:adjustRightInd w:val="0"/>
    </w:pPr>
    <w:rPr>
      <w:rFonts w:ascii="Times New Roman" w:eastAsia="Times New Roman" w:hAnsi="Times New Roman" w:cs="Times New Roman"/>
      <w:color w:val="000000"/>
      <w:sz w:val="20"/>
      <w:szCs w:val="20"/>
      <w:lang w:val="pt-BR" w:eastAsia="pt-BR"/>
    </w:rPr>
  </w:style>
  <w:style w:type="paragraph" w:customStyle="1" w:styleId="Corpodetexto1">
    <w:name w:val="Corpo de texto1"/>
    <w:rsid w:val="003F355F"/>
    <w:pPr>
      <w:widowControl/>
      <w:autoSpaceDE/>
      <w:autoSpaceDN/>
    </w:pPr>
    <w:rPr>
      <w:rFonts w:ascii="CG Times" w:eastAsia="Times New Roman" w:hAnsi="CG Times" w:cs="Times New Roman"/>
      <w:color w:val="000000"/>
      <w:sz w:val="24"/>
      <w:szCs w:val="20"/>
      <w:lang w:eastAsia="pt-BR"/>
    </w:rPr>
  </w:style>
  <w:style w:type="paragraph" w:customStyle="1" w:styleId="P30">
    <w:name w:val="P30"/>
    <w:basedOn w:val="Normal"/>
    <w:rsid w:val="003F355F"/>
    <w:pPr>
      <w:widowControl/>
      <w:autoSpaceDE/>
      <w:autoSpaceDN/>
      <w:snapToGrid w:val="0"/>
      <w:jc w:val="both"/>
    </w:pPr>
    <w:rPr>
      <w:rFonts w:ascii="Times New Roman" w:eastAsia="Times New Roman" w:hAnsi="Times New Roman" w:cs="Times New Roman"/>
      <w:b/>
      <w:sz w:val="24"/>
      <w:szCs w:val="20"/>
      <w:lang w:val="pt-BR" w:eastAsia="pt-BR"/>
    </w:rPr>
  </w:style>
  <w:style w:type="paragraph" w:customStyle="1" w:styleId="Estilo1">
    <w:name w:val="Estilo1"/>
    <w:basedOn w:val="Normal"/>
    <w:rsid w:val="003F355F"/>
    <w:pPr>
      <w:widowControl/>
      <w:autoSpaceDE/>
      <w:autoSpaceDN/>
      <w:spacing w:after="120" w:line="360" w:lineRule="auto"/>
      <w:ind w:left="567"/>
      <w:jc w:val="both"/>
    </w:pPr>
    <w:rPr>
      <w:rFonts w:ascii="Times New Roman" w:eastAsia="Times New Roman" w:hAnsi="Times New Roman" w:cs="Times New Roman"/>
      <w:sz w:val="20"/>
      <w:szCs w:val="20"/>
      <w:lang w:val="pt-BR" w:eastAsia="pt-BR"/>
    </w:rPr>
  </w:style>
  <w:style w:type="paragraph" w:customStyle="1" w:styleId="A250875">
    <w:name w:val="_A250875"/>
    <w:basedOn w:val="Normal"/>
    <w:rsid w:val="003F355F"/>
    <w:pPr>
      <w:widowControl/>
      <w:autoSpaceDE/>
      <w:autoSpaceDN/>
      <w:ind w:left="1008" w:firstLine="3456"/>
      <w:jc w:val="both"/>
    </w:pPr>
    <w:rPr>
      <w:rFonts w:ascii="Tms Rmn" w:eastAsia="Times New Roman" w:hAnsi="Tms Rmn" w:cs="Times New Roman"/>
      <w:sz w:val="24"/>
      <w:szCs w:val="20"/>
      <w:lang w:val="pt-BR" w:eastAsia="pt-BR"/>
    </w:rPr>
  </w:style>
  <w:style w:type="paragraph" w:customStyle="1" w:styleId="A251075">
    <w:name w:val="_A251075"/>
    <w:basedOn w:val="Normal"/>
    <w:rsid w:val="003F355F"/>
    <w:pPr>
      <w:widowControl/>
      <w:tabs>
        <w:tab w:val="left" w:pos="3600"/>
      </w:tabs>
      <w:autoSpaceDE/>
      <w:autoSpaceDN/>
      <w:ind w:left="1296" w:firstLine="3456"/>
      <w:jc w:val="both"/>
    </w:pPr>
    <w:rPr>
      <w:rFonts w:ascii="Tms Rmn" w:eastAsia="Times New Roman" w:hAnsi="Tms Rmn" w:cs="Times New Roman"/>
      <w:sz w:val="24"/>
      <w:szCs w:val="20"/>
      <w:lang w:val="pt-BR" w:eastAsia="pt-BR"/>
    </w:rPr>
  </w:style>
  <w:style w:type="paragraph" w:customStyle="1" w:styleId="A251275">
    <w:name w:val="_A251275"/>
    <w:basedOn w:val="Normal"/>
    <w:rsid w:val="003F355F"/>
    <w:pPr>
      <w:widowControl/>
      <w:tabs>
        <w:tab w:val="left" w:pos="3600"/>
      </w:tabs>
      <w:autoSpaceDE/>
      <w:autoSpaceDN/>
      <w:ind w:left="1584" w:firstLine="3456"/>
      <w:jc w:val="both"/>
    </w:pPr>
    <w:rPr>
      <w:rFonts w:ascii="Tms Rmn" w:eastAsia="Times New Roman" w:hAnsi="Tms Rmn" w:cs="Times New Roman"/>
      <w:sz w:val="24"/>
      <w:szCs w:val="20"/>
      <w:lang w:val="pt-BR" w:eastAsia="pt-BR"/>
    </w:rPr>
  </w:style>
  <w:style w:type="paragraph" w:customStyle="1" w:styleId="Corpodetexto21">
    <w:name w:val="Corpo de texto 21"/>
    <w:basedOn w:val="Normal"/>
    <w:rsid w:val="003F355F"/>
    <w:pPr>
      <w:widowControl/>
      <w:autoSpaceDE/>
      <w:autoSpaceDN/>
      <w:ind w:firstLine="709"/>
      <w:jc w:val="both"/>
    </w:pPr>
    <w:rPr>
      <w:rFonts w:ascii="Times New Roman" w:eastAsia="Times New Roman" w:hAnsi="Times New Roman" w:cs="Times New Roman"/>
      <w:sz w:val="24"/>
      <w:szCs w:val="20"/>
      <w:lang w:val="pt-BR" w:eastAsia="pt-BR"/>
    </w:rPr>
  </w:style>
  <w:style w:type="paragraph" w:customStyle="1" w:styleId="A251175">
    <w:name w:val="_A251175"/>
    <w:basedOn w:val="Normal"/>
    <w:rsid w:val="003F355F"/>
    <w:pPr>
      <w:widowControl/>
      <w:autoSpaceDE/>
      <w:autoSpaceDN/>
      <w:ind w:left="1440" w:firstLine="3456"/>
      <w:jc w:val="both"/>
    </w:pPr>
    <w:rPr>
      <w:rFonts w:ascii="Tms Rmn" w:eastAsia="Times New Roman" w:hAnsi="Tms Rmn" w:cs="Times New Roman"/>
      <w:sz w:val="24"/>
      <w:szCs w:val="20"/>
      <w:lang w:val="pt-BR" w:eastAsia="pt-BR"/>
    </w:rPr>
  </w:style>
  <w:style w:type="paragraph" w:customStyle="1" w:styleId="10">
    <w:name w:val="10"/>
    <w:basedOn w:val="Normal"/>
    <w:rsid w:val="003F355F"/>
    <w:pPr>
      <w:widowControl/>
      <w:autoSpaceDE/>
      <w:autoSpaceDN/>
      <w:ind w:left="851" w:hanging="567"/>
      <w:jc w:val="both"/>
    </w:pPr>
    <w:rPr>
      <w:rFonts w:ascii="Times New Roman" w:eastAsia="Times New Roman" w:hAnsi="Times New Roman" w:cs="Times New Roman"/>
      <w:sz w:val="24"/>
      <w:szCs w:val="20"/>
      <w:lang w:val="pt-BR" w:eastAsia="pt-BR"/>
    </w:rPr>
  </w:style>
  <w:style w:type="paragraph" w:customStyle="1" w:styleId="BodyText21">
    <w:name w:val="Body Text 21"/>
    <w:basedOn w:val="Normal"/>
    <w:rsid w:val="003F355F"/>
    <w:pPr>
      <w:widowControl/>
      <w:autoSpaceDE/>
      <w:autoSpaceDN/>
      <w:snapToGrid w:val="0"/>
      <w:jc w:val="both"/>
    </w:pPr>
    <w:rPr>
      <w:rFonts w:ascii="Times New Roman" w:eastAsia="Times New Roman" w:hAnsi="Times New Roman" w:cs="Times New Roman"/>
      <w:sz w:val="24"/>
      <w:szCs w:val="24"/>
      <w:lang w:val="pt-BR" w:eastAsia="pt-BR"/>
    </w:rPr>
  </w:style>
  <w:style w:type="paragraph" w:customStyle="1" w:styleId="western">
    <w:name w:val="western"/>
    <w:basedOn w:val="Normal"/>
    <w:rsid w:val="003F355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10">
    <w:name w:val="p10"/>
    <w:basedOn w:val="Normal"/>
    <w:rsid w:val="003F355F"/>
    <w:pPr>
      <w:widowControl/>
      <w:tabs>
        <w:tab w:val="left" w:pos="720"/>
      </w:tabs>
      <w:autoSpaceDE/>
      <w:autoSpaceDN/>
      <w:spacing w:line="240" w:lineRule="atLeast"/>
      <w:jc w:val="both"/>
    </w:pPr>
    <w:rPr>
      <w:rFonts w:ascii="Times New Roman" w:eastAsia="Times New Roman" w:hAnsi="Times New Roman" w:cs="Times New Roman"/>
      <w:sz w:val="24"/>
      <w:szCs w:val="20"/>
      <w:lang w:val="pt-BR" w:eastAsia="pt-BR"/>
    </w:rPr>
  </w:style>
  <w:style w:type="paragraph" w:customStyle="1" w:styleId="xl24">
    <w:name w:val="xl24"/>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10"/>
      <w:szCs w:val="10"/>
      <w:lang w:val="pt-BR" w:eastAsia="pt-BR"/>
    </w:rPr>
  </w:style>
  <w:style w:type="paragraph" w:customStyle="1" w:styleId="xl25">
    <w:name w:val="xl25"/>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10"/>
      <w:szCs w:val="10"/>
      <w:lang w:val="pt-BR" w:eastAsia="pt-BR"/>
    </w:rPr>
  </w:style>
  <w:style w:type="paragraph" w:customStyle="1" w:styleId="xl26">
    <w:name w:val="xl26"/>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10"/>
      <w:szCs w:val="10"/>
      <w:lang w:val="pt-BR" w:eastAsia="pt-BR"/>
    </w:rPr>
  </w:style>
  <w:style w:type="paragraph" w:customStyle="1" w:styleId="xl27">
    <w:name w:val="xl27"/>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10"/>
      <w:szCs w:val="10"/>
      <w:lang w:val="pt-BR" w:eastAsia="pt-BR"/>
    </w:rPr>
  </w:style>
  <w:style w:type="paragraph" w:customStyle="1" w:styleId="xl28">
    <w:name w:val="xl28"/>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0"/>
      <w:szCs w:val="10"/>
      <w:lang w:val="pt-BR" w:eastAsia="pt-BR"/>
    </w:rPr>
  </w:style>
  <w:style w:type="paragraph" w:customStyle="1" w:styleId="xl29">
    <w:name w:val="xl29"/>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10"/>
      <w:szCs w:val="10"/>
      <w:lang w:val="pt-BR" w:eastAsia="pt-BR"/>
    </w:rPr>
  </w:style>
  <w:style w:type="paragraph" w:customStyle="1" w:styleId="xl30">
    <w:name w:val="xl30"/>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0"/>
      <w:szCs w:val="10"/>
      <w:lang w:val="pt-BR" w:eastAsia="pt-BR"/>
    </w:rPr>
  </w:style>
  <w:style w:type="paragraph" w:customStyle="1" w:styleId="xl31">
    <w:name w:val="xl31"/>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0"/>
      <w:szCs w:val="10"/>
      <w:lang w:val="pt-BR" w:eastAsia="pt-BR"/>
    </w:rPr>
  </w:style>
  <w:style w:type="paragraph" w:customStyle="1" w:styleId="xl32">
    <w:name w:val="xl32"/>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10"/>
      <w:szCs w:val="10"/>
      <w:lang w:val="pt-BR" w:eastAsia="pt-BR"/>
    </w:rPr>
  </w:style>
  <w:style w:type="paragraph" w:customStyle="1" w:styleId="xl33">
    <w:name w:val="xl33"/>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color w:val="FF0000"/>
      <w:sz w:val="10"/>
      <w:szCs w:val="10"/>
      <w:lang w:val="pt-BR" w:eastAsia="pt-BR"/>
    </w:rPr>
  </w:style>
  <w:style w:type="paragraph" w:customStyle="1" w:styleId="xl34">
    <w:name w:val="xl34"/>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10"/>
      <w:szCs w:val="10"/>
      <w:lang w:val="pt-BR" w:eastAsia="pt-BR"/>
    </w:rPr>
  </w:style>
  <w:style w:type="paragraph" w:customStyle="1" w:styleId="xl35">
    <w:name w:val="xl35"/>
    <w:basedOn w:val="Normal"/>
    <w:rsid w:val="003F355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10"/>
      <w:szCs w:val="10"/>
      <w:lang w:val="pt-BR" w:eastAsia="pt-BR"/>
    </w:rPr>
  </w:style>
  <w:style w:type="paragraph" w:customStyle="1" w:styleId="Recuodecorpodetexto21">
    <w:name w:val="Recuo de corpo de texto 21"/>
    <w:basedOn w:val="Normal"/>
    <w:rsid w:val="003F355F"/>
    <w:pPr>
      <w:suppressAutoHyphens/>
      <w:autoSpaceDE/>
      <w:autoSpaceDN/>
      <w:ind w:left="3402"/>
      <w:jc w:val="both"/>
    </w:pPr>
    <w:rPr>
      <w:rFonts w:ascii="Times New Roman" w:eastAsia="Times New Roman" w:hAnsi="Times New Roman" w:cs="Times New Roman"/>
      <w:b/>
      <w:i/>
      <w:sz w:val="24"/>
      <w:szCs w:val="20"/>
      <w:lang w:val="pt-BR" w:eastAsia="ar-SA"/>
    </w:rPr>
  </w:style>
  <w:style w:type="paragraph" w:customStyle="1" w:styleId="WW-Texto">
    <w:name w:val="WW-Texto"/>
    <w:basedOn w:val="Normal"/>
    <w:rsid w:val="003F355F"/>
    <w:pPr>
      <w:tabs>
        <w:tab w:val="left" w:pos="1418"/>
      </w:tabs>
      <w:suppressAutoHyphens/>
      <w:autoSpaceDE/>
      <w:autoSpaceDN/>
      <w:spacing w:line="360" w:lineRule="auto"/>
      <w:ind w:firstLine="1418"/>
      <w:jc w:val="both"/>
    </w:pPr>
    <w:rPr>
      <w:rFonts w:ascii="Times New Roman" w:eastAsia="Tahoma" w:hAnsi="Times New Roman" w:cs="Times New Roman"/>
      <w:sz w:val="24"/>
      <w:szCs w:val="20"/>
      <w:lang w:val="pt-BR" w:eastAsia="ar-SA"/>
    </w:rPr>
  </w:style>
  <w:style w:type="paragraph" w:customStyle="1" w:styleId="ecxmsobodytextindent">
    <w:name w:val="ecxmsobodytextindent"/>
    <w:basedOn w:val="Normal"/>
    <w:rsid w:val="003F355F"/>
    <w:pPr>
      <w:widowControl/>
      <w:autoSpaceDE/>
      <w:autoSpaceDN/>
      <w:spacing w:after="324"/>
    </w:pPr>
    <w:rPr>
      <w:rFonts w:ascii="Times New Roman" w:eastAsia="Times New Roman" w:hAnsi="Times New Roman" w:cs="Times New Roman"/>
      <w:sz w:val="24"/>
      <w:szCs w:val="24"/>
      <w:lang w:val="pt-BR" w:eastAsia="pt-BR"/>
    </w:rPr>
  </w:style>
  <w:style w:type="paragraph" w:customStyle="1" w:styleId="p3">
    <w:name w:val="p3"/>
    <w:basedOn w:val="Normal"/>
    <w:rsid w:val="003F355F"/>
    <w:pPr>
      <w:tabs>
        <w:tab w:val="left" w:pos="1160"/>
      </w:tabs>
      <w:autoSpaceDE/>
      <w:autoSpaceDN/>
      <w:snapToGrid w:val="0"/>
      <w:spacing w:line="280" w:lineRule="atLeast"/>
      <w:ind w:left="1440" w:firstLine="1152"/>
      <w:jc w:val="both"/>
    </w:pPr>
    <w:rPr>
      <w:rFonts w:ascii="Times New Roman" w:eastAsia="Times New Roman" w:hAnsi="Times New Roman" w:cs="Times New Roman"/>
      <w:sz w:val="24"/>
      <w:szCs w:val="20"/>
      <w:lang w:val="pt-BR" w:eastAsia="pt-BR"/>
    </w:rPr>
  </w:style>
  <w:style w:type="paragraph" w:customStyle="1" w:styleId="Recuodecorpodetexto31">
    <w:name w:val="Recuo de corpo de texto 31"/>
    <w:basedOn w:val="Normal"/>
    <w:rsid w:val="003F355F"/>
    <w:pPr>
      <w:widowControl/>
      <w:suppressAutoHyphens/>
      <w:autoSpaceDE/>
      <w:autoSpaceDN/>
      <w:ind w:firstLine="2835"/>
    </w:pPr>
    <w:rPr>
      <w:rFonts w:ascii="Arial" w:eastAsia="Times New Roman" w:hAnsi="Arial" w:cs="Times New Roman"/>
      <w:sz w:val="24"/>
      <w:szCs w:val="20"/>
      <w:lang w:val="pt-BR" w:eastAsia="ar-SA"/>
    </w:rPr>
  </w:style>
  <w:style w:type="paragraph" w:customStyle="1" w:styleId="1">
    <w:name w:val="1"/>
    <w:basedOn w:val="Normal"/>
    <w:next w:val="TextosemFormatao"/>
    <w:rsid w:val="003F355F"/>
    <w:pPr>
      <w:widowControl/>
      <w:autoSpaceDE/>
      <w:autoSpaceDN/>
    </w:pPr>
    <w:rPr>
      <w:rFonts w:ascii="Courier New" w:eastAsia="Times New Roman" w:hAnsi="Courier New" w:cs="Times New Roman"/>
      <w:sz w:val="20"/>
      <w:szCs w:val="20"/>
      <w:lang w:val="pt-BR" w:eastAsia="pt-BR"/>
    </w:rPr>
  </w:style>
  <w:style w:type="paragraph" w:customStyle="1" w:styleId="Document1">
    <w:name w:val="Document 1"/>
    <w:rsid w:val="003F355F"/>
    <w:pPr>
      <w:keepNext/>
      <w:keepLines/>
      <w:widowControl/>
      <w:tabs>
        <w:tab w:val="left" w:pos="-720"/>
      </w:tabs>
      <w:suppressAutoHyphens/>
      <w:autoSpaceDE/>
      <w:autoSpaceDN/>
    </w:pPr>
    <w:rPr>
      <w:rFonts w:ascii="Courier New" w:eastAsia="Times New Roman" w:hAnsi="Courier New" w:cs="Times New Roman"/>
      <w:sz w:val="24"/>
      <w:szCs w:val="20"/>
      <w:lang w:eastAsia="pt-BR"/>
    </w:rPr>
  </w:style>
  <w:style w:type="paragraph" w:customStyle="1" w:styleId="Listadecontinuao1">
    <w:name w:val="Lista de continuação1"/>
    <w:basedOn w:val="Normal"/>
    <w:rsid w:val="003F355F"/>
    <w:pPr>
      <w:suppressAutoHyphens/>
      <w:autoSpaceDE/>
      <w:autoSpaceDN/>
      <w:adjustRightInd w:val="0"/>
      <w:spacing w:after="120" w:line="360" w:lineRule="atLeast"/>
      <w:ind w:left="283"/>
    </w:pPr>
    <w:rPr>
      <w:rFonts w:ascii="Times New Roman" w:eastAsia="Times New Roman" w:hAnsi="Times New Roman" w:cs="Times New Roman"/>
      <w:sz w:val="20"/>
      <w:szCs w:val="20"/>
      <w:lang w:val="pt-BR" w:eastAsia="ar-SA"/>
    </w:rPr>
  </w:style>
  <w:style w:type="paragraph" w:customStyle="1" w:styleId="Corpodetexto20">
    <w:name w:val="Corpo de texto2"/>
    <w:rsid w:val="003F355F"/>
    <w:pPr>
      <w:widowControl/>
      <w:autoSpaceDE/>
      <w:autoSpaceDN/>
    </w:pPr>
    <w:rPr>
      <w:rFonts w:ascii="CG Times" w:eastAsia="Times New Roman" w:hAnsi="CG Times" w:cs="Times New Roman"/>
      <w:color w:val="000000"/>
      <w:sz w:val="24"/>
      <w:szCs w:val="20"/>
      <w:lang w:eastAsia="pt-BR"/>
    </w:rPr>
  </w:style>
  <w:style w:type="paragraph" w:customStyle="1" w:styleId="Corpodetexto32">
    <w:name w:val="Corpo de texto 32"/>
    <w:basedOn w:val="Normal"/>
    <w:rsid w:val="003F355F"/>
    <w:pPr>
      <w:autoSpaceDE/>
      <w:autoSpaceDN/>
      <w:jc w:val="both"/>
    </w:pPr>
    <w:rPr>
      <w:rFonts w:ascii="Times New Roman" w:eastAsia="Times New Roman" w:hAnsi="Times New Roman" w:cs="Times New Roman"/>
      <w:sz w:val="20"/>
      <w:szCs w:val="20"/>
      <w:lang w:val="pt-BR" w:eastAsia="pt-BR"/>
    </w:rPr>
  </w:style>
  <w:style w:type="paragraph" w:customStyle="1" w:styleId="Corpodetexto22">
    <w:name w:val="Corpo de texto 22"/>
    <w:basedOn w:val="Normal"/>
    <w:rsid w:val="003F355F"/>
    <w:pPr>
      <w:widowControl/>
      <w:autoSpaceDE/>
      <w:autoSpaceDN/>
      <w:ind w:firstLine="709"/>
      <w:jc w:val="both"/>
    </w:pPr>
    <w:rPr>
      <w:rFonts w:ascii="Times New Roman" w:eastAsia="Times New Roman" w:hAnsi="Times New Roman" w:cs="Times New Roman"/>
      <w:sz w:val="24"/>
      <w:szCs w:val="20"/>
      <w:lang w:val="pt-BR" w:eastAsia="pt-BR"/>
    </w:rPr>
  </w:style>
  <w:style w:type="paragraph" w:customStyle="1" w:styleId="Recuodecorpodetexto22">
    <w:name w:val="Recuo de corpo de texto 22"/>
    <w:basedOn w:val="Normal"/>
    <w:rsid w:val="003F355F"/>
    <w:pPr>
      <w:suppressAutoHyphens/>
      <w:autoSpaceDE/>
      <w:autoSpaceDN/>
      <w:ind w:left="3402"/>
      <w:jc w:val="both"/>
    </w:pPr>
    <w:rPr>
      <w:rFonts w:ascii="Times New Roman" w:eastAsia="Times New Roman" w:hAnsi="Times New Roman" w:cs="Times New Roman"/>
      <w:b/>
      <w:i/>
      <w:sz w:val="24"/>
      <w:szCs w:val="20"/>
      <w:lang w:val="pt-BR" w:eastAsia="ar-SA"/>
    </w:rPr>
  </w:style>
  <w:style w:type="paragraph" w:customStyle="1" w:styleId="BodyText31">
    <w:name w:val="Body Text 31"/>
    <w:basedOn w:val="Normal"/>
    <w:rsid w:val="003F355F"/>
    <w:pPr>
      <w:autoSpaceDE/>
      <w:autoSpaceDN/>
      <w:jc w:val="both"/>
    </w:pPr>
    <w:rPr>
      <w:rFonts w:ascii="Times New Roman" w:eastAsia="Times New Roman" w:hAnsi="Times New Roman" w:cs="Times New Roman"/>
      <w:sz w:val="20"/>
      <w:szCs w:val="20"/>
      <w:lang w:val="pt-BR" w:eastAsia="pt-BR"/>
    </w:rPr>
  </w:style>
  <w:style w:type="paragraph" w:customStyle="1" w:styleId="BodyText1">
    <w:name w:val="Body Text1"/>
    <w:rsid w:val="003F355F"/>
    <w:pPr>
      <w:widowControl/>
      <w:autoSpaceDE/>
      <w:autoSpaceDN/>
    </w:pPr>
    <w:rPr>
      <w:rFonts w:ascii="CG Times" w:eastAsia="Times New Roman" w:hAnsi="CG Times" w:cs="Times New Roman"/>
      <w:color w:val="000000"/>
      <w:sz w:val="24"/>
      <w:szCs w:val="20"/>
      <w:lang w:eastAsia="pt-BR"/>
    </w:rPr>
  </w:style>
  <w:style w:type="paragraph" w:customStyle="1" w:styleId="BodyText22">
    <w:name w:val="Body Text 22"/>
    <w:basedOn w:val="Normal"/>
    <w:rsid w:val="003F355F"/>
    <w:pPr>
      <w:widowControl/>
      <w:autoSpaceDE/>
      <w:autoSpaceDN/>
      <w:ind w:firstLine="709"/>
      <w:jc w:val="both"/>
    </w:pPr>
    <w:rPr>
      <w:rFonts w:ascii="Times New Roman" w:eastAsia="Times New Roman" w:hAnsi="Times New Roman" w:cs="Times New Roman"/>
      <w:sz w:val="24"/>
      <w:szCs w:val="20"/>
      <w:lang w:val="pt-BR" w:eastAsia="pt-BR"/>
    </w:rPr>
  </w:style>
  <w:style w:type="paragraph" w:customStyle="1" w:styleId="BodyTextIndent21">
    <w:name w:val="Body Text Indent 21"/>
    <w:basedOn w:val="Normal"/>
    <w:rsid w:val="003F355F"/>
    <w:pPr>
      <w:suppressAutoHyphens/>
      <w:autoSpaceDE/>
      <w:autoSpaceDN/>
      <w:ind w:left="3402"/>
      <w:jc w:val="both"/>
    </w:pPr>
    <w:rPr>
      <w:rFonts w:ascii="Times New Roman" w:eastAsia="Times New Roman" w:hAnsi="Times New Roman" w:cs="Times New Roman"/>
      <w:b/>
      <w:i/>
      <w:sz w:val="24"/>
      <w:szCs w:val="20"/>
      <w:lang w:val="pt-BR" w:eastAsia="ar-SA"/>
    </w:rPr>
  </w:style>
  <w:style w:type="paragraph" w:customStyle="1" w:styleId="SemEspaamento1">
    <w:name w:val="Sem Espaçamento1"/>
    <w:uiPriority w:val="1"/>
    <w:qFormat/>
    <w:rsid w:val="003F355F"/>
    <w:pPr>
      <w:widowControl/>
      <w:autoSpaceDE/>
      <w:autoSpaceDN/>
    </w:pPr>
    <w:rPr>
      <w:rFonts w:ascii="Calibri" w:eastAsia="Calibri" w:hAnsi="Calibri" w:cs="Times New Roman"/>
      <w:lang w:val="pt-BR"/>
    </w:rPr>
  </w:style>
  <w:style w:type="paragraph" w:customStyle="1" w:styleId="Blockquote">
    <w:name w:val="Blockquote"/>
    <w:basedOn w:val="Normal"/>
    <w:rsid w:val="003F355F"/>
    <w:pPr>
      <w:widowControl/>
      <w:autoSpaceDE/>
      <w:autoSpaceDN/>
      <w:spacing w:before="100" w:after="100"/>
      <w:ind w:left="360" w:right="360"/>
      <w:jc w:val="both"/>
    </w:pPr>
    <w:rPr>
      <w:rFonts w:ascii="Arial" w:eastAsia="Times New Roman" w:hAnsi="Arial" w:cs="Times New Roman"/>
      <w:sz w:val="24"/>
      <w:szCs w:val="20"/>
      <w:lang w:val="pt-BR" w:eastAsia="pt-BR"/>
    </w:rPr>
  </w:style>
  <w:style w:type="paragraph" w:customStyle="1" w:styleId="PargrafodaLista1">
    <w:name w:val="Parágrafo da Lista1"/>
    <w:basedOn w:val="Normal"/>
    <w:qFormat/>
    <w:rsid w:val="003F355F"/>
    <w:pPr>
      <w:widowControl/>
      <w:autoSpaceDE/>
      <w:autoSpaceDN/>
      <w:ind w:left="720"/>
      <w:contextualSpacing/>
      <w:jc w:val="both"/>
    </w:pPr>
    <w:rPr>
      <w:rFonts w:ascii="Arial" w:eastAsia="Times New Roman" w:hAnsi="Arial" w:cs="Times New Roman"/>
      <w:sz w:val="24"/>
      <w:szCs w:val="20"/>
      <w:lang w:val="pt-BR" w:eastAsia="pt-BR"/>
    </w:rPr>
  </w:style>
  <w:style w:type="paragraph" w:customStyle="1" w:styleId="Default">
    <w:name w:val="Default"/>
    <w:qFormat/>
    <w:rsid w:val="003F355F"/>
    <w:pPr>
      <w:widowControl/>
      <w:adjustRightInd w:val="0"/>
    </w:pPr>
    <w:rPr>
      <w:rFonts w:ascii="Arial" w:eastAsia="Times New Roman" w:hAnsi="Arial" w:cs="Arial"/>
      <w:color w:val="000000"/>
      <w:sz w:val="24"/>
      <w:szCs w:val="24"/>
      <w:lang w:val="pt-BR"/>
    </w:rPr>
  </w:style>
  <w:style w:type="paragraph" w:customStyle="1" w:styleId="WW-NormalWeb">
    <w:name w:val="WW-Normal (Web)"/>
    <w:basedOn w:val="Normal"/>
    <w:uiPriority w:val="99"/>
    <w:rsid w:val="003F355F"/>
    <w:pPr>
      <w:widowControl/>
      <w:suppressAutoHyphens/>
      <w:autoSpaceDE/>
      <w:autoSpaceDN/>
      <w:spacing w:before="280" w:after="280"/>
      <w:jc w:val="both"/>
    </w:pPr>
    <w:rPr>
      <w:rFonts w:ascii="Arial" w:eastAsia="Times New Roman" w:hAnsi="Arial" w:cs="Times New Roman"/>
      <w:sz w:val="24"/>
      <w:szCs w:val="20"/>
      <w:lang w:val="pt-BR" w:eastAsia="ar-SA"/>
    </w:rPr>
  </w:style>
  <w:style w:type="paragraph" w:customStyle="1" w:styleId="Numerada20">
    <w:name w:val="Numerada 20"/>
    <w:basedOn w:val="Normal"/>
    <w:uiPriority w:val="99"/>
    <w:rsid w:val="003F355F"/>
    <w:pPr>
      <w:tabs>
        <w:tab w:val="left" w:pos="0"/>
        <w:tab w:val="num" w:pos="720"/>
      </w:tabs>
      <w:autoSpaceDE/>
      <w:autoSpaceDN/>
      <w:spacing w:before="120" w:after="120"/>
      <w:ind w:left="720" w:hanging="360"/>
      <w:jc w:val="both"/>
    </w:pPr>
    <w:rPr>
      <w:rFonts w:ascii="Arial" w:eastAsia="Times New Roman" w:hAnsi="Arial" w:cs="Times New Roman"/>
      <w:bCs/>
      <w:szCs w:val="20"/>
      <w:lang w:val="pt-BR" w:eastAsia="pt-BR"/>
    </w:rPr>
  </w:style>
  <w:style w:type="paragraph" w:customStyle="1" w:styleId="Padro">
    <w:name w:val="Padrão"/>
    <w:basedOn w:val="Normal"/>
    <w:uiPriority w:val="99"/>
    <w:rsid w:val="003F355F"/>
    <w:pPr>
      <w:keepLines/>
      <w:widowControl/>
      <w:autoSpaceDE/>
      <w:autoSpaceDN/>
      <w:spacing w:after="320" w:line="320" w:lineRule="exact"/>
      <w:ind w:left="1134"/>
      <w:jc w:val="both"/>
    </w:pPr>
    <w:rPr>
      <w:rFonts w:ascii="Brooklyn" w:eastAsia="Times New Roman" w:hAnsi="Brooklyn" w:cs="Times New Roman"/>
      <w:noProof/>
      <w:sz w:val="24"/>
      <w:szCs w:val="20"/>
      <w:lang w:val="pt-BR"/>
    </w:rPr>
  </w:style>
  <w:style w:type="paragraph" w:customStyle="1" w:styleId="p13">
    <w:name w:val="p13"/>
    <w:basedOn w:val="Normal"/>
    <w:rsid w:val="003F355F"/>
    <w:pPr>
      <w:tabs>
        <w:tab w:val="left" w:pos="400"/>
      </w:tabs>
      <w:autoSpaceDE/>
      <w:autoSpaceDN/>
      <w:spacing w:line="300" w:lineRule="auto"/>
      <w:ind w:left="864" w:hanging="576"/>
    </w:pPr>
    <w:rPr>
      <w:rFonts w:ascii="Times New Roman" w:eastAsia="Times New Roman" w:hAnsi="Times New Roman" w:cs="Times New Roman"/>
      <w:sz w:val="24"/>
      <w:szCs w:val="24"/>
      <w:lang w:val="pt-BR" w:eastAsia="pt-BR"/>
    </w:rPr>
  </w:style>
  <w:style w:type="paragraph" w:customStyle="1" w:styleId="p2">
    <w:name w:val="p2"/>
    <w:basedOn w:val="Normal"/>
    <w:rsid w:val="003F355F"/>
    <w:pPr>
      <w:tabs>
        <w:tab w:val="left" w:pos="1680"/>
      </w:tabs>
      <w:autoSpaceDE/>
      <w:autoSpaceDN/>
      <w:spacing w:line="278" w:lineRule="auto"/>
      <w:ind w:left="288" w:hanging="1008"/>
      <w:jc w:val="both"/>
    </w:pPr>
    <w:rPr>
      <w:rFonts w:ascii="Times New Roman" w:eastAsia="Times New Roman" w:hAnsi="Times New Roman" w:cs="Times New Roman"/>
      <w:sz w:val="24"/>
      <w:szCs w:val="24"/>
      <w:lang w:val="pt-BR" w:eastAsia="pt-BR"/>
    </w:rPr>
  </w:style>
  <w:style w:type="paragraph" w:customStyle="1" w:styleId="clusula0">
    <w:name w:val="cláusula"/>
    <w:basedOn w:val="Normal"/>
    <w:next w:val="Normal"/>
    <w:rsid w:val="003F355F"/>
    <w:pPr>
      <w:keepNext/>
      <w:widowControl/>
      <w:autoSpaceDE/>
      <w:autoSpaceDN/>
      <w:spacing w:before="480" w:after="120"/>
      <w:ind w:left="284" w:hanging="284"/>
      <w:jc w:val="center"/>
    </w:pPr>
    <w:rPr>
      <w:rFonts w:ascii="Ottawa" w:eastAsia="Times New Roman" w:hAnsi="Ottawa" w:cs="Times New Roman"/>
      <w:b/>
      <w:spacing w:val="35"/>
      <w:sz w:val="24"/>
      <w:szCs w:val="20"/>
      <w:lang w:val="pt-BR" w:eastAsia="pt-BR"/>
    </w:rPr>
  </w:style>
  <w:style w:type="paragraph" w:customStyle="1" w:styleId="ClusulaBody">
    <w:name w:val="Cláusula Body"/>
    <w:basedOn w:val="Normal"/>
    <w:rsid w:val="003F355F"/>
    <w:pPr>
      <w:widowControl/>
      <w:autoSpaceDE/>
      <w:autoSpaceDN/>
      <w:spacing w:before="120" w:after="120"/>
      <w:ind w:left="851" w:hanging="454"/>
      <w:jc w:val="both"/>
    </w:pPr>
    <w:rPr>
      <w:rFonts w:ascii="Ottawa" w:eastAsia="Times New Roman" w:hAnsi="Ottawa" w:cs="Times New Roman"/>
      <w:szCs w:val="20"/>
      <w:lang w:val="pt-BR" w:eastAsia="pt-BR"/>
    </w:rPr>
  </w:style>
  <w:style w:type="paragraph" w:customStyle="1" w:styleId="Abertura">
    <w:name w:val="Abertura"/>
    <w:basedOn w:val="Normal"/>
    <w:rsid w:val="003F355F"/>
    <w:pPr>
      <w:widowControl/>
      <w:autoSpaceDE/>
      <w:autoSpaceDN/>
      <w:spacing w:before="567" w:after="567"/>
      <w:ind w:left="284" w:hanging="284"/>
      <w:jc w:val="both"/>
    </w:pPr>
    <w:rPr>
      <w:rFonts w:ascii="Ottawa" w:eastAsia="Times New Roman" w:hAnsi="Ottawa" w:cs="Times New Roman"/>
      <w:szCs w:val="20"/>
      <w:lang w:val="pt-BR" w:eastAsia="pt-BR"/>
    </w:rPr>
  </w:style>
  <w:style w:type="paragraph" w:customStyle="1" w:styleId="p8">
    <w:name w:val="p8"/>
    <w:basedOn w:val="Normal"/>
    <w:rsid w:val="003F355F"/>
    <w:pPr>
      <w:tabs>
        <w:tab w:val="left" w:pos="8260"/>
      </w:tabs>
      <w:autoSpaceDE/>
      <w:autoSpaceDN/>
      <w:ind w:left="6820"/>
    </w:pPr>
    <w:rPr>
      <w:rFonts w:ascii="Times New Roman" w:eastAsia="Times New Roman" w:hAnsi="Times New Roman" w:cs="Times New Roman"/>
      <w:sz w:val="24"/>
      <w:szCs w:val="24"/>
      <w:lang w:val="pt-BR" w:eastAsia="pt-BR"/>
    </w:rPr>
  </w:style>
  <w:style w:type="paragraph" w:customStyle="1" w:styleId="p9">
    <w:name w:val="p9"/>
    <w:basedOn w:val="Normal"/>
    <w:rsid w:val="003F355F"/>
    <w:pPr>
      <w:tabs>
        <w:tab w:val="left" w:pos="420"/>
        <w:tab w:val="left" w:pos="620"/>
      </w:tabs>
      <w:autoSpaceDE/>
      <w:autoSpaceDN/>
      <w:spacing w:line="278" w:lineRule="auto"/>
      <w:ind w:left="864" w:hanging="576"/>
    </w:pPr>
    <w:rPr>
      <w:rFonts w:ascii="Times New Roman" w:eastAsia="Times New Roman" w:hAnsi="Times New Roman" w:cs="Times New Roman"/>
      <w:sz w:val="24"/>
      <w:szCs w:val="24"/>
      <w:lang w:val="pt-BR" w:eastAsia="pt-BR"/>
    </w:rPr>
  </w:style>
  <w:style w:type="paragraph" w:customStyle="1" w:styleId="p5">
    <w:name w:val="p5"/>
    <w:basedOn w:val="Normal"/>
    <w:rsid w:val="003F355F"/>
    <w:pPr>
      <w:tabs>
        <w:tab w:val="left" w:pos="1020"/>
      </w:tabs>
      <w:autoSpaceDE/>
      <w:autoSpaceDN/>
      <w:ind w:left="420"/>
      <w:jc w:val="both"/>
    </w:pPr>
    <w:rPr>
      <w:rFonts w:ascii="Times New Roman" w:eastAsia="Times New Roman" w:hAnsi="Times New Roman" w:cs="Times New Roman"/>
      <w:sz w:val="24"/>
      <w:szCs w:val="24"/>
      <w:lang w:val="pt-BR" w:eastAsia="pt-BR"/>
    </w:rPr>
  </w:style>
  <w:style w:type="paragraph" w:customStyle="1" w:styleId="c1">
    <w:name w:val="c1"/>
    <w:basedOn w:val="Normal"/>
    <w:rsid w:val="003F355F"/>
    <w:pPr>
      <w:jc w:val="center"/>
    </w:pPr>
    <w:rPr>
      <w:rFonts w:ascii="Times New Roman" w:eastAsia="Times New Roman" w:hAnsi="Times New Roman" w:cs="Times New Roman"/>
      <w:sz w:val="20"/>
      <w:szCs w:val="20"/>
      <w:lang w:val="pt-BR" w:eastAsia="pt-BR"/>
    </w:rPr>
  </w:style>
  <w:style w:type="paragraph" w:customStyle="1" w:styleId="Estilo3">
    <w:name w:val="Estilo3"/>
    <w:basedOn w:val="Normal"/>
    <w:qFormat/>
    <w:rsid w:val="003F355F"/>
    <w:pPr>
      <w:numPr>
        <w:ilvl w:val="1"/>
        <w:numId w:val="24"/>
      </w:numPr>
      <w:adjustRightInd w:val="0"/>
      <w:spacing w:before="200" w:after="200"/>
      <w:jc w:val="both"/>
    </w:pPr>
    <w:rPr>
      <w:rFonts w:ascii="Arial" w:eastAsia="Times New Roman" w:hAnsi="Arial" w:cs="Arial"/>
      <w:b/>
      <w:bCs/>
      <w:sz w:val="20"/>
      <w:lang w:val="pt-BR" w:eastAsia="pt-BR"/>
    </w:rPr>
  </w:style>
  <w:style w:type="character" w:customStyle="1" w:styleId="TpicogeralChar">
    <w:name w:val="Tópico_geral Char"/>
    <w:link w:val="Tpicogeral"/>
    <w:locked/>
    <w:rsid w:val="003F355F"/>
    <w:rPr>
      <w:rFonts w:ascii="Times New Roman" w:hAnsi="Times New Roman" w:cs="Times New Roman"/>
      <w:color w:val="000000"/>
      <w:sz w:val="24"/>
      <w:szCs w:val="24"/>
      <w:lang w:val="x-none" w:eastAsia="x-none"/>
    </w:rPr>
  </w:style>
  <w:style w:type="paragraph" w:customStyle="1" w:styleId="Tpicogeral">
    <w:name w:val="Tópico_geral"/>
    <w:basedOn w:val="Normal"/>
    <w:link w:val="TpicogeralChar"/>
    <w:qFormat/>
    <w:rsid w:val="003F355F"/>
    <w:pPr>
      <w:widowControl/>
      <w:numPr>
        <w:numId w:val="25"/>
      </w:numPr>
      <w:adjustRightInd w:val="0"/>
      <w:spacing w:before="120" w:after="120"/>
      <w:ind w:left="714" w:hanging="357"/>
      <w:jc w:val="both"/>
    </w:pPr>
    <w:rPr>
      <w:rFonts w:ascii="Times New Roman" w:eastAsiaTheme="minorHAnsi" w:hAnsi="Times New Roman" w:cs="Times New Roman"/>
      <w:color w:val="000000"/>
      <w:sz w:val="24"/>
      <w:szCs w:val="24"/>
      <w:lang w:val="x-none" w:eastAsia="x-none"/>
    </w:rPr>
  </w:style>
  <w:style w:type="paragraph" w:customStyle="1" w:styleId="Corpodetexto33">
    <w:name w:val="Corpo de texto 33"/>
    <w:basedOn w:val="Normal"/>
    <w:rsid w:val="003F355F"/>
    <w:pPr>
      <w:autoSpaceDE/>
      <w:autoSpaceDN/>
      <w:jc w:val="both"/>
    </w:pPr>
    <w:rPr>
      <w:rFonts w:ascii="Times New Roman" w:eastAsia="Times New Roman" w:hAnsi="Times New Roman" w:cs="Times New Roman"/>
      <w:sz w:val="20"/>
      <w:szCs w:val="20"/>
      <w:lang w:val="pt-BR" w:eastAsia="pt-BR"/>
    </w:rPr>
  </w:style>
  <w:style w:type="paragraph" w:customStyle="1" w:styleId="Corpodetexto23">
    <w:name w:val="Corpo de texto 23"/>
    <w:basedOn w:val="Normal"/>
    <w:rsid w:val="003F355F"/>
    <w:pPr>
      <w:widowControl/>
      <w:autoSpaceDE/>
      <w:autoSpaceDN/>
      <w:ind w:firstLine="709"/>
      <w:jc w:val="both"/>
    </w:pPr>
    <w:rPr>
      <w:rFonts w:ascii="Times New Roman" w:eastAsia="Times New Roman" w:hAnsi="Times New Roman" w:cs="Times New Roman"/>
      <w:sz w:val="24"/>
      <w:szCs w:val="20"/>
      <w:lang w:val="pt-BR" w:eastAsia="pt-BR"/>
    </w:rPr>
  </w:style>
  <w:style w:type="paragraph" w:customStyle="1" w:styleId="Recuodecorpodetexto23">
    <w:name w:val="Recuo de corpo de texto 23"/>
    <w:basedOn w:val="Normal"/>
    <w:rsid w:val="003F355F"/>
    <w:pPr>
      <w:suppressAutoHyphens/>
      <w:autoSpaceDE/>
      <w:autoSpaceDN/>
      <w:ind w:left="3402"/>
      <w:jc w:val="both"/>
    </w:pPr>
    <w:rPr>
      <w:rFonts w:ascii="Times New Roman" w:eastAsia="Times New Roman" w:hAnsi="Times New Roman" w:cs="Times New Roman"/>
      <w:b/>
      <w:i/>
      <w:sz w:val="24"/>
      <w:szCs w:val="20"/>
      <w:lang w:val="pt-BR" w:eastAsia="ar-SA"/>
    </w:rPr>
  </w:style>
  <w:style w:type="paragraph" w:customStyle="1" w:styleId="Corpodetexto311">
    <w:name w:val="Corpo de texto 311"/>
    <w:basedOn w:val="Normal"/>
    <w:rsid w:val="003F355F"/>
    <w:pPr>
      <w:widowControl/>
      <w:suppressAutoHyphens/>
      <w:autoSpaceDE/>
      <w:autoSpaceDN/>
      <w:jc w:val="both"/>
    </w:pPr>
    <w:rPr>
      <w:rFonts w:ascii="Times New Roman" w:eastAsia="Times New Roman" w:hAnsi="Times New Roman" w:cs="Times New Roman"/>
      <w:sz w:val="25"/>
      <w:szCs w:val="20"/>
      <w:lang w:val="pt-BR" w:eastAsia="ar-SA"/>
    </w:rPr>
  </w:style>
  <w:style w:type="paragraph" w:customStyle="1" w:styleId="Recuodecorpodetexto211">
    <w:name w:val="Recuo de corpo de texto 211"/>
    <w:basedOn w:val="Normal"/>
    <w:rsid w:val="003F355F"/>
    <w:pPr>
      <w:suppressAutoHyphens/>
      <w:autoSpaceDE/>
      <w:autoSpaceDN/>
      <w:ind w:left="3402"/>
      <w:jc w:val="both"/>
    </w:pPr>
    <w:rPr>
      <w:rFonts w:ascii="Times New Roman" w:eastAsia="Times New Roman" w:hAnsi="Times New Roman" w:cs="Times New Roman"/>
      <w:b/>
      <w:i/>
      <w:sz w:val="24"/>
      <w:szCs w:val="20"/>
      <w:lang w:val="pt-BR" w:eastAsia="ar-SA"/>
    </w:rPr>
  </w:style>
  <w:style w:type="paragraph" w:customStyle="1" w:styleId="Corpodetexto211">
    <w:name w:val="Corpo de texto 211"/>
    <w:basedOn w:val="Normal"/>
    <w:rsid w:val="003F355F"/>
    <w:pPr>
      <w:widowControl/>
      <w:autoSpaceDE/>
      <w:autoSpaceDN/>
      <w:spacing w:line="360" w:lineRule="auto"/>
      <w:ind w:firstLine="2268"/>
      <w:jc w:val="both"/>
    </w:pPr>
    <w:rPr>
      <w:rFonts w:ascii="Times New Roman" w:eastAsia="Times New Roman" w:hAnsi="Times New Roman" w:cs="Times New Roman"/>
      <w:sz w:val="24"/>
      <w:szCs w:val="20"/>
      <w:lang w:val="pt-BR" w:eastAsia="pt-BR"/>
    </w:rPr>
  </w:style>
  <w:style w:type="character" w:customStyle="1" w:styleId="Nivel01Char">
    <w:name w:val="Nivel 01 Char"/>
    <w:link w:val="Nivel01"/>
    <w:locked/>
    <w:rsid w:val="003F355F"/>
    <w:rPr>
      <w:rFonts w:ascii="Ecofont_Spranq_eco_Sans" w:eastAsia="Times New Roman" w:hAnsi="Ecofont_Spranq_eco_Sans" w:cs="Times New Roman"/>
      <w:b/>
      <w:bCs/>
      <w:color w:val="000000"/>
      <w:sz w:val="20"/>
      <w:szCs w:val="20"/>
      <w:lang w:val="pt-BR" w:eastAsia="pt-BR"/>
    </w:rPr>
  </w:style>
  <w:style w:type="paragraph" w:customStyle="1" w:styleId="Normaljustificado">
    <w:name w:val="Normal +justificado"/>
    <w:basedOn w:val="Normal"/>
    <w:rsid w:val="003F355F"/>
    <w:pPr>
      <w:widowControl/>
      <w:autoSpaceDE/>
      <w:autoSpaceDN/>
      <w:jc w:val="both"/>
    </w:pPr>
    <w:rPr>
      <w:rFonts w:ascii="Arial" w:eastAsia="Times New Roman" w:hAnsi="Arial" w:cs="Arial"/>
      <w:b/>
      <w:bCs/>
      <w:color w:val="000000"/>
      <w:lang w:val="pt-BR" w:eastAsia="pt-BR"/>
    </w:rPr>
  </w:style>
  <w:style w:type="paragraph" w:customStyle="1" w:styleId="xmsonormal">
    <w:name w:val="x_msonormal"/>
    <w:basedOn w:val="Normal"/>
    <w:rsid w:val="003F355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ParecerChar">
    <w:name w:val="Parágrafo_Parecer Char"/>
    <w:link w:val="PargrafoParecer"/>
    <w:locked/>
    <w:rsid w:val="003F355F"/>
    <w:rPr>
      <w:rFonts w:ascii="Times New Roman" w:hAnsi="Times New Roman" w:cs="Times New Roman"/>
      <w:lang w:eastAsia="ar-SA"/>
    </w:rPr>
  </w:style>
  <w:style w:type="paragraph" w:customStyle="1" w:styleId="PargrafoParecer">
    <w:name w:val="Parágrafo_Parecer"/>
    <w:basedOn w:val="PargrafodaLista"/>
    <w:link w:val="PargrafoParecerChar"/>
    <w:qFormat/>
    <w:rsid w:val="003F355F"/>
    <w:pPr>
      <w:widowControl/>
      <w:numPr>
        <w:numId w:val="26"/>
      </w:numPr>
      <w:tabs>
        <w:tab w:val="left" w:pos="1418"/>
      </w:tabs>
      <w:suppressAutoHyphens/>
      <w:autoSpaceDE/>
      <w:autoSpaceDN/>
      <w:spacing w:before="120" w:after="120"/>
      <w:ind w:left="0" w:firstLine="0"/>
    </w:pPr>
    <w:rPr>
      <w:rFonts w:ascii="Times New Roman" w:eastAsiaTheme="minorHAnsi" w:hAnsi="Times New Roman" w:cs="Times New Roman"/>
      <w:lang w:val="en-US" w:eastAsia="ar-SA"/>
    </w:rPr>
  </w:style>
  <w:style w:type="character" w:customStyle="1" w:styleId="ListaAGUChar">
    <w:name w:val="Lista AGU Char"/>
    <w:link w:val="ListaAGU"/>
    <w:locked/>
    <w:rsid w:val="003F355F"/>
    <w:rPr>
      <w:rFonts w:ascii="Times New Roman" w:hAnsi="Times New Roman" w:cs="Times New Roman"/>
      <w:lang w:eastAsia="ar-SA"/>
    </w:rPr>
  </w:style>
  <w:style w:type="paragraph" w:customStyle="1" w:styleId="ListaAGU">
    <w:name w:val="Lista AGU"/>
    <w:basedOn w:val="PargrafoParecer"/>
    <w:link w:val="ListaAGUChar"/>
    <w:qFormat/>
    <w:rsid w:val="003F355F"/>
    <w:pPr>
      <w:numPr>
        <w:numId w:val="27"/>
      </w:numPr>
      <w:ind w:left="1418" w:firstLine="0"/>
    </w:pPr>
  </w:style>
  <w:style w:type="character" w:customStyle="1" w:styleId="EmentaChar">
    <w:name w:val="Ementa Char"/>
    <w:link w:val="Ementa"/>
    <w:locked/>
    <w:rsid w:val="003F355F"/>
    <w:rPr>
      <w:rFonts w:ascii="Times New Roman" w:eastAsia="Calibri" w:hAnsi="Times New Roman" w:cs="Times New Roman"/>
      <w:color w:val="000000"/>
      <w:sz w:val="18"/>
      <w:szCs w:val="18"/>
    </w:rPr>
  </w:style>
  <w:style w:type="paragraph" w:customStyle="1" w:styleId="Ementa">
    <w:name w:val="Ementa"/>
    <w:basedOn w:val="PargrafoParecer"/>
    <w:link w:val="EmentaChar"/>
    <w:qFormat/>
    <w:rsid w:val="003F355F"/>
    <w:pPr>
      <w:numPr>
        <w:numId w:val="0"/>
      </w:numPr>
      <w:spacing w:before="240" w:after="360"/>
      <w:ind w:left="4253"/>
    </w:pPr>
    <w:rPr>
      <w:rFonts w:eastAsia="Calibri"/>
      <w:color w:val="000000"/>
      <w:sz w:val="18"/>
      <w:szCs w:val="18"/>
      <w:lang w:eastAsia="en-US"/>
    </w:rPr>
  </w:style>
  <w:style w:type="character" w:customStyle="1" w:styleId="SNPargrafoParecerChar">
    <w:name w:val="SN_Parágrafo_Parecer Char"/>
    <w:link w:val="SNPargrafoParecer"/>
    <w:locked/>
    <w:rsid w:val="003F355F"/>
    <w:rPr>
      <w:rFonts w:ascii="Times New Roman" w:hAnsi="Times New Roman" w:cs="Times New Roman"/>
      <w:lang w:eastAsia="ar-SA"/>
    </w:rPr>
  </w:style>
  <w:style w:type="paragraph" w:customStyle="1" w:styleId="SNPargrafoParecer">
    <w:name w:val="SN_Parágrafo_Parecer"/>
    <w:basedOn w:val="PargrafoParecer"/>
    <w:link w:val="SNPargrafoParecerChar"/>
    <w:qFormat/>
    <w:rsid w:val="003F355F"/>
  </w:style>
  <w:style w:type="paragraph" w:customStyle="1" w:styleId="Nivel5">
    <w:name w:val="Nivel 5"/>
    <w:basedOn w:val="Nivel4"/>
    <w:autoRedefine/>
    <w:qFormat/>
    <w:rsid w:val="003F355F"/>
    <w:pPr>
      <w:ind w:left="1928" w:hanging="1077"/>
    </w:pPr>
    <w:rPr>
      <w:rFonts w:eastAsiaTheme="minorEastAsia"/>
    </w:rPr>
  </w:style>
  <w:style w:type="character" w:customStyle="1" w:styleId="Nvel2-RedChar">
    <w:name w:val="Nível 2 -Red Char"/>
    <w:basedOn w:val="Nivel2Char"/>
    <w:link w:val="Nvel2-Red"/>
    <w:locked/>
    <w:rsid w:val="003F355F"/>
    <w:rPr>
      <w:rFonts w:ascii="Times New Roman" w:eastAsiaTheme="minorEastAsia" w:hAnsi="Times New Roman" w:cs="Arial"/>
      <w:color w:val="000000"/>
      <w:sz w:val="24"/>
      <w:szCs w:val="24"/>
    </w:rPr>
  </w:style>
  <w:style w:type="paragraph" w:customStyle="1" w:styleId="Nvel2-Red">
    <w:name w:val="Nível 2 -Red"/>
    <w:basedOn w:val="Nivel2"/>
    <w:link w:val="Nvel2-RedChar"/>
    <w:autoRedefine/>
    <w:qFormat/>
    <w:rsid w:val="003F355F"/>
    <w:pPr>
      <w:spacing w:before="0" w:after="0" w:line="360" w:lineRule="auto"/>
      <w:ind w:left="0" w:firstLine="0"/>
    </w:pPr>
    <w:rPr>
      <w:rFonts w:ascii="Times New Roman" w:eastAsiaTheme="minorEastAsia" w:hAnsi="Times New Roman"/>
      <w:sz w:val="24"/>
      <w:szCs w:val="24"/>
    </w:rPr>
  </w:style>
  <w:style w:type="character" w:customStyle="1" w:styleId="Nvel3-RChar">
    <w:name w:val="Nível 3-R Char"/>
    <w:basedOn w:val="Nivel3Char"/>
    <w:link w:val="Nvel3-R"/>
    <w:locked/>
    <w:rsid w:val="003F355F"/>
    <w:rPr>
      <w:rFonts w:ascii="Arial" w:eastAsiaTheme="minorEastAsia" w:hAnsi="Arial" w:cs="Arial"/>
      <w:i/>
      <w:iCs/>
      <w:color w:val="FF0000"/>
    </w:rPr>
  </w:style>
  <w:style w:type="paragraph" w:customStyle="1" w:styleId="Nvel3-R">
    <w:name w:val="Nível 3-R"/>
    <w:basedOn w:val="Nivel3"/>
    <w:link w:val="Nvel3-RChar"/>
    <w:qFormat/>
    <w:rsid w:val="003F355F"/>
    <w:pPr>
      <w:numPr>
        <w:ilvl w:val="2"/>
        <w:numId w:val="28"/>
      </w:numPr>
      <w:ind w:left="284" w:firstLine="0"/>
    </w:pPr>
    <w:rPr>
      <w:rFonts w:eastAsiaTheme="minorEastAsia"/>
      <w:i/>
      <w:iCs/>
      <w:color w:val="FF0000"/>
    </w:rPr>
  </w:style>
  <w:style w:type="character" w:customStyle="1" w:styleId="Ttulo7Char1">
    <w:name w:val="Título 7 Char1"/>
    <w:basedOn w:val="Fontepargpadro"/>
    <w:semiHidden/>
    <w:rsid w:val="003F355F"/>
    <w:rPr>
      <w:rFonts w:asciiTheme="minorHAnsi" w:eastAsiaTheme="majorEastAsia" w:hAnsiTheme="minorHAnsi" w:cstheme="majorBidi"/>
      <w:color w:val="595959" w:themeColor="text1" w:themeTint="A6"/>
      <w:sz w:val="24"/>
      <w:szCs w:val="24"/>
      <w:lang w:eastAsia="en-US"/>
    </w:rPr>
  </w:style>
  <w:style w:type="character" w:customStyle="1" w:styleId="Ttulo8Char1">
    <w:name w:val="Título 8 Char1"/>
    <w:basedOn w:val="Fontepargpadro"/>
    <w:semiHidden/>
    <w:rsid w:val="003F355F"/>
    <w:rPr>
      <w:rFonts w:asciiTheme="minorHAnsi" w:eastAsiaTheme="majorEastAsia" w:hAnsiTheme="minorHAnsi" w:cstheme="majorBidi"/>
      <w:i/>
      <w:iCs/>
      <w:color w:val="272727" w:themeColor="text1" w:themeTint="D8"/>
      <w:sz w:val="24"/>
      <w:szCs w:val="24"/>
      <w:lang w:eastAsia="en-US"/>
    </w:rPr>
  </w:style>
  <w:style w:type="character" w:customStyle="1" w:styleId="Ttulo9Char1">
    <w:name w:val="Título 9 Char1"/>
    <w:basedOn w:val="Fontepargpadro"/>
    <w:semiHidden/>
    <w:rsid w:val="003F355F"/>
    <w:rPr>
      <w:rFonts w:asciiTheme="minorHAnsi" w:eastAsiaTheme="majorEastAsia" w:hAnsiTheme="minorHAnsi" w:cstheme="majorBidi"/>
      <w:color w:val="272727" w:themeColor="text1" w:themeTint="D8"/>
      <w:sz w:val="24"/>
      <w:szCs w:val="24"/>
      <w:lang w:eastAsia="en-US"/>
    </w:rPr>
  </w:style>
  <w:style w:type="character" w:customStyle="1" w:styleId="RodapChar2">
    <w:name w:val="Rodapé Char2"/>
    <w:basedOn w:val="Fontepargpadro"/>
    <w:semiHidden/>
    <w:rsid w:val="003F355F"/>
    <w:rPr>
      <w:rFonts w:ascii="Cambria" w:eastAsia="Times New Roman" w:hAnsi="Cambria" w:cs="Times New Roman"/>
      <w:sz w:val="24"/>
      <w:szCs w:val="24"/>
      <w:lang w:val="pt-BR"/>
    </w:rPr>
  </w:style>
  <w:style w:type="character" w:customStyle="1" w:styleId="TextodebaloChar2">
    <w:name w:val="Texto de balão Char2"/>
    <w:basedOn w:val="Fontepargpadro"/>
    <w:uiPriority w:val="99"/>
    <w:semiHidden/>
    <w:rsid w:val="003F355F"/>
    <w:rPr>
      <w:rFonts w:ascii="Segoe UI" w:eastAsia="Times New Roman" w:hAnsi="Segoe UI" w:cs="Segoe UI"/>
      <w:sz w:val="18"/>
      <w:szCs w:val="18"/>
      <w:lang w:val="pt-BR"/>
    </w:rPr>
  </w:style>
  <w:style w:type="paragraph" w:styleId="Ttulo">
    <w:name w:val="Title"/>
    <w:basedOn w:val="Normal"/>
    <w:link w:val="TtuloChar"/>
    <w:uiPriority w:val="10"/>
    <w:qFormat/>
    <w:rsid w:val="003F355F"/>
    <w:pPr>
      <w:widowControl/>
      <w:autoSpaceDE/>
      <w:autoSpaceDN/>
      <w:jc w:val="center"/>
    </w:pPr>
    <w:rPr>
      <w:rFonts w:ascii="Times New Roman" w:eastAsiaTheme="minorHAnsi" w:hAnsi="Times New Roman" w:cs="Times New Roman"/>
      <w:sz w:val="28"/>
      <w:lang w:val="x-none"/>
    </w:rPr>
  </w:style>
  <w:style w:type="character" w:customStyle="1" w:styleId="TtuloChar1">
    <w:name w:val="Título Char1"/>
    <w:basedOn w:val="Fontepargpadro"/>
    <w:rsid w:val="003F355F"/>
    <w:rPr>
      <w:rFonts w:asciiTheme="majorHAnsi" w:eastAsiaTheme="majorEastAsia" w:hAnsiTheme="majorHAnsi" w:cstheme="majorBidi"/>
      <w:spacing w:val="-10"/>
      <w:kern w:val="28"/>
      <w:sz w:val="56"/>
      <w:szCs w:val="56"/>
      <w:lang w:val="pt-PT"/>
    </w:rPr>
  </w:style>
  <w:style w:type="character" w:customStyle="1" w:styleId="RecuodecorpodetextoChar1">
    <w:name w:val="Recuo de corpo de texto Char1"/>
    <w:basedOn w:val="Fontepargpadro"/>
    <w:semiHidden/>
    <w:rsid w:val="003F355F"/>
    <w:rPr>
      <w:rFonts w:ascii="Cambria" w:eastAsia="Times New Roman" w:hAnsi="Cambria" w:cs="Times New Roman"/>
      <w:sz w:val="24"/>
      <w:szCs w:val="24"/>
      <w:lang w:val="pt-BR"/>
    </w:rPr>
  </w:style>
  <w:style w:type="paragraph" w:styleId="Recuodecorpodetexto2">
    <w:name w:val="Body Text Indent 2"/>
    <w:basedOn w:val="Normal"/>
    <w:link w:val="Recuodecorpodetexto2Char"/>
    <w:unhideWhenUsed/>
    <w:rsid w:val="003F355F"/>
    <w:pPr>
      <w:widowControl/>
      <w:autoSpaceDE/>
      <w:autoSpaceDN/>
      <w:ind w:left="1080"/>
      <w:jc w:val="both"/>
    </w:pPr>
    <w:rPr>
      <w:rFonts w:ascii="Times New Roman" w:eastAsiaTheme="minorHAnsi" w:hAnsi="Times New Roman" w:cs="Times New Roman"/>
      <w:lang w:val="x-none"/>
    </w:rPr>
  </w:style>
  <w:style w:type="character" w:customStyle="1" w:styleId="Recuodecorpodetexto2Char1">
    <w:name w:val="Recuo de corpo de texto 2 Char1"/>
    <w:basedOn w:val="Fontepargpadro"/>
    <w:semiHidden/>
    <w:rsid w:val="003F355F"/>
    <w:rPr>
      <w:rFonts w:ascii="Arial MT" w:eastAsia="Arial MT" w:hAnsi="Arial MT" w:cs="Arial MT"/>
      <w:lang w:val="pt-PT"/>
    </w:rPr>
  </w:style>
  <w:style w:type="paragraph" w:styleId="Subttulo">
    <w:name w:val="Subtitle"/>
    <w:basedOn w:val="Normal"/>
    <w:link w:val="SubttuloChar"/>
    <w:uiPriority w:val="11"/>
    <w:qFormat/>
    <w:rsid w:val="003F355F"/>
    <w:pPr>
      <w:widowControl/>
      <w:autoSpaceDE/>
      <w:autoSpaceDN/>
      <w:jc w:val="center"/>
    </w:pPr>
    <w:rPr>
      <w:rFonts w:ascii="Arial" w:eastAsiaTheme="minorHAnsi" w:hAnsi="Arial" w:cs="Arial"/>
      <w:b/>
      <w:bCs/>
      <w:sz w:val="28"/>
      <w:lang w:val="x-none"/>
    </w:rPr>
  </w:style>
  <w:style w:type="character" w:customStyle="1" w:styleId="SubttuloChar1">
    <w:name w:val="Subtítulo Char1"/>
    <w:basedOn w:val="Fontepargpadro"/>
    <w:rsid w:val="003F355F"/>
    <w:rPr>
      <w:rFonts w:eastAsiaTheme="minorEastAsia"/>
      <w:color w:val="5A5A5A" w:themeColor="text1" w:themeTint="A5"/>
      <w:spacing w:val="15"/>
      <w:lang w:val="pt-PT"/>
    </w:rPr>
  </w:style>
  <w:style w:type="paragraph" w:styleId="Corpodetexto3">
    <w:name w:val="Body Text 3"/>
    <w:basedOn w:val="Normal"/>
    <w:link w:val="Corpodetexto3Char"/>
    <w:uiPriority w:val="99"/>
    <w:unhideWhenUsed/>
    <w:rsid w:val="003F355F"/>
    <w:pPr>
      <w:widowControl/>
      <w:autoSpaceDE/>
      <w:autoSpaceDN/>
      <w:jc w:val="both"/>
    </w:pPr>
    <w:rPr>
      <w:rFonts w:ascii="Times New Roman" w:eastAsiaTheme="minorHAnsi" w:hAnsi="Times New Roman" w:cs="Times New Roman"/>
      <w:sz w:val="25"/>
      <w:lang w:val="x-none"/>
    </w:rPr>
  </w:style>
  <w:style w:type="character" w:customStyle="1" w:styleId="Corpodetexto3Char1">
    <w:name w:val="Corpo de texto 3 Char1"/>
    <w:basedOn w:val="Fontepargpadro"/>
    <w:semiHidden/>
    <w:rsid w:val="003F355F"/>
    <w:rPr>
      <w:rFonts w:ascii="Arial MT" w:eastAsia="Arial MT" w:hAnsi="Arial MT" w:cs="Arial MT"/>
      <w:sz w:val="16"/>
      <w:szCs w:val="16"/>
      <w:lang w:val="pt-PT"/>
    </w:rPr>
  </w:style>
  <w:style w:type="paragraph" w:styleId="Corpodetexto2">
    <w:name w:val="Body Text 2"/>
    <w:basedOn w:val="Normal"/>
    <w:link w:val="Corpodetexto2Char"/>
    <w:uiPriority w:val="99"/>
    <w:unhideWhenUsed/>
    <w:rsid w:val="003F355F"/>
    <w:pPr>
      <w:widowControl/>
      <w:autoSpaceDE/>
      <w:autoSpaceDN/>
      <w:jc w:val="both"/>
    </w:pPr>
    <w:rPr>
      <w:rFonts w:ascii="Times New Roman" w:eastAsiaTheme="minorHAnsi" w:hAnsi="Times New Roman" w:cs="Times New Roman"/>
      <w:sz w:val="28"/>
      <w:lang w:val="x-none"/>
    </w:rPr>
  </w:style>
  <w:style w:type="character" w:customStyle="1" w:styleId="Corpodetexto2Char1">
    <w:name w:val="Corpo de texto 2 Char1"/>
    <w:basedOn w:val="Fontepargpadro"/>
    <w:semiHidden/>
    <w:rsid w:val="003F355F"/>
    <w:rPr>
      <w:rFonts w:ascii="Arial MT" w:eastAsia="Arial MT" w:hAnsi="Arial MT" w:cs="Arial MT"/>
      <w:lang w:val="pt-PT"/>
    </w:rPr>
  </w:style>
  <w:style w:type="paragraph" w:styleId="Recuodecorpodetexto3">
    <w:name w:val="Body Text Indent 3"/>
    <w:basedOn w:val="Normal"/>
    <w:link w:val="Recuodecorpodetexto3Char"/>
    <w:unhideWhenUsed/>
    <w:rsid w:val="003F355F"/>
    <w:pPr>
      <w:widowControl/>
      <w:autoSpaceDE/>
      <w:autoSpaceDN/>
      <w:spacing w:after="120"/>
      <w:ind w:left="283"/>
    </w:pPr>
    <w:rPr>
      <w:rFonts w:ascii="Times New Roman" w:eastAsiaTheme="minorHAnsi" w:hAnsi="Times New Roman" w:cs="Times New Roman"/>
      <w:sz w:val="16"/>
      <w:szCs w:val="16"/>
      <w:lang w:val="x-none" w:eastAsia="x-none"/>
    </w:rPr>
  </w:style>
  <w:style w:type="character" w:customStyle="1" w:styleId="Recuodecorpodetexto3Char1">
    <w:name w:val="Recuo de corpo de texto 3 Char1"/>
    <w:basedOn w:val="Fontepargpadro"/>
    <w:semiHidden/>
    <w:rsid w:val="003F355F"/>
    <w:rPr>
      <w:rFonts w:ascii="Arial MT" w:eastAsia="Arial MT" w:hAnsi="Arial MT" w:cs="Arial MT"/>
      <w:sz w:val="16"/>
      <w:szCs w:val="16"/>
      <w:lang w:val="pt-PT"/>
    </w:rPr>
  </w:style>
  <w:style w:type="character" w:customStyle="1" w:styleId="AssuntodocomentrioChar1">
    <w:name w:val="Assunto do comentário Char1"/>
    <w:basedOn w:val="TextodecomentrioChar1"/>
    <w:semiHidden/>
    <w:rsid w:val="003F355F"/>
    <w:rPr>
      <w:rFonts w:ascii="Cambria" w:eastAsia="Times New Roman" w:hAnsi="Cambria" w:cs="Times New Roman"/>
      <w:b/>
      <w:bCs/>
      <w:sz w:val="20"/>
      <w:szCs w:val="20"/>
      <w:lang w:val="pt-BR"/>
    </w:rPr>
  </w:style>
  <w:style w:type="paragraph" w:styleId="Cabealhodamensagem">
    <w:name w:val="Message Header"/>
    <w:basedOn w:val="Normal"/>
    <w:link w:val="CabealhodamensagemChar"/>
    <w:unhideWhenUsed/>
    <w:rsid w:val="003F355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eastAsiaTheme="minorHAnsi" w:hAnsi="Arial" w:cs="Arial"/>
      <w:lang w:val="x-none" w:eastAsia="x-none"/>
    </w:rPr>
  </w:style>
  <w:style w:type="character" w:customStyle="1" w:styleId="CabealhodamensagemChar1">
    <w:name w:val="Cabeçalho da mensagem Char1"/>
    <w:basedOn w:val="Fontepargpadro"/>
    <w:semiHidden/>
    <w:rsid w:val="003F355F"/>
    <w:rPr>
      <w:rFonts w:asciiTheme="majorHAnsi" w:eastAsiaTheme="majorEastAsia" w:hAnsiTheme="majorHAnsi" w:cstheme="majorBidi"/>
      <w:sz w:val="24"/>
      <w:szCs w:val="24"/>
      <w:shd w:val="pct20" w:color="auto" w:fill="auto"/>
      <w:lang w:val="pt-PT"/>
    </w:rPr>
  </w:style>
  <w:style w:type="paragraph" w:styleId="MapadoDocumento">
    <w:name w:val="Document Map"/>
    <w:basedOn w:val="Normal"/>
    <w:link w:val="MapadoDocumentoChar"/>
    <w:unhideWhenUsed/>
    <w:rsid w:val="003F355F"/>
    <w:pPr>
      <w:widowControl/>
      <w:shd w:val="clear" w:color="auto" w:fill="000080"/>
      <w:autoSpaceDE/>
      <w:autoSpaceDN/>
    </w:pPr>
    <w:rPr>
      <w:rFonts w:ascii="Tahoma" w:eastAsiaTheme="minorHAnsi" w:hAnsi="Tahoma" w:cs="Tahoma"/>
      <w:lang w:val="x-none" w:eastAsia="x-none"/>
    </w:rPr>
  </w:style>
  <w:style w:type="character" w:customStyle="1" w:styleId="MapadoDocumentoChar1">
    <w:name w:val="Mapa do Documento Char1"/>
    <w:basedOn w:val="Fontepargpadro"/>
    <w:semiHidden/>
    <w:rsid w:val="003F355F"/>
    <w:rPr>
      <w:rFonts w:ascii="Segoe UI" w:eastAsia="Arial MT" w:hAnsi="Segoe UI" w:cs="Segoe UI"/>
      <w:sz w:val="16"/>
      <w:szCs w:val="16"/>
      <w:lang w:val="pt-PT"/>
    </w:rPr>
  </w:style>
  <w:style w:type="paragraph" w:styleId="Data">
    <w:name w:val="Date"/>
    <w:basedOn w:val="Normal"/>
    <w:next w:val="Normal"/>
    <w:link w:val="DataChar"/>
    <w:uiPriority w:val="99"/>
    <w:unhideWhenUsed/>
    <w:rsid w:val="003F355F"/>
    <w:pPr>
      <w:widowControl/>
      <w:autoSpaceDE/>
      <w:autoSpaceDN/>
      <w:jc w:val="both"/>
    </w:pPr>
    <w:rPr>
      <w:rFonts w:ascii="Arial" w:eastAsiaTheme="minorHAnsi" w:hAnsi="Arial" w:cs="Arial"/>
      <w:sz w:val="24"/>
      <w:lang w:val="x-none" w:eastAsia="x-none"/>
    </w:rPr>
  </w:style>
  <w:style w:type="character" w:customStyle="1" w:styleId="DataChar1">
    <w:name w:val="Data Char1"/>
    <w:basedOn w:val="Fontepargpadro"/>
    <w:uiPriority w:val="99"/>
    <w:semiHidden/>
    <w:rsid w:val="003F355F"/>
    <w:rPr>
      <w:rFonts w:ascii="Arial MT" w:eastAsia="Arial MT" w:hAnsi="Arial MT" w:cs="Arial MT"/>
      <w:lang w:val="pt-PT"/>
    </w:rPr>
  </w:style>
  <w:style w:type="character" w:customStyle="1" w:styleId="ecxgrame">
    <w:name w:val="ecxgrame"/>
    <w:rsid w:val="003F355F"/>
    <w:rPr>
      <w:rFonts w:ascii="Times New Roman" w:hAnsi="Times New Roman" w:cs="Times New Roman" w:hint="default"/>
    </w:rPr>
  </w:style>
  <w:style w:type="character" w:customStyle="1" w:styleId="nfaseSutil1">
    <w:name w:val="Ênfase Sutil1"/>
    <w:uiPriority w:val="99"/>
    <w:qFormat/>
    <w:rsid w:val="003F355F"/>
    <w:rPr>
      <w:rFonts w:ascii="Times New Roman" w:hAnsi="Times New Roman" w:cs="Times New Roman" w:hint="default"/>
      <w:i/>
      <w:iCs/>
      <w:color w:val="808080"/>
    </w:rPr>
  </w:style>
  <w:style w:type="character" w:customStyle="1" w:styleId="apple-converted-space">
    <w:name w:val="apple-converted-space"/>
    <w:rsid w:val="003F355F"/>
    <w:rPr>
      <w:rFonts w:ascii="Times New Roman" w:hAnsi="Times New Roman" w:cs="Times New Roman" w:hint="default"/>
    </w:rPr>
  </w:style>
  <w:style w:type="character" w:customStyle="1" w:styleId="TextodenotaderodapChar1">
    <w:name w:val="Texto de nota de rodapé Char1"/>
    <w:basedOn w:val="Fontepargpadro"/>
    <w:uiPriority w:val="99"/>
    <w:semiHidden/>
    <w:rsid w:val="003F355F"/>
    <w:rPr>
      <w:rFonts w:ascii="Cambria" w:eastAsia="Times New Roman" w:hAnsi="Cambria" w:cs="Times New Roman"/>
      <w:sz w:val="20"/>
      <w:szCs w:val="20"/>
      <w:lang w:val="pt-BR"/>
    </w:rPr>
  </w:style>
  <w:style w:type="paragraph" w:styleId="Citao">
    <w:name w:val="Quote"/>
    <w:aliases w:val="Citação AGU,TCU"/>
    <w:basedOn w:val="PargrafoParecer"/>
    <w:next w:val="Normal"/>
    <w:link w:val="CitaoChar"/>
    <w:uiPriority w:val="29"/>
    <w:qFormat/>
    <w:rsid w:val="003F355F"/>
    <w:pPr>
      <w:numPr>
        <w:numId w:val="0"/>
      </w:numPr>
      <w:spacing w:before="0" w:after="0"/>
      <w:ind w:left="2835" w:firstLine="425"/>
    </w:pPr>
    <w:rPr>
      <w:sz w:val="18"/>
    </w:rPr>
  </w:style>
  <w:style w:type="character" w:customStyle="1" w:styleId="CitaoChar">
    <w:name w:val="Citação Char"/>
    <w:aliases w:val="Citação AGU Char,TCU Char"/>
    <w:basedOn w:val="Fontepargpadro"/>
    <w:link w:val="Citao"/>
    <w:uiPriority w:val="29"/>
    <w:rsid w:val="003F355F"/>
    <w:rPr>
      <w:rFonts w:ascii="Times New Roman" w:hAnsi="Times New Roman" w:cs="Times New Roman"/>
      <w:sz w:val="18"/>
      <w:lang w:eastAsia="ar-SA"/>
    </w:rPr>
  </w:style>
  <w:style w:type="character" w:customStyle="1" w:styleId="cf01">
    <w:name w:val="cf01"/>
    <w:rsid w:val="003F355F"/>
    <w:rPr>
      <w:rFonts w:ascii="Segoe UI" w:hAnsi="Segoe UI" w:cs="Segoe UI" w:hint="default"/>
      <w:sz w:val="18"/>
      <w:szCs w:val="18"/>
    </w:rPr>
  </w:style>
  <w:style w:type="paragraph" w:styleId="SemEspaamento">
    <w:name w:val="No Spacing"/>
    <w:link w:val="SemEspaamentoChar"/>
    <w:uiPriority w:val="1"/>
    <w:qFormat/>
    <w:rsid w:val="003F355F"/>
    <w:pPr>
      <w:widowControl/>
      <w:autoSpaceDE/>
      <w:autoSpaceDN/>
    </w:pPr>
    <w:rPr>
      <w:rFonts w:ascii="Calibri" w:eastAsia="Calibri" w:hAnsi="Calibri" w:cs="Calibri"/>
    </w:rPr>
  </w:style>
  <w:style w:type="table" w:styleId="Tabelacomgrade">
    <w:name w:val="Table Grid"/>
    <w:basedOn w:val="Tabelanormal"/>
    <w:uiPriority w:val="59"/>
    <w:rsid w:val="003F355F"/>
    <w:pPr>
      <w:widowControl/>
      <w:autoSpaceDE/>
      <w:autoSpaceDN/>
    </w:pPr>
    <w:rPr>
      <w:rFonts w:ascii="Cambria" w:eastAsia="Times New Roman" w:hAnsi="Cambria"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3F355F"/>
    <w:pPr>
      <w:widowControl/>
      <w:autoSpaceDE/>
      <w:autoSpaceDN/>
    </w:pPr>
    <w:rPr>
      <w:rFonts w:ascii="Calibri" w:eastAsia="Times New Roman" w:hAnsi="Calibri" w:cs="Times New Roman"/>
      <w:lang w:val="pt-BR" w:eastAsia="pt-BR"/>
    </w:rPr>
    <w:tblPr>
      <w:tblCellMar>
        <w:top w:w="0" w:type="dxa"/>
        <w:left w:w="0" w:type="dxa"/>
        <w:bottom w:w="0" w:type="dxa"/>
        <w:right w:w="0" w:type="dxa"/>
      </w:tblCellMar>
    </w:tblPr>
  </w:style>
  <w:style w:type="table" w:customStyle="1" w:styleId="Tabelacomgrade1">
    <w:name w:val="Tabela com grade1"/>
    <w:basedOn w:val="Tabelanormal"/>
    <w:uiPriority w:val="59"/>
    <w:rsid w:val="003F355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35"/>
    <w:unhideWhenUsed/>
    <w:qFormat/>
    <w:rsid w:val="003F355F"/>
    <w:pPr>
      <w:widowControl/>
      <w:autoSpaceDE/>
      <w:autoSpaceDN/>
      <w:jc w:val="center"/>
    </w:pPr>
    <w:rPr>
      <w:rFonts w:ascii="Comic Sans MS" w:eastAsia="Times New Roman" w:hAnsi="Comic Sans MS" w:cs="Times New Roman"/>
      <w:b/>
      <w:i/>
      <w:sz w:val="32"/>
      <w:szCs w:val="20"/>
      <w:lang w:val="pt-BR" w:eastAsia="pt-BR"/>
    </w:rPr>
  </w:style>
  <w:style w:type="paragraph" w:styleId="Commarcadores">
    <w:name w:val="List Bullet"/>
    <w:basedOn w:val="Normal"/>
    <w:autoRedefine/>
    <w:uiPriority w:val="99"/>
    <w:unhideWhenUsed/>
    <w:rsid w:val="003F355F"/>
    <w:pPr>
      <w:widowControl/>
      <w:numPr>
        <w:numId w:val="23"/>
      </w:numPr>
      <w:autoSpaceDE/>
      <w:autoSpaceDN/>
    </w:pPr>
    <w:rPr>
      <w:rFonts w:ascii="Times New Roman" w:eastAsia="Times New Roman" w:hAnsi="Times New Roman" w:cs="Times New Roman"/>
      <w:sz w:val="20"/>
      <w:szCs w:val="20"/>
      <w:lang w:val="pt-BR" w:eastAsia="pt-BR"/>
    </w:rPr>
  </w:style>
  <w:style w:type="paragraph" w:styleId="Lista2">
    <w:name w:val="List 2"/>
    <w:basedOn w:val="Normal"/>
    <w:uiPriority w:val="99"/>
    <w:unhideWhenUsed/>
    <w:rsid w:val="003F355F"/>
    <w:pPr>
      <w:widowControl/>
      <w:autoSpaceDE/>
      <w:autoSpaceDN/>
      <w:ind w:left="566" w:hanging="283"/>
    </w:pPr>
    <w:rPr>
      <w:rFonts w:ascii="Times New Roman" w:eastAsia="Times New Roman" w:hAnsi="Times New Roman" w:cs="Times New Roman"/>
      <w:sz w:val="20"/>
      <w:szCs w:val="20"/>
      <w:lang w:val="pt-BR" w:eastAsia="pt-BR"/>
    </w:rPr>
  </w:style>
  <w:style w:type="paragraph" w:styleId="Listadecontinuao">
    <w:name w:val="List Continue"/>
    <w:basedOn w:val="Normal"/>
    <w:uiPriority w:val="99"/>
    <w:unhideWhenUsed/>
    <w:rsid w:val="003F355F"/>
    <w:pPr>
      <w:autoSpaceDE/>
      <w:autoSpaceDN/>
      <w:snapToGrid w:val="0"/>
      <w:spacing w:after="120"/>
      <w:ind w:left="283"/>
    </w:pPr>
    <w:rPr>
      <w:rFonts w:ascii="Times New Roman" w:eastAsia="Times New Roman" w:hAnsi="Times New Roman" w:cs="Times New Roman"/>
      <w:sz w:val="20"/>
      <w:szCs w:val="20"/>
      <w:lang w:val="pt-BR" w:eastAsia="pt-BR"/>
    </w:rPr>
  </w:style>
  <w:style w:type="paragraph" w:styleId="Textoembloco">
    <w:name w:val="Block Text"/>
    <w:basedOn w:val="Normal"/>
    <w:unhideWhenUsed/>
    <w:rsid w:val="003F355F"/>
    <w:pPr>
      <w:widowControl/>
      <w:tabs>
        <w:tab w:val="left" w:pos="567"/>
      </w:tabs>
      <w:autoSpaceDE/>
      <w:autoSpaceDN/>
      <w:ind w:left="284" w:right="51" w:hanging="284"/>
      <w:jc w:val="both"/>
    </w:pPr>
    <w:rPr>
      <w:rFonts w:ascii="Arial" w:eastAsia="Times New Roman" w:hAnsi="Arial" w:cs="Times New Roman"/>
      <w:sz w:val="24"/>
      <w:szCs w:val="24"/>
      <w:lang w:val="pt-BR" w:eastAsia="pt-BR"/>
    </w:rPr>
  </w:style>
  <w:style w:type="numbering" w:customStyle="1" w:styleId="Semlista1">
    <w:name w:val="Sem lista1"/>
    <w:next w:val="Semlista"/>
    <w:uiPriority w:val="99"/>
    <w:semiHidden/>
    <w:unhideWhenUsed/>
    <w:rsid w:val="003478C6"/>
  </w:style>
  <w:style w:type="character" w:styleId="Nmerodepgina">
    <w:name w:val="page number"/>
    <w:basedOn w:val="Fontepargpadro"/>
    <w:rsid w:val="003478C6"/>
  </w:style>
  <w:style w:type="numbering" w:customStyle="1" w:styleId="Semlista11">
    <w:name w:val="Sem lista11"/>
    <w:next w:val="Semlista"/>
    <w:uiPriority w:val="99"/>
    <w:semiHidden/>
    <w:unhideWhenUsed/>
    <w:rsid w:val="003478C6"/>
  </w:style>
  <w:style w:type="table" w:customStyle="1" w:styleId="Tabelacomgrade2">
    <w:name w:val="Tabela com grade2"/>
    <w:basedOn w:val="Tabelanormal"/>
    <w:next w:val="Tabelacomgrade"/>
    <w:uiPriority w:val="39"/>
    <w:rsid w:val="003478C6"/>
    <w:pPr>
      <w:widowControl/>
      <w:autoSpaceDE/>
      <w:autoSpaceDN/>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B50D32"/>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7Colorida-nfase4">
    <w:name w:val="Grid Table 7 Colorful Accent 4"/>
    <w:basedOn w:val="Tabelanormal"/>
    <w:uiPriority w:val="52"/>
    <w:rsid w:val="00B71FE0"/>
    <w:pPr>
      <w:widowControl/>
      <w:autoSpaceDE/>
      <w:autoSpaceDN/>
    </w:pPr>
    <w:rPr>
      <w:color w:val="5F497A" w:themeColor="accent4" w:themeShade="BF"/>
      <w:lang w:val="pt-BR"/>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nfaseIntensa">
    <w:name w:val="Intense Emphasis"/>
    <w:basedOn w:val="Fontepargpadro"/>
    <w:uiPriority w:val="21"/>
    <w:qFormat/>
    <w:rsid w:val="008A10C3"/>
    <w:rPr>
      <w:i/>
      <w:iCs/>
      <w:color w:val="365F91" w:themeColor="accent1" w:themeShade="BF"/>
    </w:rPr>
  </w:style>
  <w:style w:type="paragraph" w:styleId="CitaoIntensa">
    <w:name w:val="Intense Quote"/>
    <w:basedOn w:val="Normal"/>
    <w:next w:val="Normal"/>
    <w:link w:val="CitaoIntensaChar"/>
    <w:uiPriority w:val="30"/>
    <w:qFormat/>
    <w:rsid w:val="008A10C3"/>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8A10C3"/>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8A10C3"/>
    <w:rPr>
      <w:b/>
      <w:bCs/>
      <w:smallCaps/>
      <w:color w:val="365F91" w:themeColor="accent1" w:themeShade="BF"/>
      <w:spacing w:val="5"/>
    </w:rPr>
  </w:style>
  <w:style w:type="paragraph" w:customStyle="1" w:styleId="Normal10">
    <w:name w:val="Normal 1"/>
    <w:basedOn w:val="Normal"/>
    <w:next w:val="Normal"/>
    <w:rsid w:val="008A10C3"/>
    <w:pPr>
      <w:keepLines/>
      <w:widowControl/>
      <w:tabs>
        <w:tab w:val="left" w:pos="8505"/>
      </w:tabs>
      <w:autoSpaceDE/>
      <w:autoSpaceDN/>
      <w:outlineLvl w:val="0"/>
    </w:pPr>
    <w:rPr>
      <w:rFonts w:ascii="Arial" w:eastAsia="Times New Roman" w:hAnsi="Arial" w:cs="Times New Roman"/>
      <w:b/>
      <w:color w:val="000000"/>
      <w:sz w:val="18"/>
      <w:szCs w:val="20"/>
      <w:lang w:val="pt-BR" w:eastAsia="pt-BR"/>
    </w:rPr>
  </w:style>
  <w:style w:type="paragraph" w:customStyle="1" w:styleId="Normal2">
    <w:name w:val="Normal 2"/>
    <w:basedOn w:val="Normal"/>
    <w:rsid w:val="008A10C3"/>
    <w:pPr>
      <w:keepLines/>
      <w:widowControl/>
      <w:numPr>
        <w:ilvl w:val="1"/>
        <w:numId w:val="1"/>
      </w:numPr>
      <w:autoSpaceDE/>
      <w:autoSpaceDN/>
      <w:spacing w:before="120"/>
      <w:jc w:val="both"/>
      <w:outlineLvl w:val="1"/>
    </w:pPr>
    <w:rPr>
      <w:rFonts w:ascii="Arial" w:eastAsia="Times New Roman" w:hAnsi="Arial" w:cs="Times New Roman"/>
      <w:spacing w:val="10"/>
      <w:sz w:val="18"/>
      <w:szCs w:val="20"/>
      <w:lang w:val="pt-BR" w:eastAsia="pt-BR"/>
    </w:rPr>
  </w:style>
  <w:style w:type="paragraph" w:customStyle="1" w:styleId="Normal3">
    <w:name w:val="Normal 3"/>
    <w:basedOn w:val="Normal"/>
    <w:rsid w:val="008A10C3"/>
    <w:pPr>
      <w:keepLines/>
      <w:widowControl/>
      <w:numPr>
        <w:ilvl w:val="2"/>
        <w:numId w:val="1"/>
      </w:numPr>
      <w:autoSpaceDE/>
      <w:autoSpaceDN/>
      <w:spacing w:before="120"/>
      <w:jc w:val="both"/>
      <w:outlineLvl w:val="2"/>
    </w:pPr>
    <w:rPr>
      <w:rFonts w:ascii="Arial" w:eastAsia="Times New Roman" w:hAnsi="Arial" w:cs="Times New Roman"/>
      <w:spacing w:val="10"/>
      <w:sz w:val="18"/>
      <w:szCs w:val="20"/>
      <w:lang w:val="pt-BR" w:eastAsia="pt-BR"/>
    </w:rPr>
  </w:style>
  <w:style w:type="paragraph" w:customStyle="1" w:styleId="Normal4">
    <w:name w:val="Normal 4"/>
    <w:basedOn w:val="Normal"/>
    <w:rsid w:val="008A10C3"/>
    <w:pPr>
      <w:keepLines/>
      <w:widowControl/>
      <w:numPr>
        <w:ilvl w:val="3"/>
        <w:numId w:val="1"/>
      </w:numPr>
      <w:autoSpaceDE/>
      <w:autoSpaceDN/>
      <w:spacing w:before="120"/>
      <w:jc w:val="both"/>
      <w:outlineLvl w:val="3"/>
    </w:pPr>
    <w:rPr>
      <w:rFonts w:ascii="Arial" w:eastAsia="Times New Roman" w:hAnsi="Arial" w:cs="Times New Roman"/>
      <w:spacing w:val="10"/>
      <w:sz w:val="18"/>
      <w:szCs w:val="20"/>
      <w:lang w:val="pt-BR" w:eastAsia="pt-BR"/>
    </w:rPr>
  </w:style>
  <w:style w:type="paragraph" w:customStyle="1" w:styleId="Normal5">
    <w:name w:val="Normal 5"/>
    <w:basedOn w:val="Normal"/>
    <w:rsid w:val="008A10C3"/>
    <w:pPr>
      <w:keepLines/>
      <w:widowControl/>
      <w:numPr>
        <w:ilvl w:val="4"/>
        <w:numId w:val="1"/>
      </w:numPr>
      <w:autoSpaceDE/>
      <w:autoSpaceDN/>
      <w:spacing w:before="120"/>
      <w:jc w:val="both"/>
      <w:outlineLvl w:val="4"/>
    </w:pPr>
    <w:rPr>
      <w:rFonts w:ascii="Arial" w:eastAsia="Times New Roman" w:hAnsi="Arial" w:cs="Times New Roman"/>
      <w:spacing w:val="10"/>
      <w:sz w:val="18"/>
      <w:szCs w:val="20"/>
      <w:lang w:val="pt-BR" w:eastAsia="pt-BR"/>
    </w:rPr>
  </w:style>
  <w:style w:type="paragraph" w:customStyle="1" w:styleId="Normal6">
    <w:name w:val="Normal 6"/>
    <w:basedOn w:val="Normal"/>
    <w:rsid w:val="008A10C3"/>
    <w:pPr>
      <w:keepLines/>
      <w:widowControl/>
      <w:numPr>
        <w:ilvl w:val="5"/>
        <w:numId w:val="1"/>
      </w:numPr>
      <w:autoSpaceDE/>
      <w:autoSpaceDN/>
      <w:spacing w:before="120"/>
      <w:jc w:val="both"/>
      <w:outlineLvl w:val="5"/>
    </w:pPr>
    <w:rPr>
      <w:rFonts w:ascii="Arial" w:eastAsia="Times New Roman" w:hAnsi="Arial" w:cs="Times New Roman"/>
      <w:spacing w:val="10"/>
      <w:sz w:val="18"/>
      <w:szCs w:val="20"/>
      <w:lang w:val="pt-BR" w:eastAsia="pt-BR"/>
    </w:rPr>
  </w:style>
  <w:style w:type="character" w:customStyle="1" w:styleId="MenoPendente2">
    <w:name w:val="Menção Pendente2"/>
    <w:uiPriority w:val="99"/>
    <w:semiHidden/>
    <w:unhideWhenUsed/>
    <w:rsid w:val="008A10C3"/>
    <w:rPr>
      <w:color w:val="808080"/>
      <w:shd w:val="clear" w:color="auto" w:fill="E6E6E6"/>
    </w:rPr>
  </w:style>
  <w:style w:type="character" w:customStyle="1" w:styleId="Absatz-Standardschriftart">
    <w:name w:val="Absatz-Standardschriftart"/>
    <w:rsid w:val="008A10C3"/>
  </w:style>
  <w:style w:type="character" w:customStyle="1" w:styleId="WW-Absatz-Standardschriftart">
    <w:name w:val="WW-Absatz-Standardschriftart"/>
    <w:rsid w:val="008A10C3"/>
  </w:style>
  <w:style w:type="character" w:customStyle="1" w:styleId="WW-Absatz-Standardschriftart1">
    <w:name w:val="WW-Absatz-Standardschriftart1"/>
    <w:rsid w:val="008A10C3"/>
  </w:style>
  <w:style w:type="character" w:customStyle="1" w:styleId="WW-Absatz-Standardschriftart11">
    <w:name w:val="WW-Absatz-Standardschriftart11"/>
    <w:rsid w:val="008A10C3"/>
  </w:style>
  <w:style w:type="character" w:customStyle="1" w:styleId="WW-Absatz-Standardschriftart111">
    <w:name w:val="WW-Absatz-Standardschriftart111"/>
    <w:rsid w:val="008A10C3"/>
  </w:style>
  <w:style w:type="character" w:customStyle="1" w:styleId="WW-Absatz-Standardschriftart1111">
    <w:name w:val="WW-Absatz-Standardschriftart1111"/>
    <w:rsid w:val="008A10C3"/>
  </w:style>
  <w:style w:type="character" w:customStyle="1" w:styleId="WW-Absatz-Standardschriftart11111">
    <w:name w:val="WW-Absatz-Standardschriftart11111"/>
    <w:rsid w:val="008A10C3"/>
  </w:style>
  <w:style w:type="character" w:customStyle="1" w:styleId="WW-Absatz-Standardschriftart111111">
    <w:name w:val="WW-Absatz-Standardschriftart111111"/>
    <w:rsid w:val="008A10C3"/>
  </w:style>
  <w:style w:type="character" w:customStyle="1" w:styleId="WW-Absatz-Standardschriftart1111111">
    <w:name w:val="WW-Absatz-Standardschriftart1111111"/>
    <w:rsid w:val="008A10C3"/>
  </w:style>
  <w:style w:type="character" w:customStyle="1" w:styleId="WW-Absatz-Standardschriftart11111111">
    <w:name w:val="WW-Absatz-Standardschriftart11111111"/>
    <w:rsid w:val="008A10C3"/>
  </w:style>
  <w:style w:type="character" w:customStyle="1" w:styleId="WW-Absatz-Standardschriftart111111111">
    <w:name w:val="WW-Absatz-Standardschriftart111111111"/>
    <w:rsid w:val="008A10C3"/>
  </w:style>
  <w:style w:type="character" w:customStyle="1" w:styleId="WW-Absatz-Standardschriftart1111111111">
    <w:name w:val="WW-Absatz-Standardschriftart1111111111"/>
    <w:rsid w:val="008A10C3"/>
  </w:style>
  <w:style w:type="character" w:customStyle="1" w:styleId="Fontepargpadro1">
    <w:name w:val="Fonte parág. padrão1"/>
    <w:rsid w:val="008A10C3"/>
  </w:style>
  <w:style w:type="paragraph" w:customStyle="1" w:styleId="Ttulo10">
    <w:name w:val="Título1"/>
    <w:basedOn w:val="Normal"/>
    <w:next w:val="Corpodetexto"/>
    <w:rsid w:val="008A10C3"/>
    <w:pPr>
      <w:keepNext/>
      <w:widowControl/>
      <w:suppressAutoHyphens/>
      <w:autoSpaceDE/>
      <w:autoSpaceDN/>
      <w:spacing w:before="240" w:after="120" w:line="276" w:lineRule="auto"/>
    </w:pPr>
    <w:rPr>
      <w:rFonts w:ascii="Arial" w:eastAsia="SimSun" w:hAnsi="Arial" w:cs="Mangal"/>
      <w:kern w:val="1"/>
      <w:sz w:val="28"/>
      <w:szCs w:val="28"/>
      <w:lang w:val="pt-BR" w:eastAsia="ar-SA"/>
    </w:rPr>
  </w:style>
  <w:style w:type="paragraph" w:styleId="Lista">
    <w:name w:val="List"/>
    <w:basedOn w:val="Corpodetexto"/>
    <w:uiPriority w:val="99"/>
    <w:rsid w:val="008A10C3"/>
    <w:pPr>
      <w:widowControl/>
      <w:suppressAutoHyphens/>
      <w:autoSpaceDE/>
      <w:autoSpaceDN/>
      <w:spacing w:after="120" w:line="276" w:lineRule="auto"/>
    </w:pPr>
    <w:rPr>
      <w:rFonts w:ascii="Calibri" w:eastAsia="SimSun" w:hAnsi="Calibri" w:cs="Mangal"/>
      <w:kern w:val="1"/>
      <w:sz w:val="20"/>
      <w:szCs w:val="20"/>
      <w:lang w:val="x-none" w:eastAsia="ar-SA"/>
    </w:rPr>
  </w:style>
  <w:style w:type="paragraph" w:customStyle="1" w:styleId="Legenda1">
    <w:name w:val="Legenda1"/>
    <w:basedOn w:val="Normal"/>
    <w:rsid w:val="008A10C3"/>
    <w:pPr>
      <w:widowControl/>
      <w:suppressLineNumbers/>
      <w:suppressAutoHyphens/>
      <w:autoSpaceDE/>
      <w:autoSpaceDN/>
      <w:spacing w:before="120" w:after="120" w:line="276" w:lineRule="auto"/>
    </w:pPr>
    <w:rPr>
      <w:rFonts w:ascii="Calibri" w:eastAsia="SimSun" w:hAnsi="Calibri" w:cs="Mangal"/>
      <w:i/>
      <w:iCs/>
      <w:kern w:val="1"/>
      <w:sz w:val="24"/>
      <w:szCs w:val="24"/>
      <w:lang w:val="pt-BR" w:eastAsia="ar-SA"/>
    </w:rPr>
  </w:style>
  <w:style w:type="paragraph" w:customStyle="1" w:styleId="ndice">
    <w:name w:val="Índice"/>
    <w:basedOn w:val="Normal"/>
    <w:rsid w:val="008A10C3"/>
    <w:pPr>
      <w:widowControl/>
      <w:suppressLineNumbers/>
      <w:suppressAutoHyphens/>
      <w:autoSpaceDE/>
      <w:autoSpaceDN/>
      <w:spacing w:after="200" w:line="276" w:lineRule="auto"/>
    </w:pPr>
    <w:rPr>
      <w:rFonts w:ascii="Calibri" w:eastAsia="SimSun" w:hAnsi="Calibri" w:cs="Mangal"/>
      <w:kern w:val="1"/>
      <w:lang w:val="pt-BR" w:eastAsia="ar-SA"/>
    </w:rPr>
  </w:style>
  <w:style w:type="paragraph" w:customStyle="1" w:styleId="Textodebalo1">
    <w:name w:val="Texto de balão1"/>
    <w:basedOn w:val="Normal"/>
    <w:rsid w:val="008A10C3"/>
    <w:pPr>
      <w:widowControl/>
      <w:suppressAutoHyphens/>
      <w:autoSpaceDE/>
      <w:autoSpaceDN/>
      <w:spacing w:after="200" w:line="276" w:lineRule="auto"/>
    </w:pPr>
    <w:rPr>
      <w:rFonts w:ascii="Calibri" w:eastAsia="SimSun" w:hAnsi="Calibri" w:cs="font1309"/>
      <w:kern w:val="1"/>
      <w:lang w:val="pt-BR" w:eastAsia="ar-SA"/>
    </w:rPr>
  </w:style>
  <w:style w:type="paragraph" w:customStyle="1" w:styleId="WW-Padro">
    <w:name w:val="WW-Padrão"/>
    <w:rsid w:val="008A10C3"/>
    <w:pPr>
      <w:widowControl/>
      <w:suppressAutoHyphens/>
      <w:autoSpaceDE/>
      <w:autoSpaceDN/>
    </w:pPr>
    <w:rPr>
      <w:rFonts w:ascii="Times New Roman" w:eastAsia="Times New Roman" w:hAnsi="Times New Roman" w:cs="Times New Roman"/>
      <w:sz w:val="24"/>
      <w:szCs w:val="20"/>
      <w:lang w:eastAsia="ar-SA"/>
    </w:rPr>
  </w:style>
  <w:style w:type="paragraph" w:customStyle="1" w:styleId="WW-Textosimples">
    <w:name w:val="WW-Texto simples"/>
    <w:basedOn w:val="Normal"/>
    <w:semiHidden/>
    <w:rsid w:val="008A10C3"/>
    <w:pPr>
      <w:widowControl/>
      <w:suppressAutoHyphens/>
      <w:autoSpaceDE/>
      <w:autoSpaceDN/>
    </w:pPr>
    <w:rPr>
      <w:rFonts w:ascii="Courier New" w:eastAsia="Times New Roman" w:hAnsi="Courier New" w:cs="Courier New"/>
      <w:sz w:val="20"/>
      <w:szCs w:val="20"/>
      <w:lang w:val="pt-BR" w:eastAsia="ar-SA"/>
    </w:rPr>
  </w:style>
  <w:style w:type="character" w:customStyle="1" w:styleId="st">
    <w:name w:val="st"/>
    <w:rsid w:val="008A10C3"/>
  </w:style>
  <w:style w:type="character" w:customStyle="1" w:styleId="highlight">
    <w:name w:val="highlight"/>
    <w:rsid w:val="008A10C3"/>
  </w:style>
  <w:style w:type="paragraph" w:customStyle="1" w:styleId="msonormal0">
    <w:name w:val="msonormal"/>
    <w:basedOn w:val="Normal"/>
    <w:rsid w:val="008A10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4">
    <w:name w:val="xl104"/>
    <w:basedOn w:val="Normal"/>
    <w:rsid w:val="008A10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8A10C3"/>
    <w:pPr>
      <w:widowControl/>
      <w:autoSpaceDE/>
      <w:autoSpaceDN/>
      <w:spacing w:before="100" w:beforeAutospacing="1" w:after="100" w:afterAutospacing="1"/>
    </w:pPr>
    <w:rPr>
      <w:rFonts w:ascii="Times New Roman" w:eastAsia="Times New Roman" w:hAnsi="Times New Roman" w:cs="Times New Roman"/>
      <w:color w:val="FF0000"/>
      <w:sz w:val="24"/>
      <w:szCs w:val="24"/>
      <w:lang w:val="pt-BR" w:eastAsia="pt-BR"/>
    </w:rPr>
  </w:style>
  <w:style w:type="paragraph" w:customStyle="1" w:styleId="xl106">
    <w:name w:val="xl106"/>
    <w:basedOn w:val="Normal"/>
    <w:rsid w:val="008A10C3"/>
    <w:pPr>
      <w:widowControl/>
      <w:shd w:val="clear" w:color="FFFFCC"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7">
    <w:name w:val="xl107"/>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08">
    <w:name w:val="xl108"/>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09">
    <w:name w:val="xl109"/>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10">
    <w:name w:val="xl110"/>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11">
    <w:name w:val="xl111"/>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2">
    <w:name w:val="xl112"/>
    <w:basedOn w:val="Normal"/>
    <w:rsid w:val="008A10C3"/>
    <w:pPr>
      <w:widowControl/>
      <w:pBdr>
        <w:top w:val="single" w:sz="4" w:space="0" w:color="auto"/>
        <w:left w:val="single" w:sz="4" w:space="0" w:color="auto"/>
        <w:bottom w:val="single" w:sz="4" w:space="0" w:color="auto"/>
        <w:right w:val="single" w:sz="4" w:space="0" w:color="auto"/>
      </w:pBdr>
      <w:shd w:val="clear" w:color="CCCCFF" w:fill="99CC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13">
    <w:name w:val="xl113"/>
    <w:basedOn w:val="Normal"/>
    <w:rsid w:val="008A10C3"/>
    <w:pPr>
      <w:widowControl/>
      <w:pBdr>
        <w:top w:val="single" w:sz="4" w:space="0" w:color="auto"/>
        <w:left w:val="single" w:sz="4" w:space="0" w:color="auto"/>
        <w:bottom w:val="single" w:sz="4" w:space="0" w:color="auto"/>
        <w:right w:val="single" w:sz="4" w:space="0" w:color="auto"/>
      </w:pBdr>
      <w:shd w:val="clear" w:color="CCCCFF" w:fill="99CC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14">
    <w:name w:val="xl114"/>
    <w:basedOn w:val="Normal"/>
    <w:rsid w:val="008A10C3"/>
    <w:pPr>
      <w:widowControl/>
      <w:pBdr>
        <w:top w:val="single" w:sz="4" w:space="0" w:color="auto"/>
        <w:left w:val="single" w:sz="4" w:space="0" w:color="auto"/>
        <w:bottom w:val="single" w:sz="4" w:space="0" w:color="auto"/>
        <w:right w:val="single" w:sz="4" w:space="0" w:color="auto"/>
      </w:pBdr>
      <w:shd w:val="clear" w:color="CCCCFF" w:fill="99CCF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15">
    <w:name w:val="xl115"/>
    <w:basedOn w:val="Normal"/>
    <w:rsid w:val="008A10C3"/>
    <w:pPr>
      <w:widowControl/>
      <w:pBdr>
        <w:top w:val="single" w:sz="4" w:space="0" w:color="auto"/>
        <w:left w:val="single" w:sz="4" w:space="0" w:color="auto"/>
        <w:bottom w:val="single" w:sz="4" w:space="0" w:color="auto"/>
        <w:right w:val="single" w:sz="4" w:space="0" w:color="auto"/>
      </w:pBdr>
      <w:shd w:val="clear" w:color="CCCCFF" w:fill="99CC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16">
    <w:name w:val="xl116"/>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17">
    <w:name w:val="xl117"/>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18">
    <w:name w:val="xl118"/>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9">
    <w:name w:val="xl119"/>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20">
    <w:name w:val="xl120"/>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21">
    <w:name w:val="xl121"/>
    <w:basedOn w:val="Normal"/>
    <w:rsid w:val="008A10C3"/>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2">
    <w:name w:val="xl122"/>
    <w:basedOn w:val="Normal"/>
    <w:rsid w:val="008A10C3"/>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3">
    <w:name w:val="xl123"/>
    <w:basedOn w:val="Normal"/>
    <w:rsid w:val="008A10C3"/>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24">
    <w:name w:val="xl124"/>
    <w:basedOn w:val="Normal"/>
    <w:rsid w:val="008A10C3"/>
    <w:pPr>
      <w:widowControl/>
      <w:pBdr>
        <w:top w:val="single" w:sz="4" w:space="0" w:color="auto"/>
        <w:left w:val="single" w:sz="4" w:space="0" w:color="auto"/>
        <w:bottom w:val="single" w:sz="4" w:space="0" w:color="auto"/>
        <w:right w:val="single" w:sz="4" w:space="0" w:color="auto"/>
      </w:pBdr>
      <w:shd w:val="clear" w:color="99CCFF"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5">
    <w:name w:val="xl125"/>
    <w:basedOn w:val="Normal"/>
    <w:rsid w:val="008A10C3"/>
    <w:pPr>
      <w:widowControl/>
      <w:pBdr>
        <w:top w:val="single" w:sz="4" w:space="0" w:color="auto"/>
        <w:left w:val="single" w:sz="4" w:space="0" w:color="auto"/>
        <w:bottom w:val="single" w:sz="4" w:space="0" w:color="auto"/>
        <w:right w:val="single" w:sz="4" w:space="0" w:color="auto"/>
      </w:pBdr>
      <w:shd w:val="clear" w:color="99CCFF"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6">
    <w:name w:val="xl126"/>
    <w:basedOn w:val="Normal"/>
    <w:rsid w:val="008A10C3"/>
    <w:pPr>
      <w:widowControl/>
      <w:pBdr>
        <w:top w:val="single" w:sz="4" w:space="0" w:color="auto"/>
        <w:left w:val="single" w:sz="4" w:space="0" w:color="auto"/>
        <w:bottom w:val="single" w:sz="4" w:space="0" w:color="auto"/>
        <w:right w:val="single" w:sz="4" w:space="0" w:color="auto"/>
      </w:pBdr>
      <w:shd w:val="clear" w:color="99CCFF" w:fill="FFFFFF"/>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27">
    <w:name w:val="xl127"/>
    <w:basedOn w:val="Normal"/>
    <w:rsid w:val="008A10C3"/>
    <w:pPr>
      <w:widowControl/>
      <w:pBdr>
        <w:top w:val="single" w:sz="4" w:space="0" w:color="auto"/>
        <w:left w:val="single" w:sz="4" w:space="0" w:color="auto"/>
        <w:bottom w:val="single" w:sz="4" w:space="0" w:color="auto"/>
        <w:right w:val="single" w:sz="4" w:space="0" w:color="auto"/>
      </w:pBdr>
      <w:shd w:val="clear" w:color="99CCFF" w:fill="FFFFFF"/>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28">
    <w:name w:val="xl128"/>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9">
    <w:name w:val="xl129"/>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30">
    <w:name w:val="xl130"/>
    <w:basedOn w:val="Normal"/>
    <w:rsid w:val="008A10C3"/>
    <w:pPr>
      <w:widowControl/>
      <w:pBdr>
        <w:top w:val="single" w:sz="4" w:space="0" w:color="auto"/>
        <w:left w:val="single" w:sz="4" w:space="0" w:color="auto"/>
        <w:bottom w:val="single" w:sz="4" w:space="0" w:color="auto"/>
        <w:right w:val="single" w:sz="4" w:space="0" w:color="auto"/>
      </w:pBdr>
      <w:shd w:val="clear" w:color="FFFF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1">
    <w:name w:val="xl131"/>
    <w:basedOn w:val="Normal"/>
    <w:rsid w:val="008A10C3"/>
    <w:pPr>
      <w:widowControl/>
      <w:pBdr>
        <w:top w:val="single" w:sz="4" w:space="0" w:color="auto"/>
        <w:left w:val="single" w:sz="4" w:space="0" w:color="auto"/>
        <w:bottom w:val="single" w:sz="4" w:space="0" w:color="auto"/>
        <w:right w:val="single" w:sz="4" w:space="0" w:color="auto"/>
      </w:pBdr>
      <w:shd w:val="clear" w:color="FFFF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2">
    <w:name w:val="xl132"/>
    <w:basedOn w:val="Normal"/>
    <w:rsid w:val="008A10C3"/>
    <w:pPr>
      <w:widowControl/>
      <w:pBdr>
        <w:top w:val="single" w:sz="4" w:space="0" w:color="auto"/>
        <w:left w:val="single" w:sz="4" w:space="0" w:color="auto"/>
        <w:bottom w:val="single" w:sz="4" w:space="0" w:color="auto"/>
        <w:right w:val="single" w:sz="4" w:space="0" w:color="auto"/>
      </w:pBdr>
      <w:shd w:val="clear" w:color="FFFF00" w:fill="FFFFFF"/>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3">
    <w:name w:val="xl133"/>
    <w:basedOn w:val="Normal"/>
    <w:rsid w:val="008A10C3"/>
    <w:pPr>
      <w:widowControl/>
      <w:pBdr>
        <w:top w:val="single" w:sz="4" w:space="0" w:color="auto"/>
        <w:left w:val="single" w:sz="4" w:space="0" w:color="auto"/>
        <w:bottom w:val="single" w:sz="4" w:space="0" w:color="auto"/>
        <w:right w:val="single" w:sz="4" w:space="0" w:color="auto"/>
      </w:pBdr>
      <w:shd w:val="clear" w:color="99CCFF" w:fill="66CC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4">
    <w:name w:val="xl134"/>
    <w:basedOn w:val="Normal"/>
    <w:rsid w:val="008A10C3"/>
    <w:pPr>
      <w:widowControl/>
      <w:pBdr>
        <w:top w:val="single" w:sz="4" w:space="0" w:color="auto"/>
        <w:left w:val="single" w:sz="4" w:space="0" w:color="auto"/>
        <w:bottom w:val="single" w:sz="4" w:space="0" w:color="auto"/>
        <w:right w:val="single" w:sz="4" w:space="0" w:color="auto"/>
      </w:pBdr>
      <w:shd w:val="clear" w:color="00808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5">
    <w:name w:val="xl135"/>
    <w:basedOn w:val="Normal"/>
    <w:rsid w:val="008A10C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6">
    <w:name w:val="xl136"/>
    <w:basedOn w:val="Normal"/>
    <w:rsid w:val="008A10C3"/>
    <w:pPr>
      <w:widowControl/>
      <w:pBdr>
        <w:top w:val="single" w:sz="4" w:space="0" w:color="auto"/>
        <w:left w:val="single" w:sz="4" w:space="0" w:color="auto"/>
        <w:bottom w:val="single" w:sz="4" w:space="0" w:color="auto"/>
        <w:right w:val="single" w:sz="4" w:space="0" w:color="auto"/>
      </w:pBdr>
      <w:shd w:val="clear" w:color="00808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7">
    <w:name w:val="xl137"/>
    <w:basedOn w:val="Normal"/>
    <w:rsid w:val="008A10C3"/>
    <w:pPr>
      <w:widowControl/>
      <w:pBdr>
        <w:top w:val="single" w:sz="4" w:space="0" w:color="auto"/>
        <w:left w:val="single" w:sz="4" w:space="0" w:color="auto"/>
        <w:bottom w:val="single" w:sz="4" w:space="0" w:color="auto"/>
        <w:right w:val="single" w:sz="4" w:space="0" w:color="auto"/>
      </w:pBdr>
      <w:shd w:val="clear" w:color="008080" w:fill="FFFFFF"/>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8">
    <w:name w:val="xl138"/>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39">
    <w:name w:val="xl139"/>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40">
    <w:name w:val="xl140"/>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1">
    <w:name w:val="xl141"/>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2">
    <w:name w:val="xl142"/>
    <w:basedOn w:val="Normal"/>
    <w:rsid w:val="008A10C3"/>
    <w:pPr>
      <w:widowControl/>
      <w:pBdr>
        <w:top w:val="single" w:sz="4" w:space="0" w:color="auto"/>
        <w:left w:val="single" w:sz="4" w:space="0" w:color="auto"/>
        <w:bottom w:val="single" w:sz="4" w:space="0" w:color="auto"/>
        <w:right w:val="single" w:sz="4" w:space="0" w:color="auto"/>
      </w:pBdr>
      <w:shd w:val="clear" w:color="FFFF00" w:fill="FFCC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3">
    <w:name w:val="xl143"/>
    <w:basedOn w:val="Normal"/>
    <w:rsid w:val="008A10C3"/>
    <w:pPr>
      <w:widowControl/>
      <w:pBdr>
        <w:top w:val="single" w:sz="4" w:space="0" w:color="auto"/>
        <w:left w:val="single" w:sz="4" w:space="0" w:color="auto"/>
        <w:bottom w:val="single" w:sz="4" w:space="0" w:color="auto"/>
        <w:right w:val="single" w:sz="4" w:space="0" w:color="auto"/>
      </w:pBdr>
      <w:shd w:val="clear" w:color="FFFF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4">
    <w:name w:val="xl144"/>
    <w:basedOn w:val="Normal"/>
    <w:rsid w:val="008A10C3"/>
    <w:pPr>
      <w:widowControl/>
      <w:pBdr>
        <w:top w:val="single" w:sz="4" w:space="0" w:color="auto"/>
        <w:left w:val="single" w:sz="4" w:space="0" w:color="auto"/>
        <w:bottom w:val="single" w:sz="4" w:space="0" w:color="auto"/>
        <w:right w:val="single" w:sz="4" w:space="0" w:color="auto"/>
      </w:pBdr>
      <w:shd w:val="clear" w:color="FFFF00" w:fill="FFFFFF"/>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46">
    <w:name w:val="xl146"/>
    <w:basedOn w:val="Normal"/>
    <w:rsid w:val="008A10C3"/>
    <w:pPr>
      <w:widowControl/>
      <w:pBdr>
        <w:top w:val="single" w:sz="4" w:space="0" w:color="auto"/>
        <w:left w:val="single" w:sz="4" w:space="0" w:color="auto"/>
        <w:bottom w:val="single" w:sz="4" w:space="0" w:color="auto"/>
        <w:right w:val="single" w:sz="4" w:space="0" w:color="auto"/>
      </w:pBdr>
      <w:shd w:val="clear" w:color="FFFF00" w:fill="FFFFFF"/>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47">
    <w:name w:val="xl147"/>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48">
    <w:name w:val="xl148"/>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49">
    <w:name w:val="xl149"/>
    <w:basedOn w:val="Normal"/>
    <w:rsid w:val="008A10C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0">
    <w:name w:val="xl150"/>
    <w:basedOn w:val="Normal"/>
    <w:rsid w:val="008A10C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65">
    <w:name w:val="xl65"/>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18"/>
      <w:szCs w:val="18"/>
      <w:lang w:val="pt-BR" w:eastAsia="pt-BR"/>
    </w:rPr>
  </w:style>
  <w:style w:type="paragraph" w:customStyle="1" w:styleId="xl66">
    <w:name w:val="xl66"/>
    <w:basedOn w:val="Normal"/>
    <w:rsid w:val="008A10C3"/>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67">
    <w:name w:val="xl67"/>
    <w:basedOn w:val="Normal"/>
    <w:rsid w:val="008A10C3"/>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68">
    <w:name w:val="xl68"/>
    <w:basedOn w:val="Normal"/>
    <w:rsid w:val="008A10C3"/>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69">
    <w:name w:val="xl69"/>
    <w:basedOn w:val="Normal"/>
    <w:rsid w:val="008A10C3"/>
    <w:pPr>
      <w:widowControl/>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color w:val="000000"/>
      <w:sz w:val="18"/>
      <w:szCs w:val="18"/>
      <w:lang w:val="pt-BR" w:eastAsia="pt-BR"/>
    </w:rPr>
  </w:style>
  <w:style w:type="paragraph" w:customStyle="1" w:styleId="xl70">
    <w:name w:val="xl70"/>
    <w:basedOn w:val="Normal"/>
    <w:rsid w:val="008A10C3"/>
    <w:pPr>
      <w:widowControl/>
      <w:pBdr>
        <w:top w:val="single" w:sz="4" w:space="0" w:color="auto"/>
        <w:left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color w:val="000000"/>
      <w:sz w:val="18"/>
      <w:szCs w:val="18"/>
      <w:lang w:val="pt-BR" w:eastAsia="pt-BR"/>
    </w:rPr>
  </w:style>
  <w:style w:type="paragraph" w:customStyle="1" w:styleId="xl71">
    <w:name w:val="xl71"/>
    <w:basedOn w:val="Normal"/>
    <w:rsid w:val="008A10C3"/>
    <w:pPr>
      <w:widowControl/>
      <w:pBdr>
        <w:top w:val="single" w:sz="4" w:space="0" w:color="auto"/>
        <w:left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color w:val="000000"/>
      <w:sz w:val="18"/>
      <w:szCs w:val="18"/>
      <w:lang w:val="pt-BR" w:eastAsia="pt-BR"/>
    </w:rPr>
  </w:style>
  <w:style w:type="paragraph" w:customStyle="1" w:styleId="xl72">
    <w:name w:val="xl72"/>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rPr>
  </w:style>
  <w:style w:type="paragraph" w:customStyle="1" w:styleId="xl73">
    <w:name w:val="xl73"/>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rPr>
  </w:style>
  <w:style w:type="paragraph" w:customStyle="1" w:styleId="xl74">
    <w:name w:val="xl74"/>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75">
    <w:name w:val="xl75"/>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76">
    <w:name w:val="xl76"/>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rPr>
  </w:style>
  <w:style w:type="paragraph" w:customStyle="1" w:styleId="xl77">
    <w:name w:val="xl77"/>
    <w:basedOn w:val="Normal"/>
    <w:rsid w:val="008A10C3"/>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18"/>
      <w:szCs w:val="18"/>
      <w:lang w:val="pt-BR" w:eastAsia="pt-BR"/>
    </w:rPr>
  </w:style>
  <w:style w:type="paragraph" w:customStyle="1" w:styleId="xl78">
    <w:name w:val="xl78"/>
    <w:basedOn w:val="Normal"/>
    <w:rsid w:val="008A10C3"/>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79">
    <w:name w:val="xl79"/>
    <w:basedOn w:val="Normal"/>
    <w:rsid w:val="008A10C3"/>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rPr>
  </w:style>
  <w:style w:type="paragraph" w:customStyle="1" w:styleId="2oNvel">
    <w:name w:val="2o. Nível"/>
    <w:basedOn w:val="PargrafodaLista"/>
    <w:link w:val="2oNvelChar"/>
    <w:qFormat/>
    <w:rsid w:val="008A10C3"/>
    <w:pPr>
      <w:widowControl/>
      <w:numPr>
        <w:ilvl w:val="1"/>
        <w:numId w:val="31"/>
      </w:numPr>
      <w:tabs>
        <w:tab w:val="left" w:pos="851"/>
        <w:tab w:val="left" w:pos="1843"/>
      </w:tabs>
      <w:autoSpaceDE/>
      <w:autoSpaceDN/>
      <w:spacing w:before="120" w:line="264" w:lineRule="auto"/>
      <w:ind w:left="0" w:firstLine="0"/>
    </w:pPr>
    <w:rPr>
      <w:rFonts w:ascii="Arial" w:eastAsia="Calibri" w:hAnsi="Arial" w:cs="Arial"/>
      <w:sz w:val="24"/>
      <w:szCs w:val="24"/>
      <w:lang w:val="pt-BR" w:eastAsia="pt-BR"/>
    </w:rPr>
  </w:style>
  <w:style w:type="character" w:customStyle="1" w:styleId="2oNvelChar">
    <w:name w:val="2o. Nível Char"/>
    <w:link w:val="2oNvel"/>
    <w:rsid w:val="008A10C3"/>
    <w:rPr>
      <w:rFonts w:ascii="Arial" w:eastAsia="Calibri" w:hAnsi="Arial" w:cs="Arial"/>
      <w:sz w:val="24"/>
      <w:szCs w:val="24"/>
      <w:lang w:val="pt-BR" w:eastAsia="pt-BR"/>
    </w:rPr>
  </w:style>
  <w:style w:type="paragraph" w:customStyle="1" w:styleId="3oNvel">
    <w:name w:val="3o. Nível"/>
    <w:basedOn w:val="PargrafodaLista"/>
    <w:qFormat/>
    <w:rsid w:val="008A10C3"/>
    <w:pPr>
      <w:widowControl/>
      <w:numPr>
        <w:ilvl w:val="2"/>
        <w:numId w:val="4"/>
      </w:numPr>
      <w:tabs>
        <w:tab w:val="num" w:pos="360"/>
        <w:tab w:val="left" w:pos="993"/>
        <w:tab w:val="left" w:pos="1843"/>
      </w:tabs>
      <w:autoSpaceDE/>
      <w:autoSpaceDN/>
      <w:spacing w:before="120" w:line="264" w:lineRule="auto"/>
      <w:ind w:left="0" w:firstLine="0"/>
    </w:pPr>
    <w:rPr>
      <w:rFonts w:ascii="Arial" w:eastAsia="Times New Roman" w:hAnsi="Arial" w:cs="Arial"/>
      <w:color w:val="000000"/>
      <w:sz w:val="24"/>
      <w:szCs w:val="24"/>
      <w:lang w:val="pt-BR" w:eastAsia="pt-BR"/>
    </w:rPr>
  </w:style>
  <w:style w:type="paragraph" w:customStyle="1" w:styleId="Clusula">
    <w:name w:val="Cláusula"/>
    <w:basedOn w:val="PargrafodaLista"/>
    <w:link w:val="ClusulaChar"/>
    <w:qFormat/>
    <w:rsid w:val="008A10C3"/>
    <w:pPr>
      <w:keepNext/>
      <w:widowControl/>
      <w:numPr>
        <w:numId w:val="31"/>
      </w:numPr>
      <w:pBdr>
        <w:bottom w:val="thinThickMediumGap" w:sz="18" w:space="1" w:color="auto"/>
      </w:pBdr>
      <w:tabs>
        <w:tab w:val="left" w:pos="2127"/>
      </w:tabs>
      <w:autoSpaceDE/>
      <w:autoSpaceDN/>
      <w:spacing w:before="360" w:line="264" w:lineRule="auto"/>
    </w:pPr>
    <w:rPr>
      <w:rFonts w:ascii="Arial" w:eastAsia="Calibri" w:hAnsi="Arial" w:cs="Arial"/>
      <w:b/>
      <w:sz w:val="24"/>
      <w:szCs w:val="24"/>
      <w:lang w:val="pt-BR"/>
    </w:rPr>
  </w:style>
  <w:style w:type="character" w:customStyle="1" w:styleId="ClusulaChar">
    <w:name w:val="Cláusula Char"/>
    <w:link w:val="Clusula"/>
    <w:rsid w:val="008A10C3"/>
    <w:rPr>
      <w:rFonts w:ascii="Arial" w:eastAsia="Calibri" w:hAnsi="Arial" w:cs="Arial"/>
      <w:b/>
      <w:sz w:val="24"/>
      <w:szCs w:val="24"/>
      <w:lang w:val="pt-BR"/>
    </w:rPr>
  </w:style>
  <w:style w:type="paragraph" w:customStyle="1" w:styleId="Inciso">
    <w:name w:val="Inciso"/>
    <w:basedOn w:val="PargrafodaLista"/>
    <w:rsid w:val="008A10C3"/>
    <w:pPr>
      <w:widowControl/>
      <w:numPr>
        <w:ilvl w:val="2"/>
        <w:numId w:val="5"/>
      </w:numPr>
      <w:autoSpaceDE/>
      <w:autoSpaceDN/>
      <w:spacing w:before="120" w:line="264" w:lineRule="auto"/>
    </w:pPr>
    <w:rPr>
      <w:rFonts w:ascii="Arial" w:eastAsia="Times New Roman" w:hAnsi="Arial" w:cs="Arial"/>
      <w:sz w:val="24"/>
      <w:szCs w:val="24"/>
      <w:lang w:val="pt-BR" w:eastAsia="pt-BR"/>
    </w:rPr>
  </w:style>
  <w:style w:type="paragraph" w:customStyle="1" w:styleId="Quebras">
    <w:name w:val="Quebras"/>
    <w:basedOn w:val="Normal"/>
    <w:link w:val="QuebrasChar"/>
    <w:qFormat/>
    <w:rsid w:val="008A10C3"/>
    <w:pPr>
      <w:widowControl/>
      <w:numPr>
        <w:ilvl w:val="2"/>
        <w:numId w:val="32"/>
      </w:numPr>
      <w:autoSpaceDE/>
      <w:autoSpaceDN/>
      <w:jc w:val="both"/>
    </w:pPr>
    <w:rPr>
      <w:rFonts w:ascii="Arial" w:eastAsia="Times New Roman" w:hAnsi="Arial" w:cs="Arial"/>
      <w:bCs/>
      <w:iCs/>
      <w:color w:val="808080"/>
      <w:sz w:val="2"/>
      <w:szCs w:val="2"/>
      <w:lang w:val="pt-BR" w:eastAsia="pt-BR"/>
    </w:rPr>
  </w:style>
  <w:style w:type="character" w:customStyle="1" w:styleId="QuebrasChar">
    <w:name w:val="Quebras Char"/>
    <w:link w:val="Quebras"/>
    <w:rsid w:val="008A10C3"/>
    <w:rPr>
      <w:rFonts w:ascii="Arial" w:eastAsia="Times New Roman" w:hAnsi="Arial" w:cs="Arial"/>
      <w:bCs/>
      <w:iCs/>
      <w:color w:val="808080"/>
      <w:sz w:val="2"/>
      <w:szCs w:val="2"/>
      <w:lang w:val="pt-BR" w:eastAsia="pt-BR"/>
    </w:rPr>
  </w:style>
  <w:style w:type="paragraph" w:customStyle="1" w:styleId="xl102">
    <w:name w:val="xl102"/>
    <w:basedOn w:val="Normal"/>
    <w:qFormat/>
    <w:rsid w:val="008A10C3"/>
    <w:pPr>
      <w:widowControl/>
      <w:pBdr>
        <w:left w:val="single" w:sz="4" w:space="0" w:color="00000A"/>
        <w:right w:val="single" w:sz="4" w:space="0" w:color="00000A"/>
      </w:pBdr>
      <w:shd w:val="clear" w:color="000000" w:fill="B4C6E7"/>
      <w:autoSpaceDE/>
      <w:autoSpaceDN/>
      <w:spacing w:beforeAutospacing="1" w:after="160" w:afterAutospacing="1"/>
      <w:jc w:val="center"/>
      <w:textAlignment w:val="center"/>
    </w:pPr>
    <w:rPr>
      <w:rFonts w:ascii="Times New Roman" w:eastAsia="Times New Roman" w:hAnsi="Times New Roman" w:cs="Times New Roman"/>
      <w:b/>
      <w:bCs/>
      <w:color w:val="00000A"/>
      <w:sz w:val="20"/>
      <w:szCs w:val="20"/>
      <w:lang w:val="pt-BR" w:eastAsia="pt-BR"/>
    </w:rPr>
  </w:style>
  <w:style w:type="paragraph" w:customStyle="1" w:styleId="Tpico1">
    <w:name w:val="Tópico 1"/>
    <w:basedOn w:val="PargrafodaLista"/>
    <w:uiPriority w:val="1"/>
    <w:qFormat/>
    <w:rsid w:val="008A10C3"/>
    <w:pPr>
      <w:widowControl/>
      <w:pBdr>
        <w:bottom w:val="thinThickSmallGap" w:sz="18" w:space="1" w:color="auto"/>
      </w:pBdr>
      <w:autoSpaceDE/>
      <w:autoSpaceDN/>
      <w:spacing w:before="360" w:after="240" w:line="288" w:lineRule="auto"/>
      <w:ind w:left="567" w:hanging="567"/>
    </w:pPr>
    <w:rPr>
      <w:rFonts w:ascii="Arial" w:eastAsia="Times New Roman" w:hAnsi="Arial" w:cs="Arial"/>
      <w:b/>
      <w:bCs/>
      <w:iCs/>
      <w:sz w:val="24"/>
      <w:szCs w:val="24"/>
      <w:lang w:val="pt-BR" w:eastAsia="pt-BR"/>
    </w:rPr>
  </w:style>
  <w:style w:type="paragraph" w:customStyle="1" w:styleId="Tpico2">
    <w:name w:val="Tópico 2"/>
    <w:basedOn w:val="PargrafodaLista"/>
    <w:link w:val="Tpico2Char"/>
    <w:uiPriority w:val="1"/>
    <w:qFormat/>
    <w:rsid w:val="008A10C3"/>
    <w:pPr>
      <w:widowControl/>
      <w:pBdr>
        <w:bottom w:val="single" w:sz="4" w:space="1" w:color="auto"/>
      </w:pBdr>
      <w:autoSpaceDE/>
      <w:autoSpaceDN/>
      <w:spacing w:before="360" w:after="240" w:line="288" w:lineRule="auto"/>
      <w:ind w:left="624" w:hanging="624"/>
    </w:pPr>
    <w:rPr>
      <w:rFonts w:ascii="Arial" w:eastAsia="Times New Roman" w:hAnsi="Arial" w:cs="Arial"/>
      <w:b/>
      <w:bCs/>
      <w:iCs/>
      <w:sz w:val="24"/>
      <w:szCs w:val="24"/>
      <w:lang w:val="pt-BR" w:eastAsia="pt-BR"/>
    </w:rPr>
  </w:style>
  <w:style w:type="character" w:customStyle="1" w:styleId="Tpico2Char">
    <w:name w:val="Tópico 2 Char"/>
    <w:link w:val="Tpico2"/>
    <w:uiPriority w:val="1"/>
    <w:rsid w:val="008A10C3"/>
    <w:rPr>
      <w:rFonts w:ascii="Arial" w:eastAsia="Times New Roman" w:hAnsi="Arial" w:cs="Arial"/>
      <w:b/>
      <w:bCs/>
      <w:iCs/>
      <w:sz w:val="24"/>
      <w:szCs w:val="24"/>
      <w:lang w:val="pt-BR" w:eastAsia="pt-BR"/>
    </w:rPr>
  </w:style>
  <w:style w:type="paragraph" w:customStyle="1" w:styleId="Tpico3">
    <w:name w:val="Tópico 3"/>
    <w:basedOn w:val="PargrafodaLista"/>
    <w:uiPriority w:val="1"/>
    <w:qFormat/>
    <w:rsid w:val="008A10C3"/>
    <w:pPr>
      <w:widowControl/>
      <w:autoSpaceDE/>
      <w:autoSpaceDN/>
      <w:spacing w:before="360" w:after="240" w:line="288" w:lineRule="auto"/>
      <w:ind w:left="737" w:hanging="737"/>
    </w:pPr>
    <w:rPr>
      <w:rFonts w:ascii="Arial" w:eastAsia="Times New Roman" w:hAnsi="Arial" w:cs="Arial"/>
      <w:b/>
      <w:bCs/>
      <w:iCs/>
      <w:sz w:val="24"/>
      <w:szCs w:val="24"/>
      <w:lang w:val="pt-BR" w:eastAsia="pt-BR"/>
    </w:rPr>
  </w:style>
  <w:style w:type="paragraph" w:customStyle="1" w:styleId="Tpico5">
    <w:name w:val="Tópico 5"/>
    <w:basedOn w:val="Normal"/>
    <w:uiPriority w:val="1"/>
    <w:qFormat/>
    <w:rsid w:val="008A10C3"/>
    <w:pPr>
      <w:widowControl/>
      <w:autoSpaceDE/>
      <w:autoSpaceDN/>
      <w:spacing w:before="240" w:after="240" w:line="312" w:lineRule="auto"/>
      <w:ind w:left="1134" w:hanging="1134"/>
      <w:contextualSpacing/>
      <w:jc w:val="both"/>
    </w:pPr>
    <w:rPr>
      <w:rFonts w:ascii="Arial" w:eastAsia="Times New Roman" w:hAnsi="Arial" w:cs="Arial"/>
      <w:sz w:val="24"/>
      <w:szCs w:val="24"/>
      <w:lang w:val="pt-BR" w:eastAsia="pt-BR"/>
    </w:rPr>
  </w:style>
  <w:style w:type="paragraph" w:customStyle="1" w:styleId="TextoExemplo">
    <w:name w:val="Texto Exemplo"/>
    <w:basedOn w:val="Normal"/>
    <w:link w:val="TextoExemploChar"/>
    <w:uiPriority w:val="6"/>
    <w:qFormat/>
    <w:rsid w:val="008A10C3"/>
    <w:pPr>
      <w:widowControl/>
      <w:autoSpaceDE/>
      <w:autoSpaceDN/>
      <w:spacing w:before="240" w:line="312" w:lineRule="auto"/>
      <w:jc w:val="both"/>
    </w:pPr>
    <w:rPr>
      <w:rFonts w:ascii="Arial" w:eastAsia="Times New Roman" w:hAnsi="Arial" w:cs="Arial"/>
      <w:bCs/>
      <w:i/>
      <w:color w:val="808080"/>
      <w:sz w:val="24"/>
      <w:szCs w:val="24"/>
      <w:lang w:val="pt-BR" w:eastAsia="pt-BR"/>
    </w:rPr>
  </w:style>
  <w:style w:type="character" w:customStyle="1" w:styleId="TextoExemploChar">
    <w:name w:val="Texto Exemplo Char"/>
    <w:link w:val="TextoExemplo"/>
    <w:uiPriority w:val="6"/>
    <w:rsid w:val="008A10C3"/>
    <w:rPr>
      <w:rFonts w:ascii="Arial" w:eastAsia="Times New Roman" w:hAnsi="Arial" w:cs="Arial"/>
      <w:bCs/>
      <w:i/>
      <w:color w:val="808080"/>
      <w:sz w:val="24"/>
      <w:szCs w:val="24"/>
      <w:lang w:val="pt-BR" w:eastAsia="pt-BR"/>
    </w:rPr>
  </w:style>
  <w:style w:type="paragraph" w:customStyle="1" w:styleId="paragraph">
    <w:name w:val="paragraph"/>
    <w:basedOn w:val="Normal"/>
    <w:rsid w:val="008A10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rsid w:val="008A10C3"/>
  </w:style>
  <w:style w:type="character" w:customStyle="1" w:styleId="eop">
    <w:name w:val="eop"/>
    <w:rsid w:val="008A10C3"/>
  </w:style>
  <w:style w:type="paragraph" w:customStyle="1" w:styleId="Expandido">
    <w:name w:val="Expandido"/>
    <w:basedOn w:val="Normal"/>
    <w:rsid w:val="008A10C3"/>
    <w:pPr>
      <w:widowControl/>
      <w:suppressAutoHyphens/>
      <w:autoSpaceDE/>
      <w:autoSpaceDN/>
      <w:ind w:left="1701"/>
    </w:pPr>
    <w:rPr>
      <w:rFonts w:ascii="Segoe UI" w:eastAsia="Calibri" w:hAnsi="Segoe UI" w:cs="Segoe UI"/>
      <w:color w:val="385623"/>
      <w:sz w:val="18"/>
      <w:lang w:val="pt-BR" w:eastAsia="zh-CN"/>
    </w:rPr>
  </w:style>
  <w:style w:type="character" w:customStyle="1" w:styleId="Fontepargpadro10">
    <w:name w:val="Fonte parág. padrão1"/>
    <w:rsid w:val="008A10C3"/>
  </w:style>
  <w:style w:type="paragraph" w:customStyle="1" w:styleId="Textodebalo10">
    <w:name w:val="Texto de balão1"/>
    <w:basedOn w:val="Normal"/>
    <w:rsid w:val="008A10C3"/>
    <w:pPr>
      <w:widowControl/>
      <w:suppressAutoHyphens/>
      <w:autoSpaceDE/>
      <w:autoSpaceDN/>
      <w:spacing w:after="200" w:line="276" w:lineRule="auto"/>
    </w:pPr>
    <w:rPr>
      <w:rFonts w:ascii="Calibri" w:eastAsia="SimSun" w:hAnsi="Calibri" w:cs="font1417"/>
      <w:kern w:val="1"/>
      <w:lang w:val="pt-BR" w:eastAsia="ar-SA"/>
    </w:rPr>
  </w:style>
  <w:style w:type="table" w:customStyle="1" w:styleId="TableNormal1">
    <w:name w:val="Table Normal1"/>
    <w:uiPriority w:val="2"/>
    <w:semiHidden/>
    <w:unhideWhenUsed/>
    <w:qFormat/>
    <w:rsid w:val="008A10C3"/>
    <w:rPr>
      <w:rFonts w:ascii="Calibri" w:eastAsia="Calibri" w:hAnsi="Calibri" w:cs="Times New Roman"/>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8A10C3"/>
    <w:rPr>
      <w:rFonts w:ascii="Calibri" w:eastAsia="Calibri" w:hAnsi="Calibri" w:cs="Times New Roman"/>
    </w:rPr>
    <w:tblPr>
      <w:tblInd w:w="0" w:type="dxa"/>
      <w:tblCellMar>
        <w:top w:w="0" w:type="dxa"/>
        <w:left w:w="0" w:type="dxa"/>
        <w:bottom w:w="0" w:type="dxa"/>
        <w:right w:w="0" w:type="dxa"/>
      </w:tblCellMar>
    </w:tblPr>
  </w:style>
  <w:style w:type="paragraph" w:customStyle="1" w:styleId="Sub-descrio1">
    <w:name w:val="Sub-descrição 1"/>
    <w:basedOn w:val="Normal"/>
    <w:rsid w:val="008A10C3"/>
    <w:pPr>
      <w:widowControl/>
      <w:numPr>
        <w:ilvl w:val="1"/>
        <w:numId w:val="33"/>
      </w:numPr>
      <w:tabs>
        <w:tab w:val="clear" w:pos="2517"/>
        <w:tab w:val="num" w:pos="1701"/>
      </w:tabs>
      <w:overflowPunct w:val="0"/>
      <w:adjustRightInd w:val="0"/>
      <w:spacing w:line="312" w:lineRule="auto"/>
      <w:ind w:left="1701" w:right="-6" w:hanging="567"/>
      <w:jc w:val="both"/>
      <w:textAlignment w:val="baseline"/>
    </w:pPr>
    <w:rPr>
      <w:rFonts w:ascii="Times New Roman" w:eastAsia="Times New Roman" w:hAnsi="Times New Roman" w:cs="Times New Roman"/>
      <w:sz w:val="24"/>
      <w:szCs w:val="20"/>
      <w:lang w:val="pt-BR" w:eastAsia="pt-BR"/>
    </w:rPr>
  </w:style>
  <w:style w:type="character" w:styleId="TtulodoLivro">
    <w:name w:val="Book Title"/>
    <w:uiPriority w:val="33"/>
    <w:qFormat/>
    <w:rsid w:val="008A10C3"/>
    <w:rPr>
      <w:b/>
      <w:bCs/>
      <w:smallCaps/>
      <w:spacing w:val="5"/>
    </w:rPr>
  </w:style>
  <w:style w:type="character" w:customStyle="1" w:styleId="MenoPendente20">
    <w:name w:val="Menção Pendente2"/>
    <w:uiPriority w:val="99"/>
    <w:semiHidden/>
    <w:unhideWhenUsed/>
    <w:rsid w:val="008A10C3"/>
    <w:rPr>
      <w:color w:val="808080"/>
      <w:shd w:val="clear" w:color="auto" w:fill="E6E6E6"/>
    </w:rPr>
  </w:style>
  <w:style w:type="paragraph" w:styleId="CabealhodoSumrio">
    <w:name w:val="TOC Heading"/>
    <w:basedOn w:val="Ttulo1"/>
    <w:next w:val="Normal"/>
    <w:uiPriority w:val="39"/>
    <w:unhideWhenUsed/>
    <w:qFormat/>
    <w:rsid w:val="008A10C3"/>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pt-BR" w:eastAsia="pt-BR"/>
    </w:rPr>
  </w:style>
  <w:style w:type="paragraph" w:styleId="Sumrio1">
    <w:name w:val="toc 1"/>
    <w:basedOn w:val="Normal"/>
    <w:next w:val="Normal"/>
    <w:autoRedefine/>
    <w:uiPriority w:val="39"/>
    <w:unhideWhenUsed/>
    <w:rsid w:val="008A10C3"/>
    <w:pPr>
      <w:widowControl/>
      <w:tabs>
        <w:tab w:val="left" w:pos="426"/>
        <w:tab w:val="right" w:leader="dot" w:pos="8505"/>
      </w:tabs>
      <w:autoSpaceDE/>
      <w:autoSpaceDN/>
      <w:spacing w:after="100" w:line="259" w:lineRule="auto"/>
    </w:pPr>
    <w:rPr>
      <w:rFonts w:ascii="Calibri" w:eastAsia="Calibri" w:hAnsi="Calibri" w:cs="Times New Roman"/>
      <w:lang w:val="pt-BR"/>
    </w:rPr>
  </w:style>
  <w:style w:type="paragraph" w:styleId="Sumrio2">
    <w:name w:val="toc 2"/>
    <w:basedOn w:val="Normal"/>
    <w:next w:val="Normal"/>
    <w:autoRedefine/>
    <w:uiPriority w:val="39"/>
    <w:unhideWhenUsed/>
    <w:rsid w:val="008A10C3"/>
    <w:pPr>
      <w:widowControl/>
      <w:tabs>
        <w:tab w:val="left" w:pos="880"/>
        <w:tab w:val="right" w:leader="dot" w:pos="8505"/>
      </w:tabs>
      <w:autoSpaceDE/>
      <w:autoSpaceDN/>
      <w:spacing w:after="100" w:line="259" w:lineRule="auto"/>
      <w:ind w:left="220"/>
    </w:pPr>
    <w:rPr>
      <w:rFonts w:ascii="Calibri" w:eastAsia="Calibri" w:hAnsi="Calibri" w:cs="Times New Roman"/>
      <w:lang w:val="pt-BR"/>
    </w:rPr>
  </w:style>
  <w:style w:type="paragraph" w:styleId="Sumrio3">
    <w:name w:val="toc 3"/>
    <w:basedOn w:val="Normal"/>
    <w:next w:val="Normal"/>
    <w:autoRedefine/>
    <w:uiPriority w:val="39"/>
    <w:unhideWhenUsed/>
    <w:rsid w:val="008A10C3"/>
    <w:pPr>
      <w:widowControl/>
      <w:tabs>
        <w:tab w:val="left" w:pos="1320"/>
        <w:tab w:val="right" w:leader="dot" w:pos="8505"/>
      </w:tabs>
      <w:autoSpaceDE/>
      <w:autoSpaceDN/>
      <w:spacing w:after="100" w:line="259" w:lineRule="auto"/>
      <w:ind w:left="440"/>
    </w:pPr>
    <w:rPr>
      <w:rFonts w:ascii="Calibri" w:eastAsia="Calibri" w:hAnsi="Calibri" w:cs="Times New Roman"/>
      <w:lang w:val="pt-BR"/>
    </w:rPr>
  </w:style>
  <w:style w:type="character" w:customStyle="1" w:styleId="hgkelc">
    <w:name w:val="hgkelc"/>
    <w:rsid w:val="008A10C3"/>
  </w:style>
  <w:style w:type="paragraph" w:styleId="Sumrio4">
    <w:name w:val="toc 4"/>
    <w:basedOn w:val="Normal"/>
    <w:next w:val="Normal"/>
    <w:autoRedefine/>
    <w:uiPriority w:val="39"/>
    <w:unhideWhenUsed/>
    <w:rsid w:val="008A10C3"/>
    <w:pPr>
      <w:widowControl/>
      <w:autoSpaceDE/>
      <w:autoSpaceDN/>
      <w:spacing w:after="100" w:line="259" w:lineRule="auto"/>
      <w:ind w:left="660"/>
    </w:pPr>
    <w:rPr>
      <w:rFonts w:ascii="Calibri" w:eastAsia="Times New Roman" w:hAnsi="Calibri" w:cs="Times New Roman"/>
      <w:lang w:val="pt-BR" w:eastAsia="pt-BR"/>
    </w:rPr>
  </w:style>
  <w:style w:type="paragraph" w:styleId="Sumrio5">
    <w:name w:val="toc 5"/>
    <w:basedOn w:val="Normal"/>
    <w:next w:val="Normal"/>
    <w:autoRedefine/>
    <w:uiPriority w:val="39"/>
    <w:unhideWhenUsed/>
    <w:rsid w:val="008A10C3"/>
    <w:pPr>
      <w:widowControl/>
      <w:autoSpaceDE/>
      <w:autoSpaceDN/>
      <w:spacing w:after="100" w:line="259" w:lineRule="auto"/>
      <w:ind w:left="880"/>
    </w:pPr>
    <w:rPr>
      <w:rFonts w:ascii="Calibri" w:eastAsia="Times New Roman" w:hAnsi="Calibri" w:cs="Times New Roman"/>
      <w:lang w:val="pt-BR" w:eastAsia="pt-BR"/>
    </w:rPr>
  </w:style>
  <w:style w:type="paragraph" w:styleId="Sumrio6">
    <w:name w:val="toc 6"/>
    <w:basedOn w:val="Normal"/>
    <w:next w:val="Normal"/>
    <w:autoRedefine/>
    <w:uiPriority w:val="39"/>
    <w:unhideWhenUsed/>
    <w:rsid w:val="008A10C3"/>
    <w:pPr>
      <w:widowControl/>
      <w:autoSpaceDE/>
      <w:autoSpaceDN/>
      <w:spacing w:after="100" w:line="259" w:lineRule="auto"/>
      <w:ind w:left="1100"/>
    </w:pPr>
    <w:rPr>
      <w:rFonts w:ascii="Calibri" w:eastAsia="Times New Roman" w:hAnsi="Calibri" w:cs="Times New Roman"/>
      <w:lang w:val="pt-BR" w:eastAsia="pt-BR"/>
    </w:rPr>
  </w:style>
  <w:style w:type="paragraph" w:styleId="Sumrio7">
    <w:name w:val="toc 7"/>
    <w:basedOn w:val="Normal"/>
    <w:next w:val="Normal"/>
    <w:autoRedefine/>
    <w:uiPriority w:val="39"/>
    <w:unhideWhenUsed/>
    <w:rsid w:val="008A10C3"/>
    <w:pPr>
      <w:widowControl/>
      <w:autoSpaceDE/>
      <w:autoSpaceDN/>
      <w:spacing w:after="100" w:line="259" w:lineRule="auto"/>
      <w:ind w:left="1320"/>
    </w:pPr>
    <w:rPr>
      <w:rFonts w:ascii="Calibri" w:eastAsia="Times New Roman" w:hAnsi="Calibri" w:cs="Times New Roman"/>
      <w:lang w:val="pt-BR" w:eastAsia="pt-BR"/>
    </w:rPr>
  </w:style>
  <w:style w:type="paragraph" w:styleId="Sumrio8">
    <w:name w:val="toc 8"/>
    <w:basedOn w:val="Normal"/>
    <w:next w:val="Normal"/>
    <w:autoRedefine/>
    <w:uiPriority w:val="39"/>
    <w:unhideWhenUsed/>
    <w:rsid w:val="008A10C3"/>
    <w:pPr>
      <w:widowControl/>
      <w:autoSpaceDE/>
      <w:autoSpaceDN/>
      <w:spacing w:after="100" w:line="259" w:lineRule="auto"/>
      <w:ind w:left="1540"/>
    </w:pPr>
    <w:rPr>
      <w:rFonts w:ascii="Calibri" w:eastAsia="Times New Roman" w:hAnsi="Calibri" w:cs="Times New Roman"/>
      <w:lang w:val="pt-BR" w:eastAsia="pt-BR"/>
    </w:rPr>
  </w:style>
  <w:style w:type="paragraph" w:styleId="Sumrio9">
    <w:name w:val="toc 9"/>
    <w:basedOn w:val="Normal"/>
    <w:next w:val="Normal"/>
    <w:autoRedefine/>
    <w:uiPriority w:val="39"/>
    <w:unhideWhenUsed/>
    <w:rsid w:val="008A10C3"/>
    <w:pPr>
      <w:widowControl/>
      <w:autoSpaceDE/>
      <w:autoSpaceDN/>
      <w:spacing w:after="100" w:line="259" w:lineRule="auto"/>
      <w:ind w:left="1760"/>
    </w:pPr>
    <w:rPr>
      <w:rFonts w:ascii="Calibri" w:eastAsia="Times New Roman" w:hAnsi="Calibri" w:cs="Times New Roman"/>
      <w:lang w:val="pt-BR" w:eastAsia="pt-BR"/>
    </w:rPr>
  </w:style>
  <w:style w:type="paragraph" w:customStyle="1" w:styleId="xl214">
    <w:name w:val="xl214"/>
    <w:basedOn w:val="Normal"/>
    <w:rsid w:val="008A10C3"/>
    <w:pPr>
      <w:widowControl/>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215">
    <w:name w:val="xl215"/>
    <w:basedOn w:val="Normal"/>
    <w:rsid w:val="008A10C3"/>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216">
    <w:name w:val="xl216"/>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217">
    <w:name w:val="xl217"/>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218">
    <w:name w:val="xl218"/>
    <w:basedOn w:val="Normal"/>
    <w:rsid w:val="008A10C3"/>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219">
    <w:name w:val="xl219"/>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220">
    <w:name w:val="xl220"/>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0"/>
      <w:szCs w:val="20"/>
      <w:lang w:val="pt-BR" w:eastAsia="pt-BR"/>
    </w:rPr>
  </w:style>
  <w:style w:type="paragraph" w:customStyle="1" w:styleId="xl221">
    <w:name w:val="xl221"/>
    <w:basedOn w:val="Normal"/>
    <w:rsid w:val="008A10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0"/>
      <w:szCs w:val="20"/>
      <w:lang w:val="pt-BR" w:eastAsia="pt-BR"/>
    </w:rPr>
  </w:style>
  <w:style w:type="character" w:customStyle="1" w:styleId="uv3um">
    <w:name w:val="uv3um"/>
    <w:rsid w:val="008A10C3"/>
  </w:style>
  <w:style w:type="numbering" w:customStyle="1" w:styleId="Semlista2">
    <w:name w:val="Sem lista2"/>
    <w:next w:val="Semlista"/>
    <w:uiPriority w:val="99"/>
    <w:semiHidden/>
    <w:unhideWhenUsed/>
    <w:rsid w:val="008A10C3"/>
  </w:style>
  <w:style w:type="table" w:customStyle="1" w:styleId="TableNormal3">
    <w:name w:val="Table Normal3"/>
    <w:uiPriority w:val="2"/>
    <w:semiHidden/>
    <w:unhideWhenUsed/>
    <w:qFormat/>
    <w:rsid w:val="008A10C3"/>
    <w:pPr>
      <w:autoSpaceDE/>
      <w:autoSpaceDN/>
    </w:pPr>
    <w:rPr>
      <w:rFonts w:ascii="Calibri" w:eastAsia="Calibri" w:hAnsi="Calibri" w:cs="Times New Roman"/>
    </w:rPr>
    <w:tblPr>
      <w:tblInd w:w="0" w:type="dxa"/>
      <w:tblCellMar>
        <w:top w:w="0" w:type="dxa"/>
        <w:left w:w="0" w:type="dxa"/>
        <w:bottom w:w="0" w:type="dxa"/>
        <w:right w:w="0" w:type="dxa"/>
      </w:tblCellMar>
    </w:tblPr>
  </w:style>
  <w:style w:type="numbering" w:customStyle="1" w:styleId="Semlista3">
    <w:name w:val="Sem lista3"/>
    <w:next w:val="Semlista"/>
    <w:uiPriority w:val="99"/>
    <w:semiHidden/>
    <w:unhideWhenUsed/>
    <w:rsid w:val="008A10C3"/>
  </w:style>
  <w:style w:type="table" w:customStyle="1" w:styleId="TableNormal4">
    <w:name w:val="Table Normal4"/>
    <w:uiPriority w:val="2"/>
    <w:semiHidden/>
    <w:unhideWhenUsed/>
    <w:qFormat/>
    <w:rsid w:val="008A10C3"/>
    <w:rPr>
      <w:rFonts w:ascii="Calibri" w:eastAsia="Calibri" w:hAnsi="Calibri" w:cs="Times New Roman"/>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8A10C3"/>
  </w:style>
  <w:style w:type="table" w:customStyle="1" w:styleId="TableNormal5">
    <w:name w:val="Table Normal5"/>
    <w:uiPriority w:val="2"/>
    <w:semiHidden/>
    <w:unhideWhenUsed/>
    <w:qFormat/>
    <w:rsid w:val="008A10C3"/>
    <w:rPr>
      <w:rFonts w:ascii="Calibri" w:eastAsia="Calibri" w:hAnsi="Calibri" w:cs="Times New Roman"/>
    </w:rPr>
    <w:tblPr>
      <w:tblInd w:w="0" w:type="dxa"/>
      <w:tblCellMar>
        <w:top w:w="0" w:type="dxa"/>
        <w:left w:w="0" w:type="dxa"/>
        <w:bottom w:w="0" w:type="dxa"/>
        <w:right w:w="0" w:type="dxa"/>
      </w:tblCellMar>
    </w:tblPr>
  </w:style>
  <w:style w:type="paragraph" w:customStyle="1" w:styleId="pf0">
    <w:name w:val="pf0"/>
    <w:basedOn w:val="Normal"/>
    <w:rsid w:val="008A10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3">
    <w:name w:val="Menção Pendente3"/>
    <w:uiPriority w:val="99"/>
    <w:semiHidden/>
    <w:unhideWhenUsed/>
    <w:rsid w:val="00D27B5E"/>
    <w:rPr>
      <w:color w:val="605E5C"/>
      <w:shd w:val="clear" w:color="auto" w:fill="E1DFDD"/>
    </w:rPr>
  </w:style>
  <w:style w:type="numbering" w:customStyle="1" w:styleId="Semlista5">
    <w:name w:val="Sem lista5"/>
    <w:next w:val="Semlista"/>
    <w:uiPriority w:val="99"/>
    <w:semiHidden/>
    <w:unhideWhenUsed/>
    <w:rsid w:val="00C13F93"/>
  </w:style>
  <w:style w:type="paragraph" w:customStyle="1" w:styleId="Lista31">
    <w:name w:val="Lista 31"/>
    <w:basedOn w:val="Normal"/>
    <w:next w:val="Lista3"/>
    <w:uiPriority w:val="99"/>
    <w:unhideWhenUsed/>
    <w:rsid w:val="00C13F93"/>
    <w:pPr>
      <w:widowControl/>
      <w:autoSpaceDE/>
      <w:autoSpaceDN/>
      <w:spacing w:after="200" w:line="276" w:lineRule="auto"/>
      <w:ind w:left="1080" w:hanging="360"/>
      <w:contextualSpacing/>
      <w:jc w:val="both"/>
    </w:pPr>
    <w:rPr>
      <w:rFonts w:ascii="Arial" w:eastAsia="MS Mincho" w:hAnsi="Arial" w:cs="Times New Roman"/>
      <w:color w:val="333333"/>
      <w:lang w:val="pt-BR"/>
    </w:rPr>
  </w:style>
  <w:style w:type="paragraph" w:customStyle="1" w:styleId="Commarcadores21">
    <w:name w:val="Com marcadores 21"/>
    <w:basedOn w:val="Normal"/>
    <w:next w:val="Commarcadores2"/>
    <w:uiPriority w:val="99"/>
    <w:unhideWhenUsed/>
    <w:rsid w:val="00C13F93"/>
    <w:pPr>
      <w:widowControl/>
      <w:numPr>
        <w:numId w:val="39"/>
      </w:numPr>
      <w:tabs>
        <w:tab w:val="clear" w:pos="720"/>
      </w:tabs>
      <w:autoSpaceDE/>
      <w:autoSpaceDN/>
      <w:spacing w:after="200" w:line="276" w:lineRule="auto"/>
      <w:ind w:left="426" w:hanging="708"/>
      <w:contextualSpacing/>
      <w:jc w:val="both"/>
    </w:pPr>
    <w:rPr>
      <w:rFonts w:ascii="Arial" w:eastAsia="MS Mincho" w:hAnsi="Arial" w:cs="Times New Roman"/>
      <w:color w:val="333333"/>
      <w:lang w:val="pt-BR"/>
    </w:rPr>
  </w:style>
  <w:style w:type="paragraph" w:customStyle="1" w:styleId="Commarcadores31">
    <w:name w:val="Com marcadores 31"/>
    <w:basedOn w:val="Normal"/>
    <w:next w:val="Commarcadores3"/>
    <w:uiPriority w:val="99"/>
    <w:unhideWhenUsed/>
    <w:rsid w:val="00C13F93"/>
    <w:pPr>
      <w:widowControl/>
      <w:numPr>
        <w:numId w:val="40"/>
      </w:numPr>
      <w:tabs>
        <w:tab w:val="clear" w:pos="1080"/>
      </w:tabs>
      <w:autoSpaceDE/>
      <w:autoSpaceDN/>
      <w:spacing w:after="200" w:line="276" w:lineRule="auto"/>
      <w:ind w:left="426" w:hanging="708"/>
      <w:contextualSpacing/>
      <w:jc w:val="both"/>
    </w:pPr>
    <w:rPr>
      <w:rFonts w:ascii="Arial" w:eastAsia="MS Mincho" w:hAnsi="Arial" w:cs="Times New Roman"/>
      <w:color w:val="333333"/>
      <w:lang w:val="pt-BR"/>
    </w:rPr>
  </w:style>
  <w:style w:type="paragraph" w:customStyle="1" w:styleId="Numerada1">
    <w:name w:val="Numerada1"/>
    <w:basedOn w:val="Normal"/>
    <w:next w:val="Numerada"/>
    <w:uiPriority w:val="99"/>
    <w:unhideWhenUsed/>
    <w:rsid w:val="00C13F93"/>
    <w:pPr>
      <w:widowControl/>
      <w:numPr>
        <w:numId w:val="42"/>
      </w:numPr>
      <w:tabs>
        <w:tab w:val="clear" w:pos="360"/>
      </w:tabs>
      <w:autoSpaceDE/>
      <w:autoSpaceDN/>
      <w:spacing w:after="200" w:line="276" w:lineRule="auto"/>
      <w:ind w:left="426" w:hanging="708"/>
      <w:contextualSpacing/>
      <w:jc w:val="both"/>
    </w:pPr>
    <w:rPr>
      <w:rFonts w:ascii="Arial" w:eastAsia="MS Mincho" w:hAnsi="Arial" w:cs="Times New Roman"/>
      <w:color w:val="333333"/>
      <w:lang w:val="pt-BR"/>
    </w:rPr>
  </w:style>
  <w:style w:type="paragraph" w:customStyle="1" w:styleId="Numerada21">
    <w:name w:val="Numerada 21"/>
    <w:basedOn w:val="Normal"/>
    <w:next w:val="Numerada2"/>
    <w:uiPriority w:val="99"/>
    <w:unhideWhenUsed/>
    <w:rsid w:val="00C13F93"/>
    <w:pPr>
      <w:widowControl/>
      <w:numPr>
        <w:numId w:val="43"/>
      </w:numPr>
      <w:tabs>
        <w:tab w:val="clear" w:pos="720"/>
      </w:tabs>
      <w:autoSpaceDE/>
      <w:autoSpaceDN/>
      <w:spacing w:after="200" w:line="276" w:lineRule="auto"/>
      <w:ind w:left="426" w:hanging="708"/>
      <w:contextualSpacing/>
      <w:jc w:val="both"/>
    </w:pPr>
    <w:rPr>
      <w:rFonts w:ascii="Arial" w:eastAsia="MS Mincho" w:hAnsi="Arial" w:cs="Times New Roman"/>
      <w:color w:val="333333"/>
      <w:lang w:val="pt-BR"/>
    </w:rPr>
  </w:style>
  <w:style w:type="paragraph" w:customStyle="1" w:styleId="Numerada31">
    <w:name w:val="Numerada 31"/>
    <w:basedOn w:val="Normal"/>
    <w:next w:val="Numerada3"/>
    <w:uiPriority w:val="99"/>
    <w:unhideWhenUsed/>
    <w:rsid w:val="00C13F93"/>
    <w:pPr>
      <w:widowControl/>
      <w:numPr>
        <w:numId w:val="44"/>
      </w:numPr>
      <w:tabs>
        <w:tab w:val="clear" w:pos="1080"/>
      </w:tabs>
      <w:autoSpaceDE/>
      <w:autoSpaceDN/>
      <w:spacing w:after="200" w:line="276" w:lineRule="auto"/>
      <w:ind w:left="426" w:hanging="708"/>
      <w:contextualSpacing/>
      <w:jc w:val="both"/>
    </w:pPr>
    <w:rPr>
      <w:rFonts w:ascii="Arial" w:eastAsia="MS Mincho" w:hAnsi="Arial" w:cs="Times New Roman"/>
      <w:color w:val="333333"/>
      <w:lang w:val="pt-BR"/>
    </w:rPr>
  </w:style>
  <w:style w:type="paragraph" w:customStyle="1" w:styleId="Listadecontinuao21">
    <w:name w:val="Lista de continuação 21"/>
    <w:basedOn w:val="Normal"/>
    <w:next w:val="Listadecontinuao2"/>
    <w:uiPriority w:val="99"/>
    <w:unhideWhenUsed/>
    <w:rsid w:val="00C13F93"/>
    <w:pPr>
      <w:widowControl/>
      <w:autoSpaceDE/>
      <w:autoSpaceDN/>
      <w:spacing w:after="120" w:line="276" w:lineRule="auto"/>
      <w:ind w:left="720"/>
      <w:contextualSpacing/>
      <w:jc w:val="both"/>
    </w:pPr>
    <w:rPr>
      <w:rFonts w:ascii="Arial" w:eastAsia="MS Mincho" w:hAnsi="Arial" w:cs="Times New Roman"/>
      <w:color w:val="333333"/>
      <w:lang w:val="pt-BR"/>
    </w:rPr>
  </w:style>
  <w:style w:type="paragraph" w:customStyle="1" w:styleId="Listadecontinuao31">
    <w:name w:val="Lista de continuação 31"/>
    <w:basedOn w:val="Normal"/>
    <w:next w:val="Listadecontinuao3"/>
    <w:uiPriority w:val="99"/>
    <w:unhideWhenUsed/>
    <w:rsid w:val="00C13F93"/>
    <w:pPr>
      <w:widowControl/>
      <w:autoSpaceDE/>
      <w:autoSpaceDN/>
      <w:spacing w:after="120" w:line="276" w:lineRule="auto"/>
      <w:ind w:left="1080"/>
      <w:contextualSpacing/>
      <w:jc w:val="both"/>
    </w:pPr>
    <w:rPr>
      <w:rFonts w:ascii="Arial" w:eastAsia="MS Mincho" w:hAnsi="Arial" w:cs="Times New Roman"/>
      <w:color w:val="333333"/>
      <w:lang w:val="pt-BR"/>
    </w:rPr>
  </w:style>
  <w:style w:type="paragraph" w:customStyle="1" w:styleId="Textodemacro1">
    <w:name w:val="Texto de macro1"/>
    <w:next w:val="Textodemacro"/>
    <w:link w:val="TextodemacroChar"/>
    <w:uiPriority w:val="99"/>
    <w:unhideWhenUsed/>
    <w:rsid w:val="00C13F93"/>
    <w:pPr>
      <w:widowControl/>
      <w:tabs>
        <w:tab w:val="left" w:pos="576"/>
        <w:tab w:val="left" w:pos="1152"/>
        <w:tab w:val="left" w:pos="1728"/>
        <w:tab w:val="left" w:pos="2304"/>
        <w:tab w:val="left" w:pos="2880"/>
        <w:tab w:val="left" w:pos="3456"/>
        <w:tab w:val="left" w:pos="4032"/>
      </w:tabs>
      <w:autoSpaceDE/>
      <w:autoSpaceDN/>
      <w:spacing w:after="200" w:line="276" w:lineRule="auto"/>
    </w:pPr>
    <w:rPr>
      <w:rFonts w:ascii="Courier" w:hAnsi="Courier"/>
      <w:sz w:val="20"/>
      <w:szCs w:val="20"/>
    </w:rPr>
  </w:style>
  <w:style w:type="character" w:customStyle="1" w:styleId="TextodemacroChar">
    <w:name w:val="Texto de macro Char"/>
    <w:basedOn w:val="Fontepargpadro"/>
    <w:link w:val="Textodemacro1"/>
    <w:uiPriority w:val="99"/>
    <w:rsid w:val="00C13F93"/>
    <w:rPr>
      <w:rFonts w:ascii="Courier" w:hAnsi="Courier"/>
      <w:sz w:val="20"/>
      <w:szCs w:val="20"/>
    </w:rPr>
  </w:style>
  <w:style w:type="character" w:customStyle="1" w:styleId="nfaseSutil2">
    <w:name w:val="Ênfase Sutil2"/>
    <w:basedOn w:val="Fontepargpadro"/>
    <w:uiPriority w:val="19"/>
    <w:qFormat/>
    <w:rsid w:val="00C13F93"/>
    <w:rPr>
      <w:i/>
      <w:iCs/>
      <w:color w:val="808080"/>
    </w:rPr>
  </w:style>
  <w:style w:type="character" w:customStyle="1" w:styleId="RefernciaSutil1">
    <w:name w:val="Referência Sutil1"/>
    <w:basedOn w:val="Fontepargpadro"/>
    <w:uiPriority w:val="31"/>
    <w:qFormat/>
    <w:rsid w:val="00C13F93"/>
    <w:rPr>
      <w:smallCaps/>
      <w:color w:val="C0504D"/>
      <w:u w:val="single"/>
    </w:rPr>
  </w:style>
  <w:style w:type="table" w:customStyle="1" w:styleId="Tabelacomgrade3">
    <w:name w:val="Tabela com grade3"/>
    <w:basedOn w:val="Tabelanormal"/>
    <w:next w:val="Tabelacomgrade"/>
    <w:uiPriority w:val="59"/>
    <w:rsid w:val="00C13F93"/>
    <w:pPr>
      <w:widowControl/>
      <w:autoSpaceDE/>
      <w:autoSpaceDN/>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C13F93"/>
    <w:pPr>
      <w:widowControl/>
      <w:autoSpaceDE/>
      <w:autoSpaceDN/>
    </w:pPr>
    <w:rPr>
      <w:rFonts w:eastAsia="MS Mincho"/>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nfase11">
    <w:name w:val="Sombreamento Claro - Ênfase 11"/>
    <w:basedOn w:val="Tabelanormal"/>
    <w:next w:val="SombreamentoClaro-nfase1"/>
    <w:uiPriority w:val="60"/>
    <w:rsid w:val="00C13F93"/>
    <w:pPr>
      <w:widowControl/>
      <w:autoSpaceDE/>
      <w:autoSpaceDN/>
    </w:pPr>
    <w:rPr>
      <w:rFonts w:eastAsia="MS Mincho"/>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mentoClaro-nfase21">
    <w:name w:val="Sombreamento Claro - Ênfase 21"/>
    <w:basedOn w:val="Tabelanormal"/>
    <w:next w:val="SombreamentoClaro-nfase2"/>
    <w:uiPriority w:val="60"/>
    <w:rsid w:val="00C13F93"/>
    <w:pPr>
      <w:widowControl/>
      <w:autoSpaceDE/>
      <w:autoSpaceDN/>
    </w:pPr>
    <w:rPr>
      <w:rFonts w:eastAsia="MS Mincho"/>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mentoClaro-nfase31">
    <w:name w:val="Sombreamento Claro - Ênfase 31"/>
    <w:basedOn w:val="Tabelanormal"/>
    <w:next w:val="SombreamentoClaro-nfase3"/>
    <w:uiPriority w:val="60"/>
    <w:rsid w:val="00C13F93"/>
    <w:pPr>
      <w:widowControl/>
      <w:autoSpaceDE/>
      <w:autoSpaceDN/>
    </w:pPr>
    <w:rPr>
      <w:rFonts w:eastAsia="MS Mincho"/>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mentoClaro-nfase41">
    <w:name w:val="Sombreamento Claro - Ênfase 41"/>
    <w:basedOn w:val="Tabelanormal"/>
    <w:next w:val="SombreamentoClaro-nfase4"/>
    <w:uiPriority w:val="60"/>
    <w:rsid w:val="00C13F93"/>
    <w:pPr>
      <w:widowControl/>
      <w:autoSpaceDE/>
      <w:autoSpaceDN/>
    </w:pPr>
    <w:rPr>
      <w:rFonts w:eastAsia="MS Mincho"/>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mentoClaro-nfase51">
    <w:name w:val="Sombreamento Claro - Ênfase 51"/>
    <w:basedOn w:val="Tabelanormal"/>
    <w:next w:val="SombreamentoClaro-nfase5"/>
    <w:uiPriority w:val="60"/>
    <w:rsid w:val="00C13F93"/>
    <w:pPr>
      <w:widowControl/>
      <w:autoSpaceDE/>
      <w:autoSpaceDN/>
    </w:pPr>
    <w:rPr>
      <w:rFonts w:eastAsia="MS Mincho"/>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mentoClaro-nfase61">
    <w:name w:val="Sombreamento Claro - Ênfase 61"/>
    <w:basedOn w:val="Tabelanormal"/>
    <w:next w:val="SombreamentoClaro-nfase6"/>
    <w:uiPriority w:val="60"/>
    <w:rsid w:val="00C13F93"/>
    <w:pPr>
      <w:widowControl/>
      <w:autoSpaceDE/>
      <w:autoSpaceDN/>
    </w:pPr>
    <w:rPr>
      <w:rFonts w:eastAsia="MS Mincho"/>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staClara1">
    <w:name w:val="Lista Clara1"/>
    <w:basedOn w:val="Tabelanormal"/>
    <w:next w:val="ListaClara"/>
    <w:uiPriority w:val="61"/>
    <w:rsid w:val="00C13F93"/>
    <w:pPr>
      <w:widowControl/>
      <w:autoSpaceDE/>
      <w:autoSpaceDN/>
    </w:pPr>
    <w:rPr>
      <w:rFonts w:eastAsia="MS Minch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e11">
    <w:name w:val="Lista Clara - Ênfase 11"/>
    <w:basedOn w:val="Tabelanormal"/>
    <w:next w:val="ListaClara-nfase1"/>
    <w:uiPriority w:val="61"/>
    <w:rsid w:val="00C13F93"/>
    <w:pPr>
      <w:widowControl/>
      <w:autoSpaceDE/>
      <w:autoSpaceDN/>
    </w:pPr>
    <w:rPr>
      <w:rFonts w:eastAsia="MS Minch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e21">
    <w:name w:val="Lista Clara - Ênfase 21"/>
    <w:basedOn w:val="Tabelanormal"/>
    <w:next w:val="ListaClara-nfase2"/>
    <w:uiPriority w:val="61"/>
    <w:rsid w:val="00C13F93"/>
    <w:pPr>
      <w:widowControl/>
      <w:autoSpaceDE/>
      <w:autoSpaceDN/>
    </w:pPr>
    <w:rPr>
      <w:rFonts w:eastAsia="MS Mincho"/>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e31">
    <w:name w:val="Lista Clara - Ênfase 31"/>
    <w:basedOn w:val="Tabelanormal"/>
    <w:next w:val="ListaClara-nfase3"/>
    <w:uiPriority w:val="61"/>
    <w:rsid w:val="00C13F93"/>
    <w:pPr>
      <w:widowControl/>
      <w:autoSpaceDE/>
      <w:autoSpaceDN/>
    </w:pPr>
    <w:rPr>
      <w:rFonts w:eastAsia="MS Minch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e41">
    <w:name w:val="Lista Clara - Ênfase 41"/>
    <w:basedOn w:val="Tabelanormal"/>
    <w:next w:val="ListaClara-nfase4"/>
    <w:uiPriority w:val="61"/>
    <w:rsid w:val="00C13F93"/>
    <w:pPr>
      <w:widowControl/>
      <w:autoSpaceDE/>
      <w:autoSpaceDN/>
    </w:pPr>
    <w:rPr>
      <w:rFonts w:eastAsia="MS Minch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staClara-nfase51">
    <w:name w:val="Lista Clara - Ênfase 51"/>
    <w:basedOn w:val="Tabelanormal"/>
    <w:next w:val="ListaClara-nfase5"/>
    <w:uiPriority w:val="61"/>
    <w:rsid w:val="00C13F93"/>
    <w:pPr>
      <w:widowControl/>
      <w:autoSpaceDE/>
      <w:autoSpaceDN/>
    </w:pPr>
    <w:rPr>
      <w:rFonts w:eastAsia="MS Minch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e61">
    <w:name w:val="Lista Clara - Ênfase 61"/>
    <w:basedOn w:val="Tabelanormal"/>
    <w:next w:val="ListaClara-nfase6"/>
    <w:uiPriority w:val="61"/>
    <w:rsid w:val="00C13F93"/>
    <w:pPr>
      <w:widowControl/>
      <w:autoSpaceDE/>
      <w:autoSpaceDN/>
    </w:pPr>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adeClara1">
    <w:name w:val="Grade Clara1"/>
    <w:basedOn w:val="Tabelanormal"/>
    <w:next w:val="GradeClara"/>
    <w:uiPriority w:val="62"/>
    <w:rsid w:val="00C13F93"/>
    <w:pPr>
      <w:widowControl/>
      <w:autoSpaceDE/>
      <w:autoSpaceDN/>
    </w:pPr>
    <w:rPr>
      <w:rFonts w:eastAsia="MS Minch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adeClara-nfase11">
    <w:name w:val="Grade Clara - Ênfase 11"/>
    <w:basedOn w:val="Tabelanormal"/>
    <w:next w:val="GradeClara-nfase1"/>
    <w:uiPriority w:val="62"/>
    <w:rsid w:val="00C13F93"/>
    <w:pPr>
      <w:widowControl/>
      <w:autoSpaceDE/>
      <w:autoSpaceDN/>
    </w:pPr>
    <w:rPr>
      <w:rFonts w:eastAsia="MS Minch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adeClara-nfase21">
    <w:name w:val="Grade Clara - Ênfase 21"/>
    <w:basedOn w:val="Tabelanormal"/>
    <w:next w:val="GradeClara-nfase2"/>
    <w:uiPriority w:val="62"/>
    <w:rsid w:val="00C13F93"/>
    <w:pPr>
      <w:widowControl/>
      <w:autoSpaceDE/>
      <w:autoSpaceDN/>
    </w:pPr>
    <w:rPr>
      <w:rFonts w:eastAsia="MS Mincho"/>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GradeClara-nfase31">
    <w:name w:val="Grade Clara - Ênfase 31"/>
    <w:basedOn w:val="Tabelanormal"/>
    <w:next w:val="GradeClara-nfase3"/>
    <w:uiPriority w:val="62"/>
    <w:rsid w:val="00C13F93"/>
    <w:pPr>
      <w:widowControl/>
      <w:autoSpaceDE/>
      <w:autoSpaceDN/>
    </w:pPr>
    <w:rPr>
      <w:rFonts w:eastAsia="MS Minch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adeClara-nfase41">
    <w:name w:val="Grade Clara - Ênfase 41"/>
    <w:basedOn w:val="Tabelanormal"/>
    <w:next w:val="GradeClara-nfase4"/>
    <w:uiPriority w:val="62"/>
    <w:rsid w:val="00C13F93"/>
    <w:pPr>
      <w:widowControl/>
      <w:autoSpaceDE/>
      <w:autoSpaceDN/>
    </w:pPr>
    <w:rPr>
      <w:rFonts w:eastAsia="MS Minch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GradeClara-nfase51">
    <w:name w:val="Grade Clara - Ênfase 51"/>
    <w:basedOn w:val="Tabelanormal"/>
    <w:next w:val="GradeClara-nfase5"/>
    <w:uiPriority w:val="62"/>
    <w:rsid w:val="00C13F93"/>
    <w:pPr>
      <w:widowControl/>
      <w:autoSpaceDE/>
      <w:autoSpaceDN/>
    </w:pPr>
    <w:rPr>
      <w:rFonts w:eastAsia="MS Minch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GradeClara-nfase61">
    <w:name w:val="Grade Clara - Ênfase 61"/>
    <w:basedOn w:val="Tabelanormal"/>
    <w:next w:val="GradeClara-nfase6"/>
    <w:uiPriority w:val="62"/>
    <w:rsid w:val="00C13F93"/>
    <w:pPr>
      <w:widowControl/>
      <w:autoSpaceDE/>
      <w:autoSpaceDN/>
    </w:pPr>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SombreamentoMdio11">
    <w:name w:val="Sombreamento Médio 11"/>
    <w:basedOn w:val="Tabelanormal"/>
    <w:next w:val="SombreamentoMdio1"/>
    <w:uiPriority w:val="63"/>
    <w:rsid w:val="00C13F93"/>
    <w:pPr>
      <w:widowControl/>
      <w:autoSpaceDE/>
      <w:autoSpaceDN/>
    </w:pPr>
    <w:rPr>
      <w:rFonts w:eastAsia="MS Minch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mentoMdio1-nfase11">
    <w:name w:val="Sombreamento Médio 1 - Ênfase 11"/>
    <w:basedOn w:val="Tabelanormal"/>
    <w:next w:val="SombreamentoMdio1-nfase1"/>
    <w:uiPriority w:val="63"/>
    <w:rsid w:val="00C13F93"/>
    <w:pPr>
      <w:widowControl/>
      <w:autoSpaceDE/>
      <w:autoSpaceDN/>
    </w:pPr>
    <w:rPr>
      <w:rFonts w:eastAsia="MS Minch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mentoMdio1-nfase21">
    <w:name w:val="Sombreamento Médio 1 - Ênfase 21"/>
    <w:basedOn w:val="Tabelanormal"/>
    <w:next w:val="SombreamentoMdio1-nfase2"/>
    <w:uiPriority w:val="63"/>
    <w:rsid w:val="00C13F93"/>
    <w:pPr>
      <w:widowControl/>
      <w:autoSpaceDE/>
      <w:autoSpaceDN/>
    </w:pPr>
    <w:rPr>
      <w:rFonts w:eastAsia="MS Minch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mentoMdio1-nfase31">
    <w:name w:val="Sombreamento Médio 1 - Ênfase 31"/>
    <w:basedOn w:val="Tabelanormal"/>
    <w:next w:val="SombreamentoMdio1-nfase3"/>
    <w:uiPriority w:val="63"/>
    <w:rsid w:val="00C13F93"/>
    <w:pPr>
      <w:widowControl/>
      <w:autoSpaceDE/>
      <w:autoSpaceDN/>
    </w:pPr>
    <w:rPr>
      <w:rFonts w:eastAsia="MS Minch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mentoMdio1-nfase41">
    <w:name w:val="Sombreamento Médio 1 - Ênfase 41"/>
    <w:basedOn w:val="Tabelanormal"/>
    <w:next w:val="SombreamentoMdio1-nfase4"/>
    <w:uiPriority w:val="63"/>
    <w:rsid w:val="00C13F93"/>
    <w:pPr>
      <w:widowControl/>
      <w:autoSpaceDE/>
      <w:autoSpaceDN/>
    </w:pPr>
    <w:rPr>
      <w:rFonts w:eastAsia="MS Minch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mentoMdio1-nfase51">
    <w:name w:val="Sombreamento Médio 1 - Ênfase 51"/>
    <w:basedOn w:val="Tabelanormal"/>
    <w:next w:val="SombreamentoMdio1-nfase5"/>
    <w:uiPriority w:val="63"/>
    <w:rsid w:val="00C13F93"/>
    <w:pPr>
      <w:widowControl/>
      <w:autoSpaceDE/>
      <w:autoSpaceDN/>
    </w:pPr>
    <w:rPr>
      <w:rFonts w:eastAsia="MS Minch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mentoMdio1-nfase61">
    <w:name w:val="Sombreamento Médio 1 - Ênfase 61"/>
    <w:basedOn w:val="Tabelanormal"/>
    <w:next w:val="SombreamentoMdio1-nfase6"/>
    <w:uiPriority w:val="63"/>
    <w:rsid w:val="00C13F93"/>
    <w:pPr>
      <w:widowControl/>
      <w:autoSpaceDE/>
      <w:autoSpaceDN/>
    </w:pPr>
    <w:rPr>
      <w:rFonts w:eastAsia="MS Minch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SombreamentoMdio21">
    <w:name w:val="Sombreamento Médio 21"/>
    <w:basedOn w:val="Tabelanormal"/>
    <w:next w:val="SombreamentoMdio2"/>
    <w:uiPriority w:val="64"/>
    <w:rsid w:val="00C13F93"/>
    <w:pPr>
      <w:widowControl/>
      <w:autoSpaceDE/>
      <w:autoSpaceDN/>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11">
    <w:name w:val="Sombreamento Médio 2 - Ênfase 11"/>
    <w:basedOn w:val="Tabelanormal"/>
    <w:next w:val="SombreamentoMdio2-nfase1"/>
    <w:uiPriority w:val="64"/>
    <w:rsid w:val="00C13F93"/>
    <w:pPr>
      <w:widowControl/>
      <w:autoSpaceDE/>
      <w:autoSpaceDN/>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21">
    <w:name w:val="Sombreamento Médio 2 - Ênfase 21"/>
    <w:basedOn w:val="Tabelanormal"/>
    <w:next w:val="SombreamentoMdio2-nfase2"/>
    <w:uiPriority w:val="64"/>
    <w:rsid w:val="00C13F93"/>
    <w:pPr>
      <w:widowControl/>
      <w:autoSpaceDE/>
      <w:autoSpaceDN/>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31">
    <w:name w:val="Sombreamento Médio 2 - Ênfase 31"/>
    <w:basedOn w:val="Tabelanormal"/>
    <w:next w:val="SombreamentoMdio2-nfase3"/>
    <w:uiPriority w:val="64"/>
    <w:rsid w:val="00C13F93"/>
    <w:pPr>
      <w:widowControl/>
      <w:autoSpaceDE/>
      <w:autoSpaceDN/>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41">
    <w:name w:val="Sombreamento Médio 2 - Ênfase 41"/>
    <w:basedOn w:val="Tabelanormal"/>
    <w:next w:val="SombreamentoMdio2-nfase4"/>
    <w:uiPriority w:val="64"/>
    <w:rsid w:val="00C13F93"/>
    <w:pPr>
      <w:widowControl/>
      <w:autoSpaceDE/>
      <w:autoSpaceDN/>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51">
    <w:name w:val="Sombreamento Médio 2 - Ênfase 51"/>
    <w:basedOn w:val="Tabelanormal"/>
    <w:next w:val="SombreamentoMdio2-nfase5"/>
    <w:uiPriority w:val="64"/>
    <w:rsid w:val="00C13F93"/>
    <w:pPr>
      <w:widowControl/>
      <w:autoSpaceDE/>
      <w:autoSpaceDN/>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61">
    <w:name w:val="Sombreamento Médio 2 - Ênfase 61"/>
    <w:basedOn w:val="Tabelanormal"/>
    <w:next w:val="SombreamentoMdio2-nfase6"/>
    <w:uiPriority w:val="64"/>
    <w:rsid w:val="00C13F93"/>
    <w:pPr>
      <w:widowControl/>
      <w:autoSpaceDE/>
      <w:autoSpaceDN/>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dia11">
    <w:name w:val="Lista Média 11"/>
    <w:basedOn w:val="Tabelanormal"/>
    <w:next w:val="ListaMdia1"/>
    <w:uiPriority w:val="65"/>
    <w:rsid w:val="00C13F93"/>
    <w:pPr>
      <w:widowControl/>
      <w:autoSpaceDE/>
      <w:autoSpaceDN/>
    </w:pPr>
    <w:rPr>
      <w:rFonts w:eastAsia="MS Mincho"/>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aMdia1-nfase11">
    <w:name w:val="Lista Média 1 - Ênfase 11"/>
    <w:basedOn w:val="Tabelanormal"/>
    <w:next w:val="ListaMdia1-nfase1"/>
    <w:uiPriority w:val="65"/>
    <w:rsid w:val="00C13F93"/>
    <w:pPr>
      <w:widowControl/>
      <w:autoSpaceDE/>
      <w:autoSpaceDN/>
    </w:pPr>
    <w:rPr>
      <w:rFonts w:eastAsia="MS Mincho"/>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Mdia1-nfase21">
    <w:name w:val="Lista Média 1 - Ênfase 21"/>
    <w:basedOn w:val="Tabelanormal"/>
    <w:next w:val="ListaMdia1-nfase2"/>
    <w:uiPriority w:val="65"/>
    <w:rsid w:val="00C13F93"/>
    <w:pPr>
      <w:widowControl/>
      <w:autoSpaceDE/>
      <w:autoSpaceDN/>
    </w:pPr>
    <w:rPr>
      <w:rFonts w:eastAsia="MS Mincho"/>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dia1-nfase31">
    <w:name w:val="Lista Média 1 - Ênfase 31"/>
    <w:basedOn w:val="Tabelanormal"/>
    <w:next w:val="ListaMdia1-nfase3"/>
    <w:uiPriority w:val="65"/>
    <w:rsid w:val="00C13F93"/>
    <w:pPr>
      <w:widowControl/>
      <w:autoSpaceDE/>
      <w:autoSpaceDN/>
    </w:pPr>
    <w:rPr>
      <w:rFonts w:eastAsia="MS Mincho"/>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ListaMdia1-nfase41">
    <w:name w:val="Lista Média 1 - Ênfase 41"/>
    <w:basedOn w:val="Tabelanormal"/>
    <w:next w:val="ListaMdia1-nfase4"/>
    <w:uiPriority w:val="65"/>
    <w:rsid w:val="00C13F93"/>
    <w:pPr>
      <w:widowControl/>
      <w:autoSpaceDE/>
      <w:autoSpaceDN/>
    </w:pPr>
    <w:rPr>
      <w:rFonts w:eastAsia="MS Mincho"/>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ListaMdia1-nfase51">
    <w:name w:val="Lista Média 1 - Ênfase 51"/>
    <w:basedOn w:val="Tabelanormal"/>
    <w:next w:val="ListaMdia1-nfase5"/>
    <w:uiPriority w:val="65"/>
    <w:rsid w:val="00C13F93"/>
    <w:pPr>
      <w:widowControl/>
      <w:autoSpaceDE/>
      <w:autoSpaceDN/>
    </w:pPr>
    <w:rPr>
      <w:rFonts w:eastAsia="MS Mincho"/>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Mdia1-nfase61">
    <w:name w:val="Lista Média 1 - Ênfase 61"/>
    <w:basedOn w:val="Tabelanormal"/>
    <w:next w:val="ListaMdia1-nfase6"/>
    <w:uiPriority w:val="65"/>
    <w:rsid w:val="00C13F93"/>
    <w:pPr>
      <w:widowControl/>
      <w:autoSpaceDE/>
      <w:autoSpaceDN/>
    </w:pPr>
    <w:rPr>
      <w:rFonts w:eastAsia="MS Mincho"/>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staMdia21">
    <w:name w:val="Lista Média 21"/>
    <w:basedOn w:val="Tabelanormal"/>
    <w:next w:val="ListaMdia2"/>
    <w:uiPriority w:val="66"/>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Mdia2-nfase11">
    <w:name w:val="Lista Média 2 - Ênfase 11"/>
    <w:basedOn w:val="Tabelanormal"/>
    <w:next w:val="ListaMdia2-nfase1"/>
    <w:uiPriority w:val="66"/>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ListaMdia2-nfase21">
    <w:name w:val="Lista Média 2 - Ênfase 21"/>
    <w:basedOn w:val="Tabelanormal"/>
    <w:next w:val="ListaMdia2-nfase2"/>
    <w:uiPriority w:val="66"/>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ListaMdia2-nfase31">
    <w:name w:val="Lista Média 2 - Ênfase 31"/>
    <w:basedOn w:val="Tabelanormal"/>
    <w:next w:val="ListaMdia2-nfase3"/>
    <w:uiPriority w:val="66"/>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ListaMdia2-nfase41">
    <w:name w:val="Lista Média 2 - Ênfase 41"/>
    <w:basedOn w:val="Tabelanormal"/>
    <w:next w:val="ListaMdia2-nfase4"/>
    <w:uiPriority w:val="66"/>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ListaMdia2-nfase51">
    <w:name w:val="Lista Média 2 - Ênfase 51"/>
    <w:basedOn w:val="Tabelanormal"/>
    <w:next w:val="ListaMdia2-nfase5"/>
    <w:uiPriority w:val="66"/>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Mdia2-nfase61">
    <w:name w:val="Lista Média 2 - Ênfase 61"/>
    <w:basedOn w:val="Tabelanormal"/>
    <w:next w:val="ListaMdia2-nfase6"/>
    <w:uiPriority w:val="66"/>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GradeMdia11">
    <w:name w:val="Grade Média 11"/>
    <w:basedOn w:val="Tabelanormal"/>
    <w:next w:val="GradeMdia1"/>
    <w:uiPriority w:val="67"/>
    <w:rsid w:val="00C13F93"/>
    <w:pPr>
      <w:widowControl/>
      <w:autoSpaceDE/>
      <w:autoSpaceDN/>
    </w:pPr>
    <w:rPr>
      <w:rFonts w:eastAsia="MS Minch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GradeMdia1-nfase11">
    <w:name w:val="Grade Média 1 - Ênfase 11"/>
    <w:basedOn w:val="Tabelanormal"/>
    <w:next w:val="GradeMdia1-nfase1"/>
    <w:uiPriority w:val="67"/>
    <w:rsid w:val="00C13F93"/>
    <w:pPr>
      <w:widowControl/>
      <w:autoSpaceDE/>
      <w:autoSpaceDN/>
    </w:pPr>
    <w:rPr>
      <w:rFonts w:eastAsia="MS Minch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GradeMdia1-nfase21">
    <w:name w:val="Grade Média 1 - Ênfase 21"/>
    <w:basedOn w:val="Tabelanormal"/>
    <w:next w:val="GradeMdia1-nfase2"/>
    <w:uiPriority w:val="67"/>
    <w:rsid w:val="00C13F93"/>
    <w:pPr>
      <w:widowControl/>
      <w:autoSpaceDE/>
      <w:autoSpaceDN/>
    </w:pPr>
    <w:rPr>
      <w:rFonts w:eastAsia="MS Minch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GradeMdia1-nfase31">
    <w:name w:val="Grade Média 1 - Ênfase 31"/>
    <w:basedOn w:val="Tabelanormal"/>
    <w:next w:val="GradeMdia1-nfase3"/>
    <w:uiPriority w:val="67"/>
    <w:rsid w:val="00C13F93"/>
    <w:pPr>
      <w:widowControl/>
      <w:autoSpaceDE/>
      <w:autoSpaceDN/>
    </w:pPr>
    <w:rPr>
      <w:rFonts w:eastAsia="MS Minch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GradeMdia1-nfase41">
    <w:name w:val="Grade Média 1 - Ênfase 41"/>
    <w:basedOn w:val="Tabelanormal"/>
    <w:next w:val="GradeMdia1-nfase4"/>
    <w:uiPriority w:val="67"/>
    <w:rsid w:val="00C13F93"/>
    <w:pPr>
      <w:widowControl/>
      <w:autoSpaceDE/>
      <w:autoSpaceDN/>
    </w:pPr>
    <w:rPr>
      <w:rFonts w:eastAsia="MS Minch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GradeMdia1-nfase51">
    <w:name w:val="Grade Média 1 - Ênfase 51"/>
    <w:basedOn w:val="Tabelanormal"/>
    <w:next w:val="GradeMdia1-nfase5"/>
    <w:uiPriority w:val="67"/>
    <w:rsid w:val="00C13F93"/>
    <w:pPr>
      <w:widowControl/>
      <w:autoSpaceDE/>
      <w:autoSpaceDN/>
    </w:pPr>
    <w:rPr>
      <w:rFonts w:eastAsia="MS Minch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GradeMdia1-nfase61">
    <w:name w:val="Grade Média 1 - Ênfase 61"/>
    <w:basedOn w:val="Tabelanormal"/>
    <w:next w:val="GradeMdia1-nfase6"/>
    <w:uiPriority w:val="67"/>
    <w:rsid w:val="00C13F93"/>
    <w:pPr>
      <w:widowControl/>
      <w:autoSpaceDE/>
      <w:autoSpaceDN/>
    </w:pPr>
    <w:rPr>
      <w:rFonts w:eastAsia="MS Minch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GradeMdia21">
    <w:name w:val="Grade Média 21"/>
    <w:basedOn w:val="Tabelanormal"/>
    <w:next w:val="GradeMdia2"/>
    <w:uiPriority w:val="68"/>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GradeMdia2-nfase11">
    <w:name w:val="Grade Média 2 - Ênfase 11"/>
    <w:basedOn w:val="Tabelanormal"/>
    <w:next w:val="GradeMdia2-nfase1"/>
    <w:uiPriority w:val="68"/>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GradeMdia2-nfase21">
    <w:name w:val="Grade Média 2 - Ênfase 21"/>
    <w:basedOn w:val="Tabelanormal"/>
    <w:next w:val="GradeMdia2-nfase2"/>
    <w:uiPriority w:val="68"/>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GradeMdia2-nfase31">
    <w:name w:val="Grade Média 2 - Ênfase 31"/>
    <w:basedOn w:val="Tabelanormal"/>
    <w:next w:val="GradeMdia2-nfase3"/>
    <w:uiPriority w:val="68"/>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GradeMdia2-nfase41">
    <w:name w:val="Grade Média 2 - Ênfase 41"/>
    <w:basedOn w:val="Tabelanormal"/>
    <w:next w:val="GradeMdia2-nfase4"/>
    <w:uiPriority w:val="68"/>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GradeMdia2-nfase51">
    <w:name w:val="Grade Média 2 - Ênfase 51"/>
    <w:basedOn w:val="Tabelanormal"/>
    <w:next w:val="GradeMdia2-nfase5"/>
    <w:uiPriority w:val="68"/>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GradeMdia2-nfase61">
    <w:name w:val="Grade Média 2 - Ênfase 61"/>
    <w:basedOn w:val="Tabelanormal"/>
    <w:next w:val="GradeMdia2-nfase6"/>
    <w:uiPriority w:val="68"/>
    <w:rsid w:val="00C13F93"/>
    <w:pPr>
      <w:widowControl/>
      <w:autoSpaceDE/>
      <w:autoSpaceDN/>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GradeMdia31">
    <w:name w:val="Grade Média 31"/>
    <w:basedOn w:val="Tabelanormal"/>
    <w:next w:val="GradeMdia3"/>
    <w:uiPriority w:val="69"/>
    <w:rsid w:val="00C13F93"/>
    <w:pPr>
      <w:widowControl/>
      <w:autoSpaceDE/>
      <w:autoSpaceDN/>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GradeMdia3-nfase11">
    <w:name w:val="Grade Média 3 - Ênfase 11"/>
    <w:basedOn w:val="Tabelanormal"/>
    <w:next w:val="GradeMdia3-nfase1"/>
    <w:uiPriority w:val="69"/>
    <w:rsid w:val="00C13F93"/>
    <w:pPr>
      <w:widowControl/>
      <w:autoSpaceDE/>
      <w:autoSpaceDN/>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GradeMdia3-nfase21">
    <w:name w:val="Grade Média 3 - Ênfase 21"/>
    <w:basedOn w:val="Tabelanormal"/>
    <w:next w:val="GradeMdia3-nfase2"/>
    <w:uiPriority w:val="69"/>
    <w:rsid w:val="00C13F93"/>
    <w:pPr>
      <w:widowControl/>
      <w:autoSpaceDE/>
      <w:autoSpaceDN/>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GradeMdia3-nfase31">
    <w:name w:val="Grade Média 3 - Ênfase 31"/>
    <w:basedOn w:val="Tabelanormal"/>
    <w:next w:val="GradeMdia3-nfase3"/>
    <w:uiPriority w:val="69"/>
    <w:rsid w:val="00C13F93"/>
    <w:pPr>
      <w:widowControl/>
      <w:autoSpaceDE/>
      <w:autoSpaceDN/>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GradeMdia3-nfase41">
    <w:name w:val="Grade Média 3 - Ênfase 41"/>
    <w:basedOn w:val="Tabelanormal"/>
    <w:next w:val="GradeMdia3-nfase4"/>
    <w:uiPriority w:val="69"/>
    <w:rsid w:val="00C13F93"/>
    <w:pPr>
      <w:widowControl/>
      <w:autoSpaceDE/>
      <w:autoSpaceDN/>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GradeMdia3-nfase51">
    <w:name w:val="Grade Média 3 - Ênfase 51"/>
    <w:basedOn w:val="Tabelanormal"/>
    <w:next w:val="GradeMdia3-nfase5"/>
    <w:uiPriority w:val="69"/>
    <w:rsid w:val="00C13F93"/>
    <w:pPr>
      <w:widowControl/>
      <w:autoSpaceDE/>
      <w:autoSpaceDN/>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GradeMdia3-nfase61">
    <w:name w:val="Grade Média 3 - Ênfase 61"/>
    <w:basedOn w:val="Tabelanormal"/>
    <w:next w:val="GradeMdia3-nfase6"/>
    <w:uiPriority w:val="69"/>
    <w:rsid w:val="00C13F93"/>
    <w:pPr>
      <w:widowControl/>
      <w:autoSpaceDE/>
      <w:autoSpaceDN/>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ListaEscura1">
    <w:name w:val="Lista Escura1"/>
    <w:basedOn w:val="Tabelanormal"/>
    <w:next w:val="ListaEscura"/>
    <w:uiPriority w:val="70"/>
    <w:rsid w:val="00C13F93"/>
    <w:pPr>
      <w:widowControl/>
      <w:autoSpaceDE/>
      <w:autoSpaceDN/>
    </w:pPr>
    <w:rPr>
      <w:rFonts w:eastAsia="MS Mincho"/>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staEscura-nfase11">
    <w:name w:val="Lista Escura - Ênfase 11"/>
    <w:basedOn w:val="Tabelanormal"/>
    <w:next w:val="ListaEscura-nfase1"/>
    <w:uiPriority w:val="70"/>
    <w:rsid w:val="00C13F93"/>
    <w:pPr>
      <w:widowControl/>
      <w:autoSpaceDE/>
      <w:autoSpaceDN/>
    </w:pPr>
    <w:rPr>
      <w:rFonts w:eastAsia="MS Mincho"/>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ListaEscura-nfase21">
    <w:name w:val="Lista Escura - Ênfase 21"/>
    <w:basedOn w:val="Tabelanormal"/>
    <w:next w:val="ListaEscura-nfase2"/>
    <w:uiPriority w:val="70"/>
    <w:rsid w:val="00C13F93"/>
    <w:pPr>
      <w:widowControl/>
      <w:autoSpaceDE/>
      <w:autoSpaceDN/>
    </w:pPr>
    <w:rPr>
      <w:rFonts w:eastAsia="MS Mincho"/>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ListaEscura-nfase31">
    <w:name w:val="Lista Escura - Ênfase 31"/>
    <w:basedOn w:val="Tabelanormal"/>
    <w:next w:val="ListaEscura-nfase3"/>
    <w:uiPriority w:val="70"/>
    <w:rsid w:val="00C13F93"/>
    <w:pPr>
      <w:widowControl/>
      <w:autoSpaceDE/>
      <w:autoSpaceDN/>
    </w:pPr>
    <w:rPr>
      <w:rFonts w:eastAsia="MS Mincho"/>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ListaEscura-nfase41">
    <w:name w:val="Lista Escura - Ênfase 41"/>
    <w:basedOn w:val="Tabelanormal"/>
    <w:next w:val="ListaEscura-nfase4"/>
    <w:uiPriority w:val="70"/>
    <w:rsid w:val="00C13F93"/>
    <w:pPr>
      <w:widowControl/>
      <w:autoSpaceDE/>
      <w:autoSpaceDN/>
    </w:pPr>
    <w:rPr>
      <w:rFonts w:eastAsia="MS Mincho"/>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ListaEscura-nfase51">
    <w:name w:val="Lista Escura - Ênfase 51"/>
    <w:basedOn w:val="Tabelanormal"/>
    <w:next w:val="ListaEscura-nfase5"/>
    <w:uiPriority w:val="70"/>
    <w:rsid w:val="00C13F93"/>
    <w:pPr>
      <w:widowControl/>
      <w:autoSpaceDE/>
      <w:autoSpaceDN/>
    </w:pPr>
    <w:rPr>
      <w:rFonts w:eastAsia="MS Mincho"/>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ListaEscura-nfase61">
    <w:name w:val="Lista Escura - Ênfase 61"/>
    <w:basedOn w:val="Tabelanormal"/>
    <w:next w:val="ListaEscura-nfase6"/>
    <w:uiPriority w:val="70"/>
    <w:rsid w:val="00C13F93"/>
    <w:pPr>
      <w:widowControl/>
      <w:autoSpaceDE/>
      <w:autoSpaceDN/>
    </w:pPr>
    <w:rPr>
      <w:rFonts w:eastAsia="MS Mincho"/>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SombreamentoColorido1">
    <w:name w:val="Sombreamento Colorido1"/>
    <w:basedOn w:val="Tabelanormal"/>
    <w:next w:val="SombreamentoColorido"/>
    <w:uiPriority w:val="71"/>
    <w:rsid w:val="00C13F93"/>
    <w:pPr>
      <w:widowControl/>
      <w:autoSpaceDE/>
      <w:autoSpaceDN/>
    </w:pPr>
    <w:rPr>
      <w:rFonts w:eastAsia="MS Mincho"/>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SombreamentoEscuro-nfase11">
    <w:name w:val="Sombreamento Escuro - Ênfase 11"/>
    <w:basedOn w:val="Tabelanormal"/>
    <w:next w:val="SombreamentoEscuro-nfase1"/>
    <w:uiPriority w:val="71"/>
    <w:rsid w:val="00C13F93"/>
    <w:pPr>
      <w:widowControl/>
      <w:autoSpaceDE/>
      <w:autoSpaceDN/>
    </w:pPr>
    <w:rPr>
      <w:rFonts w:eastAsia="MS Mincho"/>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SombreamentoColorido-nfase21">
    <w:name w:val="Sombreamento Colorido - Ênfase 21"/>
    <w:basedOn w:val="Tabelanormal"/>
    <w:next w:val="SombreamentoColorido-nfase2"/>
    <w:uiPriority w:val="71"/>
    <w:rsid w:val="00C13F93"/>
    <w:pPr>
      <w:widowControl/>
      <w:autoSpaceDE/>
      <w:autoSpaceDN/>
    </w:pPr>
    <w:rPr>
      <w:rFonts w:eastAsia="MS Mincho"/>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SombreamentoColorido-nfase31">
    <w:name w:val="Sombreamento Colorido - Ênfase 31"/>
    <w:basedOn w:val="Tabelanormal"/>
    <w:next w:val="SombreamentoColorido-nfase3"/>
    <w:uiPriority w:val="71"/>
    <w:rsid w:val="00C13F93"/>
    <w:pPr>
      <w:widowControl/>
      <w:autoSpaceDE/>
      <w:autoSpaceDN/>
    </w:pPr>
    <w:rPr>
      <w:rFonts w:eastAsia="MS Mincho"/>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mentoColorido-nfase41">
    <w:name w:val="Sombreamento Colorido - Ênfase 41"/>
    <w:basedOn w:val="Tabelanormal"/>
    <w:next w:val="SombreamentoColorido-nfase4"/>
    <w:uiPriority w:val="71"/>
    <w:rsid w:val="00C13F93"/>
    <w:pPr>
      <w:widowControl/>
      <w:autoSpaceDE/>
      <w:autoSpaceDN/>
    </w:pPr>
    <w:rPr>
      <w:rFonts w:eastAsia="MS Mincho"/>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SombreamentoColorido-nfase51">
    <w:name w:val="Sombreamento Colorido - Ênfase 51"/>
    <w:basedOn w:val="Tabelanormal"/>
    <w:next w:val="SombreamentoColorido-nfase5"/>
    <w:uiPriority w:val="71"/>
    <w:rsid w:val="00C13F93"/>
    <w:pPr>
      <w:widowControl/>
      <w:autoSpaceDE/>
      <w:autoSpaceDN/>
    </w:pPr>
    <w:rPr>
      <w:rFonts w:eastAsia="MS Mincho"/>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SombreamentoColorido-nfase61">
    <w:name w:val="Sombreamento Colorido - Ênfase 61"/>
    <w:basedOn w:val="Tabelanormal"/>
    <w:next w:val="SombreamentoColorido-nfase6"/>
    <w:uiPriority w:val="71"/>
    <w:rsid w:val="00C13F93"/>
    <w:pPr>
      <w:widowControl/>
      <w:autoSpaceDE/>
      <w:autoSpaceDN/>
    </w:pPr>
    <w:rPr>
      <w:rFonts w:eastAsia="MS Mincho"/>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ListaColorida1">
    <w:name w:val="Lista Colorida1"/>
    <w:basedOn w:val="Tabelanormal"/>
    <w:next w:val="ListaColorida"/>
    <w:uiPriority w:val="72"/>
    <w:rsid w:val="00C13F93"/>
    <w:pPr>
      <w:widowControl/>
      <w:autoSpaceDE/>
      <w:autoSpaceDN/>
    </w:pPr>
    <w:rPr>
      <w:rFonts w:eastAsia="MS Mincho"/>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staColorida-nfase11">
    <w:name w:val="Lista Colorida - Ênfase 11"/>
    <w:basedOn w:val="Tabelanormal"/>
    <w:next w:val="ListaColorida-nfase1"/>
    <w:uiPriority w:val="72"/>
    <w:rsid w:val="00C13F93"/>
    <w:pPr>
      <w:widowControl/>
      <w:autoSpaceDE/>
      <w:autoSpaceDN/>
    </w:pPr>
    <w:rPr>
      <w:rFonts w:eastAsia="MS Mincho"/>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Colorida-nfase21">
    <w:name w:val="Lista Colorida - Ênfase 21"/>
    <w:basedOn w:val="Tabelanormal"/>
    <w:next w:val="ListaColorida-nfase2"/>
    <w:uiPriority w:val="72"/>
    <w:rsid w:val="00C13F93"/>
    <w:pPr>
      <w:widowControl/>
      <w:autoSpaceDE/>
      <w:autoSpaceDN/>
    </w:pPr>
    <w:rPr>
      <w:rFonts w:eastAsia="MS Mincho"/>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ListaColorida-nfase31">
    <w:name w:val="Lista Colorida - Ênfase 31"/>
    <w:basedOn w:val="Tabelanormal"/>
    <w:next w:val="ListaColorida-nfase3"/>
    <w:uiPriority w:val="72"/>
    <w:rsid w:val="00C13F93"/>
    <w:pPr>
      <w:widowControl/>
      <w:autoSpaceDE/>
      <w:autoSpaceDN/>
    </w:pPr>
    <w:rPr>
      <w:rFonts w:eastAsia="MS Mincho"/>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Colorida-nfase41">
    <w:name w:val="Lista Colorida - Ênfase 41"/>
    <w:basedOn w:val="Tabelanormal"/>
    <w:next w:val="ListaColorida-nfase4"/>
    <w:uiPriority w:val="72"/>
    <w:rsid w:val="00C13F93"/>
    <w:pPr>
      <w:widowControl/>
      <w:autoSpaceDE/>
      <w:autoSpaceDN/>
    </w:pPr>
    <w:rPr>
      <w:rFonts w:eastAsia="MS Mincho"/>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ListaColorida-nfase51">
    <w:name w:val="Lista Colorida - Ênfase 51"/>
    <w:basedOn w:val="Tabelanormal"/>
    <w:next w:val="ListaColorida-nfase5"/>
    <w:uiPriority w:val="72"/>
    <w:rsid w:val="00C13F93"/>
    <w:pPr>
      <w:widowControl/>
      <w:autoSpaceDE/>
      <w:autoSpaceDN/>
    </w:pPr>
    <w:rPr>
      <w:rFonts w:eastAsia="MS Mincho"/>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staColorida-nfase61">
    <w:name w:val="Lista Colorida - Ênfase 61"/>
    <w:basedOn w:val="Tabelanormal"/>
    <w:next w:val="ListaColorida-nfase6"/>
    <w:uiPriority w:val="72"/>
    <w:rsid w:val="00C13F93"/>
    <w:pPr>
      <w:widowControl/>
      <w:autoSpaceDE/>
      <w:autoSpaceDN/>
    </w:pPr>
    <w:rPr>
      <w:rFonts w:eastAsia="MS Mincho"/>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GradeColorida1">
    <w:name w:val="Grade Colorida1"/>
    <w:basedOn w:val="Tabelanormal"/>
    <w:next w:val="GradeColorida"/>
    <w:uiPriority w:val="73"/>
    <w:rsid w:val="00C13F93"/>
    <w:pPr>
      <w:widowControl/>
      <w:autoSpaceDE/>
      <w:autoSpaceDN/>
    </w:pPr>
    <w:rPr>
      <w:rFonts w:eastAsia="MS Mincho"/>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GradeColorida-nfase11">
    <w:name w:val="Grade Colorida - Ênfase 11"/>
    <w:basedOn w:val="Tabelanormal"/>
    <w:next w:val="GradeColorida-nfase1"/>
    <w:uiPriority w:val="73"/>
    <w:rsid w:val="00C13F93"/>
    <w:pPr>
      <w:widowControl/>
      <w:autoSpaceDE/>
      <w:autoSpaceDN/>
    </w:pPr>
    <w:rPr>
      <w:rFonts w:eastAsia="MS Mincho"/>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GradeColorida-nfase21">
    <w:name w:val="Grade Colorida - Ênfase 21"/>
    <w:basedOn w:val="Tabelanormal"/>
    <w:next w:val="GradeColorida-nfase2"/>
    <w:uiPriority w:val="73"/>
    <w:rsid w:val="00C13F93"/>
    <w:pPr>
      <w:widowControl/>
      <w:autoSpaceDE/>
      <w:autoSpaceDN/>
    </w:pPr>
    <w:rPr>
      <w:rFonts w:eastAsia="MS Mincho"/>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GradeColorida-nfase31">
    <w:name w:val="Grade Colorida - Ênfase 31"/>
    <w:basedOn w:val="Tabelanormal"/>
    <w:next w:val="GradeColorida-nfase3"/>
    <w:uiPriority w:val="73"/>
    <w:rsid w:val="00C13F93"/>
    <w:pPr>
      <w:widowControl/>
      <w:autoSpaceDE/>
      <w:autoSpaceDN/>
    </w:pPr>
    <w:rPr>
      <w:rFonts w:eastAsia="MS Mincho"/>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GradeColorida-nfase41">
    <w:name w:val="Grade Colorida - Ênfase 41"/>
    <w:basedOn w:val="Tabelanormal"/>
    <w:next w:val="GradeColorida-nfase4"/>
    <w:uiPriority w:val="73"/>
    <w:rsid w:val="00C13F93"/>
    <w:pPr>
      <w:widowControl/>
      <w:autoSpaceDE/>
      <w:autoSpaceDN/>
    </w:pPr>
    <w:rPr>
      <w:rFonts w:eastAsia="MS Mincho"/>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GradeColorida-nfase51">
    <w:name w:val="Grade Colorida - Ênfase 51"/>
    <w:basedOn w:val="Tabelanormal"/>
    <w:next w:val="GradeColorida-nfase5"/>
    <w:uiPriority w:val="73"/>
    <w:rsid w:val="00C13F93"/>
    <w:pPr>
      <w:widowControl/>
      <w:autoSpaceDE/>
      <w:autoSpaceDN/>
    </w:pPr>
    <w:rPr>
      <w:rFonts w:eastAsia="MS Mincho"/>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GradeColorida-nfase61">
    <w:name w:val="Grade Colorida - Ênfase 61"/>
    <w:basedOn w:val="Tabelanormal"/>
    <w:next w:val="GradeColorida-nfase6"/>
    <w:uiPriority w:val="73"/>
    <w:rsid w:val="00C13F93"/>
    <w:pPr>
      <w:widowControl/>
      <w:autoSpaceDE/>
      <w:autoSpaceDN/>
    </w:pPr>
    <w:rPr>
      <w:rFonts w:eastAsia="MS Mincho"/>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Lista3">
    <w:name w:val="List 3"/>
    <w:basedOn w:val="Normal"/>
    <w:uiPriority w:val="99"/>
    <w:semiHidden/>
    <w:unhideWhenUsed/>
    <w:rsid w:val="00C13F93"/>
    <w:pPr>
      <w:ind w:left="849" w:hanging="283"/>
      <w:contextualSpacing/>
    </w:pPr>
  </w:style>
  <w:style w:type="paragraph" w:styleId="Commarcadores2">
    <w:name w:val="List Bullet 2"/>
    <w:basedOn w:val="Normal"/>
    <w:uiPriority w:val="99"/>
    <w:semiHidden/>
    <w:unhideWhenUsed/>
    <w:rsid w:val="00C13F93"/>
    <w:pPr>
      <w:tabs>
        <w:tab w:val="num" w:pos="720"/>
      </w:tabs>
      <w:ind w:left="720" w:hanging="360"/>
      <w:contextualSpacing/>
    </w:pPr>
  </w:style>
  <w:style w:type="paragraph" w:styleId="Commarcadores3">
    <w:name w:val="List Bullet 3"/>
    <w:basedOn w:val="Normal"/>
    <w:uiPriority w:val="99"/>
    <w:semiHidden/>
    <w:unhideWhenUsed/>
    <w:rsid w:val="00C13F93"/>
    <w:pPr>
      <w:tabs>
        <w:tab w:val="num" w:pos="1080"/>
      </w:tabs>
      <w:ind w:left="1080" w:hanging="360"/>
      <w:contextualSpacing/>
    </w:pPr>
  </w:style>
  <w:style w:type="paragraph" w:styleId="Numerada">
    <w:name w:val="List Number"/>
    <w:basedOn w:val="Normal"/>
    <w:uiPriority w:val="99"/>
    <w:semiHidden/>
    <w:unhideWhenUsed/>
    <w:rsid w:val="00C13F93"/>
    <w:pPr>
      <w:numPr>
        <w:numId w:val="41"/>
      </w:numPr>
      <w:contextualSpacing/>
    </w:pPr>
  </w:style>
  <w:style w:type="paragraph" w:styleId="Numerada2">
    <w:name w:val="List Number 2"/>
    <w:basedOn w:val="Normal"/>
    <w:uiPriority w:val="99"/>
    <w:semiHidden/>
    <w:unhideWhenUsed/>
    <w:rsid w:val="00C13F93"/>
    <w:pPr>
      <w:tabs>
        <w:tab w:val="num" w:pos="360"/>
      </w:tabs>
      <w:ind w:left="360" w:hanging="360"/>
      <w:contextualSpacing/>
    </w:pPr>
  </w:style>
  <w:style w:type="paragraph" w:styleId="Numerada3">
    <w:name w:val="List Number 3"/>
    <w:basedOn w:val="Normal"/>
    <w:uiPriority w:val="99"/>
    <w:semiHidden/>
    <w:unhideWhenUsed/>
    <w:rsid w:val="00C13F93"/>
    <w:pPr>
      <w:tabs>
        <w:tab w:val="num" w:pos="720"/>
      </w:tabs>
      <w:ind w:left="720" w:hanging="360"/>
      <w:contextualSpacing/>
    </w:pPr>
  </w:style>
  <w:style w:type="paragraph" w:styleId="Listadecontinuao2">
    <w:name w:val="List Continue 2"/>
    <w:basedOn w:val="Normal"/>
    <w:uiPriority w:val="99"/>
    <w:semiHidden/>
    <w:unhideWhenUsed/>
    <w:rsid w:val="00C13F93"/>
    <w:pPr>
      <w:spacing w:after="120"/>
      <w:ind w:left="566"/>
      <w:contextualSpacing/>
    </w:pPr>
  </w:style>
  <w:style w:type="paragraph" w:styleId="Listadecontinuao3">
    <w:name w:val="List Continue 3"/>
    <w:basedOn w:val="Normal"/>
    <w:uiPriority w:val="99"/>
    <w:semiHidden/>
    <w:unhideWhenUsed/>
    <w:rsid w:val="00C13F93"/>
    <w:pPr>
      <w:spacing w:after="120"/>
      <w:ind w:left="849"/>
      <w:contextualSpacing/>
    </w:pPr>
  </w:style>
  <w:style w:type="paragraph" w:styleId="Textodemacro">
    <w:name w:val="macro"/>
    <w:link w:val="TextodemacroChar1"/>
    <w:uiPriority w:val="99"/>
    <w:semiHidden/>
    <w:unhideWhenUsed/>
    <w:rsid w:val="00C13F93"/>
    <w:pPr>
      <w:tabs>
        <w:tab w:val="left" w:pos="480"/>
        <w:tab w:val="left" w:pos="960"/>
        <w:tab w:val="left" w:pos="1440"/>
        <w:tab w:val="left" w:pos="1920"/>
        <w:tab w:val="left" w:pos="2400"/>
        <w:tab w:val="left" w:pos="2880"/>
        <w:tab w:val="left" w:pos="3360"/>
        <w:tab w:val="left" w:pos="3840"/>
        <w:tab w:val="left" w:pos="4320"/>
      </w:tabs>
    </w:pPr>
    <w:rPr>
      <w:rFonts w:ascii="Consolas" w:eastAsia="Arial MT" w:hAnsi="Consolas" w:cs="Arial MT"/>
      <w:sz w:val="20"/>
      <w:szCs w:val="20"/>
      <w:lang w:val="pt-PT"/>
    </w:rPr>
  </w:style>
  <w:style w:type="character" w:customStyle="1" w:styleId="TextodemacroChar1">
    <w:name w:val="Texto de macro Char1"/>
    <w:basedOn w:val="Fontepargpadro"/>
    <w:link w:val="Textodemacro"/>
    <w:uiPriority w:val="99"/>
    <w:semiHidden/>
    <w:rsid w:val="00C13F93"/>
    <w:rPr>
      <w:rFonts w:ascii="Consolas" w:eastAsia="Arial MT" w:hAnsi="Consolas" w:cs="Arial MT"/>
      <w:sz w:val="20"/>
      <w:szCs w:val="20"/>
      <w:lang w:val="pt-PT"/>
    </w:rPr>
  </w:style>
  <w:style w:type="character" w:styleId="nfaseSutil">
    <w:name w:val="Subtle Emphasis"/>
    <w:basedOn w:val="Fontepargpadro"/>
    <w:uiPriority w:val="19"/>
    <w:qFormat/>
    <w:rsid w:val="00C13F93"/>
    <w:rPr>
      <w:i/>
      <w:iCs/>
      <w:color w:val="404040" w:themeColor="text1" w:themeTint="BF"/>
    </w:rPr>
  </w:style>
  <w:style w:type="character" w:styleId="RefernciaSutil">
    <w:name w:val="Subtle Reference"/>
    <w:basedOn w:val="Fontepargpadro"/>
    <w:uiPriority w:val="31"/>
    <w:qFormat/>
    <w:rsid w:val="00C13F93"/>
    <w:rPr>
      <w:smallCaps/>
      <w:color w:val="5A5A5A" w:themeColor="text1" w:themeTint="A5"/>
    </w:rPr>
  </w:style>
  <w:style w:type="table" w:styleId="SombreamentoClaro">
    <w:name w:val="Light Shading"/>
    <w:basedOn w:val="Tabelanormal"/>
    <w:uiPriority w:val="60"/>
    <w:semiHidden/>
    <w:unhideWhenUsed/>
    <w:rsid w:val="00C13F9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semiHidden/>
    <w:unhideWhenUsed/>
    <w:rsid w:val="00C13F9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semiHidden/>
    <w:unhideWhenUsed/>
    <w:rsid w:val="00C13F93"/>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semiHidden/>
    <w:unhideWhenUsed/>
    <w:rsid w:val="00C13F93"/>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semiHidden/>
    <w:unhideWhenUsed/>
    <w:rsid w:val="00C13F93"/>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semiHidden/>
    <w:unhideWhenUsed/>
    <w:rsid w:val="00C13F93"/>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semiHidden/>
    <w:unhideWhenUsed/>
    <w:rsid w:val="00C13F93"/>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semiHidden/>
    <w:unhideWhenUsed/>
    <w:rsid w:val="00C13F9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semiHidden/>
    <w:unhideWhenUsed/>
    <w:rsid w:val="00C13F93"/>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semiHidden/>
    <w:unhideWhenUsed/>
    <w:rsid w:val="00C13F9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semiHidden/>
    <w:unhideWhenUsed/>
    <w:rsid w:val="00C13F9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semiHidden/>
    <w:unhideWhenUsed/>
    <w:rsid w:val="00C13F93"/>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semiHidden/>
    <w:unhideWhenUsed/>
    <w:rsid w:val="00C13F93"/>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semiHidden/>
    <w:unhideWhenUsed/>
    <w:rsid w:val="00C13F93"/>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semiHidden/>
    <w:unhideWhenUsed/>
    <w:rsid w:val="00C13F9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semiHidden/>
    <w:unhideWhenUsed/>
    <w:rsid w:val="00C13F93"/>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semiHidden/>
    <w:unhideWhenUsed/>
    <w:rsid w:val="00C13F9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semiHidden/>
    <w:unhideWhenUsed/>
    <w:rsid w:val="00C13F9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semiHidden/>
    <w:unhideWhenUsed/>
    <w:rsid w:val="00C13F93"/>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semiHidden/>
    <w:unhideWhenUsed/>
    <w:rsid w:val="00C13F93"/>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semiHidden/>
    <w:unhideWhenUsed/>
    <w:rsid w:val="00C13F93"/>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semiHidden/>
    <w:unhideWhenUsed/>
    <w:rsid w:val="00C13F9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semiHidden/>
    <w:unhideWhenUsed/>
    <w:rsid w:val="00C13F9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semiHidden/>
    <w:unhideWhenUsed/>
    <w:rsid w:val="00C13F9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semiHidden/>
    <w:unhideWhenUsed/>
    <w:rsid w:val="00C13F93"/>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semiHidden/>
    <w:unhideWhenUsed/>
    <w:rsid w:val="00C13F93"/>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semiHidden/>
    <w:unhideWhenUsed/>
    <w:rsid w:val="00C13F93"/>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semiHidden/>
    <w:unhideWhenUsed/>
    <w:rsid w:val="00C13F9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semiHidden/>
    <w:unhideWhenUsed/>
    <w:rsid w:val="00C13F9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semiHidden/>
    <w:unhideWhenUsed/>
    <w:rsid w:val="00C13F9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semiHidden/>
    <w:unhideWhenUsed/>
    <w:rsid w:val="00C13F9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semiHidden/>
    <w:unhideWhenUsed/>
    <w:rsid w:val="00C13F9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semiHidden/>
    <w:unhideWhenUsed/>
    <w:rsid w:val="00C13F9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semiHidden/>
    <w:unhideWhenUsed/>
    <w:rsid w:val="00C13F9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semiHidden/>
    <w:unhideWhenUsed/>
    <w:rsid w:val="00C13F9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semiHidden/>
    <w:unhideWhenUsed/>
    <w:rsid w:val="00C13F9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semiHidden/>
    <w:unhideWhenUsed/>
    <w:rsid w:val="00C13F93"/>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semiHidden/>
    <w:unhideWhenUsed/>
    <w:rsid w:val="00C13F93"/>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semiHidden/>
    <w:unhideWhenUsed/>
    <w:rsid w:val="00C13F93"/>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semiHidden/>
    <w:unhideWhenUsed/>
    <w:rsid w:val="00C13F93"/>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semiHidden/>
    <w:unhideWhenUsed/>
    <w:rsid w:val="00C13F93"/>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semiHidden/>
    <w:unhideWhenUsed/>
    <w:rsid w:val="00C13F93"/>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semiHidden/>
    <w:unhideWhenUsed/>
    <w:rsid w:val="00C13F9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semiHidden/>
    <w:unhideWhenUsed/>
    <w:rsid w:val="00C13F9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semiHidden/>
    <w:unhideWhenUsed/>
    <w:rsid w:val="00C13F9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semiHidden/>
    <w:unhideWhenUsed/>
    <w:rsid w:val="00C13F93"/>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semiHidden/>
    <w:unhideWhenUsed/>
    <w:rsid w:val="00C13F93"/>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semiHidden/>
    <w:unhideWhenUsed/>
    <w:rsid w:val="00C13F93"/>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semiHidden/>
    <w:unhideWhenUsed/>
    <w:rsid w:val="00C13F9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semiHidden/>
    <w:unhideWhenUsed/>
    <w:rsid w:val="00C13F93"/>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semiHidden/>
    <w:unhideWhenUsed/>
    <w:rsid w:val="00C13F9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semiHidden/>
    <w:unhideWhenUsed/>
    <w:rsid w:val="00C13F9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semiHidden/>
    <w:unhideWhenUsed/>
    <w:rsid w:val="00C13F9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semiHidden/>
    <w:unhideWhenUsed/>
    <w:rsid w:val="00C13F9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semiHidden/>
    <w:unhideWhenUsed/>
    <w:rsid w:val="00C13F9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semiHidden/>
    <w:unhideWhenUsed/>
    <w:rsid w:val="00C13F9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semiHidden/>
    <w:unhideWhenUsed/>
    <w:rsid w:val="00C13F9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semiHidden/>
    <w:unhideWhenUsed/>
    <w:rsid w:val="00C13F9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semiHidden/>
    <w:unhideWhenUsed/>
    <w:rsid w:val="00C13F93"/>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semiHidden/>
    <w:unhideWhenUsed/>
    <w:rsid w:val="00C13F93"/>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semiHidden/>
    <w:unhideWhenUsed/>
    <w:rsid w:val="00C13F93"/>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semiHidden/>
    <w:unhideWhenUsed/>
    <w:rsid w:val="00C13F93"/>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semiHidden/>
    <w:unhideWhenUsed/>
    <w:rsid w:val="00C13F93"/>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semiHidden/>
    <w:unhideWhenUsed/>
    <w:rsid w:val="00C13F93"/>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semiHidden/>
    <w:unhideWhenUsed/>
    <w:rsid w:val="00C13F93"/>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semiHidden/>
    <w:unhideWhenUsed/>
    <w:rsid w:val="00C13F93"/>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semiHidden/>
    <w:unhideWhenUsed/>
    <w:rsid w:val="00C13F93"/>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semiHidden/>
    <w:unhideWhenUsed/>
    <w:rsid w:val="00C13F93"/>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semiHidden/>
    <w:unhideWhenUsed/>
    <w:rsid w:val="00C13F93"/>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semiHidden/>
    <w:unhideWhenUsed/>
    <w:rsid w:val="00C13F93"/>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semiHidden/>
    <w:unhideWhenUsed/>
    <w:rsid w:val="00C13F93"/>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semiHidden/>
    <w:unhideWhenUsed/>
    <w:rsid w:val="00C13F9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semiHidden/>
    <w:unhideWhenUsed/>
    <w:rsid w:val="00C13F93"/>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semiHidden/>
    <w:unhideWhenUsed/>
    <w:rsid w:val="00C13F93"/>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semiHidden/>
    <w:unhideWhenUsed/>
    <w:rsid w:val="00C13F93"/>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semiHidden/>
    <w:unhideWhenUsed/>
    <w:rsid w:val="00C13F93"/>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semiHidden/>
    <w:unhideWhenUsed/>
    <w:rsid w:val="00C13F93"/>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semiHidden/>
    <w:unhideWhenUsed/>
    <w:rsid w:val="00C13F93"/>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semiHidden/>
    <w:unhideWhenUsed/>
    <w:rsid w:val="00C13F9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semiHidden/>
    <w:unhideWhenUsed/>
    <w:rsid w:val="00C13F93"/>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semiHidden/>
    <w:unhideWhenUsed/>
    <w:rsid w:val="00C13F93"/>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semiHidden/>
    <w:unhideWhenUsed/>
    <w:rsid w:val="00C13F93"/>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semiHidden/>
    <w:unhideWhenUsed/>
    <w:rsid w:val="00C13F93"/>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semiHidden/>
    <w:unhideWhenUsed/>
    <w:rsid w:val="00C13F93"/>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semiHidden/>
    <w:unhideWhenUsed/>
    <w:rsid w:val="00C13F93"/>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elacomgrade4">
    <w:name w:val="Tabela com grade4"/>
    <w:basedOn w:val="Tabelanormal"/>
    <w:next w:val="Tabelacomgrade"/>
    <w:uiPriority w:val="59"/>
    <w:rsid w:val="00D52735"/>
    <w:pPr>
      <w:widowControl/>
      <w:autoSpaceDE/>
      <w:autoSpaceDN/>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FF6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947143">
      <w:bodyDiv w:val="1"/>
      <w:marLeft w:val="0"/>
      <w:marRight w:val="0"/>
      <w:marTop w:val="0"/>
      <w:marBottom w:val="0"/>
      <w:divBdr>
        <w:top w:val="none" w:sz="0" w:space="0" w:color="auto"/>
        <w:left w:val="none" w:sz="0" w:space="0" w:color="auto"/>
        <w:bottom w:val="none" w:sz="0" w:space="0" w:color="auto"/>
        <w:right w:val="none" w:sz="0" w:space="0" w:color="auto"/>
      </w:divBdr>
    </w:div>
    <w:div w:id="315309047">
      <w:bodyDiv w:val="1"/>
      <w:marLeft w:val="0"/>
      <w:marRight w:val="0"/>
      <w:marTop w:val="0"/>
      <w:marBottom w:val="0"/>
      <w:divBdr>
        <w:top w:val="none" w:sz="0" w:space="0" w:color="auto"/>
        <w:left w:val="none" w:sz="0" w:space="0" w:color="auto"/>
        <w:bottom w:val="none" w:sz="0" w:space="0" w:color="auto"/>
        <w:right w:val="none" w:sz="0" w:space="0" w:color="auto"/>
      </w:divBdr>
    </w:div>
    <w:div w:id="350496866">
      <w:bodyDiv w:val="1"/>
      <w:marLeft w:val="0"/>
      <w:marRight w:val="0"/>
      <w:marTop w:val="0"/>
      <w:marBottom w:val="0"/>
      <w:divBdr>
        <w:top w:val="none" w:sz="0" w:space="0" w:color="auto"/>
        <w:left w:val="none" w:sz="0" w:space="0" w:color="auto"/>
        <w:bottom w:val="none" w:sz="0" w:space="0" w:color="auto"/>
        <w:right w:val="none" w:sz="0" w:space="0" w:color="auto"/>
      </w:divBdr>
    </w:div>
    <w:div w:id="1164588262">
      <w:bodyDiv w:val="1"/>
      <w:marLeft w:val="0"/>
      <w:marRight w:val="0"/>
      <w:marTop w:val="0"/>
      <w:marBottom w:val="0"/>
      <w:divBdr>
        <w:top w:val="none" w:sz="0" w:space="0" w:color="auto"/>
        <w:left w:val="none" w:sz="0" w:space="0" w:color="auto"/>
        <w:bottom w:val="none" w:sz="0" w:space="0" w:color="auto"/>
        <w:right w:val="none" w:sz="0" w:space="0" w:color="auto"/>
      </w:divBdr>
    </w:div>
    <w:div w:id="1638677657">
      <w:bodyDiv w:val="1"/>
      <w:marLeft w:val="0"/>
      <w:marRight w:val="0"/>
      <w:marTop w:val="0"/>
      <w:marBottom w:val="0"/>
      <w:divBdr>
        <w:top w:val="none" w:sz="0" w:space="0" w:color="auto"/>
        <w:left w:val="none" w:sz="0" w:space="0" w:color="auto"/>
        <w:bottom w:val="none" w:sz="0" w:space="0" w:color="auto"/>
        <w:right w:val="none" w:sz="0" w:space="0" w:color="auto"/>
      </w:divBdr>
    </w:div>
    <w:div w:id="1759016864">
      <w:bodyDiv w:val="1"/>
      <w:marLeft w:val="0"/>
      <w:marRight w:val="0"/>
      <w:marTop w:val="0"/>
      <w:marBottom w:val="0"/>
      <w:divBdr>
        <w:top w:val="none" w:sz="0" w:space="0" w:color="auto"/>
        <w:left w:val="none" w:sz="0" w:space="0" w:color="auto"/>
        <w:bottom w:val="none" w:sz="0" w:space="0" w:color="auto"/>
        <w:right w:val="none" w:sz="0" w:space="0" w:color="auto"/>
      </w:divBdr>
    </w:div>
    <w:div w:id="1824542061">
      <w:bodyDiv w:val="1"/>
      <w:marLeft w:val="0"/>
      <w:marRight w:val="0"/>
      <w:marTop w:val="0"/>
      <w:marBottom w:val="0"/>
      <w:divBdr>
        <w:top w:val="none" w:sz="0" w:space="0" w:color="auto"/>
        <w:left w:val="none" w:sz="0" w:space="0" w:color="auto"/>
        <w:bottom w:val="none" w:sz="0" w:space="0" w:color="auto"/>
        <w:right w:val="none" w:sz="0" w:space="0" w:color="auto"/>
      </w:divBdr>
    </w:div>
    <w:div w:id="1919246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1drv.ms/f/c/d76801eb6a33c285/IgBztcKj2YQtRKLgaKNC9EGxAUIjzcfyl1X1gJhYR0Z_Wms?e=1GMec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E8C8C-F561-4A8F-B4D8-EA8FC2A47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129</Words>
  <Characters>700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dc:creator>
  <cp:lastModifiedBy>Eliane Heiber dos Santos</cp:lastModifiedBy>
  <cp:revision>7</cp:revision>
  <cp:lastPrinted>2026-07-16T13:50:00Z</cp:lastPrinted>
  <dcterms:created xsi:type="dcterms:W3CDTF">2026-07-16T12:22:00Z</dcterms:created>
  <dcterms:modified xsi:type="dcterms:W3CDTF">2026-07-17T11:51:00Z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2025-06-26T00:00:00Z</vt:filetime>
  </property>
  <property fmtid="{D5CDD505-2E9C-101B-9397-08002B2CF9AE}" pid="3" name="Creator">
    <vt:lpwstr>Microsoft® Word LTSC</vt:lpwstr>
  </property>
  <property fmtid="{D5CDD505-2E9C-101B-9397-08002B2CF9AE}" pid="4" name="LastSaved">
    <vt:filetime>2025-07-01T00:00:00Z</vt:filetime>
  </property>
  <property fmtid="{D5CDD505-2E9C-101B-9397-08002B2CF9AE}" pid="5" name="Producer">
    <vt:lpwstr>Microsoft® Word LTSC</vt:lpwstr>
  </property>
</Properties>
</file>