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8C1954" w14:textId="77777777" w:rsidR="00A93EB3" w:rsidRDefault="00A93EB3" w:rsidP="00A93EB3">
      <w:pPr>
        <w:ind w:firstLine="709"/>
        <w:jc w:val="center"/>
        <w:rPr>
          <w:rFonts w:ascii="Times New Roman" w:hAnsi="Times New Roman" w:cs="Times New Roman"/>
          <w:b/>
          <w:bCs/>
          <w:sz w:val="24"/>
          <w:szCs w:val="24"/>
        </w:rPr>
      </w:pPr>
    </w:p>
    <w:p w14:paraId="416EE2CC" w14:textId="541E32B5" w:rsidR="00A93EB3" w:rsidRPr="00A93EB3" w:rsidRDefault="00A93EB3" w:rsidP="00A93EB3">
      <w:pPr>
        <w:ind w:firstLine="709"/>
        <w:jc w:val="center"/>
        <w:rPr>
          <w:rFonts w:ascii="Times New Roman" w:hAnsi="Times New Roman" w:cs="Times New Roman"/>
          <w:b/>
          <w:bCs/>
          <w:sz w:val="24"/>
          <w:szCs w:val="24"/>
        </w:rPr>
      </w:pPr>
      <w:r w:rsidRPr="00A93EB3">
        <w:rPr>
          <w:rFonts w:ascii="Times New Roman" w:hAnsi="Times New Roman" w:cs="Times New Roman"/>
          <w:b/>
          <w:bCs/>
          <w:sz w:val="24"/>
          <w:szCs w:val="24"/>
        </w:rPr>
        <w:t>ANEXO I</w:t>
      </w:r>
    </w:p>
    <w:p w14:paraId="55FF8C2B" w14:textId="77777777" w:rsidR="00A93EB3" w:rsidRPr="00A93EB3" w:rsidRDefault="00A93EB3" w:rsidP="00A93EB3">
      <w:pPr>
        <w:ind w:firstLine="709"/>
        <w:jc w:val="center"/>
        <w:rPr>
          <w:rFonts w:ascii="Times New Roman" w:hAnsi="Times New Roman" w:cs="Times New Roman"/>
          <w:b/>
          <w:bCs/>
          <w:sz w:val="24"/>
          <w:szCs w:val="24"/>
        </w:rPr>
      </w:pPr>
      <w:r w:rsidRPr="00A93EB3">
        <w:rPr>
          <w:rFonts w:ascii="Times New Roman" w:hAnsi="Times New Roman" w:cs="Times New Roman"/>
          <w:b/>
          <w:bCs/>
          <w:sz w:val="24"/>
          <w:szCs w:val="24"/>
        </w:rPr>
        <w:t>TERMO DE REFERÊNCIA</w:t>
      </w:r>
    </w:p>
    <w:p w14:paraId="47B12237" w14:textId="77777777" w:rsidR="00A93EB3" w:rsidRPr="00A93EB3" w:rsidRDefault="00A93EB3" w:rsidP="00A93EB3">
      <w:pPr>
        <w:ind w:firstLine="709"/>
        <w:jc w:val="center"/>
        <w:rPr>
          <w:rFonts w:ascii="Times New Roman" w:hAnsi="Times New Roman" w:cs="Times New Roman"/>
          <w:b/>
          <w:bCs/>
          <w:sz w:val="24"/>
          <w:szCs w:val="24"/>
        </w:rPr>
      </w:pPr>
      <w:r w:rsidRPr="00A93EB3">
        <w:rPr>
          <w:rFonts w:ascii="Times New Roman" w:hAnsi="Times New Roman" w:cs="Times New Roman"/>
          <w:b/>
          <w:bCs/>
          <w:sz w:val="24"/>
          <w:szCs w:val="24"/>
        </w:rPr>
        <w:t>Art. 6, XXIII da Lei 14.133/2021.</w:t>
      </w:r>
    </w:p>
    <w:p w14:paraId="717A7497" w14:textId="77777777" w:rsidR="00A93EB3" w:rsidRPr="00A93EB3" w:rsidRDefault="00A93EB3" w:rsidP="00A93EB3">
      <w:pPr>
        <w:ind w:firstLine="709"/>
        <w:jc w:val="both"/>
        <w:rPr>
          <w:rFonts w:ascii="Times New Roman" w:hAnsi="Times New Roman" w:cs="Times New Roman"/>
          <w:bCs/>
          <w:sz w:val="24"/>
          <w:szCs w:val="24"/>
        </w:rPr>
      </w:pPr>
    </w:p>
    <w:p w14:paraId="2BEE7D91" w14:textId="51CCF1AD" w:rsidR="00EB20DF" w:rsidRPr="0074044D" w:rsidRDefault="00EB20DF" w:rsidP="00EE37AF">
      <w:pPr>
        <w:ind w:firstLine="709"/>
        <w:jc w:val="both"/>
        <w:rPr>
          <w:rFonts w:ascii="Times New Roman" w:hAnsi="Times New Roman" w:cs="Times New Roman"/>
          <w:bCs/>
          <w:sz w:val="24"/>
          <w:szCs w:val="24"/>
        </w:rPr>
      </w:pPr>
    </w:p>
    <w:p w14:paraId="10BF6F48" w14:textId="77777777" w:rsidR="00A93EB3" w:rsidRPr="00A93EB3" w:rsidRDefault="00A93EB3" w:rsidP="00A93EB3">
      <w:pPr>
        <w:rPr>
          <w:rFonts w:ascii="Times New Roman" w:hAnsi="Times New Roman"/>
          <w:sz w:val="24"/>
          <w:lang w:eastAsia="pt-BR"/>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A93EB3" w:rsidRPr="00A93EB3" w14:paraId="3B574A35" w14:textId="77777777">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B1CCFA9" w14:textId="77777777" w:rsidR="00A93EB3" w:rsidRPr="00A93EB3" w:rsidRDefault="00A93EB3" w:rsidP="00A93EB3">
            <w:pPr>
              <w:spacing w:line="360" w:lineRule="auto"/>
              <w:rPr>
                <w:rFonts w:ascii="Times New Roman" w:hAnsi="Times New Roman"/>
                <w:b/>
                <w:sz w:val="24"/>
                <w:lang w:eastAsia="pt-BR"/>
              </w:rPr>
            </w:pPr>
            <w:r w:rsidRPr="00A93EB3">
              <w:rPr>
                <w:rFonts w:ascii="Times New Roman" w:hAnsi="Times New Roman"/>
                <w:b/>
                <w:sz w:val="24"/>
                <w:lang w:eastAsia="pt-BR"/>
              </w:rPr>
              <w:t xml:space="preserve">I – DO OBJETO – </w:t>
            </w:r>
            <w:r w:rsidRPr="00A93EB3">
              <w:rPr>
                <w:rFonts w:ascii="Times New Roman" w:hAnsi="Times New Roman"/>
                <w:b/>
                <w:i/>
                <w:sz w:val="24"/>
                <w:lang w:eastAsia="pt-BR"/>
              </w:rPr>
              <w:t>Lei Federal 14.133/21; art. 6; XXIII; a:</w:t>
            </w:r>
          </w:p>
        </w:tc>
      </w:tr>
    </w:tbl>
    <w:p w14:paraId="08C18D47" w14:textId="77777777" w:rsidR="005C6F8B" w:rsidRDefault="005C6F8B" w:rsidP="005C6F8B">
      <w:pPr>
        <w:pStyle w:val="PargrafodaLista"/>
        <w:tabs>
          <w:tab w:val="left" w:pos="1280"/>
          <w:tab w:val="left" w:pos="1281"/>
        </w:tabs>
        <w:ind w:left="0"/>
        <w:rPr>
          <w:rFonts w:ascii="Times New Roman" w:hAnsi="Times New Roman" w:cs="Times New Roman"/>
          <w:sz w:val="26"/>
          <w:szCs w:val="26"/>
        </w:rPr>
      </w:pPr>
    </w:p>
    <w:p w14:paraId="6C3972AE" w14:textId="0FA1A7BC" w:rsidR="004D5BDA" w:rsidRPr="00C41055" w:rsidRDefault="00A90885" w:rsidP="00C41055">
      <w:pPr>
        <w:jc w:val="both"/>
        <w:rPr>
          <w:rFonts w:ascii="Times New Roman" w:hAnsi="Times New Roman" w:cs="Times New Roman"/>
          <w:sz w:val="24"/>
          <w:szCs w:val="24"/>
        </w:rPr>
      </w:pPr>
      <w:r w:rsidRPr="00045021">
        <w:rPr>
          <w:rFonts w:ascii="Times New Roman" w:hAnsi="Times New Roman" w:cs="Times New Roman"/>
          <w:b/>
          <w:bCs/>
          <w:sz w:val="24"/>
          <w:szCs w:val="24"/>
        </w:rPr>
        <w:t>1.1</w:t>
      </w:r>
      <w:r>
        <w:rPr>
          <w:rFonts w:ascii="Times New Roman" w:hAnsi="Times New Roman" w:cs="Times New Roman"/>
          <w:sz w:val="24"/>
          <w:szCs w:val="24"/>
        </w:rPr>
        <w:t xml:space="preserve"> </w:t>
      </w:r>
      <w:r w:rsidR="004D5BDA" w:rsidRPr="00C41055">
        <w:rPr>
          <w:rFonts w:ascii="Times New Roman" w:hAnsi="Times New Roman" w:cs="Times New Roman"/>
          <w:sz w:val="24"/>
          <w:szCs w:val="24"/>
        </w:rPr>
        <w:t xml:space="preserve">Trata-se da análise da viabilidade técnica e econômica para </w:t>
      </w:r>
      <w:r w:rsidR="00A93EB3" w:rsidRPr="00C41055">
        <w:rPr>
          <w:rFonts w:ascii="Times New Roman" w:hAnsi="Times New Roman" w:cs="Times New Roman"/>
          <w:b/>
          <w:bCs/>
          <w:sz w:val="24"/>
          <w:szCs w:val="24"/>
        </w:rPr>
        <w:t>AQUISIÇÃO DE GENEROS ALIMENTICIOS PARA ATENDER AS DEMANDAS DE TODAS AS SECRETARIAS E AGENCIAS MUNICIPAIS DA PREFEITURA MUNICIPA DE DEODAPOLIS/MS</w:t>
      </w:r>
      <w:r w:rsidR="00A93EB3" w:rsidRPr="00C41055">
        <w:rPr>
          <w:rFonts w:ascii="Times New Roman" w:hAnsi="Times New Roman" w:cs="Times New Roman"/>
          <w:sz w:val="24"/>
          <w:szCs w:val="24"/>
        </w:rPr>
        <w:t xml:space="preserve">, </w:t>
      </w:r>
      <w:r w:rsidR="004D5BDA" w:rsidRPr="00C41055">
        <w:rPr>
          <w:rFonts w:ascii="Times New Roman" w:hAnsi="Times New Roman" w:cs="Times New Roman"/>
          <w:sz w:val="24"/>
          <w:szCs w:val="24"/>
        </w:rPr>
        <w:t>realizada por meio do DOCUMENTO DE FORMALIZAÇÃO DE DEMANDA</w:t>
      </w:r>
      <w:r w:rsidR="00D62ABF" w:rsidRPr="00C41055">
        <w:rPr>
          <w:rFonts w:ascii="Times New Roman" w:hAnsi="Times New Roman" w:cs="Times New Roman"/>
          <w:sz w:val="24"/>
          <w:szCs w:val="24"/>
        </w:rPr>
        <w:t xml:space="preserve">, </w:t>
      </w:r>
      <w:r w:rsidR="004D5BDA" w:rsidRPr="00C41055">
        <w:rPr>
          <w:rFonts w:ascii="Times New Roman" w:hAnsi="Times New Roman" w:cs="Times New Roman"/>
          <w:sz w:val="24"/>
          <w:szCs w:val="24"/>
        </w:rPr>
        <w:t>SEMF Nº 152/2026, SAUDE Nº 45/2026, HMCR Nº44/2026, AMHAD Nº 2/2026, SEMECT Nº 154/2026, SEMAS Nº 6/2026, SEMED Nº 160/2026, ADM N° 153/2026, GABINETE N° 165/2026.</w:t>
      </w:r>
    </w:p>
    <w:p w14:paraId="228AF36E" w14:textId="77777777" w:rsidR="006D5036" w:rsidRDefault="006D5036" w:rsidP="005C6F8B">
      <w:pPr>
        <w:pStyle w:val="PargrafodaLista"/>
        <w:tabs>
          <w:tab w:val="left" w:pos="1280"/>
          <w:tab w:val="left" w:pos="1281"/>
        </w:tabs>
        <w:ind w:left="0"/>
        <w:rPr>
          <w:rFonts w:ascii="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8"/>
        <w:gridCol w:w="1036"/>
        <w:gridCol w:w="4759"/>
        <w:gridCol w:w="1180"/>
        <w:gridCol w:w="826"/>
        <w:gridCol w:w="893"/>
        <w:gridCol w:w="1214"/>
      </w:tblGrid>
      <w:tr w:rsidR="006D5036" w:rsidRPr="00575350" w14:paraId="69990D8B" w14:textId="77777777" w:rsidTr="0030220C">
        <w:trPr>
          <w:trHeight w:val="227"/>
          <w:jc w:val="center"/>
        </w:trPr>
        <w:tc>
          <w:tcPr>
            <w:tcW w:w="0" w:type="auto"/>
          </w:tcPr>
          <w:p w14:paraId="06709276" w14:textId="77777777" w:rsidR="006D5036" w:rsidRPr="00575350" w:rsidRDefault="006D5036" w:rsidP="0030220C">
            <w:pPr>
              <w:rPr>
                <w:rFonts w:ascii="Arial" w:hAnsi="Arial" w:cs="Arial"/>
                <w:sz w:val="20"/>
                <w:szCs w:val="20"/>
              </w:rPr>
            </w:pPr>
            <w:r w:rsidRPr="00575350">
              <w:rPr>
                <w:rFonts w:ascii="Arial" w:hAnsi="Arial" w:cs="Arial"/>
                <w:sz w:val="20"/>
                <w:szCs w:val="20"/>
              </w:rPr>
              <w:t>Nº</w:t>
            </w:r>
          </w:p>
        </w:tc>
        <w:tc>
          <w:tcPr>
            <w:tcW w:w="0" w:type="auto"/>
          </w:tcPr>
          <w:p w14:paraId="27AF64DA" w14:textId="77777777" w:rsidR="006D5036" w:rsidRPr="00575350" w:rsidRDefault="006D5036" w:rsidP="0030220C">
            <w:pPr>
              <w:rPr>
                <w:rFonts w:ascii="Arial" w:hAnsi="Arial" w:cs="Arial"/>
                <w:sz w:val="20"/>
                <w:szCs w:val="20"/>
              </w:rPr>
            </w:pPr>
            <w:r w:rsidRPr="00575350">
              <w:rPr>
                <w:rFonts w:ascii="Arial" w:hAnsi="Arial" w:cs="Arial"/>
                <w:sz w:val="20"/>
                <w:szCs w:val="20"/>
              </w:rPr>
              <w:t>CATMAT</w:t>
            </w:r>
          </w:p>
        </w:tc>
        <w:tc>
          <w:tcPr>
            <w:tcW w:w="0" w:type="auto"/>
          </w:tcPr>
          <w:p w14:paraId="0EBCCA94" w14:textId="0C346D0B" w:rsidR="006D5036" w:rsidRPr="00575350" w:rsidRDefault="00A90885" w:rsidP="0030220C">
            <w:pPr>
              <w:rPr>
                <w:rFonts w:ascii="Arial" w:hAnsi="Arial" w:cs="Arial"/>
                <w:sz w:val="20"/>
                <w:szCs w:val="20"/>
              </w:rPr>
            </w:pPr>
            <w:r>
              <w:rPr>
                <w:rFonts w:ascii="Arial" w:hAnsi="Arial" w:cs="Arial"/>
                <w:sz w:val="20"/>
                <w:szCs w:val="20"/>
              </w:rPr>
              <w:t>DESCRIÇAO</w:t>
            </w:r>
          </w:p>
        </w:tc>
        <w:tc>
          <w:tcPr>
            <w:tcW w:w="0" w:type="auto"/>
          </w:tcPr>
          <w:p w14:paraId="7BB438E6" w14:textId="77777777" w:rsidR="006D5036" w:rsidRPr="00575350" w:rsidRDefault="006D5036" w:rsidP="0030220C">
            <w:pPr>
              <w:rPr>
                <w:rFonts w:ascii="Arial" w:hAnsi="Arial" w:cs="Arial"/>
                <w:sz w:val="20"/>
                <w:szCs w:val="20"/>
              </w:rPr>
            </w:pPr>
            <w:r w:rsidRPr="00575350">
              <w:rPr>
                <w:rFonts w:ascii="Arial" w:hAnsi="Arial" w:cs="Arial"/>
                <w:sz w:val="20"/>
                <w:szCs w:val="20"/>
              </w:rPr>
              <w:t>U</w:t>
            </w:r>
            <w:r>
              <w:rPr>
                <w:rFonts w:ascii="Arial" w:hAnsi="Arial" w:cs="Arial"/>
                <w:sz w:val="20"/>
                <w:szCs w:val="20"/>
              </w:rPr>
              <w:t>N</w:t>
            </w:r>
          </w:p>
        </w:tc>
        <w:tc>
          <w:tcPr>
            <w:tcW w:w="0" w:type="auto"/>
          </w:tcPr>
          <w:p w14:paraId="4BF7C50B" w14:textId="77777777" w:rsidR="006D5036" w:rsidRPr="00575350" w:rsidRDefault="006D5036" w:rsidP="0030220C">
            <w:pPr>
              <w:rPr>
                <w:rFonts w:ascii="Arial" w:hAnsi="Arial" w:cs="Arial"/>
                <w:sz w:val="20"/>
                <w:szCs w:val="20"/>
              </w:rPr>
            </w:pPr>
            <w:r w:rsidRPr="00575350">
              <w:rPr>
                <w:rFonts w:ascii="Arial" w:hAnsi="Arial" w:cs="Arial"/>
                <w:sz w:val="20"/>
                <w:szCs w:val="20"/>
              </w:rPr>
              <w:t>QNT</w:t>
            </w:r>
          </w:p>
        </w:tc>
        <w:tc>
          <w:tcPr>
            <w:tcW w:w="0" w:type="auto"/>
          </w:tcPr>
          <w:p w14:paraId="7B4F09A4" w14:textId="77777777" w:rsidR="006D5036" w:rsidRPr="00575350" w:rsidRDefault="006D5036" w:rsidP="0030220C">
            <w:pPr>
              <w:rPr>
                <w:rFonts w:ascii="Arial" w:hAnsi="Arial" w:cs="Arial"/>
                <w:sz w:val="20"/>
                <w:szCs w:val="20"/>
              </w:rPr>
            </w:pPr>
            <w:r w:rsidRPr="00575350">
              <w:rPr>
                <w:rFonts w:ascii="Arial" w:hAnsi="Arial" w:cs="Arial"/>
                <w:sz w:val="20"/>
                <w:szCs w:val="20"/>
              </w:rPr>
              <w:t>VALOR UN.</w:t>
            </w:r>
          </w:p>
        </w:tc>
        <w:tc>
          <w:tcPr>
            <w:tcW w:w="0" w:type="auto"/>
          </w:tcPr>
          <w:p w14:paraId="2231BFD5" w14:textId="77777777" w:rsidR="006D5036" w:rsidRPr="00575350" w:rsidRDefault="006D5036" w:rsidP="0030220C">
            <w:pPr>
              <w:rPr>
                <w:rFonts w:ascii="Arial" w:hAnsi="Arial" w:cs="Arial"/>
                <w:sz w:val="20"/>
                <w:szCs w:val="20"/>
              </w:rPr>
            </w:pPr>
            <w:r w:rsidRPr="00575350">
              <w:rPr>
                <w:rFonts w:ascii="Arial" w:hAnsi="Arial" w:cs="Arial"/>
                <w:sz w:val="20"/>
                <w:szCs w:val="20"/>
              </w:rPr>
              <w:t>VALOR TOTAL</w:t>
            </w:r>
          </w:p>
        </w:tc>
      </w:tr>
      <w:tr w:rsidR="006D5036" w:rsidRPr="00575350" w14:paraId="76C67BE5" w14:textId="77777777" w:rsidTr="0030220C">
        <w:trPr>
          <w:trHeight w:val="227"/>
          <w:jc w:val="center"/>
        </w:trPr>
        <w:tc>
          <w:tcPr>
            <w:tcW w:w="0" w:type="auto"/>
            <w:vAlign w:val="center"/>
          </w:tcPr>
          <w:p w14:paraId="2FA96C0F"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1</w:t>
            </w:r>
          </w:p>
        </w:tc>
        <w:tc>
          <w:tcPr>
            <w:tcW w:w="0" w:type="auto"/>
            <w:vAlign w:val="center"/>
          </w:tcPr>
          <w:p w14:paraId="11A337C5" w14:textId="77777777" w:rsidR="006D5036" w:rsidRPr="00575350" w:rsidRDefault="006D5036" w:rsidP="0030220C">
            <w:pPr>
              <w:rPr>
                <w:rFonts w:ascii="Arial" w:hAnsi="Arial" w:cs="Arial"/>
                <w:sz w:val="20"/>
                <w:szCs w:val="20"/>
              </w:rPr>
            </w:pPr>
            <w:r w:rsidRPr="00575350">
              <w:rPr>
                <w:rFonts w:ascii="Arial" w:eastAsia="Times New Roman" w:hAnsi="Arial" w:cs="Arial"/>
                <w:color w:val="000000"/>
                <w:sz w:val="18"/>
                <w:szCs w:val="18"/>
                <w:lang w:eastAsia="pt-BR"/>
              </w:rPr>
              <w:t>464374</w:t>
            </w:r>
          </w:p>
        </w:tc>
        <w:tc>
          <w:tcPr>
            <w:tcW w:w="0" w:type="auto"/>
            <w:vAlign w:val="center"/>
          </w:tcPr>
          <w:p w14:paraId="3D9F3C82" w14:textId="77777777" w:rsidR="006D5036" w:rsidRPr="00575350" w:rsidRDefault="006D5036" w:rsidP="0030220C">
            <w:pPr>
              <w:rPr>
                <w:rFonts w:ascii="Arial" w:hAnsi="Arial" w:cs="Arial"/>
                <w:sz w:val="20"/>
                <w:szCs w:val="20"/>
              </w:rPr>
            </w:pPr>
            <w:r w:rsidRPr="00575350">
              <w:rPr>
                <w:rFonts w:ascii="Arial" w:eastAsia="Times New Roman" w:hAnsi="Arial" w:cs="Arial"/>
                <w:color w:val="000000"/>
                <w:sz w:val="18"/>
                <w:szCs w:val="18"/>
                <w:lang w:eastAsia="pt-BR"/>
              </w:rPr>
              <w:t>ABACAXI, IN NATURA - MADURO, CONTER COROA, CASCA SEM SUJIDADES,</w:t>
            </w:r>
            <w:r w:rsidRPr="00575350">
              <w:rPr>
                <w:rFonts w:ascii="Arial" w:eastAsia="Times New Roman" w:hAnsi="Arial" w:cs="Arial"/>
                <w:color w:val="000000"/>
                <w:sz w:val="18"/>
                <w:szCs w:val="18"/>
                <w:lang w:eastAsia="pt-BR"/>
              </w:rPr>
              <w:br/>
              <w:t>PERFURAÇÕES OU MACHUCADOS. CATMAT</w:t>
            </w:r>
            <w:r w:rsidRPr="00575350">
              <w:rPr>
                <w:rFonts w:ascii="Arial" w:eastAsia="Times New Roman" w:hAnsi="Arial" w:cs="Arial"/>
                <w:sz w:val="18"/>
                <w:szCs w:val="18"/>
                <w:lang w:eastAsia="pt-BR"/>
              </w:rPr>
              <w:t>.</w:t>
            </w:r>
          </w:p>
        </w:tc>
        <w:tc>
          <w:tcPr>
            <w:tcW w:w="0" w:type="auto"/>
            <w:vAlign w:val="center"/>
          </w:tcPr>
          <w:p w14:paraId="20E12D0E" w14:textId="77777777" w:rsidR="006D5036" w:rsidRPr="00575350" w:rsidRDefault="006D5036" w:rsidP="0030220C">
            <w:pPr>
              <w:rPr>
                <w:rFonts w:ascii="Arial" w:hAnsi="Arial" w:cs="Arial"/>
                <w:sz w:val="20"/>
                <w:szCs w:val="20"/>
              </w:rPr>
            </w:pPr>
            <w:r w:rsidRPr="00575350">
              <w:rPr>
                <w:rFonts w:ascii="Arial" w:eastAsia="Times New Roman" w:hAnsi="Arial" w:cs="Arial"/>
                <w:color w:val="000000"/>
                <w:sz w:val="18"/>
                <w:szCs w:val="18"/>
                <w:lang w:eastAsia="pt-BR"/>
              </w:rPr>
              <w:t>UN</w:t>
            </w:r>
          </w:p>
        </w:tc>
        <w:tc>
          <w:tcPr>
            <w:tcW w:w="0" w:type="auto"/>
            <w:vAlign w:val="center"/>
          </w:tcPr>
          <w:p w14:paraId="798A4627" w14:textId="0BCDBA4C"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5</w:t>
            </w:r>
            <w:r w:rsidR="00302902">
              <w:rPr>
                <w:rFonts w:ascii="Arial" w:eastAsia="Times New Roman" w:hAnsi="Arial" w:cs="Arial"/>
                <w:sz w:val="18"/>
                <w:szCs w:val="18"/>
                <w:lang w:eastAsia="pt-BR"/>
              </w:rPr>
              <w:t>4</w:t>
            </w:r>
            <w:r w:rsidRPr="00575350">
              <w:rPr>
                <w:rFonts w:ascii="Arial" w:eastAsia="Times New Roman" w:hAnsi="Arial" w:cs="Arial"/>
                <w:sz w:val="18"/>
                <w:szCs w:val="18"/>
                <w:lang w:eastAsia="pt-BR"/>
              </w:rPr>
              <w:t>5</w:t>
            </w:r>
          </w:p>
        </w:tc>
        <w:tc>
          <w:tcPr>
            <w:tcW w:w="0" w:type="auto"/>
          </w:tcPr>
          <w:p w14:paraId="48B23EBA" w14:textId="77777777" w:rsidR="006D5036" w:rsidRDefault="006D5036" w:rsidP="0030220C">
            <w:pPr>
              <w:rPr>
                <w:rFonts w:ascii="Arial" w:hAnsi="Arial" w:cs="Arial"/>
                <w:sz w:val="20"/>
                <w:szCs w:val="20"/>
              </w:rPr>
            </w:pPr>
          </w:p>
          <w:p w14:paraId="791D4972" w14:textId="77777777" w:rsidR="006D5036" w:rsidRPr="00575350" w:rsidRDefault="006D5036" w:rsidP="0030220C">
            <w:pPr>
              <w:rPr>
                <w:rFonts w:ascii="Arial" w:hAnsi="Arial" w:cs="Arial"/>
                <w:sz w:val="20"/>
                <w:szCs w:val="20"/>
              </w:rPr>
            </w:pPr>
            <w:r>
              <w:rPr>
                <w:rFonts w:ascii="Arial" w:hAnsi="Arial" w:cs="Arial"/>
                <w:sz w:val="20"/>
                <w:szCs w:val="20"/>
              </w:rPr>
              <w:t>13,25</w:t>
            </w:r>
          </w:p>
        </w:tc>
        <w:tc>
          <w:tcPr>
            <w:tcW w:w="0" w:type="auto"/>
          </w:tcPr>
          <w:p w14:paraId="73979F7C" w14:textId="77777777" w:rsidR="006D5036" w:rsidRDefault="006D5036" w:rsidP="0030220C">
            <w:pPr>
              <w:rPr>
                <w:rFonts w:ascii="Arial" w:hAnsi="Arial" w:cs="Arial"/>
                <w:sz w:val="20"/>
                <w:szCs w:val="20"/>
              </w:rPr>
            </w:pPr>
          </w:p>
          <w:p w14:paraId="1ACE48AB" w14:textId="77777777" w:rsidR="006D5036" w:rsidRPr="00575350" w:rsidRDefault="006D5036" w:rsidP="0030220C">
            <w:pPr>
              <w:rPr>
                <w:rFonts w:ascii="Arial" w:hAnsi="Arial" w:cs="Arial"/>
                <w:sz w:val="20"/>
                <w:szCs w:val="20"/>
              </w:rPr>
            </w:pPr>
            <w:r>
              <w:rPr>
                <w:rFonts w:ascii="Arial" w:hAnsi="Arial" w:cs="Arial"/>
                <w:sz w:val="20"/>
                <w:szCs w:val="20"/>
              </w:rPr>
              <w:t>7.221,25</w:t>
            </w:r>
          </w:p>
        </w:tc>
      </w:tr>
      <w:tr w:rsidR="006D5036" w:rsidRPr="00575350" w14:paraId="12127FEA" w14:textId="77777777" w:rsidTr="0030220C">
        <w:trPr>
          <w:trHeight w:val="227"/>
          <w:jc w:val="center"/>
        </w:trPr>
        <w:tc>
          <w:tcPr>
            <w:tcW w:w="0" w:type="auto"/>
            <w:vAlign w:val="center"/>
          </w:tcPr>
          <w:p w14:paraId="378BEDBD" w14:textId="77777777" w:rsidR="006D5036" w:rsidRPr="00575350" w:rsidRDefault="006D5036" w:rsidP="0030220C">
            <w:pPr>
              <w:rPr>
                <w:rFonts w:ascii="Arial" w:eastAsia="Times New Roman" w:hAnsi="Arial" w:cs="Arial"/>
                <w:sz w:val="18"/>
                <w:szCs w:val="18"/>
                <w:lang w:eastAsia="pt-BR"/>
              </w:rPr>
            </w:pPr>
            <w:r w:rsidRPr="00575350">
              <w:rPr>
                <w:rFonts w:ascii="Arial" w:eastAsia="Times New Roman" w:hAnsi="Arial" w:cs="Arial"/>
                <w:sz w:val="18"/>
                <w:szCs w:val="18"/>
                <w:lang w:eastAsia="pt-BR"/>
              </w:rPr>
              <w:t>2</w:t>
            </w:r>
          </w:p>
        </w:tc>
        <w:tc>
          <w:tcPr>
            <w:tcW w:w="0" w:type="auto"/>
            <w:vAlign w:val="center"/>
          </w:tcPr>
          <w:p w14:paraId="0E2C34B8" w14:textId="77777777" w:rsidR="006D5036" w:rsidRPr="00575350" w:rsidRDefault="006D5036" w:rsidP="0030220C">
            <w:pPr>
              <w:rPr>
                <w:rFonts w:ascii="Arial" w:eastAsia="Times New Roman" w:hAnsi="Arial" w:cs="Arial"/>
                <w:color w:val="000000"/>
                <w:sz w:val="18"/>
                <w:szCs w:val="18"/>
                <w:lang w:eastAsia="pt-BR"/>
              </w:rPr>
            </w:pPr>
            <w:r w:rsidRPr="00575350">
              <w:rPr>
                <w:rFonts w:ascii="Arial" w:eastAsia="Times New Roman" w:hAnsi="Arial" w:cs="Arial"/>
                <w:color w:val="000000"/>
                <w:sz w:val="18"/>
                <w:szCs w:val="18"/>
                <w:lang w:eastAsia="pt-BR"/>
              </w:rPr>
              <w:t>463751</w:t>
            </w:r>
          </w:p>
        </w:tc>
        <w:tc>
          <w:tcPr>
            <w:tcW w:w="0" w:type="auto"/>
            <w:vAlign w:val="center"/>
          </w:tcPr>
          <w:p w14:paraId="50EF2E24" w14:textId="77777777" w:rsidR="006D5036" w:rsidRPr="00575350" w:rsidRDefault="006D5036" w:rsidP="0030220C">
            <w:pPr>
              <w:rPr>
                <w:rFonts w:ascii="Arial" w:eastAsia="Times New Roman" w:hAnsi="Arial" w:cs="Arial"/>
                <w:color w:val="000000"/>
                <w:sz w:val="18"/>
                <w:szCs w:val="18"/>
                <w:lang w:eastAsia="pt-BR"/>
              </w:rPr>
            </w:pPr>
            <w:r w:rsidRPr="00575350">
              <w:rPr>
                <w:rFonts w:ascii="Arial" w:eastAsia="Times New Roman" w:hAnsi="Arial" w:cs="Arial"/>
                <w:color w:val="000000"/>
                <w:sz w:val="18"/>
                <w:szCs w:val="18"/>
                <w:lang w:eastAsia="pt-BR"/>
              </w:rPr>
              <w:t xml:space="preserve">ABÓBORA TIPO: MENINA, IN NATURA - KG. CASCA LISA, ISENTO DE SUJIDADES, </w:t>
            </w:r>
            <w:r w:rsidRPr="00575350">
              <w:rPr>
                <w:rFonts w:ascii="Arial" w:eastAsia="Times New Roman" w:hAnsi="Arial" w:cs="Arial"/>
                <w:color w:val="000000"/>
                <w:sz w:val="18"/>
                <w:szCs w:val="18"/>
                <w:lang w:eastAsia="pt-BR"/>
              </w:rPr>
              <w:br/>
              <w:t xml:space="preserve">MACHUCADOS OU PERFURAÇOES, NEM PARASITAS E LARVAS. </w:t>
            </w:r>
          </w:p>
        </w:tc>
        <w:tc>
          <w:tcPr>
            <w:tcW w:w="0" w:type="auto"/>
            <w:vAlign w:val="center"/>
          </w:tcPr>
          <w:p w14:paraId="02C9F6DF" w14:textId="77777777" w:rsidR="006D5036" w:rsidRPr="00575350" w:rsidRDefault="006D5036" w:rsidP="0030220C">
            <w:pPr>
              <w:rPr>
                <w:rFonts w:ascii="Arial" w:eastAsia="Times New Roman" w:hAnsi="Arial" w:cs="Arial"/>
                <w:color w:val="000000"/>
                <w:sz w:val="18"/>
                <w:szCs w:val="18"/>
                <w:lang w:eastAsia="pt-BR"/>
              </w:rPr>
            </w:pPr>
            <w:r w:rsidRPr="00575350">
              <w:rPr>
                <w:rFonts w:ascii="Arial" w:eastAsia="Times New Roman" w:hAnsi="Arial" w:cs="Arial"/>
                <w:color w:val="000000"/>
                <w:sz w:val="18"/>
                <w:szCs w:val="18"/>
                <w:lang w:eastAsia="pt-BR"/>
              </w:rPr>
              <w:t>KG</w:t>
            </w:r>
          </w:p>
        </w:tc>
        <w:tc>
          <w:tcPr>
            <w:tcW w:w="0" w:type="auto"/>
            <w:vAlign w:val="center"/>
          </w:tcPr>
          <w:p w14:paraId="191069AF" w14:textId="77777777" w:rsidR="006D5036" w:rsidRPr="00122EB2" w:rsidRDefault="006D5036" w:rsidP="0030220C">
            <w:pPr>
              <w:rPr>
                <w:rFonts w:ascii="Arial" w:eastAsia="Times New Roman" w:hAnsi="Arial" w:cs="Arial"/>
                <w:sz w:val="20"/>
                <w:szCs w:val="20"/>
                <w:lang w:eastAsia="pt-BR"/>
              </w:rPr>
            </w:pPr>
            <w:r w:rsidRPr="00122EB2">
              <w:rPr>
                <w:rFonts w:ascii="Arial" w:eastAsia="Times New Roman" w:hAnsi="Arial" w:cs="Arial"/>
                <w:color w:val="000000"/>
                <w:sz w:val="20"/>
                <w:szCs w:val="20"/>
                <w:lang w:eastAsia="pt-BR"/>
              </w:rPr>
              <w:t>250</w:t>
            </w:r>
          </w:p>
        </w:tc>
        <w:tc>
          <w:tcPr>
            <w:tcW w:w="0" w:type="auto"/>
          </w:tcPr>
          <w:p w14:paraId="25B3198C" w14:textId="77777777" w:rsidR="006D5036" w:rsidRDefault="006D5036" w:rsidP="0030220C">
            <w:pPr>
              <w:rPr>
                <w:rFonts w:ascii="Arial" w:hAnsi="Arial" w:cs="Arial"/>
                <w:sz w:val="20"/>
                <w:szCs w:val="20"/>
              </w:rPr>
            </w:pPr>
          </w:p>
          <w:p w14:paraId="62E7D877" w14:textId="77777777" w:rsidR="006D5036" w:rsidRDefault="006D5036" w:rsidP="0030220C">
            <w:pPr>
              <w:rPr>
                <w:rFonts w:ascii="Arial" w:hAnsi="Arial" w:cs="Arial"/>
                <w:sz w:val="20"/>
                <w:szCs w:val="20"/>
              </w:rPr>
            </w:pPr>
            <w:r>
              <w:rPr>
                <w:rFonts w:ascii="Arial" w:hAnsi="Arial" w:cs="Arial"/>
                <w:sz w:val="20"/>
                <w:szCs w:val="20"/>
              </w:rPr>
              <w:t>5,04</w:t>
            </w:r>
          </w:p>
          <w:p w14:paraId="73682771" w14:textId="77777777" w:rsidR="006D5036" w:rsidRPr="00575350" w:rsidRDefault="006D5036" w:rsidP="0030220C">
            <w:pPr>
              <w:rPr>
                <w:rFonts w:ascii="Arial" w:hAnsi="Arial" w:cs="Arial"/>
                <w:sz w:val="20"/>
                <w:szCs w:val="20"/>
              </w:rPr>
            </w:pPr>
          </w:p>
        </w:tc>
        <w:tc>
          <w:tcPr>
            <w:tcW w:w="0" w:type="auto"/>
          </w:tcPr>
          <w:p w14:paraId="7DBE0E90" w14:textId="77777777" w:rsidR="006D5036" w:rsidRPr="00575350" w:rsidRDefault="006D5036" w:rsidP="0030220C">
            <w:pPr>
              <w:rPr>
                <w:rFonts w:ascii="Arial" w:hAnsi="Arial" w:cs="Arial"/>
                <w:sz w:val="20"/>
                <w:szCs w:val="20"/>
              </w:rPr>
            </w:pPr>
          </w:p>
          <w:p w14:paraId="7F419588" w14:textId="77777777" w:rsidR="006D5036" w:rsidRPr="00575350" w:rsidRDefault="006D5036" w:rsidP="0030220C">
            <w:pPr>
              <w:rPr>
                <w:rFonts w:ascii="Arial" w:hAnsi="Arial" w:cs="Arial"/>
                <w:sz w:val="20"/>
                <w:szCs w:val="20"/>
              </w:rPr>
            </w:pPr>
            <w:r>
              <w:rPr>
                <w:rFonts w:ascii="Arial" w:hAnsi="Arial" w:cs="Arial"/>
                <w:sz w:val="20"/>
                <w:szCs w:val="20"/>
              </w:rPr>
              <w:t>1.260,00</w:t>
            </w:r>
          </w:p>
        </w:tc>
      </w:tr>
      <w:tr w:rsidR="006D5036" w:rsidRPr="00575350" w14:paraId="7E3864E1" w14:textId="77777777" w:rsidTr="0030220C">
        <w:trPr>
          <w:trHeight w:val="227"/>
          <w:jc w:val="center"/>
        </w:trPr>
        <w:tc>
          <w:tcPr>
            <w:tcW w:w="0" w:type="auto"/>
            <w:vAlign w:val="center"/>
          </w:tcPr>
          <w:p w14:paraId="6AC1F112" w14:textId="77777777" w:rsidR="006D5036" w:rsidRPr="00575350" w:rsidRDefault="006D5036" w:rsidP="0030220C">
            <w:pPr>
              <w:rPr>
                <w:rFonts w:ascii="Arial" w:eastAsia="Times New Roman" w:hAnsi="Arial" w:cs="Arial"/>
                <w:sz w:val="18"/>
                <w:szCs w:val="18"/>
                <w:lang w:eastAsia="pt-BR"/>
              </w:rPr>
            </w:pPr>
            <w:r w:rsidRPr="00575350">
              <w:rPr>
                <w:rFonts w:ascii="Arial" w:eastAsia="Times New Roman" w:hAnsi="Arial" w:cs="Arial"/>
                <w:sz w:val="18"/>
                <w:szCs w:val="18"/>
                <w:lang w:eastAsia="pt-BR"/>
              </w:rPr>
              <w:t>3</w:t>
            </w:r>
          </w:p>
        </w:tc>
        <w:tc>
          <w:tcPr>
            <w:tcW w:w="0" w:type="auto"/>
            <w:vAlign w:val="center"/>
          </w:tcPr>
          <w:p w14:paraId="2D4A412B" w14:textId="77777777" w:rsidR="006D5036" w:rsidRPr="00575350" w:rsidRDefault="006D5036" w:rsidP="0030220C">
            <w:pPr>
              <w:rPr>
                <w:rFonts w:ascii="Arial" w:eastAsia="Times New Roman" w:hAnsi="Arial" w:cs="Arial"/>
                <w:color w:val="000000"/>
                <w:sz w:val="18"/>
                <w:szCs w:val="18"/>
                <w:lang w:eastAsia="pt-BR"/>
              </w:rPr>
            </w:pPr>
            <w:r w:rsidRPr="00575350">
              <w:rPr>
                <w:rFonts w:ascii="Arial" w:eastAsia="Times New Roman" w:hAnsi="Arial" w:cs="Arial"/>
                <w:color w:val="000000"/>
                <w:sz w:val="18"/>
                <w:szCs w:val="18"/>
                <w:lang w:eastAsia="pt-BR"/>
              </w:rPr>
              <w:t>463746</w:t>
            </w:r>
          </w:p>
        </w:tc>
        <w:tc>
          <w:tcPr>
            <w:tcW w:w="0" w:type="auto"/>
            <w:vAlign w:val="center"/>
          </w:tcPr>
          <w:p w14:paraId="14B2CB3E" w14:textId="77777777" w:rsidR="006D5036" w:rsidRPr="00575350" w:rsidRDefault="006D5036" w:rsidP="0030220C">
            <w:pPr>
              <w:rPr>
                <w:rFonts w:ascii="Arial" w:eastAsia="Times New Roman" w:hAnsi="Arial" w:cs="Arial"/>
                <w:color w:val="000000"/>
                <w:sz w:val="18"/>
                <w:szCs w:val="18"/>
                <w:lang w:eastAsia="pt-BR"/>
              </w:rPr>
            </w:pPr>
            <w:r w:rsidRPr="00575350">
              <w:rPr>
                <w:rFonts w:ascii="Arial" w:eastAsia="Times New Roman" w:hAnsi="Arial" w:cs="Arial"/>
                <w:color w:val="000000"/>
                <w:sz w:val="18"/>
                <w:szCs w:val="18"/>
                <w:lang w:eastAsia="pt-BR"/>
              </w:rPr>
              <w:t xml:space="preserve">ABÓBORA TIPO: MORANGA, IN NATURA - KG. DEVE ESTAR COM CASCA FIRME, NÃO </w:t>
            </w:r>
            <w:r w:rsidRPr="00575350">
              <w:rPr>
                <w:rFonts w:ascii="Arial" w:eastAsia="Times New Roman" w:hAnsi="Arial" w:cs="Arial"/>
                <w:color w:val="000000"/>
                <w:sz w:val="18"/>
                <w:szCs w:val="18"/>
                <w:lang w:eastAsia="pt-BR"/>
              </w:rPr>
              <w:br/>
              <w:t>APRESENTAR SUJIDADES, MACHUCADOS OU PERFURAÇÕES, NEM CORPOS</w:t>
            </w:r>
            <w:r w:rsidRPr="00575350">
              <w:rPr>
                <w:rFonts w:ascii="Arial" w:eastAsia="Times New Roman" w:hAnsi="Arial" w:cs="Arial"/>
                <w:color w:val="000000"/>
                <w:sz w:val="18"/>
                <w:szCs w:val="18"/>
                <w:lang w:eastAsia="pt-BR"/>
              </w:rPr>
              <w:br/>
              <w:t>ESTRANHOS.</w:t>
            </w:r>
          </w:p>
        </w:tc>
        <w:tc>
          <w:tcPr>
            <w:tcW w:w="0" w:type="auto"/>
            <w:vAlign w:val="center"/>
          </w:tcPr>
          <w:p w14:paraId="2A2BBAFA" w14:textId="77777777" w:rsidR="006D5036" w:rsidRPr="00575350" w:rsidRDefault="006D5036" w:rsidP="0030220C">
            <w:pPr>
              <w:rPr>
                <w:rFonts w:ascii="Arial" w:eastAsia="Times New Roman" w:hAnsi="Arial" w:cs="Arial"/>
                <w:color w:val="000000"/>
                <w:sz w:val="18"/>
                <w:szCs w:val="18"/>
                <w:lang w:eastAsia="pt-BR"/>
              </w:rPr>
            </w:pPr>
            <w:r w:rsidRPr="00575350">
              <w:rPr>
                <w:rFonts w:ascii="Arial" w:eastAsia="Times New Roman" w:hAnsi="Arial" w:cs="Arial"/>
                <w:color w:val="000000"/>
                <w:sz w:val="18"/>
                <w:szCs w:val="18"/>
                <w:lang w:eastAsia="pt-BR"/>
              </w:rPr>
              <w:t>KG</w:t>
            </w:r>
          </w:p>
        </w:tc>
        <w:tc>
          <w:tcPr>
            <w:tcW w:w="0" w:type="auto"/>
            <w:vAlign w:val="center"/>
          </w:tcPr>
          <w:p w14:paraId="6AB0DE29" w14:textId="77777777" w:rsidR="006D5036" w:rsidRPr="00122EB2" w:rsidRDefault="006D5036" w:rsidP="0030220C">
            <w:pPr>
              <w:rPr>
                <w:rFonts w:ascii="Arial" w:eastAsia="Times New Roman" w:hAnsi="Arial" w:cs="Arial"/>
                <w:color w:val="000000"/>
                <w:sz w:val="20"/>
                <w:szCs w:val="20"/>
                <w:lang w:eastAsia="pt-BR"/>
              </w:rPr>
            </w:pPr>
            <w:r w:rsidRPr="00122EB2">
              <w:rPr>
                <w:rFonts w:ascii="Arial" w:eastAsia="Times New Roman" w:hAnsi="Arial" w:cs="Arial"/>
                <w:color w:val="000000"/>
                <w:sz w:val="20"/>
                <w:szCs w:val="20"/>
                <w:lang w:eastAsia="pt-BR"/>
              </w:rPr>
              <w:t>70</w:t>
            </w:r>
          </w:p>
        </w:tc>
        <w:tc>
          <w:tcPr>
            <w:tcW w:w="0" w:type="auto"/>
          </w:tcPr>
          <w:p w14:paraId="1E47C6D4" w14:textId="77777777" w:rsidR="006D5036" w:rsidRDefault="006D5036" w:rsidP="0030220C">
            <w:pPr>
              <w:rPr>
                <w:rFonts w:ascii="Arial" w:hAnsi="Arial" w:cs="Arial"/>
                <w:sz w:val="20"/>
                <w:szCs w:val="20"/>
              </w:rPr>
            </w:pPr>
          </w:p>
          <w:p w14:paraId="42A37720" w14:textId="77777777" w:rsidR="006D5036" w:rsidRDefault="006D5036" w:rsidP="0030220C">
            <w:pPr>
              <w:rPr>
                <w:rFonts w:ascii="Arial" w:hAnsi="Arial" w:cs="Arial"/>
                <w:sz w:val="20"/>
                <w:szCs w:val="20"/>
              </w:rPr>
            </w:pPr>
          </w:p>
          <w:p w14:paraId="141DE4BD" w14:textId="4EFD0CA6" w:rsidR="006D5036" w:rsidRPr="00575350" w:rsidRDefault="006D5036" w:rsidP="0030220C">
            <w:pPr>
              <w:rPr>
                <w:rFonts w:ascii="Arial" w:hAnsi="Arial" w:cs="Arial"/>
                <w:sz w:val="20"/>
                <w:szCs w:val="20"/>
              </w:rPr>
            </w:pPr>
            <w:r>
              <w:rPr>
                <w:rFonts w:ascii="Arial" w:hAnsi="Arial" w:cs="Arial"/>
                <w:sz w:val="20"/>
                <w:szCs w:val="20"/>
              </w:rPr>
              <w:t>4,20</w:t>
            </w:r>
          </w:p>
        </w:tc>
        <w:tc>
          <w:tcPr>
            <w:tcW w:w="0" w:type="auto"/>
          </w:tcPr>
          <w:p w14:paraId="59DCDF88" w14:textId="77777777" w:rsidR="006D5036" w:rsidRDefault="006D5036" w:rsidP="0030220C">
            <w:pPr>
              <w:rPr>
                <w:rFonts w:ascii="Arial" w:hAnsi="Arial" w:cs="Arial"/>
                <w:sz w:val="20"/>
                <w:szCs w:val="20"/>
              </w:rPr>
            </w:pPr>
          </w:p>
          <w:p w14:paraId="09783914" w14:textId="77777777" w:rsidR="006D5036" w:rsidRDefault="006D5036" w:rsidP="0030220C">
            <w:pPr>
              <w:rPr>
                <w:rFonts w:ascii="Arial" w:hAnsi="Arial" w:cs="Arial"/>
                <w:sz w:val="20"/>
                <w:szCs w:val="20"/>
              </w:rPr>
            </w:pPr>
          </w:p>
          <w:p w14:paraId="6432717B" w14:textId="77777777" w:rsidR="006D5036" w:rsidRPr="00575350" w:rsidRDefault="006D5036" w:rsidP="0030220C">
            <w:pPr>
              <w:rPr>
                <w:rFonts w:ascii="Arial" w:hAnsi="Arial" w:cs="Arial"/>
                <w:sz w:val="20"/>
                <w:szCs w:val="20"/>
              </w:rPr>
            </w:pPr>
            <w:r>
              <w:rPr>
                <w:rFonts w:ascii="Arial" w:hAnsi="Arial" w:cs="Arial"/>
                <w:sz w:val="20"/>
                <w:szCs w:val="20"/>
              </w:rPr>
              <w:t>294,00</w:t>
            </w:r>
          </w:p>
        </w:tc>
      </w:tr>
      <w:tr w:rsidR="006D5036" w:rsidRPr="00575350" w14:paraId="4AB06268" w14:textId="77777777" w:rsidTr="0030220C">
        <w:trPr>
          <w:trHeight w:val="227"/>
          <w:jc w:val="center"/>
        </w:trPr>
        <w:tc>
          <w:tcPr>
            <w:tcW w:w="0" w:type="auto"/>
            <w:vAlign w:val="center"/>
          </w:tcPr>
          <w:p w14:paraId="54830CD7" w14:textId="77777777" w:rsidR="006D5036" w:rsidRPr="00575350" w:rsidRDefault="006D5036" w:rsidP="0030220C">
            <w:pPr>
              <w:rPr>
                <w:rFonts w:ascii="Arial" w:eastAsia="Times New Roman" w:hAnsi="Arial" w:cs="Arial"/>
                <w:sz w:val="18"/>
                <w:szCs w:val="18"/>
                <w:lang w:eastAsia="pt-BR"/>
              </w:rPr>
            </w:pPr>
            <w:r w:rsidRPr="00575350">
              <w:rPr>
                <w:rFonts w:ascii="Arial" w:eastAsia="Times New Roman" w:hAnsi="Arial" w:cs="Arial"/>
                <w:sz w:val="18"/>
                <w:szCs w:val="18"/>
                <w:lang w:eastAsia="pt-BR"/>
              </w:rPr>
              <w:t>4</w:t>
            </w:r>
          </w:p>
        </w:tc>
        <w:tc>
          <w:tcPr>
            <w:tcW w:w="0" w:type="auto"/>
            <w:vAlign w:val="center"/>
          </w:tcPr>
          <w:p w14:paraId="42906CBF" w14:textId="77777777" w:rsidR="006D5036" w:rsidRPr="00575350" w:rsidRDefault="006D5036" w:rsidP="0030220C">
            <w:pPr>
              <w:rPr>
                <w:rFonts w:ascii="Arial" w:eastAsia="Times New Roman" w:hAnsi="Arial" w:cs="Arial"/>
                <w:color w:val="000000"/>
                <w:sz w:val="18"/>
                <w:szCs w:val="18"/>
                <w:lang w:eastAsia="pt-BR"/>
              </w:rPr>
            </w:pPr>
            <w:r w:rsidRPr="00575350">
              <w:rPr>
                <w:rFonts w:ascii="Arial" w:eastAsia="Times New Roman" w:hAnsi="Arial" w:cs="Arial"/>
                <w:color w:val="000000"/>
                <w:sz w:val="18"/>
                <w:szCs w:val="18"/>
                <w:lang w:eastAsia="pt-BR"/>
              </w:rPr>
              <w:t>463554</w:t>
            </w:r>
          </w:p>
        </w:tc>
        <w:tc>
          <w:tcPr>
            <w:tcW w:w="0" w:type="auto"/>
            <w:vAlign w:val="center"/>
          </w:tcPr>
          <w:p w14:paraId="39A8B0A8" w14:textId="77777777" w:rsidR="006D5036" w:rsidRPr="00575350" w:rsidRDefault="006D5036" w:rsidP="0030220C">
            <w:pPr>
              <w:rPr>
                <w:rFonts w:ascii="Arial" w:eastAsia="Times New Roman" w:hAnsi="Arial" w:cs="Arial"/>
                <w:color w:val="000000"/>
                <w:sz w:val="18"/>
                <w:szCs w:val="18"/>
                <w:lang w:eastAsia="pt-BR"/>
              </w:rPr>
            </w:pPr>
            <w:r w:rsidRPr="00575350">
              <w:rPr>
                <w:rFonts w:ascii="Arial" w:eastAsia="Times New Roman" w:hAnsi="Arial" w:cs="Arial"/>
                <w:color w:val="000000"/>
                <w:sz w:val="18"/>
                <w:szCs w:val="18"/>
                <w:lang w:eastAsia="pt-BR"/>
              </w:rPr>
              <w:t>ACHOCOLATADO EM PÓ - EMBALAGEM APROXIMADAMENTE 400 G, ENRIQUECIDO</w:t>
            </w:r>
            <w:r w:rsidRPr="00575350">
              <w:rPr>
                <w:rFonts w:ascii="Arial" w:eastAsia="Times New Roman" w:hAnsi="Arial" w:cs="Arial"/>
                <w:color w:val="000000"/>
                <w:sz w:val="18"/>
                <w:szCs w:val="18"/>
                <w:lang w:eastAsia="pt-BR"/>
              </w:rPr>
              <w:br/>
              <w:t>COM VITAMINAS. SIMILAR A TODDY, NESCAU E ITALAC.</w:t>
            </w:r>
          </w:p>
        </w:tc>
        <w:tc>
          <w:tcPr>
            <w:tcW w:w="0" w:type="auto"/>
            <w:vAlign w:val="center"/>
          </w:tcPr>
          <w:p w14:paraId="178DEBA2" w14:textId="77777777" w:rsidR="006D5036" w:rsidRPr="00575350" w:rsidRDefault="006D5036" w:rsidP="0030220C">
            <w:pPr>
              <w:rPr>
                <w:rFonts w:ascii="Arial" w:eastAsia="Times New Roman" w:hAnsi="Arial" w:cs="Arial"/>
                <w:color w:val="000000"/>
                <w:sz w:val="18"/>
                <w:szCs w:val="18"/>
                <w:lang w:eastAsia="pt-BR"/>
              </w:rPr>
            </w:pPr>
            <w:r w:rsidRPr="00575350">
              <w:rPr>
                <w:rFonts w:ascii="Arial" w:eastAsia="Times New Roman" w:hAnsi="Arial" w:cs="Arial"/>
                <w:color w:val="000000"/>
                <w:sz w:val="18"/>
                <w:szCs w:val="18"/>
                <w:lang w:eastAsia="pt-BR"/>
              </w:rPr>
              <w:t>UN</w:t>
            </w:r>
          </w:p>
        </w:tc>
        <w:tc>
          <w:tcPr>
            <w:tcW w:w="0" w:type="auto"/>
            <w:vAlign w:val="center"/>
          </w:tcPr>
          <w:p w14:paraId="3A956E15" w14:textId="77777777" w:rsidR="006D5036" w:rsidRPr="00122EB2" w:rsidRDefault="006D5036" w:rsidP="0030220C">
            <w:pPr>
              <w:rPr>
                <w:rFonts w:ascii="Arial" w:eastAsia="Times New Roman" w:hAnsi="Arial" w:cs="Arial"/>
                <w:color w:val="000000"/>
                <w:sz w:val="20"/>
                <w:szCs w:val="20"/>
                <w:lang w:eastAsia="pt-BR"/>
              </w:rPr>
            </w:pPr>
            <w:r w:rsidRPr="00122EB2">
              <w:rPr>
                <w:rFonts w:ascii="Arial" w:eastAsia="Times New Roman" w:hAnsi="Arial" w:cs="Arial"/>
                <w:color w:val="000000"/>
                <w:sz w:val="20"/>
                <w:szCs w:val="20"/>
                <w:lang w:eastAsia="pt-BR"/>
              </w:rPr>
              <w:t>165</w:t>
            </w:r>
          </w:p>
        </w:tc>
        <w:tc>
          <w:tcPr>
            <w:tcW w:w="0" w:type="auto"/>
            <w:vAlign w:val="center"/>
          </w:tcPr>
          <w:p w14:paraId="11ACF95E" w14:textId="77777777" w:rsidR="006D5036" w:rsidRPr="00575350" w:rsidRDefault="006D5036" w:rsidP="0030220C">
            <w:pPr>
              <w:rPr>
                <w:rFonts w:ascii="Arial" w:hAnsi="Arial" w:cs="Arial"/>
                <w:sz w:val="20"/>
                <w:szCs w:val="20"/>
              </w:rPr>
            </w:pPr>
            <w:r>
              <w:rPr>
                <w:rFonts w:ascii="Arial" w:hAnsi="Arial" w:cs="Arial"/>
                <w:sz w:val="20"/>
                <w:szCs w:val="20"/>
              </w:rPr>
              <w:t>7,93</w:t>
            </w:r>
          </w:p>
        </w:tc>
        <w:tc>
          <w:tcPr>
            <w:tcW w:w="0" w:type="auto"/>
            <w:vAlign w:val="center"/>
          </w:tcPr>
          <w:p w14:paraId="33E7478B" w14:textId="77777777" w:rsidR="006D5036" w:rsidRPr="00575350" w:rsidRDefault="006D5036" w:rsidP="0030220C">
            <w:pPr>
              <w:rPr>
                <w:rFonts w:ascii="Arial" w:hAnsi="Arial" w:cs="Arial"/>
                <w:sz w:val="20"/>
                <w:szCs w:val="20"/>
              </w:rPr>
            </w:pPr>
            <w:r>
              <w:rPr>
                <w:rFonts w:ascii="Arial" w:hAnsi="Arial" w:cs="Arial"/>
                <w:sz w:val="20"/>
                <w:szCs w:val="20"/>
              </w:rPr>
              <w:t>1.308,45</w:t>
            </w:r>
          </w:p>
        </w:tc>
      </w:tr>
      <w:tr w:rsidR="006D5036" w:rsidRPr="00575350" w14:paraId="0FA93849" w14:textId="77777777" w:rsidTr="0030220C">
        <w:trPr>
          <w:trHeight w:val="227"/>
          <w:jc w:val="center"/>
        </w:trPr>
        <w:tc>
          <w:tcPr>
            <w:tcW w:w="0" w:type="auto"/>
            <w:vAlign w:val="center"/>
          </w:tcPr>
          <w:p w14:paraId="6BBC117C" w14:textId="77777777" w:rsidR="006D5036" w:rsidRPr="00575350" w:rsidRDefault="006D5036" w:rsidP="0030220C">
            <w:pPr>
              <w:rPr>
                <w:rFonts w:ascii="Arial" w:eastAsia="Times New Roman" w:hAnsi="Arial" w:cs="Arial"/>
                <w:sz w:val="18"/>
                <w:szCs w:val="18"/>
                <w:lang w:eastAsia="pt-BR"/>
              </w:rPr>
            </w:pPr>
            <w:r w:rsidRPr="00575350">
              <w:rPr>
                <w:rFonts w:ascii="Arial" w:eastAsia="Times New Roman" w:hAnsi="Arial" w:cs="Arial"/>
                <w:sz w:val="18"/>
                <w:szCs w:val="18"/>
                <w:lang w:eastAsia="pt-BR"/>
              </w:rPr>
              <w:t>5</w:t>
            </w:r>
          </w:p>
        </w:tc>
        <w:tc>
          <w:tcPr>
            <w:tcW w:w="0" w:type="auto"/>
            <w:vAlign w:val="center"/>
          </w:tcPr>
          <w:p w14:paraId="28F7BCDB" w14:textId="77777777" w:rsidR="006D5036" w:rsidRPr="00575350" w:rsidRDefault="006D5036" w:rsidP="0030220C">
            <w:pPr>
              <w:rPr>
                <w:rFonts w:ascii="Arial" w:eastAsia="Times New Roman" w:hAnsi="Arial" w:cs="Arial"/>
                <w:color w:val="000000"/>
                <w:sz w:val="18"/>
                <w:szCs w:val="18"/>
                <w:lang w:eastAsia="pt-BR"/>
              </w:rPr>
            </w:pPr>
            <w:r w:rsidRPr="00575350">
              <w:rPr>
                <w:rFonts w:ascii="Arial" w:eastAsia="Times New Roman" w:hAnsi="Arial" w:cs="Arial"/>
                <w:color w:val="000000"/>
                <w:sz w:val="18"/>
                <w:szCs w:val="18"/>
                <w:lang w:eastAsia="pt-BR"/>
              </w:rPr>
              <w:t>236196</w:t>
            </w:r>
          </w:p>
        </w:tc>
        <w:tc>
          <w:tcPr>
            <w:tcW w:w="0" w:type="auto"/>
            <w:vAlign w:val="center"/>
          </w:tcPr>
          <w:p w14:paraId="4314EC4F" w14:textId="77777777" w:rsidR="006D5036" w:rsidRPr="00575350" w:rsidRDefault="006D5036" w:rsidP="0030220C">
            <w:pPr>
              <w:rPr>
                <w:rFonts w:ascii="Arial" w:eastAsia="Times New Roman" w:hAnsi="Arial" w:cs="Arial"/>
                <w:color w:val="000000"/>
                <w:sz w:val="18"/>
                <w:szCs w:val="18"/>
                <w:lang w:eastAsia="pt-BR"/>
              </w:rPr>
            </w:pPr>
            <w:r w:rsidRPr="00575350">
              <w:rPr>
                <w:rFonts w:ascii="Arial" w:eastAsia="Times New Roman" w:hAnsi="Arial" w:cs="Arial"/>
                <w:color w:val="000000"/>
                <w:sz w:val="18"/>
                <w:szCs w:val="18"/>
                <w:lang w:eastAsia="pt-BR"/>
              </w:rPr>
              <w:t xml:space="preserve">ADOÇANTE DIETÉTICO - EMBALAGEM APROXIMADAMENTE 100 ML, SIMILAR A </w:t>
            </w:r>
            <w:r w:rsidRPr="00575350">
              <w:rPr>
                <w:rFonts w:ascii="Arial" w:eastAsia="Times New Roman" w:hAnsi="Arial" w:cs="Arial"/>
                <w:color w:val="000000"/>
                <w:sz w:val="18"/>
                <w:szCs w:val="18"/>
                <w:lang w:eastAsia="pt-BR"/>
              </w:rPr>
              <w:br/>
              <w:t>ADOCYL, ZERO-CAL E ASSUGRIN.</w:t>
            </w:r>
          </w:p>
        </w:tc>
        <w:tc>
          <w:tcPr>
            <w:tcW w:w="0" w:type="auto"/>
            <w:vAlign w:val="center"/>
          </w:tcPr>
          <w:p w14:paraId="14BA68DF" w14:textId="77777777" w:rsidR="006D5036" w:rsidRPr="00575350" w:rsidRDefault="006D5036" w:rsidP="0030220C">
            <w:pPr>
              <w:rPr>
                <w:rFonts w:ascii="Arial" w:eastAsia="Times New Roman" w:hAnsi="Arial" w:cs="Arial"/>
                <w:color w:val="000000"/>
                <w:sz w:val="18"/>
                <w:szCs w:val="18"/>
                <w:lang w:eastAsia="pt-BR"/>
              </w:rPr>
            </w:pPr>
            <w:r w:rsidRPr="00575350">
              <w:rPr>
                <w:rFonts w:ascii="Arial" w:eastAsia="Times New Roman" w:hAnsi="Arial" w:cs="Arial"/>
                <w:color w:val="000000"/>
                <w:sz w:val="18"/>
                <w:szCs w:val="18"/>
                <w:lang w:eastAsia="pt-BR"/>
              </w:rPr>
              <w:t>UN</w:t>
            </w:r>
          </w:p>
        </w:tc>
        <w:tc>
          <w:tcPr>
            <w:tcW w:w="0" w:type="auto"/>
            <w:vAlign w:val="center"/>
          </w:tcPr>
          <w:p w14:paraId="4E55E224" w14:textId="77777777" w:rsidR="006D5036" w:rsidRPr="00122EB2" w:rsidRDefault="006D5036" w:rsidP="0030220C">
            <w:pPr>
              <w:rPr>
                <w:rFonts w:ascii="Arial" w:eastAsia="Times New Roman" w:hAnsi="Arial" w:cs="Arial"/>
                <w:color w:val="000000"/>
                <w:sz w:val="20"/>
                <w:szCs w:val="20"/>
                <w:lang w:eastAsia="pt-BR"/>
              </w:rPr>
            </w:pPr>
            <w:r w:rsidRPr="00122EB2">
              <w:rPr>
                <w:rFonts w:ascii="Arial" w:eastAsia="Times New Roman" w:hAnsi="Arial" w:cs="Arial"/>
                <w:color w:val="000000"/>
                <w:sz w:val="20"/>
                <w:szCs w:val="20"/>
                <w:lang w:eastAsia="pt-BR"/>
              </w:rPr>
              <w:t>84</w:t>
            </w:r>
          </w:p>
        </w:tc>
        <w:tc>
          <w:tcPr>
            <w:tcW w:w="0" w:type="auto"/>
            <w:vAlign w:val="center"/>
          </w:tcPr>
          <w:p w14:paraId="4FD16295" w14:textId="77777777" w:rsidR="006D5036" w:rsidRPr="00575350" w:rsidRDefault="006D5036" w:rsidP="0030220C">
            <w:pPr>
              <w:rPr>
                <w:rFonts w:ascii="Arial" w:hAnsi="Arial" w:cs="Arial"/>
                <w:sz w:val="20"/>
                <w:szCs w:val="20"/>
              </w:rPr>
            </w:pPr>
            <w:r>
              <w:rPr>
                <w:rFonts w:ascii="Arial" w:hAnsi="Arial" w:cs="Arial"/>
                <w:sz w:val="20"/>
                <w:szCs w:val="20"/>
              </w:rPr>
              <w:t>7,83</w:t>
            </w:r>
          </w:p>
        </w:tc>
        <w:tc>
          <w:tcPr>
            <w:tcW w:w="0" w:type="auto"/>
            <w:vAlign w:val="center"/>
          </w:tcPr>
          <w:p w14:paraId="2EBFD05C" w14:textId="77777777" w:rsidR="006D5036" w:rsidRPr="00575350" w:rsidRDefault="006D5036" w:rsidP="0030220C">
            <w:pPr>
              <w:rPr>
                <w:rFonts w:ascii="Arial" w:hAnsi="Arial" w:cs="Arial"/>
                <w:sz w:val="20"/>
                <w:szCs w:val="20"/>
              </w:rPr>
            </w:pPr>
            <w:r>
              <w:rPr>
                <w:rFonts w:ascii="Arial" w:hAnsi="Arial" w:cs="Arial"/>
                <w:sz w:val="20"/>
                <w:szCs w:val="20"/>
              </w:rPr>
              <w:t>657,72</w:t>
            </w:r>
          </w:p>
        </w:tc>
      </w:tr>
      <w:tr w:rsidR="006D5036" w:rsidRPr="00575350" w14:paraId="60F36541" w14:textId="77777777" w:rsidTr="0030220C">
        <w:trPr>
          <w:trHeight w:val="227"/>
          <w:jc w:val="center"/>
        </w:trPr>
        <w:tc>
          <w:tcPr>
            <w:tcW w:w="0" w:type="auto"/>
            <w:vAlign w:val="center"/>
          </w:tcPr>
          <w:p w14:paraId="69E0FA58" w14:textId="77777777" w:rsidR="006D5036" w:rsidRPr="00575350" w:rsidRDefault="006D5036" w:rsidP="0030220C">
            <w:pPr>
              <w:rPr>
                <w:rFonts w:ascii="Arial" w:eastAsia="Times New Roman" w:hAnsi="Arial" w:cs="Arial"/>
                <w:sz w:val="18"/>
                <w:szCs w:val="18"/>
                <w:lang w:eastAsia="pt-BR"/>
              </w:rPr>
            </w:pPr>
            <w:r w:rsidRPr="00575350">
              <w:rPr>
                <w:rFonts w:ascii="Arial" w:eastAsia="Times New Roman" w:hAnsi="Arial" w:cs="Arial"/>
                <w:sz w:val="18"/>
                <w:szCs w:val="18"/>
                <w:lang w:eastAsia="pt-BR"/>
              </w:rPr>
              <w:lastRenderedPageBreak/>
              <w:t>6</w:t>
            </w:r>
          </w:p>
        </w:tc>
        <w:tc>
          <w:tcPr>
            <w:tcW w:w="0" w:type="auto"/>
            <w:vAlign w:val="center"/>
          </w:tcPr>
          <w:p w14:paraId="76F0FA27" w14:textId="77777777" w:rsidR="006D5036" w:rsidRPr="00575350" w:rsidRDefault="006D5036" w:rsidP="0030220C">
            <w:pPr>
              <w:rPr>
                <w:rFonts w:ascii="Arial" w:eastAsia="Times New Roman" w:hAnsi="Arial" w:cs="Arial"/>
                <w:color w:val="000000"/>
                <w:sz w:val="18"/>
                <w:szCs w:val="18"/>
                <w:lang w:eastAsia="pt-BR"/>
              </w:rPr>
            </w:pPr>
            <w:r w:rsidRPr="00575350">
              <w:rPr>
                <w:rFonts w:ascii="Arial" w:eastAsia="Times New Roman" w:hAnsi="Arial" w:cs="Arial"/>
                <w:color w:val="000000"/>
                <w:sz w:val="18"/>
                <w:szCs w:val="18"/>
                <w:lang w:eastAsia="pt-BR"/>
              </w:rPr>
              <w:t>463832</w:t>
            </w:r>
          </w:p>
        </w:tc>
        <w:tc>
          <w:tcPr>
            <w:tcW w:w="0" w:type="auto"/>
            <w:vAlign w:val="center"/>
          </w:tcPr>
          <w:p w14:paraId="15B9917F" w14:textId="77777777" w:rsidR="006D5036" w:rsidRPr="00575350" w:rsidRDefault="006D5036" w:rsidP="0030220C">
            <w:pPr>
              <w:rPr>
                <w:rFonts w:ascii="Arial" w:eastAsia="Times New Roman" w:hAnsi="Arial" w:cs="Arial"/>
                <w:color w:val="000000"/>
                <w:sz w:val="18"/>
                <w:szCs w:val="18"/>
                <w:lang w:eastAsia="pt-BR"/>
              </w:rPr>
            </w:pPr>
            <w:r w:rsidRPr="00575350">
              <w:rPr>
                <w:rFonts w:ascii="Arial" w:eastAsia="Times New Roman" w:hAnsi="Arial" w:cs="Arial"/>
                <w:color w:val="000000"/>
                <w:sz w:val="18"/>
                <w:szCs w:val="18"/>
                <w:lang w:eastAsia="pt-BR"/>
              </w:rPr>
              <w:t xml:space="preserve">ALFACE, IN NATURA - TIPO: CRESPA, PÉ BEM DESENVOLVIDO, SEM MANCHAS, FIRME, </w:t>
            </w:r>
            <w:r w:rsidRPr="00575350">
              <w:rPr>
                <w:rFonts w:ascii="Arial" w:eastAsia="Times New Roman" w:hAnsi="Arial" w:cs="Arial"/>
                <w:color w:val="000000"/>
                <w:sz w:val="18"/>
                <w:szCs w:val="18"/>
                <w:lang w:eastAsia="pt-BR"/>
              </w:rPr>
              <w:br/>
              <w:t>SEM FERIMENTOS E DEFEITOS, LIVRE DE TERRA, LARVAS OU INSETOS NAS</w:t>
            </w:r>
            <w:r w:rsidRPr="00575350">
              <w:rPr>
                <w:rFonts w:ascii="Arial" w:eastAsia="Times New Roman" w:hAnsi="Arial" w:cs="Arial"/>
                <w:color w:val="000000"/>
                <w:sz w:val="18"/>
                <w:szCs w:val="18"/>
                <w:lang w:eastAsia="pt-BR"/>
              </w:rPr>
              <w:br/>
              <w:t xml:space="preserve">SUPERFÍCIES. </w:t>
            </w:r>
          </w:p>
        </w:tc>
        <w:tc>
          <w:tcPr>
            <w:tcW w:w="0" w:type="auto"/>
            <w:vAlign w:val="center"/>
          </w:tcPr>
          <w:p w14:paraId="0B0F7B33" w14:textId="77777777" w:rsidR="006D5036" w:rsidRPr="00575350" w:rsidRDefault="006D5036" w:rsidP="0030220C">
            <w:pPr>
              <w:rPr>
                <w:rFonts w:ascii="Arial" w:eastAsia="Times New Roman" w:hAnsi="Arial" w:cs="Arial"/>
                <w:color w:val="000000"/>
                <w:sz w:val="18"/>
                <w:szCs w:val="18"/>
                <w:lang w:eastAsia="pt-BR"/>
              </w:rPr>
            </w:pPr>
            <w:r w:rsidRPr="00575350">
              <w:rPr>
                <w:rFonts w:ascii="Arial" w:eastAsia="Times New Roman" w:hAnsi="Arial" w:cs="Arial"/>
                <w:color w:val="000000"/>
                <w:sz w:val="18"/>
                <w:szCs w:val="18"/>
                <w:lang w:eastAsia="pt-BR"/>
              </w:rPr>
              <w:t>UN</w:t>
            </w:r>
          </w:p>
        </w:tc>
        <w:tc>
          <w:tcPr>
            <w:tcW w:w="0" w:type="auto"/>
            <w:vAlign w:val="center"/>
          </w:tcPr>
          <w:p w14:paraId="6BF600A2" w14:textId="77777777" w:rsidR="006D5036" w:rsidRPr="00122EB2" w:rsidRDefault="006D5036" w:rsidP="0030220C">
            <w:pPr>
              <w:rPr>
                <w:rFonts w:ascii="Arial" w:eastAsia="Times New Roman" w:hAnsi="Arial" w:cs="Arial"/>
                <w:color w:val="000000"/>
                <w:sz w:val="20"/>
                <w:szCs w:val="20"/>
                <w:lang w:eastAsia="pt-BR"/>
              </w:rPr>
            </w:pPr>
            <w:r w:rsidRPr="00122EB2">
              <w:rPr>
                <w:rFonts w:ascii="Arial" w:eastAsia="Times New Roman" w:hAnsi="Arial" w:cs="Arial"/>
                <w:color w:val="000000"/>
                <w:sz w:val="20"/>
                <w:szCs w:val="20"/>
                <w:lang w:eastAsia="pt-BR"/>
              </w:rPr>
              <w:t>1.265</w:t>
            </w:r>
          </w:p>
        </w:tc>
        <w:tc>
          <w:tcPr>
            <w:tcW w:w="0" w:type="auto"/>
            <w:vAlign w:val="center"/>
          </w:tcPr>
          <w:p w14:paraId="57832E07" w14:textId="77777777" w:rsidR="006D5036" w:rsidRPr="00575350" w:rsidRDefault="006D5036" w:rsidP="0030220C">
            <w:pPr>
              <w:rPr>
                <w:rFonts w:ascii="Arial" w:hAnsi="Arial" w:cs="Arial"/>
                <w:sz w:val="20"/>
                <w:szCs w:val="20"/>
              </w:rPr>
            </w:pPr>
            <w:r>
              <w:rPr>
                <w:rFonts w:ascii="Arial" w:hAnsi="Arial" w:cs="Arial"/>
                <w:sz w:val="20"/>
                <w:szCs w:val="20"/>
              </w:rPr>
              <w:t>4,82</w:t>
            </w:r>
          </w:p>
        </w:tc>
        <w:tc>
          <w:tcPr>
            <w:tcW w:w="0" w:type="auto"/>
            <w:vAlign w:val="center"/>
          </w:tcPr>
          <w:p w14:paraId="5E89A107" w14:textId="77777777" w:rsidR="006D5036" w:rsidRPr="00575350" w:rsidRDefault="006D5036" w:rsidP="0030220C">
            <w:pPr>
              <w:rPr>
                <w:rFonts w:ascii="Arial" w:hAnsi="Arial" w:cs="Arial"/>
                <w:sz w:val="20"/>
                <w:szCs w:val="20"/>
              </w:rPr>
            </w:pPr>
            <w:r>
              <w:rPr>
                <w:rFonts w:ascii="Arial" w:hAnsi="Arial" w:cs="Arial"/>
                <w:sz w:val="20"/>
                <w:szCs w:val="20"/>
              </w:rPr>
              <w:t>6.097,30</w:t>
            </w:r>
          </w:p>
        </w:tc>
      </w:tr>
      <w:tr w:rsidR="006D5036" w:rsidRPr="00575350" w14:paraId="2688C330" w14:textId="77777777" w:rsidTr="0030220C">
        <w:trPr>
          <w:trHeight w:val="227"/>
          <w:jc w:val="center"/>
        </w:trPr>
        <w:tc>
          <w:tcPr>
            <w:tcW w:w="0" w:type="auto"/>
            <w:vAlign w:val="center"/>
          </w:tcPr>
          <w:p w14:paraId="7480550A" w14:textId="77777777" w:rsidR="006D5036" w:rsidRPr="00575350" w:rsidRDefault="006D5036" w:rsidP="0030220C">
            <w:pPr>
              <w:rPr>
                <w:rFonts w:ascii="Arial" w:eastAsia="Times New Roman" w:hAnsi="Arial" w:cs="Arial"/>
                <w:sz w:val="18"/>
                <w:szCs w:val="18"/>
                <w:lang w:eastAsia="pt-BR"/>
              </w:rPr>
            </w:pPr>
            <w:r w:rsidRPr="00575350">
              <w:rPr>
                <w:rFonts w:ascii="Arial" w:eastAsia="Times New Roman" w:hAnsi="Arial" w:cs="Arial"/>
                <w:sz w:val="18"/>
                <w:szCs w:val="18"/>
                <w:lang w:eastAsia="pt-BR"/>
              </w:rPr>
              <w:t>7</w:t>
            </w:r>
          </w:p>
        </w:tc>
        <w:tc>
          <w:tcPr>
            <w:tcW w:w="0" w:type="auto"/>
            <w:vAlign w:val="center"/>
          </w:tcPr>
          <w:p w14:paraId="7A4B4615" w14:textId="77777777" w:rsidR="006D5036" w:rsidRPr="00575350" w:rsidRDefault="006D5036" w:rsidP="0030220C">
            <w:pPr>
              <w:rPr>
                <w:rFonts w:ascii="Arial" w:eastAsia="Times New Roman" w:hAnsi="Arial" w:cs="Arial"/>
                <w:color w:val="000000"/>
                <w:sz w:val="18"/>
                <w:szCs w:val="18"/>
                <w:lang w:eastAsia="pt-BR"/>
              </w:rPr>
            </w:pPr>
            <w:r w:rsidRPr="00575350">
              <w:rPr>
                <w:rFonts w:ascii="Arial" w:eastAsia="Times New Roman" w:hAnsi="Arial" w:cs="Arial"/>
                <w:color w:val="000000"/>
                <w:sz w:val="18"/>
                <w:szCs w:val="18"/>
                <w:lang w:eastAsia="pt-BR"/>
              </w:rPr>
              <w:t>461695</w:t>
            </w:r>
          </w:p>
        </w:tc>
        <w:tc>
          <w:tcPr>
            <w:tcW w:w="0" w:type="auto"/>
            <w:vAlign w:val="center"/>
          </w:tcPr>
          <w:p w14:paraId="34CC91BC" w14:textId="77777777" w:rsidR="006D5036" w:rsidRPr="00575350" w:rsidRDefault="006D5036" w:rsidP="0030220C">
            <w:pPr>
              <w:rPr>
                <w:rFonts w:ascii="Arial" w:eastAsia="Times New Roman" w:hAnsi="Arial" w:cs="Arial"/>
                <w:color w:val="000000"/>
                <w:sz w:val="18"/>
                <w:szCs w:val="18"/>
                <w:lang w:eastAsia="pt-BR"/>
              </w:rPr>
            </w:pPr>
            <w:r w:rsidRPr="00575350">
              <w:rPr>
                <w:rFonts w:ascii="Arial" w:eastAsia="Times New Roman" w:hAnsi="Arial" w:cs="Arial"/>
                <w:color w:val="000000"/>
                <w:sz w:val="18"/>
                <w:szCs w:val="18"/>
                <w:lang w:eastAsia="pt-BR"/>
              </w:rPr>
              <w:t xml:space="preserve">ALHO, IN NATURA - KG. CABEÇAS INTEIRAS, SEM FERIMENTOS OU DEFEITOS, </w:t>
            </w:r>
            <w:r w:rsidRPr="00575350">
              <w:rPr>
                <w:rFonts w:ascii="Arial" w:eastAsia="Times New Roman" w:hAnsi="Arial" w:cs="Arial"/>
                <w:color w:val="000000"/>
                <w:sz w:val="18"/>
                <w:szCs w:val="18"/>
                <w:lang w:eastAsia="pt-BR"/>
              </w:rPr>
              <w:br/>
              <w:t>DENTES GRANDES E UNIFORMES, EMBALADOS EM SACOS PLÁSTICOS</w:t>
            </w:r>
            <w:r w:rsidRPr="00575350">
              <w:rPr>
                <w:rFonts w:ascii="Arial" w:eastAsia="Times New Roman" w:hAnsi="Arial" w:cs="Arial"/>
                <w:color w:val="000000"/>
                <w:sz w:val="18"/>
                <w:szCs w:val="18"/>
                <w:lang w:eastAsia="pt-BR"/>
              </w:rPr>
              <w:br/>
              <w:t xml:space="preserve">TRANSPARENTES DE APROXIMADAMENTE 1 KG. </w:t>
            </w:r>
          </w:p>
        </w:tc>
        <w:tc>
          <w:tcPr>
            <w:tcW w:w="0" w:type="auto"/>
            <w:vAlign w:val="center"/>
          </w:tcPr>
          <w:p w14:paraId="26FFA7C0" w14:textId="77777777" w:rsidR="006D5036" w:rsidRPr="00575350" w:rsidRDefault="006D5036" w:rsidP="0030220C">
            <w:pPr>
              <w:rPr>
                <w:rFonts w:ascii="Arial" w:eastAsia="Times New Roman" w:hAnsi="Arial" w:cs="Arial"/>
                <w:color w:val="000000"/>
                <w:sz w:val="18"/>
                <w:szCs w:val="18"/>
                <w:lang w:eastAsia="pt-BR"/>
              </w:rPr>
            </w:pPr>
            <w:r w:rsidRPr="00575350">
              <w:rPr>
                <w:rFonts w:ascii="Arial" w:eastAsia="Times New Roman" w:hAnsi="Arial" w:cs="Arial"/>
                <w:color w:val="000000"/>
                <w:sz w:val="18"/>
                <w:szCs w:val="18"/>
                <w:lang w:eastAsia="pt-BR"/>
              </w:rPr>
              <w:t>KG</w:t>
            </w:r>
          </w:p>
        </w:tc>
        <w:tc>
          <w:tcPr>
            <w:tcW w:w="0" w:type="auto"/>
            <w:vAlign w:val="center"/>
          </w:tcPr>
          <w:p w14:paraId="38D32B0C" w14:textId="77777777" w:rsidR="006D5036" w:rsidRPr="00122EB2" w:rsidRDefault="006D5036" w:rsidP="0030220C">
            <w:pPr>
              <w:rPr>
                <w:rFonts w:ascii="Arial" w:eastAsia="Times New Roman" w:hAnsi="Arial" w:cs="Arial"/>
                <w:color w:val="000000"/>
                <w:sz w:val="20"/>
                <w:szCs w:val="20"/>
                <w:lang w:eastAsia="pt-BR"/>
              </w:rPr>
            </w:pPr>
            <w:r w:rsidRPr="00122EB2">
              <w:rPr>
                <w:rFonts w:ascii="Arial" w:eastAsia="Times New Roman" w:hAnsi="Arial" w:cs="Arial"/>
                <w:color w:val="000000"/>
                <w:sz w:val="20"/>
                <w:szCs w:val="20"/>
                <w:lang w:eastAsia="pt-BR"/>
              </w:rPr>
              <w:t>223</w:t>
            </w:r>
          </w:p>
        </w:tc>
        <w:tc>
          <w:tcPr>
            <w:tcW w:w="0" w:type="auto"/>
            <w:vAlign w:val="center"/>
          </w:tcPr>
          <w:p w14:paraId="18272AFA" w14:textId="77777777" w:rsidR="006D5036" w:rsidRPr="00575350" w:rsidRDefault="006D5036" w:rsidP="0030220C">
            <w:pPr>
              <w:rPr>
                <w:rFonts w:ascii="Arial" w:hAnsi="Arial" w:cs="Arial"/>
                <w:sz w:val="20"/>
                <w:szCs w:val="20"/>
              </w:rPr>
            </w:pPr>
            <w:r>
              <w:rPr>
                <w:rFonts w:ascii="Arial" w:hAnsi="Arial" w:cs="Arial"/>
                <w:sz w:val="20"/>
                <w:szCs w:val="20"/>
              </w:rPr>
              <w:t>25,16</w:t>
            </w:r>
          </w:p>
        </w:tc>
        <w:tc>
          <w:tcPr>
            <w:tcW w:w="0" w:type="auto"/>
            <w:vAlign w:val="center"/>
          </w:tcPr>
          <w:p w14:paraId="31A87477" w14:textId="77777777" w:rsidR="006D5036" w:rsidRPr="00575350" w:rsidRDefault="006D5036" w:rsidP="0030220C">
            <w:pPr>
              <w:rPr>
                <w:rFonts w:ascii="Arial" w:hAnsi="Arial" w:cs="Arial"/>
                <w:sz w:val="20"/>
                <w:szCs w:val="20"/>
              </w:rPr>
            </w:pPr>
            <w:r>
              <w:rPr>
                <w:rFonts w:ascii="Arial" w:hAnsi="Arial" w:cs="Arial"/>
                <w:sz w:val="20"/>
                <w:szCs w:val="20"/>
              </w:rPr>
              <w:t>5.610,68</w:t>
            </w:r>
          </w:p>
        </w:tc>
      </w:tr>
      <w:tr w:rsidR="006D5036" w:rsidRPr="00575350" w14:paraId="7E82659A" w14:textId="77777777" w:rsidTr="0030220C">
        <w:trPr>
          <w:trHeight w:val="227"/>
          <w:jc w:val="center"/>
        </w:trPr>
        <w:tc>
          <w:tcPr>
            <w:tcW w:w="0" w:type="auto"/>
            <w:vAlign w:val="center"/>
          </w:tcPr>
          <w:p w14:paraId="67B4C6A0" w14:textId="77777777" w:rsidR="006D5036" w:rsidRPr="00575350" w:rsidRDefault="006D5036" w:rsidP="0030220C">
            <w:pPr>
              <w:rPr>
                <w:rFonts w:ascii="Arial" w:eastAsia="Times New Roman" w:hAnsi="Arial" w:cs="Arial"/>
                <w:sz w:val="18"/>
                <w:szCs w:val="18"/>
                <w:lang w:eastAsia="pt-BR"/>
              </w:rPr>
            </w:pPr>
            <w:r w:rsidRPr="00575350">
              <w:rPr>
                <w:rFonts w:ascii="Arial" w:eastAsia="Times New Roman" w:hAnsi="Arial" w:cs="Arial"/>
                <w:sz w:val="18"/>
                <w:szCs w:val="18"/>
                <w:lang w:eastAsia="pt-BR"/>
              </w:rPr>
              <w:t>8</w:t>
            </w:r>
          </w:p>
        </w:tc>
        <w:tc>
          <w:tcPr>
            <w:tcW w:w="0" w:type="auto"/>
            <w:vAlign w:val="center"/>
          </w:tcPr>
          <w:p w14:paraId="1D34DF30" w14:textId="77777777" w:rsidR="006D5036" w:rsidRPr="00575350" w:rsidRDefault="006D5036" w:rsidP="0030220C">
            <w:pPr>
              <w:rPr>
                <w:rFonts w:ascii="Arial" w:eastAsia="Times New Roman" w:hAnsi="Arial" w:cs="Arial"/>
                <w:color w:val="000000"/>
                <w:sz w:val="18"/>
                <w:szCs w:val="18"/>
                <w:lang w:eastAsia="pt-BR"/>
              </w:rPr>
            </w:pPr>
            <w:r w:rsidRPr="00575350">
              <w:rPr>
                <w:rFonts w:ascii="Arial" w:eastAsia="Times New Roman" w:hAnsi="Arial" w:cs="Arial"/>
                <w:color w:val="000000"/>
                <w:sz w:val="18"/>
                <w:szCs w:val="18"/>
                <w:lang w:eastAsia="pt-BR"/>
              </w:rPr>
              <w:t>466549</w:t>
            </w:r>
          </w:p>
        </w:tc>
        <w:tc>
          <w:tcPr>
            <w:tcW w:w="0" w:type="auto"/>
            <w:vAlign w:val="center"/>
          </w:tcPr>
          <w:p w14:paraId="1062FFF8" w14:textId="77777777" w:rsidR="006D5036" w:rsidRPr="00575350" w:rsidRDefault="006D5036" w:rsidP="0030220C">
            <w:pPr>
              <w:rPr>
                <w:rFonts w:ascii="Arial" w:eastAsia="Times New Roman" w:hAnsi="Arial" w:cs="Arial"/>
                <w:color w:val="000000"/>
                <w:sz w:val="18"/>
                <w:szCs w:val="18"/>
                <w:lang w:eastAsia="pt-BR"/>
              </w:rPr>
            </w:pPr>
            <w:r w:rsidRPr="00575350">
              <w:rPr>
                <w:rFonts w:ascii="Arial" w:eastAsia="Times New Roman" w:hAnsi="Arial" w:cs="Arial"/>
                <w:color w:val="000000"/>
                <w:sz w:val="18"/>
                <w:szCs w:val="18"/>
                <w:lang w:eastAsia="pt-BR"/>
              </w:rPr>
              <w:t xml:space="preserve">AMEIXA IN NATURA, KG. DEVEM ESTAR FIRMES E COM COLORAÇÃO UNIFORME, SEM </w:t>
            </w:r>
            <w:r w:rsidRPr="00575350">
              <w:rPr>
                <w:rFonts w:ascii="Arial" w:eastAsia="Times New Roman" w:hAnsi="Arial" w:cs="Arial"/>
                <w:color w:val="000000"/>
                <w:sz w:val="18"/>
                <w:szCs w:val="18"/>
                <w:lang w:eastAsia="pt-BR"/>
              </w:rPr>
              <w:br/>
              <w:t xml:space="preserve">RACHADURAS, NÃO DEVE APRESENTAR PRESENÇA DE LARVAS OU PARASITAS. </w:t>
            </w:r>
          </w:p>
        </w:tc>
        <w:tc>
          <w:tcPr>
            <w:tcW w:w="0" w:type="auto"/>
            <w:vAlign w:val="center"/>
          </w:tcPr>
          <w:p w14:paraId="4102842B" w14:textId="77777777" w:rsidR="006D5036" w:rsidRPr="00575350" w:rsidRDefault="006D5036" w:rsidP="0030220C">
            <w:pPr>
              <w:rPr>
                <w:rFonts w:ascii="Arial" w:eastAsia="Times New Roman" w:hAnsi="Arial" w:cs="Arial"/>
                <w:color w:val="000000"/>
                <w:sz w:val="18"/>
                <w:szCs w:val="18"/>
                <w:lang w:eastAsia="pt-BR"/>
              </w:rPr>
            </w:pPr>
            <w:r w:rsidRPr="00575350">
              <w:rPr>
                <w:rFonts w:ascii="Arial" w:eastAsia="Times New Roman" w:hAnsi="Arial" w:cs="Arial"/>
                <w:color w:val="000000"/>
                <w:sz w:val="18"/>
                <w:szCs w:val="18"/>
                <w:lang w:eastAsia="pt-BR"/>
              </w:rPr>
              <w:t>KG</w:t>
            </w:r>
          </w:p>
        </w:tc>
        <w:tc>
          <w:tcPr>
            <w:tcW w:w="0" w:type="auto"/>
            <w:vAlign w:val="center"/>
          </w:tcPr>
          <w:p w14:paraId="18952C82" w14:textId="77777777" w:rsidR="006D5036" w:rsidRPr="00122EB2" w:rsidRDefault="006D5036" w:rsidP="0030220C">
            <w:pPr>
              <w:rPr>
                <w:rFonts w:ascii="Arial" w:eastAsia="Times New Roman" w:hAnsi="Arial" w:cs="Arial"/>
                <w:color w:val="000000"/>
                <w:sz w:val="20"/>
                <w:szCs w:val="20"/>
                <w:lang w:eastAsia="pt-BR"/>
              </w:rPr>
            </w:pPr>
            <w:r w:rsidRPr="00122EB2">
              <w:rPr>
                <w:rFonts w:ascii="Arial" w:eastAsia="Times New Roman" w:hAnsi="Arial" w:cs="Arial"/>
                <w:color w:val="000000"/>
                <w:sz w:val="20"/>
                <w:szCs w:val="20"/>
                <w:lang w:eastAsia="pt-BR"/>
              </w:rPr>
              <w:t>40</w:t>
            </w:r>
          </w:p>
        </w:tc>
        <w:tc>
          <w:tcPr>
            <w:tcW w:w="0" w:type="auto"/>
            <w:vAlign w:val="center"/>
          </w:tcPr>
          <w:p w14:paraId="2DD92443" w14:textId="77777777" w:rsidR="006D5036" w:rsidRPr="00575350" w:rsidRDefault="006D5036" w:rsidP="0030220C">
            <w:pPr>
              <w:rPr>
                <w:rFonts w:ascii="Arial" w:hAnsi="Arial" w:cs="Arial"/>
                <w:sz w:val="20"/>
                <w:szCs w:val="20"/>
              </w:rPr>
            </w:pPr>
            <w:r>
              <w:rPr>
                <w:rFonts w:ascii="Arial" w:hAnsi="Arial" w:cs="Arial"/>
                <w:sz w:val="20"/>
                <w:szCs w:val="20"/>
              </w:rPr>
              <w:t>25,17</w:t>
            </w:r>
          </w:p>
        </w:tc>
        <w:tc>
          <w:tcPr>
            <w:tcW w:w="0" w:type="auto"/>
            <w:vAlign w:val="center"/>
          </w:tcPr>
          <w:p w14:paraId="7E50D82E" w14:textId="77777777" w:rsidR="006D5036" w:rsidRPr="00575350" w:rsidRDefault="006D5036" w:rsidP="0030220C">
            <w:pPr>
              <w:rPr>
                <w:rFonts w:ascii="Arial" w:hAnsi="Arial" w:cs="Arial"/>
                <w:sz w:val="20"/>
                <w:szCs w:val="20"/>
              </w:rPr>
            </w:pPr>
            <w:r>
              <w:rPr>
                <w:rFonts w:ascii="Arial" w:hAnsi="Arial" w:cs="Arial"/>
                <w:sz w:val="20"/>
                <w:szCs w:val="20"/>
              </w:rPr>
              <w:t>1.006,80</w:t>
            </w:r>
          </w:p>
        </w:tc>
      </w:tr>
      <w:tr w:rsidR="006D5036" w:rsidRPr="00575350" w14:paraId="70910A7A" w14:textId="77777777" w:rsidTr="0030220C">
        <w:trPr>
          <w:trHeight w:val="227"/>
          <w:jc w:val="center"/>
        </w:trPr>
        <w:tc>
          <w:tcPr>
            <w:tcW w:w="0" w:type="auto"/>
            <w:vAlign w:val="center"/>
          </w:tcPr>
          <w:p w14:paraId="6B80BFC0" w14:textId="77777777" w:rsidR="006D5036" w:rsidRPr="00575350" w:rsidRDefault="006D5036" w:rsidP="0030220C">
            <w:pPr>
              <w:rPr>
                <w:rFonts w:ascii="Arial" w:hAnsi="Arial" w:cs="Arial"/>
                <w:sz w:val="20"/>
                <w:szCs w:val="20"/>
              </w:rPr>
            </w:pPr>
            <w:r w:rsidRPr="00575350">
              <w:rPr>
                <w:rFonts w:ascii="Arial" w:hAnsi="Arial" w:cs="Arial"/>
                <w:sz w:val="20"/>
                <w:szCs w:val="20"/>
              </w:rPr>
              <w:t>9</w:t>
            </w:r>
          </w:p>
        </w:tc>
        <w:tc>
          <w:tcPr>
            <w:tcW w:w="0" w:type="auto"/>
            <w:vAlign w:val="center"/>
          </w:tcPr>
          <w:p w14:paraId="45491DDD" w14:textId="77777777" w:rsidR="006D5036" w:rsidRPr="00575350" w:rsidRDefault="006D5036" w:rsidP="0030220C">
            <w:pPr>
              <w:rPr>
                <w:rFonts w:ascii="Arial" w:hAnsi="Arial" w:cs="Arial"/>
                <w:sz w:val="20"/>
                <w:szCs w:val="20"/>
              </w:rPr>
            </w:pPr>
            <w:r w:rsidRPr="00575350">
              <w:rPr>
                <w:rFonts w:ascii="Arial" w:hAnsi="Arial" w:cs="Arial"/>
                <w:sz w:val="20"/>
                <w:szCs w:val="20"/>
              </w:rPr>
              <w:t>389763</w:t>
            </w:r>
          </w:p>
        </w:tc>
        <w:tc>
          <w:tcPr>
            <w:tcW w:w="0" w:type="auto"/>
            <w:vAlign w:val="center"/>
          </w:tcPr>
          <w:p w14:paraId="210B7D88"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AMENDOIM, SEM CASCA - AMENDOIM, TORRADO, SEM SAL, EM EMBALAGEM DE APROXIMADAMENTE 500 G CONTENDO DADOS DO LOTE, DATA DE VALIDADE E INFORMAÇÕES DO FABRICANTE. SIMILAR A YOKI, DORI E AMENDUPÃ. </w:t>
            </w:r>
          </w:p>
        </w:tc>
        <w:tc>
          <w:tcPr>
            <w:tcW w:w="0" w:type="auto"/>
            <w:vAlign w:val="center"/>
          </w:tcPr>
          <w:p w14:paraId="50DB8081"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vAlign w:val="center"/>
          </w:tcPr>
          <w:p w14:paraId="0FDDB440" w14:textId="77777777" w:rsidR="006D5036" w:rsidRPr="00122EB2" w:rsidRDefault="006D5036" w:rsidP="0030220C">
            <w:pPr>
              <w:rPr>
                <w:rFonts w:ascii="Arial" w:hAnsi="Arial" w:cs="Arial"/>
                <w:sz w:val="20"/>
                <w:szCs w:val="20"/>
              </w:rPr>
            </w:pPr>
            <w:r w:rsidRPr="00122EB2">
              <w:rPr>
                <w:rFonts w:ascii="Arial" w:hAnsi="Arial" w:cs="Arial"/>
                <w:sz w:val="20"/>
                <w:szCs w:val="20"/>
              </w:rPr>
              <w:t>125</w:t>
            </w:r>
          </w:p>
        </w:tc>
        <w:tc>
          <w:tcPr>
            <w:tcW w:w="0" w:type="auto"/>
          </w:tcPr>
          <w:p w14:paraId="4758B77E" w14:textId="77777777" w:rsidR="006D5036" w:rsidRDefault="006D5036" w:rsidP="0030220C">
            <w:pPr>
              <w:rPr>
                <w:rFonts w:ascii="Arial" w:hAnsi="Arial" w:cs="Arial"/>
                <w:sz w:val="20"/>
                <w:szCs w:val="20"/>
              </w:rPr>
            </w:pPr>
          </w:p>
          <w:p w14:paraId="3184381D" w14:textId="77777777" w:rsidR="006D5036" w:rsidRDefault="006D5036" w:rsidP="0030220C">
            <w:pPr>
              <w:rPr>
                <w:rFonts w:ascii="Arial" w:hAnsi="Arial" w:cs="Arial"/>
                <w:sz w:val="20"/>
                <w:szCs w:val="20"/>
              </w:rPr>
            </w:pPr>
          </w:p>
          <w:p w14:paraId="3869741F" w14:textId="77777777" w:rsidR="006D5036" w:rsidRPr="00575350" w:rsidRDefault="006D5036" w:rsidP="0030220C">
            <w:pPr>
              <w:rPr>
                <w:rFonts w:ascii="Arial" w:hAnsi="Arial" w:cs="Arial"/>
                <w:sz w:val="20"/>
                <w:szCs w:val="20"/>
              </w:rPr>
            </w:pPr>
            <w:r>
              <w:rPr>
                <w:rFonts w:ascii="Arial" w:hAnsi="Arial" w:cs="Arial"/>
                <w:sz w:val="20"/>
                <w:szCs w:val="20"/>
              </w:rPr>
              <w:t>19,70</w:t>
            </w:r>
          </w:p>
        </w:tc>
        <w:tc>
          <w:tcPr>
            <w:tcW w:w="0" w:type="auto"/>
          </w:tcPr>
          <w:p w14:paraId="40989CF5" w14:textId="77777777" w:rsidR="006D5036" w:rsidRDefault="006D5036" w:rsidP="0030220C">
            <w:pPr>
              <w:rPr>
                <w:rFonts w:ascii="Arial" w:hAnsi="Arial" w:cs="Arial"/>
                <w:sz w:val="20"/>
                <w:szCs w:val="20"/>
              </w:rPr>
            </w:pPr>
          </w:p>
          <w:p w14:paraId="39CA38B9" w14:textId="77777777" w:rsidR="006D5036" w:rsidRDefault="006D5036" w:rsidP="0030220C">
            <w:pPr>
              <w:rPr>
                <w:rFonts w:ascii="Arial" w:hAnsi="Arial" w:cs="Arial"/>
                <w:sz w:val="20"/>
                <w:szCs w:val="20"/>
              </w:rPr>
            </w:pPr>
          </w:p>
          <w:p w14:paraId="1DEEE342" w14:textId="77777777" w:rsidR="006D5036" w:rsidRPr="00575350" w:rsidRDefault="006D5036" w:rsidP="0030220C">
            <w:pPr>
              <w:rPr>
                <w:rFonts w:ascii="Arial" w:hAnsi="Arial" w:cs="Arial"/>
                <w:sz w:val="20"/>
                <w:szCs w:val="20"/>
              </w:rPr>
            </w:pPr>
            <w:r>
              <w:rPr>
                <w:rFonts w:ascii="Arial" w:hAnsi="Arial" w:cs="Arial"/>
                <w:sz w:val="20"/>
                <w:szCs w:val="20"/>
              </w:rPr>
              <w:t>2.462,50</w:t>
            </w:r>
          </w:p>
        </w:tc>
      </w:tr>
      <w:tr w:rsidR="006D5036" w:rsidRPr="00575350" w14:paraId="37E8452F" w14:textId="77777777" w:rsidTr="0030220C">
        <w:trPr>
          <w:trHeight w:val="227"/>
          <w:jc w:val="center"/>
        </w:trPr>
        <w:tc>
          <w:tcPr>
            <w:tcW w:w="0" w:type="auto"/>
            <w:vAlign w:val="center"/>
          </w:tcPr>
          <w:p w14:paraId="074BF0AC" w14:textId="77777777" w:rsidR="006D5036" w:rsidRPr="00575350" w:rsidRDefault="006D5036" w:rsidP="0030220C">
            <w:pPr>
              <w:rPr>
                <w:rFonts w:ascii="Arial" w:hAnsi="Arial" w:cs="Arial"/>
                <w:sz w:val="20"/>
                <w:szCs w:val="20"/>
              </w:rPr>
            </w:pPr>
            <w:r w:rsidRPr="00575350">
              <w:rPr>
                <w:rFonts w:ascii="Arial" w:hAnsi="Arial" w:cs="Arial"/>
                <w:sz w:val="20"/>
                <w:szCs w:val="20"/>
              </w:rPr>
              <w:t>10</w:t>
            </w:r>
          </w:p>
        </w:tc>
        <w:tc>
          <w:tcPr>
            <w:tcW w:w="0" w:type="auto"/>
            <w:vAlign w:val="center"/>
          </w:tcPr>
          <w:p w14:paraId="075C9DD3" w14:textId="77777777" w:rsidR="006D5036" w:rsidRPr="00575350" w:rsidRDefault="006D5036" w:rsidP="0030220C">
            <w:pPr>
              <w:rPr>
                <w:rFonts w:ascii="Arial" w:hAnsi="Arial" w:cs="Arial"/>
                <w:sz w:val="20"/>
                <w:szCs w:val="20"/>
              </w:rPr>
            </w:pPr>
            <w:r w:rsidRPr="00575350">
              <w:rPr>
                <w:rFonts w:ascii="Arial" w:hAnsi="Arial" w:cs="Arial"/>
                <w:sz w:val="20"/>
                <w:szCs w:val="20"/>
              </w:rPr>
              <w:t>459077</w:t>
            </w:r>
          </w:p>
        </w:tc>
        <w:tc>
          <w:tcPr>
            <w:tcW w:w="0" w:type="auto"/>
            <w:vAlign w:val="center"/>
          </w:tcPr>
          <w:p w14:paraId="071F68FE"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AMIDO DE MILHO - EMBALAGEM DE APROXIMADAMENTE 500 G, SEMELHANTE A YOKI, FUGINI E MAIZENA. </w:t>
            </w:r>
          </w:p>
        </w:tc>
        <w:tc>
          <w:tcPr>
            <w:tcW w:w="0" w:type="auto"/>
            <w:vAlign w:val="center"/>
          </w:tcPr>
          <w:p w14:paraId="5B0B9ABC" w14:textId="77777777" w:rsidR="006D5036" w:rsidRPr="00575350" w:rsidRDefault="006D5036" w:rsidP="0030220C">
            <w:pPr>
              <w:rPr>
                <w:rFonts w:ascii="Arial" w:hAnsi="Arial" w:cs="Arial"/>
                <w:sz w:val="20"/>
                <w:szCs w:val="20"/>
              </w:rPr>
            </w:pPr>
            <w:r w:rsidRPr="00575350">
              <w:rPr>
                <w:rFonts w:ascii="Arial" w:hAnsi="Arial" w:cs="Arial"/>
                <w:sz w:val="20"/>
                <w:szCs w:val="20"/>
              </w:rPr>
              <w:t>UN</w:t>
            </w:r>
          </w:p>
        </w:tc>
        <w:tc>
          <w:tcPr>
            <w:tcW w:w="0" w:type="auto"/>
            <w:vAlign w:val="center"/>
          </w:tcPr>
          <w:p w14:paraId="673BFC8E" w14:textId="77777777" w:rsidR="006D5036" w:rsidRPr="00122EB2" w:rsidRDefault="006D5036" w:rsidP="0030220C">
            <w:pPr>
              <w:rPr>
                <w:rFonts w:ascii="Arial" w:hAnsi="Arial" w:cs="Arial"/>
                <w:sz w:val="20"/>
                <w:szCs w:val="20"/>
              </w:rPr>
            </w:pPr>
            <w:r w:rsidRPr="00122EB2">
              <w:rPr>
                <w:rFonts w:ascii="Arial" w:hAnsi="Arial" w:cs="Arial"/>
                <w:sz w:val="20"/>
                <w:szCs w:val="20"/>
              </w:rPr>
              <w:t>200</w:t>
            </w:r>
          </w:p>
        </w:tc>
        <w:tc>
          <w:tcPr>
            <w:tcW w:w="0" w:type="auto"/>
          </w:tcPr>
          <w:p w14:paraId="0354C0C3" w14:textId="77777777" w:rsidR="006D5036" w:rsidRDefault="006D5036" w:rsidP="0030220C">
            <w:pPr>
              <w:rPr>
                <w:rFonts w:ascii="Arial" w:hAnsi="Arial" w:cs="Arial"/>
                <w:sz w:val="20"/>
                <w:szCs w:val="20"/>
              </w:rPr>
            </w:pPr>
          </w:p>
          <w:p w14:paraId="65739EE7" w14:textId="77777777" w:rsidR="006D5036" w:rsidRPr="00575350" w:rsidRDefault="006D5036" w:rsidP="0030220C">
            <w:pPr>
              <w:rPr>
                <w:rFonts w:ascii="Arial" w:hAnsi="Arial" w:cs="Arial"/>
                <w:sz w:val="20"/>
                <w:szCs w:val="20"/>
              </w:rPr>
            </w:pPr>
            <w:r>
              <w:rPr>
                <w:rFonts w:ascii="Arial" w:hAnsi="Arial" w:cs="Arial"/>
                <w:sz w:val="20"/>
                <w:szCs w:val="20"/>
              </w:rPr>
              <w:t>5,47</w:t>
            </w:r>
          </w:p>
        </w:tc>
        <w:tc>
          <w:tcPr>
            <w:tcW w:w="0" w:type="auto"/>
          </w:tcPr>
          <w:p w14:paraId="1FA3E840" w14:textId="77777777" w:rsidR="006D5036" w:rsidRDefault="006D5036" w:rsidP="0030220C">
            <w:pPr>
              <w:rPr>
                <w:rFonts w:ascii="Arial" w:hAnsi="Arial" w:cs="Arial"/>
                <w:sz w:val="20"/>
                <w:szCs w:val="20"/>
              </w:rPr>
            </w:pPr>
          </w:p>
          <w:p w14:paraId="6E11B20B" w14:textId="77777777" w:rsidR="006D5036" w:rsidRPr="00575350" w:rsidRDefault="006D5036" w:rsidP="0030220C">
            <w:pPr>
              <w:rPr>
                <w:rFonts w:ascii="Arial" w:hAnsi="Arial" w:cs="Arial"/>
                <w:sz w:val="20"/>
                <w:szCs w:val="20"/>
              </w:rPr>
            </w:pPr>
            <w:r>
              <w:rPr>
                <w:rFonts w:ascii="Arial" w:hAnsi="Arial" w:cs="Arial"/>
                <w:sz w:val="20"/>
                <w:szCs w:val="20"/>
              </w:rPr>
              <w:t>1.094,00</w:t>
            </w:r>
          </w:p>
        </w:tc>
      </w:tr>
      <w:tr w:rsidR="006D5036" w:rsidRPr="00575350" w14:paraId="4BD23EC5" w14:textId="77777777" w:rsidTr="0030220C">
        <w:trPr>
          <w:trHeight w:val="227"/>
          <w:jc w:val="center"/>
        </w:trPr>
        <w:tc>
          <w:tcPr>
            <w:tcW w:w="0" w:type="auto"/>
            <w:vAlign w:val="center"/>
          </w:tcPr>
          <w:p w14:paraId="64B2F935" w14:textId="77777777" w:rsidR="006D5036" w:rsidRPr="00575350" w:rsidRDefault="006D5036" w:rsidP="0030220C">
            <w:pPr>
              <w:rPr>
                <w:rFonts w:ascii="Arial" w:hAnsi="Arial" w:cs="Arial"/>
                <w:sz w:val="20"/>
                <w:szCs w:val="20"/>
              </w:rPr>
            </w:pPr>
            <w:r w:rsidRPr="00575350">
              <w:rPr>
                <w:rFonts w:ascii="Arial" w:hAnsi="Arial" w:cs="Arial"/>
                <w:sz w:val="20"/>
                <w:szCs w:val="20"/>
              </w:rPr>
              <w:t>11</w:t>
            </w:r>
          </w:p>
        </w:tc>
        <w:tc>
          <w:tcPr>
            <w:tcW w:w="0" w:type="auto"/>
            <w:vAlign w:val="center"/>
          </w:tcPr>
          <w:p w14:paraId="410F5DFD" w14:textId="77777777" w:rsidR="006D5036" w:rsidRPr="00575350" w:rsidRDefault="006D5036" w:rsidP="0030220C">
            <w:pPr>
              <w:rPr>
                <w:rFonts w:ascii="Arial" w:hAnsi="Arial" w:cs="Arial"/>
                <w:sz w:val="20"/>
                <w:szCs w:val="20"/>
              </w:rPr>
            </w:pPr>
            <w:r w:rsidRPr="00575350">
              <w:rPr>
                <w:rFonts w:ascii="Arial" w:hAnsi="Arial" w:cs="Arial"/>
                <w:sz w:val="20"/>
                <w:szCs w:val="20"/>
              </w:rPr>
              <w:t>472895</w:t>
            </w:r>
          </w:p>
        </w:tc>
        <w:tc>
          <w:tcPr>
            <w:tcW w:w="0" w:type="auto"/>
            <w:vAlign w:val="center"/>
          </w:tcPr>
          <w:p w14:paraId="059596CB" w14:textId="77777777" w:rsidR="006D5036" w:rsidRPr="00575350" w:rsidRDefault="006D5036" w:rsidP="0030220C">
            <w:pPr>
              <w:rPr>
                <w:rFonts w:ascii="Arial" w:hAnsi="Arial" w:cs="Arial"/>
                <w:sz w:val="20"/>
                <w:szCs w:val="20"/>
              </w:rPr>
            </w:pPr>
            <w:r w:rsidRPr="00575350">
              <w:rPr>
                <w:rFonts w:ascii="Arial" w:hAnsi="Arial" w:cs="Arial"/>
                <w:sz w:val="20"/>
                <w:szCs w:val="20"/>
              </w:rPr>
              <w:t>ARROZ BRANCO, LONGO FINO, TIPO 1, ACONDICIONADO DE EMBALAGEM DE POLIPROPILENO TRANSPARENTE, ORIGINAL DE FÁBRICA COM 5 KG, ISENTO DE MATÉRIA TERROSA, PEDRAS, FUNGOS OU PARASITAS, LIVRE DE UMIDADE E DE FRAGMENTOS ESTRANHOS, COM GRÃOS INTEIROS, REGISTRO NO MA, INFORMAÇÕES DO FABRICANTE E DATA DE VENCIMENTO NA EMBALAGEM.</w:t>
            </w:r>
          </w:p>
        </w:tc>
        <w:tc>
          <w:tcPr>
            <w:tcW w:w="0" w:type="auto"/>
            <w:vAlign w:val="center"/>
          </w:tcPr>
          <w:p w14:paraId="56C6A217"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vAlign w:val="center"/>
          </w:tcPr>
          <w:p w14:paraId="1D453CFA" w14:textId="77777777" w:rsidR="006D5036" w:rsidRPr="00122EB2" w:rsidRDefault="006D5036" w:rsidP="0030220C">
            <w:pPr>
              <w:rPr>
                <w:rFonts w:ascii="Arial" w:hAnsi="Arial" w:cs="Arial"/>
                <w:sz w:val="20"/>
                <w:szCs w:val="20"/>
              </w:rPr>
            </w:pPr>
            <w:r w:rsidRPr="00122EB2">
              <w:rPr>
                <w:rFonts w:ascii="Arial" w:hAnsi="Arial" w:cs="Arial"/>
                <w:sz w:val="20"/>
                <w:szCs w:val="20"/>
              </w:rPr>
              <w:t>665</w:t>
            </w:r>
          </w:p>
        </w:tc>
        <w:tc>
          <w:tcPr>
            <w:tcW w:w="0" w:type="auto"/>
          </w:tcPr>
          <w:p w14:paraId="0440F686" w14:textId="77777777" w:rsidR="006D5036" w:rsidRDefault="006D5036" w:rsidP="0030220C">
            <w:pPr>
              <w:rPr>
                <w:rFonts w:ascii="Arial" w:hAnsi="Arial" w:cs="Arial"/>
                <w:sz w:val="20"/>
                <w:szCs w:val="20"/>
              </w:rPr>
            </w:pPr>
          </w:p>
          <w:p w14:paraId="4B3E32E5" w14:textId="77777777" w:rsidR="006D5036" w:rsidRDefault="006D5036" w:rsidP="0030220C">
            <w:pPr>
              <w:rPr>
                <w:rFonts w:ascii="Arial" w:hAnsi="Arial" w:cs="Arial"/>
                <w:sz w:val="20"/>
                <w:szCs w:val="20"/>
              </w:rPr>
            </w:pPr>
          </w:p>
          <w:p w14:paraId="2C334838" w14:textId="77777777" w:rsidR="006D5036" w:rsidRDefault="006D5036" w:rsidP="0030220C">
            <w:pPr>
              <w:rPr>
                <w:rFonts w:ascii="Arial" w:hAnsi="Arial" w:cs="Arial"/>
                <w:sz w:val="20"/>
                <w:szCs w:val="20"/>
              </w:rPr>
            </w:pPr>
          </w:p>
          <w:p w14:paraId="46665BB1" w14:textId="77777777" w:rsidR="006D5036" w:rsidRDefault="006D5036" w:rsidP="0030220C">
            <w:pPr>
              <w:rPr>
                <w:rFonts w:ascii="Arial" w:hAnsi="Arial" w:cs="Arial"/>
                <w:sz w:val="20"/>
                <w:szCs w:val="20"/>
              </w:rPr>
            </w:pPr>
          </w:p>
          <w:p w14:paraId="5FD87CDA" w14:textId="77777777" w:rsidR="006D5036" w:rsidRPr="00575350" w:rsidRDefault="006D5036" w:rsidP="0030220C">
            <w:pPr>
              <w:rPr>
                <w:rFonts w:ascii="Arial" w:hAnsi="Arial" w:cs="Arial"/>
                <w:sz w:val="20"/>
                <w:szCs w:val="20"/>
              </w:rPr>
            </w:pPr>
            <w:r>
              <w:rPr>
                <w:rFonts w:ascii="Arial" w:hAnsi="Arial" w:cs="Arial"/>
                <w:sz w:val="20"/>
                <w:szCs w:val="20"/>
              </w:rPr>
              <w:t>25,04</w:t>
            </w:r>
          </w:p>
        </w:tc>
        <w:tc>
          <w:tcPr>
            <w:tcW w:w="0" w:type="auto"/>
          </w:tcPr>
          <w:p w14:paraId="0F3A9216" w14:textId="77777777" w:rsidR="006D5036" w:rsidRDefault="006D5036" w:rsidP="0030220C">
            <w:pPr>
              <w:rPr>
                <w:rFonts w:ascii="Arial" w:hAnsi="Arial" w:cs="Arial"/>
                <w:sz w:val="20"/>
                <w:szCs w:val="20"/>
              </w:rPr>
            </w:pPr>
          </w:p>
          <w:p w14:paraId="55031621" w14:textId="77777777" w:rsidR="006D5036" w:rsidRDefault="006D5036" w:rsidP="0030220C">
            <w:pPr>
              <w:rPr>
                <w:rFonts w:ascii="Arial" w:hAnsi="Arial" w:cs="Arial"/>
                <w:sz w:val="20"/>
                <w:szCs w:val="20"/>
              </w:rPr>
            </w:pPr>
          </w:p>
          <w:p w14:paraId="7274DC68" w14:textId="77777777" w:rsidR="006D5036" w:rsidRDefault="006D5036" w:rsidP="0030220C">
            <w:pPr>
              <w:rPr>
                <w:rFonts w:ascii="Arial" w:hAnsi="Arial" w:cs="Arial"/>
                <w:sz w:val="20"/>
                <w:szCs w:val="20"/>
              </w:rPr>
            </w:pPr>
          </w:p>
          <w:p w14:paraId="08387B9E" w14:textId="77777777" w:rsidR="006D5036" w:rsidRDefault="006D5036" w:rsidP="0030220C">
            <w:pPr>
              <w:rPr>
                <w:rFonts w:ascii="Arial" w:hAnsi="Arial" w:cs="Arial"/>
                <w:sz w:val="20"/>
                <w:szCs w:val="20"/>
              </w:rPr>
            </w:pPr>
          </w:p>
          <w:p w14:paraId="79EB1D5C" w14:textId="77777777" w:rsidR="006D5036" w:rsidRPr="00575350" w:rsidRDefault="006D5036" w:rsidP="0030220C">
            <w:pPr>
              <w:rPr>
                <w:rFonts w:ascii="Arial" w:hAnsi="Arial" w:cs="Arial"/>
                <w:sz w:val="20"/>
                <w:szCs w:val="20"/>
              </w:rPr>
            </w:pPr>
            <w:r>
              <w:rPr>
                <w:rFonts w:ascii="Arial" w:hAnsi="Arial" w:cs="Arial"/>
                <w:sz w:val="20"/>
                <w:szCs w:val="20"/>
              </w:rPr>
              <w:t>16.651,60</w:t>
            </w:r>
          </w:p>
        </w:tc>
      </w:tr>
      <w:tr w:rsidR="006D5036" w:rsidRPr="00575350" w14:paraId="693CB3AE" w14:textId="77777777" w:rsidTr="0030220C">
        <w:trPr>
          <w:trHeight w:val="227"/>
          <w:jc w:val="center"/>
        </w:trPr>
        <w:tc>
          <w:tcPr>
            <w:tcW w:w="0" w:type="auto"/>
            <w:vAlign w:val="center"/>
          </w:tcPr>
          <w:p w14:paraId="5BBED837" w14:textId="77777777" w:rsidR="006D5036" w:rsidRPr="00575350" w:rsidRDefault="006D5036" w:rsidP="0030220C">
            <w:pPr>
              <w:rPr>
                <w:rFonts w:ascii="Arial" w:hAnsi="Arial" w:cs="Arial"/>
                <w:sz w:val="20"/>
                <w:szCs w:val="20"/>
              </w:rPr>
            </w:pPr>
            <w:r w:rsidRPr="00575350">
              <w:rPr>
                <w:rFonts w:ascii="Arial" w:hAnsi="Arial" w:cs="Arial"/>
                <w:sz w:val="20"/>
                <w:szCs w:val="20"/>
              </w:rPr>
              <w:t>12</w:t>
            </w:r>
          </w:p>
        </w:tc>
        <w:tc>
          <w:tcPr>
            <w:tcW w:w="0" w:type="auto"/>
            <w:vAlign w:val="center"/>
          </w:tcPr>
          <w:p w14:paraId="4379AF37" w14:textId="77777777" w:rsidR="006D5036" w:rsidRPr="00575350" w:rsidRDefault="006D5036" w:rsidP="0030220C">
            <w:pPr>
              <w:rPr>
                <w:rFonts w:ascii="Arial" w:hAnsi="Arial" w:cs="Arial"/>
                <w:sz w:val="20"/>
                <w:szCs w:val="20"/>
              </w:rPr>
            </w:pPr>
            <w:r w:rsidRPr="00575350">
              <w:rPr>
                <w:rFonts w:ascii="Arial" w:hAnsi="Arial" w:cs="Arial"/>
                <w:sz w:val="20"/>
                <w:szCs w:val="20"/>
              </w:rPr>
              <w:t>458906</w:t>
            </w:r>
          </w:p>
        </w:tc>
        <w:tc>
          <w:tcPr>
            <w:tcW w:w="0" w:type="auto"/>
            <w:vAlign w:val="center"/>
          </w:tcPr>
          <w:p w14:paraId="2E43A6C6"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ARROZ INTEGRAL TIPO:1 - ACONDICIONADO DE EMBALAGEM DE POLIPROPILENO TRANSPARENTE, ORIGINAL DE FÁBRICA COM 1 KG, ISENTO DE MATÉRIA TERROSA, PEDRAS, FUNGOS OU PARASITAS, LIVRE DE UMIDADE E DE FRAGMENTOS ESTRANHOS, COM GRÃOS INTEIROS, REGISTRO NO MA, </w:t>
            </w:r>
            <w:r w:rsidRPr="00575350">
              <w:rPr>
                <w:rFonts w:ascii="Arial" w:hAnsi="Arial" w:cs="Arial"/>
                <w:sz w:val="20"/>
                <w:szCs w:val="20"/>
              </w:rPr>
              <w:lastRenderedPageBreak/>
              <w:t>INFORMAÇÕES DO FABRICANTE E DATA DE VENCIMENTO NA EMBALAGEM.</w:t>
            </w:r>
          </w:p>
        </w:tc>
        <w:tc>
          <w:tcPr>
            <w:tcW w:w="0" w:type="auto"/>
            <w:vAlign w:val="center"/>
          </w:tcPr>
          <w:p w14:paraId="7461D2F1" w14:textId="77777777" w:rsidR="006D5036" w:rsidRPr="00575350" w:rsidRDefault="006D5036" w:rsidP="0030220C">
            <w:pPr>
              <w:rPr>
                <w:rFonts w:ascii="Arial" w:hAnsi="Arial" w:cs="Arial"/>
                <w:sz w:val="20"/>
                <w:szCs w:val="20"/>
              </w:rPr>
            </w:pPr>
            <w:r w:rsidRPr="00575350">
              <w:rPr>
                <w:rFonts w:ascii="Arial" w:hAnsi="Arial" w:cs="Arial"/>
                <w:sz w:val="20"/>
                <w:szCs w:val="20"/>
              </w:rPr>
              <w:lastRenderedPageBreak/>
              <w:t>PCT</w:t>
            </w:r>
          </w:p>
        </w:tc>
        <w:tc>
          <w:tcPr>
            <w:tcW w:w="0" w:type="auto"/>
            <w:vAlign w:val="center"/>
          </w:tcPr>
          <w:p w14:paraId="67E65FA9" w14:textId="77777777" w:rsidR="006D5036" w:rsidRPr="00122EB2" w:rsidRDefault="006D5036" w:rsidP="0030220C">
            <w:pPr>
              <w:rPr>
                <w:rFonts w:ascii="Arial" w:hAnsi="Arial" w:cs="Arial"/>
                <w:sz w:val="20"/>
                <w:szCs w:val="20"/>
              </w:rPr>
            </w:pPr>
            <w:r w:rsidRPr="00122EB2">
              <w:rPr>
                <w:rFonts w:ascii="Arial" w:hAnsi="Arial" w:cs="Arial"/>
                <w:sz w:val="20"/>
                <w:szCs w:val="20"/>
              </w:rPr>
              <w:t>80</w:t>
            </w:r>
          </w:p>
        </w:tc>
        <w:tc>
          <w:tcPr>
            <w:tcW w:w="0" w:type="auto"/>
          </w:tcPr>
          <w:p w14:paraId="0BF0B6D5" w14:textId="77777777" w:rsidR="006D5036" w:rsidRDefault="006D5036" w:rsidP="0030220C">
            <w:pPr>
              <w:rPr>
                <w:rFonts w:ascii="Arial" w:hAnsi="Arial" w:cs="Arial"/>
                <w:sz w:val="20"/>
                <w:szCs w:val="20"/>
              </w:rPr>
            </w:pPr>
          </w:p>
          <w:p w14:paraId="2CA2B417" w14:textId="77777777" w:rsidR="006D5036" w:rsidRDefault="006D5036" w:rsidP="0030220C">
            <w:pPr>
              <w:rPr>
                <w:rFonts w:ascii="Arial" w:hAnsi="Arial" w:cs="Arial"/>
                <w:sz w:val="20"/>
                <w:szCs w:val="20"/>
              </w:rPr>
            </w:pPr>
          </w:p>
          <w:p w14:paraId="78E39E5C" w14:textId="77777777" w:rsidR="006D5036" w:rsidRDefault="006D5036" w:rsidP="0030220C">
            <w:pPr>
              <w:rPr>
                <w:rFonts w:ascii="Arial" w:hAnsi="Arial" w:cs="Arial"/>
                <w:sz w:val="20"/>
                <w:szCs w:val="20"/>
              </w:rPr>
            </w:pPr>
          </w:p>
          <w:p w14:paraId="4F3F1E9D" w14:textId="77777777" w:rsidR="006D5036" w:rsidRDefault="006D5036" w:rsidP="0030220C">
            <w:pPr>
              <w:rPr>
                <w:rFonts w:ascii="Arial" w:hAnsi="Arial" w:cs="Arial"/>
                <w:sz w:val="20"/>
                <w:szCs w:val="20"/>
              </w:rPr>
            </w:pPr>
          </w:p>
          <w:p w14:paraId="43865C27" w14:textId="77777777" w:rsidR="006D5036" w:rsidRPr="00575350" w:rsidRDefault="006D5036" w:rsidP="0030220C">
            <w:pPr>
              <w:rPr>
                <w:rFonts w:ascii="Arial" w:hAnsi="Arial" w:cs="Arial"/>
                <w:sz w:val="20"/>
                <w:szCs w:val="20"/>
              </w:rPr>
            </w:pPr>
            <w:r>
              <w:rPr>
                <w:rFonts w:ascii="Arial" w:hAnsi="Arial" w:cs="Arial"/>
                <w:sz w:val="20"/>
                <w:szCs w:val="20"/>
              </w:rPr>
              <w:t>7,59</w:t>
            </w:r>
          </w:p>
        </w:tc>
        <w:tc>
          <w:tcPr>
            <w:tcW w:w="0" w:type="auto"/>
          </w:tcPr>
          <w:p w14:paraId="148A2C52" w14:textId="77777777" w:rsidR="006D5036" w:rsidRDefault="006D5036" w:rsidP="0030220C">
            <w:pPr>
              <w:rPr>
                <w:rFonts w:ascii="Arial" w:hAnsi="Arial" w:cs="Arial"/>
                <w:sz w:val="20"/>
                <w:szCs w:val="20"/>
              </w:rPr>
            </w:pPr>
          </w:p>
          <w:p w14:paraId="13D30BB3" w14:textId="77777777" w:rsidR="006D5036" w:rsidRDefault="006D5036" w:rsidP="0030220C">
            <w:pPr>
              <w:rPr>
                <w:rFonts w:ascii="Arial" w:hAnsi="Arial" w:cs="Arial"/>
                <w:sz w:val="20"/>
                <w:szCs w:val="20"/>
              </w:rPr>
            </w:pPr>
          </w:p>
          <w:p w14:paraId="22749790" w14:textId="77777777" w:rsidR="006D5036" w:rsidRDefault="006D5036" w:rsidP="0030220C">
            <w:pPr>
              <w:rPr>
                <w:rFonts w:ascii="Arial" w:hAnsi="Arial" w:cs="Arial"/>
                <w:sz w:val="20"/>
                <w:szCs w:val="20"/>
              </w:rPr>
            </w:pPr>
          </w:p>
          <w:p w14:paraId="6DE7385D" w14:textId="77777777" w:rsidR="006D5036" w:rsidRDefault="006D5036" w:rsidP="0030220C">
            <w:pPr>
              <w:rPr>
                <w:rFonts w:ascii="Arial" w:hAnsi="Arial" w:cs="Arial"/>
                <w:sz w:val="20"/>
                <w:szCs w:val="20"/>
              </w:rPr>
            </w:pPr>
          </w:p>
          <w:p w14:paraId="5A6A4BCF" w14:textId="77777777" w:rsidR="006D5036" w:rsidRDefault="006D5036" w:rsidP="0030220C">
            <w:pPr>
              <w:rPr>
                <w:rFonts w:ascii="Arial" w:hAnsi="Arial" w:cs="Arial"/>
                <w:sz w:val="20"/>
                <w:szCs w:val="20"/>
              </w:rPr>
            </w:pPr>
            <w:r>
              <w:rPr>
                <w:rFonts w:ascii="Arial" w:hAnsi="Arial" w:cs="Arial"/>
                <w:sz w:val="20"/>
                <w:szCs w:val="20"/>
              </w:rPr>
              <w:t>607,20</w:t>
            </w:r>
          </w:p>
          <w:p w14:paraId="3AEB2023" w14:textId="77777777" w:rsidR="006D5036" w:rsidRPr="00575350" w:rsidRDefault="006D5036" w:rsidP="0030220C">
            <w:pPr>
              <w:rPr>
                <w:rFonts w:ascii="Arial" w:hAnsi="Arial" w:cs="Arial"/>
                <w:sz w:val="20"/>
                <w:szCs w:val="20"/>
              </w:rPr>
            </w:pPr>
          </w:p>
        </w:tc>
      </w:tr>
      <w:tr w:rsidR="006D5036" w:rsidRPr="00575350" w14:paraId="214AF748" w14:textId="77777777" w:rsidTr="0030220C">
        <w:trPr>
          <w:trHeight w:val="227"/>
          <w:jc w:val="center"/>
        </w:trPr>
        <w:tc>
          <w:tcPr>
            <w:tcW w:w="0" w:type="auto"/>
            <w:vAlign w:val="center"/>
          </w:tcPr>
          <w:p w14:paraId="58C619AA" w14:textId="77777777" w:rsidR="006D5036" w:rsidRPr="00575350" w:rsidRDefault="006D5036" w:rsidP="0030220C">
            <w:pPr>
              <w:rPr>
                <w:rFonts w:ascii="Arial" w:hAnsi="Arial" w:cs="Arial"/>
                <w:sz w:val="20"/>
                <w:szCs w:val="20"/>
              </w:rPr>
            </w:pPr>
            <w:r w:rsidRPr="00575350">
              <w:rPr>
                <w:rFonts w:ascii="Arial" w:hAnsi="Arial" w:cs="Arial"/>
                <w:sz w:val="20"/>
                <w:szCs w:val="20"/>
              </w:rPr>
              <w:t>13</w:t>
            </w:r>
          </w:p>
        </w:tc>
        <w:tc>
          <w:tcPr>
            <w:tcW w:w="0" w:type="auto"/>
            <w:vAlign w:val="center"/>
          </w:tcPr>
          <w:p w14:paraId="42D36779" w14:textId="77777777" w:rsidR="006D5036" w:rsidRPr="00575350" w:rsidRDefault="006D5036" w:rsidP="0030220C">
            <w:pPr>
              <w:rPr>
                <w:rFonts w:ascii="Arial" w:hAnsi="Arial" w:cs="Arial"/>
                <w:sz w:val="20"/>
                <w:szCs w:val="20"/>
              </w:rPr>
            </w:pPr>
            <w:r w:rsidRPr="00575350">
              <w:rPr>
                <w:rFonts w:ascii="Arial" w:hAnsi="Arial" w:cs="Arial"/>
                <w:sz w:val="20"/>
                <w:szCs w:val="20"/>
              </w:rPr>
              <w:t>223083</w:t>
            </w:r>
          </w:p>
        </w:tc>
        <w:tc>
          <w:tcPr>
            <w:tcW w:w="0" w:type="auto"/>
            <w:vAlign w:val="center"/>
          </w:tcPr>
          <w:p w14:paraId="43356932" w14:textId="77777777" w:rsidR="006D5036" w:rsidRPr="00575350" w:rsidRDefault="006D5036" w:rsidP="0030220C">
            <w:pPr>
              <w:rPr>
                <w:rFonts w:ascii="Arial" w:hAnsi="Arial" w:cs="Arial"/>
                <w:sz w:val="20"/>
                <w:szCs w:val="20"/>
              </w:rPr>
            </w:pPr>
            <w:r w:rsidRPr="00575350">
              <w:rPr>
                <w:rFonts w:ascii="Arial" w:hAnsi="Arial" w:cs="Arial"/>
                <w:sz w:val="20"/>
                <w:szCs w:val="20"/>
              </w:rPr>
              <w:t>ATUM RALADO - PEIXE EM CONSERVA, VARIEDADE ATUM, APRESENTAÇÃO RALADO, MEIO DE COBERTURA COM ÓLEO, EMBALAGEM APROXIMADAMENTE 170 G, LATA LIMPAS, ISENTAS DE FERRUGEM, NÃO AMASSADA, NÃO ESTUFADA, CONTENDO DATA DE VALIDADE. SIMILAR A COQUEIRO, QUALITÁ E GOMES DA COSTA.</w:t>
            </w:r>
          </w:p>
        </w:tc>
        <w:tc>
          <w:tcPr>
            <w:tcW w:w="0" w:type="auto"/>
            <w:vAlign w:val="center"/>
          </w:tcPr>
          <w:p w14:paraId="73116DA4" w14:textId="77777777" w:rsidR="006D5036" w:rsidRPr="00575350" w:rsidRDefault="006D5036" w:rsidP="0030220C">
            <w:pPr>
              <w:rPr>
                <w:rFonts w:ascii="Arial" w:hAnsi="Arial" w:cs="Arial"/>
                <w:sz w:val="20"/>
                <w:szCs w:val="20"/>
              </w:rPr>
            </w:pPr>
            <w:r w:rsidRPr="00575350">
              <w:rPr>
                <w:rFonts w:ascii="Arial" w:hAnsi="Arial" w:cs="Arial"/>
                <w:sz w:val="20"/>
                <w:szCs w:val="20"/>
              </w:rPr>
              <w:t>LATA</w:t>
            </w:r>
          </w:p>
        </w:tc>
        <w:tc>
          <w:tcPr>
            <w:tcW w:w="0" w:type="auto"/>
            <w:vAlign w:val="center"/>
          </w:tcPr>
          <w:p w14:paraId="7EA81B8B" w14:textId="77777777" w:rsidR="006D5036" w:rsidRPr="00122EB2" w:rsidRDefault="006D5036" w:rsidP="0030220C">
            <w:pPr>
              <w:rPr>
                <w:rFonts w:ascii="Arial" w:hAnsi="Arial" w:cs="Arial"/>
                <w:sz w:val="20"/>
                <w:szCs w:val="20"/>
              </w:rPr>
            </w:pPr>
            <w:r w:rsidRPr="00122EB2">
              <w:rPr>
                <w:rFonts w:ascii="Arial" w:hAnsi="Arial" w:cs="Arial"/>
                <w:sz w:val="20"/>
                <w:szCs w:val="20"/>
              </w:rPr>
              <w:t>160</w:t>
            </w:r>
          </w:p>
        </w:tc>
        <w:tc>
          <w:tcPr>
            <w:tcW w:w="0" w:type="auto"/>
          </w:tcPr>
          <w:p w14:paraId="1235A427" w14:textId="77777777" w:rsidR="006D5036" w:rsidRDefault="006D5036" w:rsidP="0030220C">
            <w:pPr>
              <w:rPr>
                <w:rFonts w:ascii="Arial" w:hAnsi="Arial" w:cs="Arial"/>
                <w:sz w:val="20"/>
                <w:szCs w:val="20"/>
              </w:rPr>
            </w:pPr>
          </w:p>
          <w:p w14:paraId="2EE71B00" w14:textId="77777777" w:rsidR="006D5036" w:rsidRDefault="006D5036" w:rsidP="0030220C">
            <w:pPr>
              <w:rPr>
                <w:rFonts w:ascii="Arial" w:hAnsi="Arial" w:cs="Arial"/>
                <w:sz w:val="20"/>
                <w:szCs w:val="20"/>
              </w:rPr>
            </w:pPr>
          </w:p>
          <w:p w14:paraId="730396A1" w14:textId="77777777" w:rsidR="006D5036" w:rsidRDefault="006D5036" w:rsidP="0030220C">
            <w:pPr>
              <w:rPr>
                <w:rFonts w:ascii="Arial" w:hAnsi="Arial" w:cs="Arial"/>
                <w:sz w:val="20"/>
                <w:szCs w:val="20"/>
              </w:rPr>
            </w:pPr>
          </w:p>
          <w:p w14:paraId="6BB69133" w14:textId="77777777" w:rsidR="006D5036" w:rsidRPr="00575350" w:rsidRDefault="006D5036" w:rsidP="0030220C">
            <w:pPr>
              <w:rPr>
                <w:rFonts w:ascii="Arial" w:hAnsi="Arial" w:cs="Arial"/>
                <w:sz w:val="20"/>
                <w:szCs w:val="20"/>
              </w:rPr>
            </w:pPr>
            <w:r>
              <w:rPr>
                <w:rFonts w:ascii="Arial" w:hAnsi="Arial" w:cs="Arial"/>
                <w:sz w:val="20"/>
                <w:szCs w:val="20"/>
              </w:rPr>
              <w:t>9,37</w:t>
            </w:r>
          </w:p>
        </w:tc>
        <w:tc>
          <w:tcPr>
            <w:tcW w:w="0" w:type="auto"/>
          </w:tcPr>
          <w:p w14:paraId="55ED5553" w14:textId="77777777" w:rsidR="006D5036" w:rsidRDefault="006D5036" w:rsidP="0030220C">
            <w:pPr>
              <w:rPr>
                <w:rFonts w:ascii="Arial" w:hAnsi="Arial" w:cs="Arial"/>
                <w:sz w:val="20"/>
                <w:szCs w:val="20"/>
              </w:rPr>
            </w:pPr>
          </w:p>
          <w:p w14:paraId="0CEF3E7A" w14:textId="77777777" w:rsidR="006D5036" w:rsidRDefault="006D5036" w:rsidP="0030220C">
            <w:pPr>
              <w:rPr>
                <w:rFonts w:ascii="Arial" w:hAnsi="Arial" w:cs="Arial"/>
                <w:sz w:val="20"/>
                <w:szCs w:val="20"/>
              </w:rPr>
            </w:pPr>
          </w:p>
          <w:p w14:paraId="513C8252" w14:textId="77777777" w:rsidR="006D5036" w:rsidRDefault="006D5036" w:rsidP="0030220C">
            <w:pPr>
              <w:rPr>
                <w:rFonts w:ascii="Arial" w:hAnsi="Arial" w:cs="Arial"/>
                <w:sz w:val="20"/>
                <w:szCs w:val="20"/>
              </w:rPr>
            </w:pPr>
          </w:p>
          <w:p w14:paraId="19605FE1" w14:textId="77777777" w:rsidR="006D5036" w:rsidRPr="00575350" w:rsidRDefault="006D5036" w:rsidP="0030220C">
            <w:pPr>
              <w:rPr>
                <w:rFonts w:ascii="Arial" w:hAnsi="Arial" w:cs="Arial"/>
                <w:sz w:val="20"/>
                <w:szCs w:val="20"/>
              </w:rPr>
            </w:pPr>
            <w:r>
              <w:rPr>
                <w:rFonts w:ascii="Arial" w:hAnsi="Arial" w:cs="Arial"/>
                <w:sz w:val="20"/>
                <w:szCs w:val="20"/>
              </w:rPr>
              <w:t>1.499,20</w:t>
            </w:r>
          </w:p>
        </w:tc>
      </w:tr>
      <w:tr w:rsidR="006D5036" w:rsidRPr="00575350" w14:paraId="63668363" w14:textId="77777777" w:rsidTr="0030220C">
        <w:trPr>
          <w:trHeight w:val="227"/>
          <w:jc w:val="center"/>
        </w:trPr>
        <w:tc>
          <w:tcPr>
            <w:tcW w:w="0" w:type="auto"/>
            <w:vAlign w:val="center"/>
          </w:tcPr>
          <w:p w14:paraId="53FD5601" w14:textId="77777777" w:rsidR="006D5036" w:rsidRPr="00575350" w:rsidRDefault="006D5036" w:rsidP="0030220C">
            <w:pPr>
              <w:rPr>
                <w:rFonts w:ascii="Arial" w:hAnsi="Arial" w:cs="Arial"/>
                <w:sz w:val="20"/>
                <w:szCs w:val="20"/>
              </w:rPr>
            </w:pPr>
            <w:r w:rsidRPr="00575350">
              <w:rPr>
                <w:rFonts w:ascii="Arial" w:hAnsi="Arial" w:cs="Arial"/>
                <w:sz w:val="20"/>
                <w:szCs w:val="20"/>
              </w:rPr>
              <w:t>14</w:t>
            </w:r>
          </w:p>
        </w:tc>
        <w:tc>
          <w:tcPr>
            <w:tcW w:w="0" w:type="auto"/>
            <w:vAlign w:val="center"/>
          </w:tcPr>
          <w:p w14:paraId="38D93DD4" w14:textId="77777777" w:rsidR="006D5036" w:rsidRPr="00575350" w:rsidRDefault="006D5036" w:rsidP="0030220C">
            <w:pPr>
              <w:rPr>
                <w:rFonts w:ascii="Arial" w:hAnsi="Arial" w:cs="Arial"/>
                <w:sz w:val="20"/>
                <w:szCs w:val="20"/>
              </w:rPr>
            </w:pPr>
            <w:r w:rsidRPr="00575350">
              <w:rPr>
                <w:rFonts w:ascii="Arial" w:hAnsi="Arial" w:cs="Arial"/>
                <w:sz w:val="20"/>
                <w:szCs w:val="20"/>
              </w:rPr>
              <w:t>460501</w:t>
            </w:r>
          </w:p>
        </w:tc>
        <w:tc>
          <w:tcPr>
            <w:tcW w:w="0" w:type="auto"/>
            <w:vAlign w:val="center"/>
          </w:tcPr>
          <w:p w14:paraId="0125C337" w14:textId="77777777" w:rsidR="006D5036" w:rsidRPr="00575350" w:rsidRDefault="006D5036" w:rsidP="0030220C">
            <w:pPr>
              <w:rPr>
                <w:rFonts w:ascii="Arial" w:hAnsi="Arial" w:cs="Arial"/>
                <w:sz w:val="20"/>
                <w:szCs w:val="20"/>
              </w:rPr>
            </w:pPr>
            <w:r w:rsidRPr="00575350">
              <w:rPr>
                <w:rFonts w:ascii="Arial" w:hAnsi="Arial" w:cs="Arial"/>
                <w:sz w:val="20"/>
                <w:szCs w:val="20"/>
              </w:rPr>
              <w:t>AVEIA EM FLOCOS FINOS - EMBALAGEM DE APROXIMADAMENTE 200 G, APRESENTANDO DADOS DO FABRICANTE, LOTE E DATA DE VALIDADE. SIMILAR A QUAKER, YOKI E NESTLÉ.</w:t>
            </w:r>
          </w:p>
        </w:tc>
        <w:tc>
          <w:tcPr>
            <w:tcW w:w="0" w:type="auto"/>
            <w:vAlign w:val="center"/>
          </w:tcPr>
          <w:p w14:paraId="20BEB640" w14:textId="77777777" w:rsidR="006D5036" w:rsidRPr="00575350" w:rsidRDefault="006D5036" w:rsidP="0030220C">
            <w:pPr>
              <w:rPr>
                <w:rFonts w:ascii="Arial" w:hAnsi="Arial" w:cs="Arial"/>
                <w:sz w:val="20"/>
                <w:szCs w:val="20"/>
              </w:rPr>
            </w:pPr>
            <w:r w:rsidRPr="00575350">
              <w:rPr>
                <w:rFonts w:ascii="Arial" w:hAnsi="Arial" w:cs="Arial"/>
                <w:sz w:val="20"/>
                <w:szCs w:val="20"/>
              </w:rPr>
              <w:t>UN</w:t>
            </w:r>
          </w:p>
        </w:tc>
        <w:tc>
          <w:tcPr>
            <w:tcW w:w="0" w:type="auto"/>
            <w:vAlign w:val="center"/>
          </w:tcPr>
          <w:p w14:paraId="4F62819A" w14:textId="77777777" w:rsidR="006D5036" w:rsidRPr="00122EB2" w:rsidRDefault="006D5036" w:rsidP="0030220C">
            <w:pPr>
              <w:rPr>
                <w:rFonts w:ascii="Arial" w:hAnsi="Arial" w:cs="Arial"/>
                <w:sz w:val="20"/>
                <w:szCs w:val="20"/>
              </w:rPr>
            </w:pPr>
            <w:r w:rsidRPr="00122EB2">
              <w:rPr>
                <w:rFonts w:ascii="Arial" w:hAnsi="Arial" w:cs="Arial"/>
                <w:sz w:val="20"/>
                <w:szCs w:val="20"/>
              </w:rPr>
              <w:t>50</w:t>
            </w:r>
          </w:p>
        </w:tc>
        <w:tc>
          <w:tcPr>
            <w:tcW w:w="0" w:type="auto"/>
          </w:tcPr>
          <w:p w14:paraId="1112D9D0" w14:textId="77777777" w:rsidR="006D5036" w:rsidRDefault="006D5036" w:rsidP="0030220C">
            <w:pPr>
              <w:rPr>
                <w:rFonts w:ascii="Arial" w:hAnsi="Arial" w:cs="Arial"/>
                <w:sz w:val="20"/>
                <w:szCs w:val="20"/>
              </w:rPr>
            </w:pPr>
          </w:p>
          <w:p w14:paraId="1B3AA8BA" w14:textId="77777777" w:rsidR="006D5036" w:rsidRDefault="006D5036" w:rsidP="0030220C">
            <w:pPr>
              <w:rPr>
                <w:rFonts w:ascii="Arial" w:hAnsi="Arial" w:cs="Arial"/>
                <w:sz w:val="20"/>
                <w:szCs w:val="20"/>
              </w:rPr>
            </w:pPr>
          </w:p>
          <w:p w14:paraId="3467A8D5" w14:textId="77777777" w:rsidR="006D5036" w:rsidRPr="00575350" w:rsidRDefault="006D5036" w:rsidP="0030220C">
            <w:pPr>
              <w:rPr>
                <w:rFonts w:ascii="Arial" w:hAnsi="Arial" w:cs="Arial"/>
                <w:sz w:val="20"/>
                <w:szCs w:val="20"/>
              </w:rPr>
            </w:pPr>
            <w:r>
              <w:rPr>
                <w:rFonts w:ascii="Arial" w:hAnsi="Arial" w:cs="Arial"/>
                <w:sz w:val="20"/>
                <w:szCs w:val="20"/>
              </w:rPr>
              <w:t>6,82</w:t>
            </w:r>
          </w:p>
        </w:tc>
        <w:tc>
          <w:tcPr>
            <w:tcW w:w="0" w:type="auto"/>
          </w:tcPr>
          <w:p w14:paraId="07C4D53D" w14:textId="77777777" w:rsidR="006D5036" w:rsidRDefault="006D5036" w:rsidP="0030220C">
            <w:pPr>
              <w:rPr>
                <w:rFonts w:ascii="Arial" w:hAnsi="Arial" w:cs="Arial"/>
                <w:sz w:val="20"/>
                <w:szCs w:val="20"/>
              </w:rPr>
            </w:pPr>
          </w:p>
          <w:p w14:paraId="2535412E" w14:textId="77777777" w:rsidR="006D5036" w:rsidRDefault="006D5036" w:rsidP="0030220C">
            <w:pPr>
              <w:rPr>
                <w:rFonts w:ascii="Arial" w:hAnsi="Arial" w:cs="Arial"/>
                <w:sz w:val="20"/>
                <w:szCs w:val="20"/>
              </w:rPr>
            </w:pPr>
          </w:p>
          <w:p w14:paraId="07124826" w14:textId="77777777" w:rsidR="006D5036" w:rsidRPr="00575350" w:rsidRDefault="006D5036" w:rsidP="0030220C">
            <w:pPr>
              <w:rPr>
                <w:rFonts w:ascii="Arial" w:hAnsi="Arial" w:cs="Arial"/>
                <w:sz w:val="20"/>
                <w:szCs w:val="20"/>
              </w:rPr>
            </w:pPr>
            <w:r>
              <w:rPr>
                <w:rFonts w:ascii="Arial" w:hAnsi="Arial" w:cs="Arial"/>
                <w:sz w:val="20"/>
                <w:szCs w:val="20"/>
              </w:rPr>
              <w:t>341,00</w:t>
            </w:r>
          </w:p>
        </w:tc>
      </w:tr>
      <w:tr w:rsidR="006D5036" w:rsidRPr="00575350" w14:paraId="32D3853E" w14:textId="77777777" w:rsidTr="0030220C">
        <w:trPr>
          <w:trHeight w:val="227"/>
          <w:jc w:val="center"/>
        </w:trPr>
        <w:tc>
          <w:tcPr>
            <w:tcW w:w="0" w:type="auto"/>
            <w:vAlign w:val="center"/>
          </w:tcPr>
          <w:p w14:paraId="6ECB65E6" w14:textId="77777777" w:rsidR="006D5036" w:rsidRPr="00575350" w:rsidRDefault="006D5036" w:rsidP="0030220C">
            <w:pPr>
              <w:rPr>
                <w:rFonts w:ascii="Arial" w:hAnsi="Arial" w:cs="Arial"/>
                <w:sz w:val="20"/>
                <w:szCs w:val="20"/>
              </w:rPr>
            </w:pPr>
            <w:r w:rsidRPr="00575350">
              <w:rPr>
                <w:rFonts w:ascii="Arial" w:hAnsi="Arial" w:cs="Arial"/>
                <w:sz w:val="20"/>
                <w:szCs w:val="20"/>
              </w:rPr>
              <w:t>15</w:t>
            </w:r>
          </w:p>
        </w:tc>
        <w:tc>
          <w:tcPr>
            <w:tcW w:w="0" w:type="auto"/>
            <w:vAlign w:val="center"/>
          </w:tcPr>
          <w:p w14:paraId="0C1108D7" w14:textId="77777777" w:rsidR="006D5036" w:rsidRPr="00575350" w:rsidRDefault="006D5036" w:rsidP="0030220C">
            <w:pPr>
              <w:rPr>
                <w:rFonts w:ascii="Arial" w:hAnsi="Arial" w:cs="Arial"/>
                <w:sz w:val="20"/>
                <w:szCs w:val="20"/>
              </w:rPr>
            </w:pPr>
            <w:r w:rsidRPr="00575350">
              <w:rPr>
                <w:rFonts w:ascii="Arial" w:hAnsi="Arial" w:cs="Arial"/>
                <w:sz w:val="20"/>
                <w:szCs w:val="20"/>
              </w:rPr>
              <w:t>463696</w:t>
            </w:r>
          </w:p>
        </w:tc>
        <w:tc>
          <w:tcPr>
            <w:tcW w:w="0" w:type="auto"/>
            <w:vAlign w:val="center"/>
          </w:tcPr>
          <w:p w14:paraId="048CE352"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AZEITE DE OLIVA - EMBALAGEM DE APROXIMADAMENTE 200 ML, TIPO: PURO, TEOR DA ACIDEZ: VIRGEM - ENTRE 0,8% E 2%, SIMILAR A GALLO, ANDORINHA E COCINERO. </w:t>
            </w:r>
          </w:p>
        </w:tc>
        <w:tc>
          <w:tcPr>
            <w:tcW w:w="0" w:type="auto"/>
            <w:vAlign w:val="center"/>
          </w:tcPr>
          <w:p w14:paraId="60CFACC0" w14:textId="77777777" w:rsidR="00187943" w:rsidRDefault="00187943" w:rsidP="0030220C">
            <w:pPr>
              <w:rPr>
                <w:rFonts w:ascii="Arial" w:hAnsi="Arial" w:cs="Arial"/>
                <w:sz w:val="20"/>
                <w:szCs w:val="20"/>
              </w:rPr>
            </w:pPr>
          </w:p>
          <w:p w14:paraId="2BF971A5" w14:textId="5FA89101" w:rsidR="006D5036" w:rsidRPr="00575350" w:rsidRDefault="006D5036" w:rsidP="0030220C">
            <w:pPr>
              <w:rPr>
                <w:rFonts w:ascii="Arial" w:hAnsi="Arial" w:cs="Arial"/>
                <w:sz w:val="20"/>
                <w:szCs w:val="20"/>
              </w:rPr>
            </w:pPr>
            <w:r w:rsidRPr="00575350">
              <w:rPr>
                <w:rFonts w:ascii="Arial" w:hAnsi="Arial" w:cs="Arial"/>
                <w:sz w:val="20"/>
                <w:szCs w:val="20"/>
              </w:rPr>
              <w:t>UN</w:t>
            </w:r>
          </w:p>
        </w:tc>
        <w:tc>
          <w:tcPr>
            <w:tcW w:w="0" w:type="auto"/>
            <w:vAlign w:val="center"/>
          </w:tcPr>
          <w:p w14:paraId="55EF7D59" w14:textId="77777777" w:rsidR="00187943" w:rsidRDefault="00187943" w:rsidP="0030220C">
            <w:pPr>
              <w:rPr>
                <w:rFonts w:ascii="Arial" w:hAnsi="Arial" w:cs="Arial"/>
                <w:sz w:val="20"/>
                <w:szCs w:val="20"/>
              </w:rPr>
            </w:pPr>
          </w:p>
          <w:p w14:paraId="1B898AE7" w14:textId="5D4FB56A" w:rsidR="006D5036" w:rsidRPr="00122EB2" w:rsidRDefault="006D5036" w:rsidP="0030220C">
            <w:pPr>
              <w:rPr>
                <w:rFonts w:ascii="Arial" w:hAnsi="Arial" w:cs="Arial"/>
                <w:sz w:val="20"/>
                <w:szCs w:val="20"/>
              </w:rPr>
            </w:pPr>
            <w:r w:rsidRPr="00122EB2">
              <w:rPr>
                <w:rFonts w:ascii="Arial" w:hAnsi="Arial" w:cs="Arial"/>
                <w:sz w:val="20"/>
                <w:szCs w:val="20"/>
              </w:rPr>
              <w:t>120</w:t>
            </w:r>
          </w:p>
        </w:tc>
        <w:tc>
          <w:tcPr>
            <w:tcW w:w="0" w:type="auto"/>
          </w:tcPr>
          <w:p w14:paraId="06A29018" w14:textId="77777777" w:rsidR="006D5036" w:rsidRDefault="006D5036" w:rsidP="0030220C">
            <w:pPr>
              <w:rPr>
                <w:rFonts w:ascii="Arial" w:hAnsi="Arial" w:cs="Arial"/>
                <w:sz w:val="20"/>
                <w:szCs w:val="20"/>
              </w:rPr>
            </w:pPr>
          </w:p>
          <w:p w14:paraId="257EA9D5" w14:textId="77777777" w:rsidR="006D5036" w:rsidRDefault="006D5036" w:rsidP="0030220C">
            <w:pPr>
              <w:rPr>
                <w:rFonts w:ascii="Arial" w:hAnsi="Arial" w:cs="Arial"/>
                <w:sz w:val="20"/>
                <w:szCs w:val="20"/>
              </w:rPr>
            </w:pPr>
          </w:p>
          <w:p w14:paraId="0746244D" w14:textId="77777777" w:rsidR="006D5036" w:rsidRDefault="006D5036" w:rsidP="0030220C">
            <w:pPr>
              <w:rPr>
                <w:rFonts w:ascii="Arial" w:hAnsi="Arial" w:cs="Arial"/>
                <w:sz w:val="20"/>
                <w:szCs w:val="20"/>
              </w:rPr>
            </w:pPr>
            <w:r>
              <w:rPr>
                <w:rFonts w:ascii="Arial" w:hAnsi="Arial" w:cs="Arial"/>
                <w:sz w:val="20"/>
                <w:szCs w:val="20"/>
              </w:rPr>
              <w:t>27,02</w:t>
            </w:r>
          </w:p>
          <w:p w14:paraId="28EB623C" w14:textId="77777777" w:rsidR="006D5036" w:rsidRPr="00575350" w:rsidRDefault="006D5036" w:rsidP="0030220C">
            <w:pPr>
              <w:rPr>
                <w:rFonts w:ascii="Arial" w:hAnsi="Arial" w:cs="Arial"/>
                <w:sz w:val="20"/>
                <w:szCs w:val="20"/>
              </w:rPr>
            </w:pPr>
          </w:p>
        </w:tc>
        <w:tc>
          <w:tcPr>
            <w:tcW w:w="0" w:type="auto"/>
          </w:tcPr>
          <w:p w14:paraId="69245D7A" w14:textId="77777777" w:rsidR="006D5036" w:rsidRDefault="006D5036" w:rsidP="0030220C">
            <w:pPr>
              <w:rPr>
                <w:rFonts w:ascii="Arial" w:hAnsi="Arial" w:cs="Arial"/>
                <w:sz w:val="20"/>
                <w:szCs w:val="20"/>
              </w:rPr>
            </w:pPr>
          </w:p>
          <w:p w14:paraId="33230EAD" w14:textId="77777777" w:rsidR="006D5036" w:rsidRDefault="006D5036" w:rsidP="0030220C">
            <w:pPr>
              <w:rPr>
                <w:rFonts w:ascii="Arial" w:hAnsi="Arial" w:cs="Arial"/>
                <w:sz w:val="20"/>
                <w:szCs w:val="20"/>
              </w:rPr>
            </w:pPr>
          </w:p>
          <w:p w14:paraId="62F6D844" w14:textId="77777777" w:rsidR="006D5036" w:rsidRPr="00575350" w:rsidRDefault="006D5036" w:rsidP="0030220C">
            <w:pPr>
              <w:rPr>
                <w:rFonts w:ascii="Arial" w:hAnsi="Arial" w:cs="Arial"/>
                <w:sz w:val="20"/>
                <w:szCs w:val="20"/>
              </w:rPr>
            </w:pPr>
            <w:r>
              <w:rPr>
                <w:rFonts w:ascii="Arial" w:hAnsi="Arial" w:cs="Arial"/>
                <w:sz w:val="20"/>
                <w:szCs w:val="20"/>
              </w:rPr>
              <w:t>3.242,40</w:t>
            </w:r>
          </w:p>
        </w:tc>
      </w:tr>
      <w:tr w:rsidR="006D5036" w:rsidRPr="00575350" w14:paraId="20BFA7AA" w14:textId="77777777" w:rsidTr="0030220C">
        <w:trPr>
          <w:trHeight w:val="227"/>
          <w:jc w:val="center"/>
        </w:trPr>
        <w:tc>
          <w:tcPr>
            <w:tcW w:w="0" w:type="auto"/>
            <w:vAlign w:val="center"/>
          </w:tcPr>
          <w:p w14:paraId="77AB5B82" w14:textId="77777777" w:rsidR="006D5036" w:rsidRPr="00575350" w:rsidRDefault="006D5036" w:rsidP="0030220C">
            <w:pPr>
              <w:rPr>
                <w:rFonts w:ascii="Arial" w:hAnsi="Arial" w:cs="Arial"/>
                <w:sz w:val="20"/>
                <w:szCs w:val="20"/>
              </w:rPr>
            </w:pPr>
            <w:r w:rsidRPr="00575350">
              <w:rPr>
                <w:rFonts w:ascii="Arial" w:hAnsi="Arial" w:cs="Arial"/>
                <w:sz w:val="20"/>
                <w:szCs w:val="20"/>
              </w:rPr>
              <w:t>16</w:t>
            </w:r>
          </w:p>
        </w:tc>
        <w:tc>
          <w:tcPr>
            <w:tcW w:w="0" w:type="auto"/>
            <w:vAlign w:val="center"/>
          </w:tcPr>
          <w:p w14:paraId="03E28F14" w14:textId="77777777" w:rsidR="006D5036" w:rsidRPr="00575350" w:rsidRDefault="006D5036" w:rsidP="0030220C">
            <w:pPr>
              <w:rPr>
                <w:rFonts w:ascii="Arial" w:hAnsi="Arial" w:cs="Arial"/>
                <w:sz w:val="20"/>
                <w:szCs w:val="20"/>
              </w:rPr>
            </w:pPr>
            <w:r w:rsidRPr="00575350">
              <w:rPr>
                <w:rFonts w:ascii="Arial" w:hAnsi="Arial" w:cs="Arial"/>
                <w:sz w:val="20"/>
                <w:szCs w:val="20"/>
              </w:rPr>
              <w:t>459635</w:t>
            </w:r>
          </w:p>
        </w:tc>
        <w:tc>
          <w:tcPr>
            <w:tcW w:w="0" w:type="auto"/>
            <w:vAlign w:val="center"/>
          </w:tcPr>
          <w:p w14:paraId="2597A7B1" w14:textId="77777777" w:rsidR="006D5036" w:rsidRPr="00575350" w:rsidRDefault="006D5036" w:rsidP="0030220C">
            <w:pPr>
              <w:rPr>
                <w:rFonts w:ascii="Arial" w:hAnsi="Arial" w:cs="Arial"/>
                <w:sz w:val="20"/>
                <w:szCs w:val="20"/>
              </w:rPr>
            </w:pPr>
            <w:r w:rsidRPr="00575350">
              <w:rPr>
                <w:rFonts w:ascii="Arial" w:hAnsi="Arial" w:cs="Arial"/>
                <w:sz w:val="20"/>
                <w:szCs w:val="20"/>
              </w:rPr>
              <w:t>AZEITONA VERDE, EM CONSERVA - COM CAROÇO, EMBALAGEM APROXIMADAMENTE 200 G, SIMILAR A QUALITÁ, HEMMER E CEPERA.</w:t>
            </w:r>
          </w:p>
        </w:tc>
        <w:tc>
          <w:tcPr>
            <w:tcW w:w="0" w:type="auto"/>
          </w:tcPr>
          <w:p w14:paraId="4608F855" w14:textId="77777777" w:rsidR="006D5036" w:rsidRDefault="006D5036" w:rsidP="0030220C">
            <w:pPr>
              <w:jc w:val="center"/>
              <w:rPr>
                <w:rFonts w:ascii="Arial" w:hAnsi="Arial" w:cs="Arial"/>
                <w:sz w:val="20"/>
                <w:szCs w:val="20"/>
              </w:rPr>
            </w:pPr>
          </w:p>
          <w:p w14:paraId="53E8735B" w14:textId="77777777" w:rsidR="00187943" w:rsidRDefault="00187943" w:rsidP="0030220C">
            <w:pPr>
              <w:rPr>
                <w:rFonts w:ascii="Arial" w:hAnsi="Arial" w:cs="Arial"/>
                <w:sz w:val="20"/>
                <w:szCs w:val="20"/>
              </w:rPr>
            </w:pPr>
          </w:p>
          <w:p w14:paraId="612BB636" w14:textId="1A233657" w:rsidR="006D5036" w:rsidRPr="00575350" w:rsidRDefault="006D5036" w:rsidP="0030220C">
            <w:pPr>
              <w:rPr>
                <w:rFonts w:ascii="Arial" w:hAnsi="Arial" w:cs="Arial"/>
                <w:sz w:val="20"/>
                <w:szCs w:val="20"/>
              </w:rPr>
            </w:pPr>
            <w:r w:rsidRPr="00575350">
              <w:rPr>
                <w:rFonts w:ascii="Arial" w:hAnsi="Arial" w:cs="Arial"/>
                <w:sz w:val="20"/>
                <w:szCs w:val="20"/>
              </w:rPr>
              <w:t>SAC</w:t>
            </w:r>
          </w:p>
        </w:tc>
        <w:tc>
          <w:tcPr>
            <w:tcW w:w="0" w:type="auto"/>
            <w:vAlign w:val="center"/>
          </w:tcPr>
          <w:p w14:paraId="64FA0D95" w14:textId="77777777" w:rsidR="006D5036" w:rsidRPr="00122EB2" w:rsidRDefault="006D5036" w:rsidP="0030220C">
            <w:pPr>
              <w:rPr>
                <w:rFonts w:ascii="Arial" w:hAnsi="Arial" w:cs="Arial"/>
                <w:sz w:val="20"/>
                <w:szCs w:val="20"/>
              </w:rPr>
            </w:pPr>
            <w:r w:rsidRPr="00122EB2">
              <w:rPr>
                <w:rFonts w:ascii="Arial" w:hAnsi="Arial" w:cs="Arial"/>
                <w:sz w:val="20"/>
                <w:szCs w:val="20"/>
              </w:rPr>
              <w:t>140</w:t>
            </w:r>
          </w:p>
        </w:tc>
        <w:tc>
          <w:tcPr>
            <w:tcW w:w="0" w:type="auto"/>
          </w:tcPr>
          <w:p w14:paraId="67E7F068" w14:textId="77777777" w:rsidR="006D5036" w:rsidRDefault="006D5036" w:rsidP="0030220C">
            <w:pPr>
              <w:rPr>
                <w:rFonts w:ascii="Arial" w:hAnsi="Arial" w:cs="Arial"/>
                <w:sz w:val="20"/>
                <w:szCs w:val="20"/>
              </w:rPr>
            </w:pPr>
          </w:p>
          <w:p w14:paraId="47FEB978" w14:textId="77777777" w:rsidR="006D5036" w:rsidRPr="00575350" w:rsidRDefault="006D5036" w:rsidP="0030220C">
            <w:pPr>
              <w:rPr>
                <w:rFonts w:ascii="Arial" w:hAnsi="Arial" w:cs="Arial"/>
                <w:sz w:val="20"/>
                <w:szCs w:val="20"/>
              </w:rPr>
            </w:pPr>
            <w:r>
              <w:rPr>
                <w:rFonts w:ascii="Arial" w:hAnsi="Arial" w:cs="Arial"/>
                <w:sz w:val="20"/>
                <w:szCs w:val="20"/>
              </w:rPr>
              <w:t>8,49</w:t>
            </w:r>
          </w:p>
        </w:tc>
        <w:tc>
          <w:tcPr>
            <w:tcW w:w="0" w:type="auto"/>
          </w:tcPr>
          <w:p w14:paraId="121E1BD2" w14:textId="77777777" w:rsidR="006D5036" w:rsidRDefault="006D5036" w:rsidP="0030220C">
            <w:pPr>
              <w:rPr>
                <w:rFonts w:ascii="Arial" w:hAnsi="Arial" w:cs="Arial"/>
                <w:sz w:val="20"/>
                <w:szCs w:val="20"/>
              </w:rPr>
            </w:pPr>
          </w:p>
          <w:p w14:paraId="281DF7FF" w14:textId="77777777" w:rsidR="006D5036" w:rsidRPr="00575350" w:rsidRDefault="006D5036" w:rsidP="0030220C">
            <w:pPr>
              <w:rPr>
                <w:rFonts w:ascii="Arial" w:hAnsi="Arial" w:cs="Arial"/>
                <w:sz w:val="20"/>
                <w:szCs w:val="20"/>
              </w:rPr>
            </w:pPr>
            <w:r>
              <w:rPr>
                <w:rFonts w:ascii="Arial" w:hAnsi="Arial" w:cs="Arial"/>
                <w:sz w:val="20"/>
                <w:szCs w:val="20"/>
              </w:rPr>
              <w:t>1.188,60</w:t>
            </w:r>
          </w:p>
        </w:tc>
      </w:tr>
      <w:tr w:rsidR="006D5036" w:rsidRPr="00575350" w14:paraId="7C4CB144" w14:textId="77777777" w:rsidTr="0030220C">
        <w:trPr>
          <w:trHeight w:val="227"/>
          <w:jc w:val="center"/>
        </w:trPr>
        <w:tc>
          <w:tcPr>
            <w:tcW w:w="0" w:type="auto"/>
          </w:tcPr>
          <w:p w14:paraId="738FD6CF" w14:textId="77777777" w:rsidR="006D5036" w:rsidRPr="00575350" w:rsidRDefault="006D5036" w:rsidP="0030220C">
            <w:pPr>
              <w:rPr>
                <w:rFonts w:ascii="Arial" w:hAnsi="Arial" w:cs="Arial"/>
                <w:sz w:val="20"/>
                <w:szCs w:val="20"/>
              </w:rPr>
            </w:pPr>
            <w:r w:rsidRPr="00575350">
              <w:rPr>
                <w:rFonts w:ascii="Arial" w:hAnsi="Arial" w:cs="Arial"/>
                <w:sz w:val="20"/>
                <w:szCs w:val="20"/>
              </w:rPr>
              <w:t>17</w:t>
            </w:r>
          </w:p>
        </w:tc>
        <w:tc>
          <w:tcPr>
            <w:tcW w:w="0" w:type="auto"/>
          </w:tcPr>
          <w:p w14:paraId="7030A9EC" w14:textId="77777777" w:rsidR="006D5036" w:rsidRPr="00575350" w:rsidRDefault="006D5036" w:rsidP="0030220C">
            <w:pPr>
              <w:rPr>
                <w:rFonts w:ascii="Arial" w:hAnsi="Arial" w:cs="Arial"/>
                <w:sz w:val="20"/>
                <w:szCs w:val="20"/>
              </w:rPr>
            </w:pPr>
            <w:r w:rsidRPr="00575350">
              <w:rPr>
                <w:rFonts w:ascii="Arial" w:hAnsi="Arial" w:cs="Arial"/>
                <w:sz w:val="20"/>
                <w:szCs w:val="20"/>
              </w:rPr>
              <w:t>463857</w:t>
            </w:r>
          </w:p>
        </w:tc>
        <w:tc>
          <w:tcPr>
            <w:tcW w:w="0" w:type="auto"/>
          </w:tcPr>
          <w:p w14:paraId="15F3C423"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AÇAFRÃO EM PÓ - ISENTO DE MATÉRIAS TERROSAS, EM PERFEITO ESTADO DE CONSERVAÇÃO COM DATA DE FABRICAÇÃO E VALIDADE, EMBALADO EM PACOTES PLÁSTICOS COM APROXIMADAMENTE 1 QUILO . </w:t>
            </w:r>
          </w:p>
        </w:tc>
        <w:tc>
          <w:tcPr>
            <w:tcW w:w="0" w:type="auto"/>
          </w:tcPr>
          <w:p w14:paraId="43B840DD" w14:textId="77777777" w:rsidR="006D5036" w:rsidRDefault="006D5036" w:rsidP="0030220C">
            <w:pPr>
              <w:rPr>
                <w:rFonts w:ascii="Arial" w:hAnsi="Arial" w:cs="Arial"/>
                <w:sz w:val="20"/>
                <w:szCs w:val="20"/>
              </w:rPr>
            </w:pPr>
          </w:p>
          <w:p w14:paraId="0E9D4970" w14:textId="77777777" w:rsidR="006D5036" w:rsidRPr="00575350" w:rsidRDefault="006D5036" w:rsidP="0030220C">
            <w:pPr>
              <w:rPr>
                <w:rFonts w:ascii="Arial" w:hAnsi="Arial" w:cs="Arial"/>
                <w:sz w:val="20"/>
                <w:szCs w:val="20"/>
              </w:rPr>
            </w:pPr>
            <w:r w:rsidRPr="00575350">
              <w:rPr>
                <w:rFonts w:ascii="Arial" w:hAnsi="Arial" w:cs="Arial"/>
                <w:sz w:val="20"/>
                <w:szCs w:val="20"/>
              </w:rPr>
              <w:t>KG</w:t>
            </w:r>
          </w:p>
        </w:tc>
        <w:tc>
          <w:tcPr>
            <w:tcW w:w="0" w:type="auto"/>
          </w:tcPr>
          <w:p w14:paraId="4316F76C" w14:textId="77777777" w:rsidR="006D5036" w:rsidRPr="00122EB2" w:rsidRDefault="006D5036" w:rsidP="0030220C">
            <w:pPr>
              <w:rPr>
                <w:rFonts w:ascii="Arial" w:hAnsi="Arial" w:cs="Arial"/>
                <w:sz w:val="20"/>
                <w:szCs w:val="20"/>
              </w:rPr>
            </w:pPr>
          </w:p>
          <w:p w14:paraId="631ECABD" w14:textId="77777777" w:rsidR="006D5036" w:rsidRPr="00122EB2" w:rsidRDefault="006D5036" w:rsidP="0030220C">
            <w:pPr>
              <w:rPr>
                <w:rFonts w:ascii="Arial" w:hAnsi="Arial" w:cs="Arial"/>
                <w:sz w:val="20"/>
                <w:szCs w:val="20"/>
              </w:rPr>
            </w:pPr>
            <w:r w:rsidRPr="00122EB2">
              <w:rPr>
                <w:rFonts w:ascii="Arial" w:hAnsi="Arial" w:cs="Arial"/>
                <w:sz w:val="20"/>
                <w:szCs w:val="20"/>
              </w:rPr>
              <w:t>50</w:t>
            </w:r>
          </w:p>
        </w:tc>
        <w:tc>
          <w:tcPr>
            <w:tcW w:w="0" w:type="auto"/>
          </w:tcPr>
          <w:p w14:paraId="2F54B311" w14:textId="77777777" w:rsidR="006D5036" w:rsidRDefault="006D5036" w:rsidP="0030220C">
            <w:pPr>
              <w:rPr>
                <w:rFonts w:ascii="Arial" w:hAnsi="Arial" w:cs="Arial"/>
                <w:sz w:val="20"/>
                <w:szCs w:val="20"/>
              </w:rPr>
            </w:pPr>
          </w:p>
          <w:p w14:paraId="5F66570F" w14:textId="77777777" w:rsidR="006D5036" w:rsidRPr="00575350" w:rsidRDefault="006D5036" w:rsidP="0030220C">
            <w:pPr>
              <w:rPr>
                <w:rFonts w:ascii="Arial" w:hAnsi="Arial" w:cs="Arial"/>
                <w:sz w:val="20"/>
                <w:szCs w:val="20"/>
              </w:rPr>
            </w:pPr>
            <w:r>
              <w:rPr>
                <w:rFonts w:ascii="Arial" w:hAnsi="Arial" w:cs="Arial"/>
                <w:sz w:val="20"/>
                <w:szCs w:val="20"/>
              </w:rPr>
              <w:t>32,00</w:t>
            </w:r>
          </w:p>
        </w:tc>
        <w:tc>
          <w:tcPr>
            <w:tcW w:w="0" w:type="auto"/>
          </w:tcPr>
          <w:p w14:paraId="7426CA04" w14:textId="77777777" w:rsidR="006D5036" w:rsidRDefault="006D5036" w:rsidP="0030220C">
            <w:pPr>
              <w:rPr>
                <w:rFonts w:ascii="Arial" w:hAnsi="Arial" w:cs="Arial"/>
                <w:sz w:val="20"/>
                <w:szCs w:val="20"/>
              </w:rPr>
            </w:pPr>
          </w:p>
          <w:p w14:paraId="0F20E70E" w14:textId="77777777" w:rsidR="006D5036" w:rsidRPr="00575350" w:rsidRDefault="006D5036" w:rsidP="0030220C">
            <w:pPr>
              <w:rPr>
                <w:rFonts w:ascii="Arial" w:hAnsi="Arial" w:cs="Arial"/>
                <w:sz w:val="20"/>
                <w:szCs w:val="20"/>
              </w:rPr>
            </w:pPr>
            <w:r>
              <w:rPr>
                <w:rFonts w:ascii="Arial" w:hAnsi="Arial" w:cs="Arial"/>
                <w:sz w:val="20"/>
                <w:szCs w:val="20"/>
              </w:rPr>
              <w:t>1.600</w:t>
            </w:r>
          </w:p>
        </w:tc>
      </w:tr>
      <w:tr w:rsidR="006D5036" w:rsidRPr="00575350" w14:paraId="717AC701" w14:textId="77777777" w:rsidTr="0030220C">
        <w:trPr>
          <w:trHeight w:val="227"/>
          <w:jc w:val="center"/>
        </w:trPr>
        <w:tc>
          <w:tcPr>
            <w:tcW w:w="0" w:type="auto"/>
          </w:tcPr>
          <w:p w14:paraId="25396BDA" w14:textId="77777777" w:rsidR="006D5036" w:rsidRPr="00575350" w:rsidRDefault="006D5036" w:rsidP="0030220C">
            <w:pPr>
              <w:rPr>
                <w:rFonts w:ascii="Arial" w:hAnsi="Arial" w:cs="Arial"/>
                <w:sz w:val="20"/>
                <w:szCs w:val="20"/>
              </w:rPr>
            </w:pPr>
            <w:r w:rsidRPr="00575350">
              <w:rPr>
                <w:rFonts w:ascii="Arial" w:hAnsi="Arial" w:cs="Arial"/>
                <w:sz w:val="20"/>
                <w:szCs w:val="20"/>
              </w:rPr>
              <w:t>18</w:t>
            </w:r>
          </w:p>
        </w:tc>
        <w:tc>
          <w:tcPr>
            <w:tcW w:w="0" w:type="auto"/>
          </w:tcPr>
          <w:p w14:paraId="26EB3E46" w14:textId="77777777" w:rsidR="006D5036" w:rsidRPr="00575350" w:rsidRDefault="006D5036" w:rsidP="0030220C">
            <w:pPr>
              <w:rPr>
                <w:rFonts w:ascii="Arial" w:hAnsi="Arial" w:cs="Arial"/>
                <w:sz w:val="20"/>
                <w:szCs w:val="20"/>
              </w:rPr>
            </w:pPr>
            <w:r w:rsidRPr="00575350">
              <w:rPr>
                <w:rFonts w:ascii="Arial" w:hAnsi="Arial" w:cs="Arial"/>
                <w:sz w:val="20"/>
                <w:szCs w:val="20"/>
              </w:rPr>
              <w:t>463989</w:t>
            </w:r>
          </w:p>
        </w:tc>
        <w:tc>
          <w:tcPr>
            <w:tcW w:w="0" w:type="auto"/>
          </w:tcPr>
          <w:p w14:paraId="29C0C020"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AÇÚCAR CRISTAL, BRANCO, ACONDICIONADO EM EMBALAGEM DE POLIPROPILENO TRANSPARENTE ORIGINAL DO FABRICANTE COM APROXIMADAMENTE 5 KG, ASPECTO GRANULOSO FINO A MÉDIO, ISENTO DE MATÉRIA TERROSA, LIVRE DE UMIDADE E FRAGMENTOS ESTRANHOS, REGISTRO NO MA, INFORMAÇÕES DO FABRICANTE, ESPECIFICAÇÃO DO PRODUTO E DATA DE VENCIMENTO NA </w:t>
            </w:r>
          </w:p>
        </w:tc>
        <w:tc>
          <w:tcPr>
            <w:tcW w:w="0" w:type="auto"/>
          </w:tcPr>
          <w:p w14:paraId="6297440B" w14:textId="77777777" w:rsidR="006D5036" w:rsidRDefault="006D5036" w:rsidP="0030220C">
            <w:pPr>
              <w:rPr>
                <w:rFonts w:ascii="Arial" w:hAnsi="Arial" w:cs="Arial"/>
                <w:sz w:val="20"/>
                <w:szCs w:val="20"/>
              </w:rPr>
            </w:pPr>
          </w:p>
          <w:p w14:paraId="601A5194" w14:textId="77777777" w:rsidR="006D5036" w:rsidRDefault="006D5036" w:rsidP="0030220C">
            <w:pPr>
              <w:rPr>
                <w:rFonts w:ascii="Arial" w:hAnsi="Arial" w:cs="Arial"/>
                <w:sz w:val="20"/>
                <w:szCs w:val="20"/>
              </w:rPr>
            </w:pPr>
          </w:p>
          <w:p w14:paraId="6CB89712" w14:textId="77777777" w:rsidR="006D5036" w:rsidRDefault="006D5036" w:rsidP="0030220C">
            <w:pPr>
              <w:rPr>
                <w:rFonts w:ascii="Arial" w:hAnsi="Arial" w:cs="Arial"/>
                <w:sz w:val="20"/>
                <w:szCs w:val="20"/>
              </w:rPr>
            </w:pPr>
          </w:p>
          <w:p w14:paraId="0088747F" w14:textId="665CB165" w:rsidR="006D5036" w:rsidRPr="00575350" w:rsidRDefault="00187943" w:rsidP="0030220C">
            <w:pPr>
              <w:rPr>
                <w:rFonts w:ascii="Arial" w:hAnsi="Arial" w:cs="Arial"/>
                <w:sz w:val="20"/>
                <w:szCs w:val="20"/>
              </w:rPr>
            </w:pPr>
            <w:r>
              <w:rPr>
                <w:rFonts w:ascii="Arial" w:hAnsi="Arial" w:cs="Arial"/>
                <w:sz w:val="20"/>
                <w:szCs w:val="20"/>
              </w:rPr>
              <w:t xml:space="preserve">  </w:t>
            </w:r>
            <w:r w:rsidR="006D5036" w:rsidRPr="00575350">
              <w:rPr>
                <w:rFonts w:ascii="Arial" w:hAnsi="Arial" w:cs="Arial"/>
                <w:sz w:val="20"/>
                <w:szCs w:val="20"/>
              </w:rPr>
              <w:t>PCT</w:t>
            </w:r>
          </w:p>
        </w:tc>
        <w:tc>
          <w:tcPr>
            <w:tcW w:w="0" w:type="auto"/>
          </w:tcPr>
          <w:p w14:paraId="0DE9CF6E" w14:textId="77777777" w:rsidR="006D5036" w:rsidRPr="00122EB2" w:rsidRDefault="006D5036" w:rsidP="0030220C">
            <w:pPr>
              <w:rPr>
                <w:rFonts w:ascii="Arial" w:hAnsi="Arial" w:cs="Arial"/>
                <w:sz w:val="20"/>
                <w:szCs w:val="20"/>
              </w:rPr>
            </w:pPr>
          </w:p>
          <w:p w14:paraId="5DC777A4" w14:textId="77777777" w:rsidR="006D5036" w:rsidRPr="00122EB2" w:rsidRDefault="006D5036" w:rsidP="0030220C">
            <w:pPr>
              <w:rPr>
                <w:rFonts w:ascii="Arial" w:hAnsi="Arial" w:cs="Arial"/>
                <w:sz w:val="20"/>
                <w:szCs w:val="20"/>
              </w:rPr>
            </w:pPr>
          </w:p>
          <w:p w14:paraId="4845BB43" w14:textId="77777777" w:rsidR="006D5036" w:rsidRPr="00122EB2" w:rsidRDefault="006D5036" w:rsidP="0030220C">
            <w:pPr>
              <w:rPr>
                <w:rFonts w:ascii="Arial" w:hAnsi="Arial" w:cs="Arial"/>
                <w:sz w:val="20"/>
                <w:szCs w:val="20"/>
              </w:rPr>
            </w:pPr>
          </w:p>
          <w:p w14:paraId="362DD20E" w14:textId="77777777" w:rsidR="006D5036" w:rsidRPr="00122EB2" w:rsidRDefault="006D5036" w:rsidP="0030220C">
            <w:pPr>
              <w:rPr>
                <w:rFonts w:ascii="Arial" w:hAnsi="Arial" w:cs="Arial"/>
                <w:sz w:val="20"/>
                <w:szCs w:val="20"/>
              </w:rPr>
            </w:pPr>
            <w:r w:rsidRPr="00122EB2">
              <w:rPr>
                <w:rFonts w:ascii="Arial" w:hAnsi="Arial" w:cs="Arial"/>
                <w:sz w:val="20"/>
                <w:szCs w:val="20"/>
              </w:rPr>
              <w:t>4110</w:t>
            </w:r>
          </w:p>
        </w:tc>
        <w:tc>
          <w:tcPr>
            <w:tcW w:w="0" w:type="auto"/>
          </w:tcPr>
          <w:p w14:paraId="16E03F53" w14:textId="77777777" w:rsidR="006D5036" w:rsidRDefault="006D5036" w:rsidP="0030220C">
            <w:pPr>
              <w:rPr>
                <w:rFonts w:ascii="Arial" w:hAnsi="Arial" w:cs="Arial"/>
                <w:sz w:val="20"/>
                <w:szCs w:val="20"/>
              </w:rPr>
            </w:pPr>
          </w:p>
          <w:p w14:paraId="33EA1DA2" w14:textId="77777777" w:rsidR="006D5036" w:rsidRDefault="006D5036" w:rsidP="0030220C">
            <w:pPr>
              <w:rPr>
                <w:rFonts w:ascii="Arial" w:hAnsi="Arial" w:cs="Arial"/>
                <w:sz w:val="20"/>
                <w:szCs w:val="20"/>
              </w:rPr>
            </w:pPr>
          </w:p>
          <w:p w14:paraId="377F9875" w14:textId="77777777" w:rsidR="006D5036" w:rsidRDefault="006D5036" w:rsidP="0030220C">
            <w:pPr>
              <w:rPr>
                <w:rFonts w:ascii="Arial" w:hAnsi="Arial" w:cs="Arial"/>
                <w:sz w:val="20"/>
                <w:szCs w:val="20"/>
              </w:rPr>
            </w:pPr>
          </w:p>
          <w:p w14:paraId="35089AB8" w14:textId="77777777" w:rsidR="006D5036" w:rsidRPr="00575350" w:rsidRDefault="006D5036" w:rsidP="0030220C">
            <w:pPr>
              <w:rPr>
                <w:rFonts w:ascii="Arial" w:hAnsi="Arial" w:cs="Arial"/>
                <w:sz w:val="20"/>
                <w:szCs w:val="20"/>
              </w:rPr>
            </w:pPr>
            <w:r>
              <w:rPr>
                <w:rFonts w:ascii="Arial" w:hAnsi="Arial" w:cs="Arial"/>
                <w:sz w:val="20"/>
                <w:szCs w:val="20"/>
              </w:rPr>
              <w:t>25,47</w:t>
            </w:r>
          </w:p>
        </w:tc>
        <w:tc>
          <w:tcPr>
            <w:tcW w:w="0" w:type="auto"/>
          </w:tcPr>
          <w:p w14:paraId="262452FF" w14:textId="77777777" w:rsidR="006D5036" w:rsidRDefault="006D5036" w:rsidP="0030220C">
            <w:pPr>
              <w:rPr>
                <w:rFonts w:ascii="Arial" w:hAnsi="Arial" w:cs="Arial"/>
                <w:sz w:val="20"/>
                <w:szCs w:val="20"/>
              </w:rPr>
            </w:pPr>
          </w:p>
          <w:p w14:paraId="5A90C56B" w14:textId="77777777" w:rsidR="006D5036" w:rsidRDefault="006D5036" w:rsidP="0030220C">
            <w:pPr>
              <w:rPr>
                <w:rFonts w:ascii="Arial" w:hAnsi="Arial" w:cs="Arial"/>
                <w:sz w:val="20"/>
                <w:szCs w:val="20"/>
              </w:rPr>
            </w:pPr>
          </w:p>
          <w:p w14:paraId="7EF29054" w14:textId="77777777" w:rsidR="006D5036" w:rsidRDefault="006D5036" w:rsidP="0030220C">
            <w:pPr>
              <w:rPr>
                <w:rFonts w:ascii="Arial" w:hAnsi="Arial" w:cs="Arial"/>
                <w:sz w:val="20"/>
                <w:szCs w:val="20"/>
              </w:rPr>
            </w:pPr>
          </w:p>
          <w:p w14:paraId="3A97ED63" w14:textId="77777777" w:rsidR="006D5036" w:rsidRPr="00575350" w:rsidRDefault="006D5036" w:rsidP="0030220C">
            <w:pPr>
              <w:rPr>
                <w:rFonts w:ascii="Arial" w:hAnsi="Arial" w:cs="Arial"/>
                <w:sz w:val="20"/>
                <w:szCs w:val="20"/>
              </w:rPr>
            </w:pPr>
            <w:r>
              <w:rPr>
                <w:rFonts w:ascii="Arial" w:hAnsi="Arial" w:cs="Arial"/>
                <w:sz w:val="20"/>
                <w:szCs w:val="20"/>
              </w:rPr>
              <w:t>104.681,70</w:t>
            </w:r>
          </w:p>
        </w:tc>
      </w:tr>
      <w:tr w:rsidR="006D5036" w:rsidRPr="00575350" w14:paraId="1501DC2F" w14:textId="77777777" w:rsidTr="0030220C">
        <w:trPr>
          <w:trHeight w:val="227"/>
          <w:jc w:val="center"/>
        </w:trPr>
        <w:tc>
          <w:tcPr>
            <w:tcW w:w="0" w:type="auto"/>
          </w:tcPr>
          <w:p w14:paraId="0E315B9D" w14:textId="77777777" w:rsidR="006D5036" w:rsidRPr="00575350" w:rsidRDefault="006D5036" w:rsidP="0030220C">
            <w:pPr>
              <w:rPr>
                <w:rFonts w:ascii="Arial" w:hAnsi="Arial" w:cs="Arial"/>
                <w:sz w:val="20"/>
                <w:szCs w:val="20"/>
              </w:rPr>
            </w:pPr>
            <w:r w:rsidRPr="00575350">
              <w:rPr>
                <w:rFonts w:ascii="Arial" w:hAnsi="Arial" w:cs="Arial"/>
                <w:sz w:val="20"/>
                <w:szCs w:val="20"/>
              </w:rPr>
              <w:lastRenderedPageBreak/>
              <w:t>19</w:t>
            </w:r>
          </w:p>
        </w:tc>
        <w:tc>
          <w:tcPr>
            <w:tcW w:w="0" w:type="auto"/>
          </w:tcPr>
          <w:p w14:paraId="5CE691AC" w14:textId="77777777" w:rsidR="00341A0B" w:rsidRDefault="00341A0B" w:rsidP="0030220C">
            <w:pPr>
              <w:rPr>
                <w:rFonts w:ascii="Arial" w:hAnsi="Arial" w:cs="Arial"/>
                <w:sz w:val="20"/>
                <w:szCs w:val="20"/>
              </w:rPr>
            </w:pPr>
          </w:p>
          <w:p w14:paraId="110F6BA0" w14:textId="77777777" w:rsidR="00341A0B" w:rsidRDefault="00341A0B" w:rsidP="0030220C">
            <w:pPr>
              <w:rPr>
                <w:rFonts w:ascii="Arial" w:hAnsi="Arial" w:cs="Arial"/>
                <w:sz w:val="20"/>
                <w:szCs w:val="20"/>
              </w:rPr>
            </w:pPr>
          </w:p>
          <w:p w14:paraId="03F9F03C" w14:textId="77777777" w:rsidR="00341A0B" w:rsidRDefault="00341A0B" w:rsidP="0030220C">
            <w:pPr>
              <w:rPr>
                <w:rFonts w:ascii="Arial" w:hAnsi="Arial" w:cs="Arial"/>
                <w:sz w:val="20"/>
                <w:szCs w:val="20"/>
              </w:rPr>
            </w:pPr>
          </w:p>
          <w:p w14:paraId="16945F65" w14:textId="17A08423" w:rsidR="006D5036" w:rsidRPr="00575350" w:rsidRDefault="006D5036" w:rsidP="0030220C">
            <w:pPr>
              <w:rPr>
                <w:rFonts w:ascii="Arial" w:hAnsi="Arial" w:cs="Arial"/>
                <w:sz w:val="20"/>
                <w:szCs w:val="20"/>
              </w:rPr>
            </w:pPr>
            <w:r w:rsidRPr="00575350">
              <w:rPr>
                <w:rFonts w:ascii="Arial" w:hAnsi="Arial" w:cs="Arial"/>
                <w:sz w:val="20"/>
                <w:szCs w:val="20"/>
              </w:rPr>
              <w:t>353155</w:t>
            </w:r>
          </w:p>
        </w:tc>
        <w:tc>
          <w:tcPr>
            <w:tcW w:w="0" w:type="auto"/>
          </w:tcPr>
          <w:p w14:paraId="551C527F"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AÇÚCAR REFINADO - ACONDICIONADO EM EMBALAGEM DE POLIPROPILENO TRANSPARENTE ORIGINAL DO FABRICANTE COM APROXIMADAMENTE 1 KG, ISENTO DE MATÉRIA TERROSA, LIVRE DE UMIDADE E FRAGMENTOS ESTRANHOS, REGISTRO DO MA, INFORMAÇÕES DO FABRICANTE, ESPECIFICAÇÃO DO PRODUTO E DATA DE VENCIMENTO ESTAMPADO NA EMBALAGEM. </w:t>
            </w:r>
          </w:p>
        </w:tc>
        <w:tc>
          <w:tcPr>
            <w:tcW w:w="0" w:type="auto"/>
          </w:tcPr>
          <w:p w14:paraId="3A95C3CE" w14:textId="77777777" w:rsidR="006D5036" w:rsidRDefault="006D5036" w:rsidP="0030220C">
            <w:pPr>
              <w:rPr>
                <w:rFonts w:ascii="Arial" w:hAnsi="Arial" w:cs="Arial"/>
                <w:sz w:val="20"/>
                <w:szCs w:val="20"/>
              </w:rPr>
            </w:pPr>
          </w:p>
          <w:p w14:paraId="1E857E5E" w14:textId="77777777" w:rsidR="006D5036" w:rsidRDefault="006D5036" w:rsidP="0030220C">
            <w:pPr>
              <w:rPr>
                <w:rFonts w:ascii="Arial" w:hAnsi="Arial" w:cs="Arial"/>
                <w:sz w:val="20"/>
                <w:szCs w:val="20"/>
              </w:rPr>
            </w:pPr>
          </w:p>
          <w:p w14:paraId="024DAF66" w14:textId="77777777" w:rsidR="006D5036" w:rsidRDefault="006D5036" w:rsidP="0030220C">
            <w:pPr>
              <w:rPr>
                <w:rFonts w:ascii="Arial" w:hAnsi="Arial" w:cs="Arial"/>
                <w:sz w:val="20"/>
                <w:szCs w:val="20"/>
              </w:rPr>
            </w:pPr>
          </w:p>
          <w:p w14:paraId="794E87F6"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tcPr>
          <w:p w14:paraId="54C2D324" w14:textId="77777777" w:rsidR="006D5036" w:rsidRDefault="006D5036" w:rsidP="0030220C">
            <w:pPr>
              <w:rPr>
                <w:rFonts w:ascii="Arial" w:hAnsi="Arial" w:cs="Arial"/>
                <w:sz w:val="20"/>
                <w:szCs w:val="20"/>
              </w:rPr>
            </w:pPr>
          </w:p>
          <w:p w14:paraId="512AF6B3" w14:textId="77777777" w:rsidR="006D5036" w:rsidRDefault="006D5036" w:rsidP="0030220C">
            <w:pPr>
              <w:rPr>
                <w:rFonts w:ascii="Arial" w:hAnsi="Arial" w:cs="Arial"/>
                <w:sz w:val="20"/>
                <w:szCs w:val="20"/>
              </w:rPr>
            </w:pPr>
          </w:p>
          <w:p w14:paraId="78471D12" w14:textId="77777777" w:rsidR="006D5036" w:rsidRDefault="006D5036" w:rsidP="0030220C">
            <w:pPr>
              <w:rPr>
                <w:rFonts w:ascii="Arial" w:hAnsi="Arial" w:cs="Arial"/>
                <w:sz w:val="20"/>
                <w:szCs w:val="20"/>
              </w:rPr>
            </w:pPr>
          </w:p>
          <w:p w14:paraId="5B3338E5" w14:textId="77777777" w:rsidR="006D5036" w:rsidRPr="00575350" w:rsidRDefault="006D5036" w:rsidP="0030220C">
            <w:pPr>
              <w:rPr>
                <w:rFonts w:ascii="Arial" w:hAnsi="Arial" w:cs="Arial"/>
                <w:sz w:val="20"/>
                <w:szCs w:val="20"/>
              </w:rPr>
            </w:pPr>
            <w:r>
              <w:rPr>
                <w:rFonts w:ascii="Arial" w:hAnsi="Arial" w:cs="Arial"/>
                <w:sz w:val="20"/>
                <w:szCs w:val="20"/>
              </w:rPr>
              <w:t>10</w:t>
            </w:r>
          </w:p>
        </w:tc>
        <w:tc>
          <w:tcPr>
            <w:tcW w:w="0" w:type="auto"/>
          </w:tcPr>
          <w:p w14:paraId="571A7EAF" w14:textId="77777777" w:rsidR="006D5036" w:rsidRDefault="006D5036" w:rsidP="0030220C">
            <w:pPr>
              <w:rPr>
                <w:rFonts w:ascii="Arial" w:hAnsi="Arial" w:cs="Arial"/>
                <w:sz w:val="20"/>
                <w:szCs w:val="20"/>
              </w:rPr>
            </w:pPr>
          </w:p>
          <w:p w14:paraId="2E7AE315" w14:textId="77777777" w:rsidR="006D5036" w:rsidRDefault="006D5036" w:rsidP="0030220C">
            <w:pPr>
              <w:rPr>
                <w:rFonts w:ascii="Arial" w:hAnsi="Arial" w:cs="Arial"/>
                <w:sz w:val="20"/>
                <w:szCs w:val="20"/>
              </w:rPr>
            </w:pPr>
          </w:p>
          <w:p w14:paraId="3B66587F" w14:textId="77777777" w:rsidR="006D5036" w:rsidRDefault="006D5036" w:rsidP="0030220C">
            <w:pPr>
              <w:rPr>
                <w:rFonts w:ascii="Arial" w:hAnsi="Arial" w:cs="Arial"/>
                <w:sz w:val="20"/>
                <w:szCs w:val="20"/>
              </w:rPr>
            </w:pPr>
          </w:p>
          <w:p w14:paraId="605DDEFF" w14:textId="77777777" w:rsidR="006D5036" w:rsidRPr="00575350" w:rsidRDefault="006D5036" w:rsidP="0030220C">
            <w:pPr>
              <w:rPr>
                <w:rFonts w:ascii="Arial" w:hAnsi="Arial" w:cs="Arial"/>
                <w:sz w:val="20"/>
                <w:szCs w:val="20"/>
              </w:rPr>
            </w:pPr>
            <w:r>
              <w:rPr>
                <w:rFonts w:ascii="Arial" w:hAnsi="Arial" w:cs="Arial"/>
                <w:sz w:val="20"/>
                <w:szCs w:val="20"/>
              </w:rPr>
              <w:t>7,68</w:t>
            </w:r>
          </w:p>
        </w:tc>
        <w:tc>
          <w:tcPr>
            <w:tcW w:w="0" w:type="auto"/>
          </w:tcPr>
          <w:p w14:paraId="0C40B4D5" w14:textId="77777777" w:rsidR="006D5036" w:rsidRDefault="006D5036" w:rsidP="0030220C">
            <w:pPr>
              <w:rPr>
                <w:rFonts w:ascii="Arial" w:hAnsi="Arial" w:cs="Arial"/>
                <w:sz w:val="20"/>
                <w:szCs w:val="20"/>
              </w:rPr>
            </w:pPr>
          </w:p>
          <w:p w14:paraId="2965FAD7" w14:textId="77777777" w:rsidR="006D5036" w:rsidRDefault="006D5036" w:rsidP="0030220C">
            <w:pPr>
              <w:rPr>
                <w:rFonts w:ascii="Arial" w:hAnsi="Arial" w:cs="Arial"/>
                <w:sz w:val="20"/>
                <w:szCs w:val="20"/>
              </w:rPr>
            </w:pPr>
          </w:p>
          <w:p w14:paraId="4854CB11" w14:textId="77777777" w:rsidR="006D5036" w:rsidRDefault="006D5036" w:rsidP="0030220C">
            <w:pPr>
              <w:rPr>
                <w:rFonts w:ascii="Arial" w:hAnsi="Arial" w:cs="Arial"/>
                <w:sz w:val="20"/>
                <w:szCs w:val="20"/>
              </w:rPr>
            </w:pPr>
          </w:p>
          <w:p w14:paraId="77FF3785" w14:textId="77777777" w:rsidR="006D5036" w:rsidRPr="00575350" w:rsidRDefault="006D5036" w:rsidP="0030220C">
            <w:pPr>
              <w:rPr>
                <w:rFonts w:ascii="Arial" w:hAnsi="Arial" w:cs="Arial"/>
                <w:sz w:val="20"/>
                <w:szCs w:val="20"/>
              </w:rPr>
            </w:pPr>
            <w:r>
              <w:rPr>
                <w:rFonts w:ascii="Arial" w:hAnsi="Arial" w:cs="Arial"/>
                <w:sz w:val="20"/>
                <w:szCs w:val="20"/>
              </w:rPr>
              <w:t>76,80</w:t>
            </w:r>
          </w:p>
        </w:tc>
      </w:tr>
      <w:tr w:rsidR="006D5036" w:rsidRPr="00575350" w14:paraId="6ADFB1AA" w14:textId="77777777" w:rsidTr="0030220C">
        <w:trPr>
          <w:trHeight w:val="227"/>
          <w:jc w:val="center"/>
        </w:trPr>
        <w:tc>
          <w:tcPr>
            <w:tcW w:w="0" w:type="auto"/>
          </w:tcPr>
          <w:p w14:paraId="0368BC16" w14:textId="77777777" w:rsidR="006D5036" w:rsidRPr="00575350" w:rsidRDefault="006D5036" w:rsidP="0030220C">
            <w:pPr>
              <w:rPr>
                <w:rFonts w:ascii="Arial" w:hAnsi="Arial" w:cs="Arial"/>
                <w:sz w:val="20"/>
                <w:szCs w:val="20"/>
              </w:rPr>
            </w:pPr>
            <w:r w:rsidRPr="00575350">
              <w:rPr>
                <w:rFonts w:ascii="Arial" w:hAnsi="Arial" w:cs="Arial"/>
                <w:sz w:val="20"/>
                <w:szCs w:val="20"/>
              </w:rPr>
              <w:t>20</w:t>
            </w:r>
          </w:p>
        </w:tc>
        <w:tc>
          <w:tcPr>
            <w:tcW w:w="0" w:type="auto"/>
          </w:tcPr>
          <w:p w14:paraId="5DC748CF" w14:textId="77777777" w:rsidR="00341A0B" w:rsidRDefault="00341A0B" w:rsidP="0030220C">
            <w:pPr>
              <w:rPr>
                <w:rFonts w:ascii="Arial" w:hAnsi="Arial" w:cs="Arial"/>
                <w:sz w:val="20"/>
                <w:szCs w:val="20"/>
              </w:rPr>
            </w:pPr>
          </w:p>
          <w:p w14:paraId="76DD4902" w14:textId="77777777" w:rsidR="00341A0B" w:rsidRDefault="00341A0B" w:rsidP="0030220C">
            <w:pPr>
              <w:rPr>
                <w:rFonts w:ascii="Arial" w:hAnsi="Arial" w:cs="Arial"/>
                <w:sz w:val="20"/>
                <w:szCs w:val="20"/>
              </w:rPr>
            </w:pPr>
          </w:p>
          <w:p w14:paraId="0EDFAC98" w14:textId="77777777" w:rsidR="00341A0B" w:rsidRDefault="00341A0B" w:rsidP="0030220C">
            <w:pPr>
              <w:rPr>
                <w:rFonts w:ascii="Arial" w:hAnsi="Arial" w:cs="Arial"/>
                <w:sz w:val="20"/>
                <w:szCs w:val="20"/>
              </w:rPr>
            </w:pPr>
          </w:p>
          <w:p w14:paraId="640456A1" w14:textId="2246BD7A" w:rsidR="006D5036" w:rsidRPr="00575350" w:rsidRDefault="006D5036" w:rsidP="0030220C">
            <w:pPr>
              <w:rPr>
                <w:rFonts w:ascii="Arial" w:hAnsi="Arial" w:cs="Arial"/>
                <w:sz w:val="20"/>
                <w:szCs w:val="20"/>
              </w:rPr>
            </w:pPr>
            <w:r w:rsidRPr="00575350">
              <w:rPr>
                <w:rFonts w:ascii="Arial" w:hAnsi="Arial" w:cs="Arial"/>
                <w:sz w:val="20"/>
                <w:szCs w:val="20"/>
              </w:rPr>
              <w:t>353155</w:t>
            </w:r>
          </w:p>
        </w:tc>
        <w:tc>
          <w:tcPr>
            <w:tcW w:w="0" w:type="auto"/>
          </w:tcPr>
          <w:p w14:paraId="157C5900"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AÇÚCAR REFINADO GRANULADO, SACHÊ COM APROXIMADAMENTE 5 G, CAIXA COM CERCA DE 1000 UNIDADES. ROTULAGEM CONTENDO, NO MÍNIMO, O NOME DO FABRICANTE E DO PRODUTO, O CNPJ DO FABRICANTE, O NÚMERO DO LOTE, A DATA DE FABRICAÇÃO E O PRAZO DE VALIDADE. CATMAT: </w:t>
            </w:r>
          </w:p>
        </w:tc>
        <w:tc>
          <w:tcPr>
            <w:tcW w:w="0" w:type="auto"/>
          </w:tcPr>
          <w:p w14:paraId="5E6F07CD" w14:textId="77777777" w:rsidR="006D5036" w:rsidRDefault="006D5036" w:rsidP="0030220C">
            <w:pPr>
              <w:rPr>
                <w:rFonts w:ascii="Arial" w:hAnsi="Arial" w:cs="Arial"/>
                <w:sz w:val="20"/>
                <w:szCs w:val="20"/>
              </w:rPr>
            </w:pPr>
          </w:p>
          <w:p w14:paraId="648B2327" w14:textId="77777777" w:rsidR="006D5036" w:rsidRDefault="006D5036" w:rsidP="0030220C">
            <w:pPr>
              <w:rPr>
                <w:rFonts w:ascii="Arial" w:hAnsi="Arial" w:cs="Arial"/>
                <w:sz w:val="20"/>
                <w:szCs w:val="20"/>
              </w:rPr>
            </w:pPr>
          </w:p>
          <w:p w14:paraId="48D08DA6" w14:textId="77777777" w:rsidR="006D5036" w:rsidRPr="00575350" w:rsidRDefault="006D5036" w:rsidP="0030220C">
            <w:pPr>
              <w:rPr>
                <w:rFonts w:ascii="Arial" w:hAnsi="Arial" w:cs="Arial"/>
                <w:sz w:val="20"/>
                <w:szCs w:val="20"/>
              </w:rPr>
            </w:pPr>
            <w:r w:rsidRPr="00575350">
              <w:rPr>
                <w:rFonts w:ascii="Arial" w:hAnsi="Arial" w:cs="Arial"/>
                <w:sz w:val="20"/>
                <w:szCs w:val="20"/>
              </w:rPr>
              <w:t>CAIXA</w:t>
            </w:r>
          </w:p>
        </w:tc>
        <w:tc>
          <w:tcPr>
            <w:tcW w:w="0" w:type="auto"/>
          </w:tcPr>
          <w:p w14:paraId="03D6E429" w14:textId="77777777" w:rsidR="006D5036" w:rsidRDefault="006D5036" w:rsidP="0030220C">
            <w:pPr>
              <w:rPr>
                <w:rFonts w:ascii="Arial" w:hAnsi="Arial" w:cs="Arial"/>
                <w:sz w:val="20"/>
                <w:szCs w:val="20"/>
              </w:rPr>
            </w:pPr>
          </w:p>
          <w:p w14:paraId="65FBBDFA" w14:textId="77777777" w:rsidR="006D5036" w:rsidRDefault="006D5036" w:rsidP="0030220C">
            <w:pPr>
              <w:rPr>
                <w:rFonts w:ascii="Arial" w:hAnsi="Arial" w:cs="Arial"/>
                <w:sz w:val="20"/>
                <w:szCs w:val="20"/>
              </w:rPr>
            </w:pPr>
          </w:p>
          <w:p w14:paraId="05B40BCC" w14:textId="77777777" w:rsidR="006D5036" w:rsidRPr="00575350" w:rsidRDefault="006D5036" w:rsidP="0030220C">
            <w:pPr>
              <w:rPr>
                <w:rFonts w:ascii="Arial" w:hAnsi="Arial" w:cs="Arial"/>
                <w:sz w:val="20"/>
                <w:szCs w:val="20"/>
              </w:rPr>
            </w:pPr>
            <w:r w:rsidRPr="00575350">
              <w:rPr>
                <w:rFonts w:ascii="Arial" w:hAnsi="Arial" w:cs="Arial"/>
                <w:sz w:val="20"/>
                <w:szCs w:val="20"/>
              </w:rPr>
              <w:t>15</w:t>
            </w:r>
          </w:p>
        </w:tc>
        <w:tc>
          <w:tcPr>
            <w:tcW w:w="0" w:type="auto"/>
          </w:tcPr>
          <w:p w14:paraId="67353AC4" w14:textId="77777777" w:rsidR="006D5036" w:rsidRDefault="006D5036" w:rsidP="0030220C">
            <w:pPr>
              <w:rPr>
                <w:rFonts w:ascii="Arial" w:hAnsi="Arial" w:cs="Arial"/>
                <w:sz w:val="20"/>
                <w:szCs w:val="20"/>
              </w:rPr>
            </w:pPr>
          </w:p>
          <w:p w14:paraId="001C711C" w14:textId="77777777" w:rsidR="006D5036" w:rsidRDefault="006D5036" w:rsidP="0030220C">
            <w:pPr>
              <w:rPr>
                <w:rFonts w:ascii="Arial" w:hAnsi="Arial" w:cs="Arial"/>
                <w:sz w:val="20"/>
                <w:szCs w:val="20"/>
              </w:rPr>
            </w:pPr>
          </w:p>
          <w:p w14:paraId="5E2BF4F8" w14:textId="77777777" w:rsidR="006D5036" w:rsidRPr="00575350" w:rsidRDefault="006D5036" w:rsidP="0030220C">
            <w:pPr>
              <w:rPr>
                <w:rFonts w:ascii="Arial" w:hAnsi="Arial" w:cs="Arial"/>
                <w:sz w:val="20"/>
                <w:szCs w:val="20"/>
              </w:rPr>
            </w:pPr>
            <w:r>
              <w:rPr>
                <w:rFonts w:ascii="Arial" w:hAnsi="Arial" w:cs="Arial"/>
                <w:sz w:val="20"/>
                <w:szCs w:val="20"/>
              </w:rPr>
              <w:t>61,52</w:t>
            </w:r>
          </w:p>
        </w:tc>
        <w:tc>
          <w:tcPr>
            <w:tcW w:w="0" w:type="auto"/>
          </w:tcPr>
          <w:p w14:paraId="5761B7F8" w14:textId="77777777" w:rsidR="006D5036" w:rsidRDefault="006D5036" w:rsidP="0030220C">
            <w:pPr>
              <w:rPr>
                <w:rFonts w:ascii="Arial" w:hAnsi="Arial" w:cs="Arial"/>
                <w:sz w:val="20"/>
                <w:szCs w:val="20"/>
              </w:rPr>
            </w:pPr>
          </w:p>
          <w:p w14:paraId="5ADB8035" w14:textId="77777777" w:rsidR="006D5036" w:rsidRDefault="006D5036" w:rsidP="0030220C">
            <w:pPr>
              <w:rPr>
                <w:rFonts w:ascii="Arial" w:hAnsi="Arial" w:cs="Arial"/>
                <w:sz w:val="20"/>
                <w:szCs w:val="20"/>
              </w:rPr>
            </w:pPr>
          </w:p>
          <w:p w14:paraId="31D2464C" w14:textId="77777777" w:rsidR="006D5036" w:rsidRPr="00575350" w:rsidRDefault="006D5036" w:rsidP="0030220C">
            <w:pPr>
              <w:rPr>
                <w:rFonts w:ascii="Arial" w:hAnsi="Arial" w:cs="Arial"/>
                <w:sz w:val="20"/>
                <w:szCs w:val="20"/>
              </w:rPr>
            </w:pPr>
            <w:r>
              <w:rPr>
                <w:rFonts w:ascii="Arial" w:hAnsi="Arial" w:cs="Arial"/>
                <w:sz w:val="20"/>
                <w:szCs w:val="20"/>
              </w:rPr>
              <w:t>922,80</w:t>
            </w:r>
          </w:p>
        </w:tc>
      </w:tr>
      <w:tr w:rsidR="006D5036" w:rsidRPr="00575350" w14:paraId="01919800" w14:textId="77777777" w:rsidTr="0030220C">
        <w:trPr>
          <w:trHeight w:val="227"/>
          <w:jc w:val="center"/>
        </w:trPr>
        <w:tc>
          <w:tcPr>
            <w:tcW w:w="0" w:type="auto"/>
          </w:tcPr>
          <w:p w14:paraId="22AFC1B8" w14:textId="77777777" w:rsidR="006D5036" w:rsidRPr="00575350" w:rsidRDefault="006D5036" w:rsidP="0030220C">
            <w:pPr>
              <w:rPr>
                <w:rFonts w:ascii="Arial" w:hAnsi="Arial" w:cs="Arial"/>
                <w:sz w:val="20"/>
                <w:szCs w:val="20"/>
              </w:rPr>
            </w:pPr>
            <w:r w:rsidRPr="00575350">
              <w:rPr>
                <w:rFonts w:ascii="Arial" w:hAnsi="Arial" w:cs="Arial"/>
                <w:sz w:val="20"/>
                <w:szCs w:val="20"/>
              </w:rPr>
              <w:t>21</w:t>
            </w:r>
          </w:p>
        </w:tc>
        <w:tc>
          <w:tcPr>
            <w:tcW w:w="0" w:type="auto"/>
          </w:tcPr>
          <w:p w14:paraId="6795FD8E" w14:textId="77777777" w:rsidR="00341A0B" w:rsidRDefault="00341A0B" w:rsidP="0030220C">
            <w:pPr>
              <w:rPr>
                <w:rFonts w:ascii="Arial" w:hAnsi="Arial" w:cs="Arial"/>
                <w:sz w:val="20"/>
                <w:szCs w:val="20"/>
              </w:rPr>
            </w:pPr>
          </w:p>
          <w:p w14:paraId="4BA7662B" w14:textId="4EE5F933" w:rsidR="006D5036" w:rsidRPr="00575350" w:rsidRDefault="006D5036" w:rsidP="0030220C">
            <w:pPr>
              <w:rPr>
                <w:rFonts w:ascii="Arial" w:hAnsi="Arial" w:cs="Arial"/>
                <w:sz w:val="20"/>
                <w:szCs w:val="20"/>
              </w:rPr>
            </w:pPr>
            <w:r w:rsidRPr="00575350">
              <w:rPr>
                <w:rFonts w:ascii="Arial" w:hAnsi="Arial" w:cs="Arial"/>
                <w:sz w:val="20"/>
                <w:szCs w:val="20"/>
              </w:rPr>
              <w:t>474370</w:t>
            </w:r>
          </w:p>
        </w:tc>
        <w:tc>
          <w:tcPr>
            <w:tcW w:w="0" w:type="auto"/>
          </w:tcPr>
          <w:p w14:paraId="70074D8B" w14:textId="77777777" w:rsidR="006D5036" w:rsidRPr="00575350" w:rsidRDefault="006D5036" w:rsidP="0030220C">
            <w:pPr>
              <w:rPr>
                <w:rFonts w:ascii="Arial" w:hAnsi="Arial" w:cs="Arial"/>
                <w:sz w:val="20"/>
                <w:szCs w:val="20"/>
              </w:rPr>
            </w:pPr>
            <w:r w:rsidRPr="00575350">
              <w:rPr>
                <w:rFonts w:ascii="Arial" w:hAnsi="Arial" w:cs="Arial"/>
                <w:sz w:val="20"/>
                <w:szCs w:val="20"/>
              </w:rPr>
              <w:t>BALA, TIPO DURA - EMBALAGEM APROXIMADAMENTE 500 G, SIMILAR A ERLAN, SIMONETTO E ARCOR.</w:t>
            </w:r>
          </w:p>
        </w:tc>
        <w:tc>
          <w:tcPr>
            <w:tcW w:w="0" w:type="auto"/>
          </w:tcPr>
          <w:p w14:paraId="6336CA1A" w14:textId="77777777" w:rsidR="006D5036" w:rsidRDefault="006D5036" w:rsidP="0030220C">
            <w:pPr>
              <w:rPr>
                <w:rFonts w:ascii="Arial" w:hAnsi="Arial" w:cs="Arial"/>
                <w:sz w:val="20"/>
                <w:szCs w:val="20"/>
              </w:rPr>
            </w:pPr>
          </w:p>
          <w:p w14:paraId="47F423FB"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tcPr>
          <w:p w14:paraId="7C153A88" w14:textId="77777777" w:rsidR="006D5036" w:rsidRDefault="006D5036" w:rsidP="0030220C">
            <w:pPr>
              <w:rPr>
                <w:rFonts w:ascii="Arial" w:hAnsi="Arial" w:cs="Arial"/>
                <w:sz w:val="20"/>
                <w:szCs w:val="20"/>
              </w:rPr>
            </w:pPr>
          </w:p>
          <w:p w14:paraId="55737841" w14:textId="77777777" w:rsidR="006D5036" w:rsidRPr="00575350" w:rsidRDefault="006D5036" w:rsidP="0030220C">
            <w:pPr>
              <w:rPr>
                <w:rFonts w:ascii="Arial" w:hAnsi="Arial" w:cs="Arial"/>
                <w:sz w:val="20"/>
                <w:szCs w:val="20"/>
              </w:rPr>
            </w:pPr>
            <w:r w:rsidRPr="00575350">
              <w:rPr>
                <w:rFonts w:ascii="Arial" w:hAnsi="Arial" w:cs="Arial"/>
                <w:sz w:val="20"/>
                <w:szCs w:val="20"/>
              </w:rPr>
              <w:t>3</w:t>
            </w:r>
            <w:r>
              <w:rPr>
                <w:rFonts w:ascii="Arial" w:hAnsi="Arial" w:cs="Arial"/>
                <w:sz w:val="20"/>
                <w:szCs w:val="20"/>
              </w:rPr>
              <w:t>57</w:t>
            </w:r>
          </w:p>
        </w:tc>
        <w:tc>
          <w:tcPr>
            <w:tcW w:w="0" w:type="auto"/>
          </w:tcPr>
          <w:p w14:paraId="49D93166" w14:textId="77777777" w:rsidR="006D5036" w:rsidRDefault="006D5036" w:rsidP="0030220C">
            <w:pPr>
              <w:rPr>
                <w:rFonts w:ascii="Arial" w:hAnsi="Arial" w:cs="Arial"/>
                <w:sz w:val="20"/>
                <w:szCs w:val="20"/>
              </w:rPr>
            </w:pPr>
          </w:p>
          <w:p w14:paraId="2C490374" w14:textId="77777777" w:rsidR="006D5036" w:rsidRPr="00575350" w:rsidRDefault="006D5036" w:rsidP="0030220C">
            <w:pPr>
              <w:rPr>
                <w:rFonts w:ascii="Arial" w:hAnsi="Arial" w:cs="Arial"/>
                <w:sz w:val="20"/>
                <w:szCs w:val="20"/>
              </w:rPr>
            </w:pPr>
            <w:r>
              <w:rPr>
                <w:rFonts w:ascii="Arial" w:hAnsi="Arial" w:cs="Arial"/>
                <w:sz w:val="20"/>
                <w:szCs w:val="20"/>
              </w:rPr>
              <w:t>12,34</w:t>
            </w:r>
          </w:p>
        </w:tc>
        <w:tc>
          <w:tcPr>
            <w:tcW w:w="0" w:type="auto"/>
          </w:tcPr>
          <w:p w14:paraId="0816341D" w14:textId="77777777" w:rsidR="006D5036" w:rsidRDefault="006D5036" w:rsidP="0030220C">
            <w:pPr>
              <w:rPr>
                <w:rFonts w:ascii="Arial" w:hAnsi="Arial" w:cs="Arial"/>
                <w:sz w:val="20"/>
                <w:szCs w:val="20"/>
              </w:rPr>
            </w:pPr>
          </w:p>
          <w:p w14:paraId="56D9EE23" w14:textId="77777777" w:rsidR="006D5036" w:rsidRPr="00575350" w:rsidRDefault="006D5036" w:rsidP="0030220C">
            <w:pPr>
              <w:rPr>
                <w:rFonts w:ascii="Arial" w:hAnsi="Arial" w:cs="Arial"/>
                <w:sz w:val="20"/>
                <w:szCs w:val="20"/>
              </w:rPr>
            </w:pPr>
            <w:r>
              <w:rPr>
                <w:rFonts w:ascii="Arial" w:hAnsi="Arial" w:cs="Arial"/>
                <w:sz w:val="20"/>
                <w:szCs w:val="20"/>
              </w:rPr>
              <w:t>4.405,38</w:t>
            </w:r>
          </w:p>
        </w:tc>
      </w:tr>
      <w:tr w:rsidR="006D5036" w:rsidRPr="00575350" w14:paraId="26D7E348" w14:textId="77777777" w:rsidTr="0030220C">
        <w:trPr>
          <w:trHeight w:val="227"/>
          <w:jc w:val="center"/>
        </w:trPr>
        <w:tc>
          <w:tcPr>
            <w:tcW w:w="0" w:type="auto"/>
          </w:tcPr>
          <w:p w14:paraId="4980DEF6" w14:textId="77777777" w:rsidR="006D5036" w:rsidRPr="00575350" w:rsidRDefault="006D5036" w:rsidP="0030220C">
            <w:pPr>
              <w:rPr>
                <w:rFonts w:ascii="Arial" w:hAnsi="Arial" w:cs="Arial"/>
                <w:sz w:val="20"/>
                <w:szCs w:val="20"/>
              </w:rPr>
            </w:pPr>
            <w:r w:rsidRPr="00575350">
              <w:rPr>
                <w:rFonts w:ascii="Arial" w:hAnsi="Arial" w:cs="Arial"/>
                <w:sz w:val="20"/>
                <w:szCs w:val="20"/>
              </w:rPr>
              <w:t>22</w:t>
            </w:r>
          </w:p>
        </w:tc>
        <w:tc>
          <w:tcPr>
            <w:tcW w:w="0" w:type="auto"/>
          </w:tcPr>
          <w:p w14:paraId="76B312D2" w14:textId="77777777" w:rsidR="00341A0B" w:rsidRDefault="00341A0B" w:rsidP="0030220C">
            <w:pPr>
              <w:rPr>
                <w:rFonts w:ascii="Arial" w:hAnsi="Arial" w:cs="Arial"/>
                <w:sz w:val="20"/>
                <w:szCs w:val="20"/>
              </w:rPr>
            </w:pPr>
          </w:p>
          <w:p w14:paraId="6FF66E97" w14:textId="6F4CF72B" w:rsidR="006D5036" w:rsidRPr="00575350" w:rsidRDefault="006D5036" w:rsidP="0030220C">
            <w:pPr>
              <w:rPr>
                <w:rFonts w:ascii="Arial" w:hAnsi="Arial" w:cs="Arial"/>
                <w:sz w:val="20"/>
                <w:szCs w:val="20"/>
              </w:rPr>
            </w:pPr>
            <w:r w:rsidRPr="00575350">
              <w:rPr>
                <w:rFonts w:ascii="Arial" w:hAnsi="Arial" w:cs="Arial"/>
                <w:sz w:val="20"/>
                <w:szCs w:val="20"/>
              </w:rPr>
              <w:t>474414</w:t>
            </w:r>
          </w:p>
        </w:tc>
        <w:tc>
          <w:tcPr>
            <w:tcW w:w="0" w:type="auto"/>
          </w:tcPr>
          <w:p w14:paraId="5BFD7963" w14:textId="77777777" w:rsidR="006D5036" w:rsidRPr="00575350" w:rsidRDefault="006D5036" w:rsidP="0030220C">
            <w:pPr>
              <w:rPr>
                <w:rFonts w:ascii="Arial" w:hAnsi="Arial" w:cs="Arial"/>
                <w:sz w:val="20"/>
                <w:szCs w:val="20"/>
              </w:rPr>
            </w:pPr>
            <w:r w:rsidRPr="00575350">
              <w:rPr>
                <w:rFonts w:ascii="Arial" w:hAnsi="Arial" w:cs="Arial"/>
                <w:sz w:val="20"/>
                <w:szCs w:val="20"/>
              </w:rPr>
              <w:t>BALA, TIPO MOLE - SABOR IOGURTE, EMBALAGEM DE APROXIMADAMENTE 600 G, A EMBALAGEM DEVE CONTER A IDENTIFICAÇÃO DO PRODUTO, PRAZO E VALIDADE E DATA DE FABRICAÇÃO. SIMILAR A ERLAN, SIMONETTO E PECCIN.</w:t>
            </w:r>
          </w:p>
        </w:tc>
        <w:tc>
          <w:tcPr>
            <w:tcW w:w="0" w:type="auto"/>
          </w:tcPr>
          <w:p w14:paraId="26269F69" w14:textId="77777777" w:rsidR="006D5036" w:rsidRDefault="006D5036" w:rsidP="0030220C">
            <w:pPr>
              <w:rPr>
                <w:rFonts w:ascii="Arial" w:hAnsi="Arial" w:cs="Arial"/>
                <w:sz w:val="20"/>
                <w:szCs w:val="20"/>
              </w:rPr>
            </w:pPr>
          </w:p>
          <w:p w14:paraId="32BE4DD2" w14:textId="77777777" w:rsidR="006D5036" w:rsidRDefault="006D5036" w:rsidP="0030220C">
            <w:pPr>
              <w:rPr>
                <w:rFonts w:ascii="Arial" w:hAnsi="Arial" w:cs="Arial"/>
                <w:sz w:val="20"/>
                <w:szCs w:val="20"/>
              </w:rPr>
            </w:pPr>
          </w:p>
          <w:p w14:paraId="49BC407D" w14:textId="77777777" w:rsidR="006D5036" w:rsidRPr="00575350" w:rsidRDefault="006D5036" w:rsidP="0030220C">
            <w:pPr>
              <w:rPr>
                <w:rFonts w:ascii="Arial" w:hAnsi="Arial" w:cs="Arial"/>
                <w:sz w:val="20"/>
                <w:szCs w:val="20"/>
              </w:rPr>
            </w:pPr>
            <w:r>
              <w:rPr>
                <w:rFonts w:ascii="Arial" w:hAnsi="Arial" w:cs="Arial"/>
                <w:sz w:val="20"/>
                <w:szCs w:val="20"/>
              </w:rPr>
              <w:t xml:space="preserve">    </w:t>
            </w:r>
            <w:r w:rsidRPr="00575350">
              <w:rPr>
                <w:rFonts w:ascii="Arial" w:hAnsi="Arial" w:cs="Arial"/>
                <w:sz w:val="20"/>
                <w:szCs w:val="20"/>
              </w:rPr>
              <w:t>UN</w:t>
            </w:r>
          </w:p>
        </w:tc>
        <w:tc>
          <w:tcPr>
            <w:tcW w:w="0" w:type="auto"/>
          </w:tcPr>
          <w:p w14:paraId="5602D506" w14:textId="77777777" w:rsidR="006D5036" w:rsidRDefault="006D5036" w:rsidP="0030220C">
            <w:pPr>
              <w:rPr>
                <w:rFonts w:ascii="Arial" w:hAnsi="Arial" w:cs="Arial"/>
                <w:sz w:val="20"/>
                <w:szCs w:val="20"/>
              </w:rPr>
            </w:pPr>
          </w:p>
          <w:p w14:paraId="45B32A4F" w14:textId="77777777" w:rsidR="006D5036" w:rsidRDefault="006D5036" w:rsidP="0030220C">
            <w:pPr>
              <w:rPr>
                <w:rFonts w:ascii="Arial" w:hAnsi="Arial" w:cs="Arial"/>
                <w:sz w:val="20"/>
                <w:szCs w:val="20"/>
              </w:rPr>
            </w:pPr>
          </w:p>
          <w:p w14:paraId="056AFE75" w14:textId="77777777" w:rsidR="006D5036" w:rsidRPr="00575350" w:rsidRDefault="006D5036" w:rsidP="0030220C">
            <w:pPr>
              <w:rPr>
                <w:rFonts w:ascii="Arial" w:hAnsi="Arial" w:cs="Arial"/>
                <w:sz w:val="20"/>
                <w:szCs w:val="20"/>
              </w:rPr>
            </w:pPr>
            <w:r w:rsidRPr="00575350">
              <w:rPr>
                <w:rFonts w:ascii="Arial" w:hAnsi="Arial" w:cs="Arial"/>
                <w:sz w:val="20"/>
                <w:szCs w:val="20"/>
              </w:rPr>
              <w:t>1</w:t>
            </w:r>
            <w:r>
              <w:rPr>
                <w:rFonts w:ascii="Arial" w:hAnsi="Arial" w:cs="Arial"/>
                <w:sz w:val="20"/>
                <w:szCs w:val="20"/>
              </w:rPr>
              <w:t>.</w:t>
            </w:r>
            <w:r w:rsidRPr="00575350">
              <w:rPr>
                <w:rFonts w:ascii="Arial" w:hAnsi="Arial" w:cs="Arial"/>
                <w:sz w:val="20"/>
                <w:szCs w:val="20"/>
              </w:rPr>
              <w:t>312</w:t>
            </w:r>
          </w:p>
        </w:tc>
        <w:tc>
          <w:tcPr>
            <w:tcW w:w="0" w:type="auto"/>
          </w:tcPr>
          <w:p w14:paraId="74B0753D" w14:textId="77777777" w:rsidR="006D5036" w:rsidRDefault="006D5036" w:rsidP="0030220C">
            <w:pPr>
              <w:rPr>
                <w:rFonts w:ascii="Arial" w:hAnsi="Arial" w:cs="Arial"/>
                <w:sz w:val="20"/>
                <w:szCs w:val="20"/>
              </w:rPr>
            </w:pPr>
          </w:p>
          <w:p w14:paraId="308EA1D8" w14:textId="77777777" w:rsidR="006D5036" w:rsidRDefault="006D5036" w:rsidP="0030220C">
            <w:pPr>
              <w:rPr>
                <w:rFonts w:ascii="Arial" w:hAnsi="Arial" w:cs="Arial"/>
                <w:sz w:val="20"/>
                <w:szCs w:val="20"/>
              </w:rPr>
            </w:pPr>
          </w:p>
          <w:p w14:paraId="6AE39888" w14:textId="77777777" w:rsidR="006D5036" w:rsidRPr="00575350" w:rsidRDefault="006D5036" w:rsidP="0030220C">
            <w:pPr>
              <w:rPr>
                <w:rFonts w:ascii="Arial" w:hAnsi="Arial" w:cs="Arial"/>
                <w:sz w:val="20"/>
                <w:szCs w:val="20"/>
              </w:rPr>
            </w:pPr>
            <w:r>
              <w:rPr>
                <w:rFonts w:ascii="Arial" w:hAnsi="Arial" w:cs="Arial"/>
                <w:sz w:val="20"/>
                <w:szCs w:val="20"/>
              </w:rPr>
              <w:t>13,40</w:t>
            </w:r>
          </w:p>
        </w:tc>
        <w:tc>
          <w:tcPr>
            <w:tcW w:w="0" w:type="auto"/>
          </w:tcPr>
          <w:p w14:paraId="385F9B08" w14:textId="77777777" w:rsidR="006D5036" w:rsidRDefault="006D5036" w:rsidP="0030220C">
            <w:pPr>
              <w:rPr>
                <w:rFonts w:ascii="Arial" w:hAnsi="Arial" w:cs="Arial"/>
                <w:sz w:val="20"/>
                <w:szCs w:val="20"/>
              </w:rPr>
            </w:pPr>
          </w:p>
          <w:p w14:paraId="46CB6509" w14:textId="77777777" w:rsidR="006D5036" w:rsidRDefault="006D5036" w:rsidP="0030220C">
            <w:pPr>
              <w:rPr>
                <w:rFonts w:ascii="Arial" w:hAnsi="Arial" w:cs="Arial"/>
                <w:sz w:val="20"/>
                <w:szCs w:val="20"/>
              </w:rPr>
            </w:pPr>
          </w:p>
          <w:p w14:paraId="03EFF007" w14:textId="77777777" w:rsidR="006D5036" w:rsidRPr="00575350" w:rsidRDefault="006D5036" w:rsidP="0030220C">
            <w:pPr>
              <w:rPr>
                <w:rFonts w:ascii="Arial" w:hAnsi="Arial" w:cs="Arial"/>
                <w:sz w:val="20"/>
                <w:szCs w:val="20"/>
              </w:rPr>
            </w:pPr>
            <w:r>
              <w:rPr>
                <w:rFonts w:ascii="Arial" w:hAnsi="Arial" w:cs="Arial"/>
                <w:sz w:val="20"/>
                <w:szCs w:val="20"/>
              </w:rPr>
              <w:t>17.580,80</w:t>
            </w:r>
          </w:p>
        </w:tc>
      </w:tr>
      <w:tr w:rsidR="006D5036" w:rsidRPr="00575350" w14:paraId="2E65E92B" w14:textId="77777777" w:rsidTr="0030220C">
        <w:trPr>
          <w:trHeight w:val="227"/>
          <w:jc w:val="center"/>
        </w:trPr>
        <w:tc>
          <w:tcPr>
            <w:tcW w:w="0" w:type="auto"/>
          </w:tcPr>
          <w:p w14:paraId="43371779" w14:textId="77777777" w:rsidR="006D5036" w:rsidRPr="00575350" w:rsidRDefault="006D5036" w:rsidP="0030220C">
            <w:pPr>
              <w:rPr>
                <w:rFonts w:ascii="Arial" w:hAnsi="Arial" w:cs="Arial"/>
                <w:sz w:val="20"/>
                <w:szCs w:val="20"/>
              </w:rPr>
            </w:pPr>
            <w:r w:rsidRPr="00575350">
              <w:rPr>
                <w:rFonts w:ascii="Arial" w:hAnsi="Arial" w:cs="Arial"/>
                <w:sz w:val="20"/>
                <w:szCs w:val="20"/>
              </w:rPr>
              <w:t>23</w:t>
            </w:r>
          </w:p>
        </w:tc>
        <w:tc>
          <w:tcPr>
            <w:tcW w:w="0" w:type="auto"/>
          </w:tcPr>
          <w:p w14:paraId="2065752D" w14:textId="77777777" w:rsidR="00341A0B" w:rsidRDefault="00341A0B" w:rsidP="0030220C">
            <w:pPr>
              <w:rPr>
                <w:rFonts w:ascii="Arial" w:hAnsi="Arial" w:cs="Arial"/>
                <w:sz w:val="20"/>
                <w:szCs w:val="20"/>
              </w:rPr>
            </w:pPr>
          </w:p>
          <w:p w14:paraId="338C6063" w14:textId="20F6353F" w:rsidR="006D5036" w:rsidRPr="00575350" w:rsidRDefault="006D5036" w:rsidP="0030220C">
            <w:pPr>
              <w:rPr>
                <w:rFonts w:ascii="Arial" w:hAnsi="Arial" w:cs="Arial"/>
                <w:sz w:val="20"/>
                <w:szCs w:val="20"/>
              </w:rPr>
            </w:pPr>
            <w:r w:rsidRPr="00575350">
              <w:rPr>
                <w:rFonts w:ascii="Arial" w:hAnsi="Arial" w:cs="Arial"/>
                <w:sz w:val="20"/>
                <w:szCs w:val="20"/>
              </w:rPr>
              <w:t>464380</w:t>
            </w:r>
          </w:p>
        </w:tc>
        <w:tc>
          <w:tcPr>
            <w:tcW w:w="0" w:type="auto"/>
          </w:tcPr>
          <w:p w14:paraId="2B5A913B" w14:textId="77777777" w:rsidR="006D5036" w:rsidRPr="00575350" w:rsidRDefault="006D5036" w:rsidP="0030220C">
            <w:pPr>
              <w:rPr>
                <w:rFonts w:ascii="Arial" w:hAnsi="Arial" w:cs="Arial"/>
                <w:sz w:val="20"/>
                <w:szCs w:val="20"/>
              </w:rPr>
            </w:pPr>
            <w:r w:rsidRPr="00575350">
              <w:rPr>
                <w:rFonts w:ascii="Arial" w:hAnsi="Arial" w:cs="Arial"/>
                <w:sz w:val="20"/>
                <w:szCs w:val="20"/>
              </w:rPr>
              <w:t>BANANA NANICA, IN NATURA - KG. EM PENCA, SEM FERIMENTOS OU DEFEITOS, FIRMES E COM BRILHO.</w:t>
            </w:r>
          </w:p>
        </w:tc>
        <w:tc>
          <w:tcPr>
            <w:tcW w:w="0" w:type="auto"/>
          </w:tcPr>
          <w:p w14:paraId="4C82410D" w14:textId="77777777" w:rsidR="006D5036" w:rsidRDefault="006D5036" w:rsidP="0030220C">
            <w:pPr>
              <w:rPr>
                <w:rFonts w:ascii="Arial" w:hAnsi="Arial" w:cs="Arial"/>
                <w:sz w:val="20"/>
                <w:szCs w:val="20"/>
              </w:rPr>
            </w:pPr>
          </w:p>
          <w:p w14:paraId="3C06678A" w14:textId="77777777" w:rsidR="006D5036" w:rsidRPr="00575350" w:rsidRDefault="006D5036" w:rsidP="0030220C">
            <w:pPr>
              <w:rPr>
                <w:rFonts w:ascii="Arial" w:hAnsi="Arial" w:cs="Arial"/>
                <w:sz w:val="20"/>
                <w:szCs w:val="20"/>
              </w:rPr>
            </w:pPr>
            <w:r w:rsidRPr="00575350">
              <w:rPr>
                <w:rFonts w:ascii="Arial" w:hAnsi="Arial" w:cs="Arial"/>
                <w:sz w:val="20"/>
                <w:szCs w:val="20"/>
              </w:rPr>
              <w:t>KG</w:t>
            </w:r>
          </w:p>
        </w:tc>
        <w:tc>
          <w:tcPr>
            <w:tcW w:w="0" w:type="auto"/>
          </w:tcPr>
          <w:p w14:paraId="5CBEEE7A" w14:textId="77777777" w:rsidR="006D5036" w:rsidRDefault="006D5036" w:rsidP="0030220C">
            <w:pPr>
              <w:rPr>
                <w:rFonts w:ascii="Arial" w:hAnsi="Arial" w:cs="Arial"/>
                <w:sz w:val="20"/>
                <w:szCs w:val="20"/>
              </w:rPr>
            </w:pPr>
          </w:p>
          <w:p w14:paraId="23CF93E4" w14:textId="77777777" w:rsidR="006D5036" w:rsidRPr="00575350" w:rsidRDefault="006D5036" w:rsidP="0030220C">
            <w:pPr>
              <w:rPr>
                <w:rFonts w:ascii="Arial" w:hAnsi="Arial" w:cs="Arial"/>
                <w:sz w:val="20"/>
                <w:szCs w:val="20"/>
              </w:rPr>
            </w:pPr>
            <w:r w:rsidRPr="00575350">
              <w:rPr>
                <w:rFonts w:ascii="Arial" w:hAnsi="Arial" w:cs="Arial"/>
                <w:sz w:val="20"/>
                <w:szCs w:val="20"/>
              </w:rPr>
              <w:t>960</w:t>
            </w:r>
          </w:p>
        </w:tc>
        <w:tc>
          <w:tcPr>
            <w:tcW w:w="0" w:type="auto"/>
          </w:tcPr>
          <w:p w14:paraId="6D6955EF" w14:textId="77777777" w:rsidR="006D5036" w:rsidRDefault="006D5036" w:rsidP="0030220C">
            <w:pPr>
              <w:rPr>
                <w:rFonts w:ascii="Arial" w:hAnsi="Arial" w:cs="Arial"/>
                <w:sz w:val="20"/>
                <w:szCs w:val="20"/>
              </w:rPr>
            </w:pPr>
          </w:p>
          <w:p w14:paraId="7D12B64B" w14:textId="77777777" w:rsidR="006D5036" w:rsidRPr="00575350" w:rsidRDefault="006D5036" w:rsidP="0030220C">
            <w:pPr>
              <w:rPr>
                <w:rFonts w:ascii="Arial" w:hAnsi="Arial" w:cs="Arial"/>
                <w:sz w:val="20"/>
                <w:szCs w:val="20"/>
              </w:rPr>
            </w:pPr>
            <w:r>
              <w:rPr>
                <w:rFonts w:ascii="Arial" w:hAnsi="Arial" w:cs="Arial"/>
                <w:sz w:val="20"/>
                <w:szCs w:val="20"/>
              </w:rPr>
              <w:t>5,96</w:t>
            </w:r>
          </w:p>
        </w:tc>
        <w:tc>
          <w:tcPr>
            <w:tcW w:w="0" w:type="auto"/>
          </w:tcPr>
          <w:p w14:paraId="51E860D8" w14:textId="77777777" w:rsidR="006D5036" w:rsidRDefault="006D5036" w:rsidP="0030220C">
            <w:pPr>
              <w:rPr>
                <w:rFonts w:ascii="Arial" w:hAnsi="Arial" w:cs="Arial"/>
                <w:sz w:val="20"/>
                <w:szCs w:val="20"/>
              </w:rPr>
            </w:pPr>
          </w:p>
          <w:p w14:paraId="5AD81336" w14:textId="77777777" w:rsidR="006D5036" w:rsidRPr="00575350" w:rsidRDefault="006D5036" w:rsidP="0030220C">
            <w:pPr>
              <w:rPr>
                <w:rFonts w:ascii="Arial" w:hAnsi="Arial" w:cs="Arial"/>
                <w:sz w:val="20"/>
                <w:szCs w:val="20"/>
              </w:rPr>
            </w:pPr>
            <w:r>
              <w:rPr>
                <w:rFonts w:ascii="Arial" w:hAnsi="Arial" w:cs="Arial"/>
                <w:sz w:val="20"/>
                <w:szCs w:val="20"/>
              </w:rPr>
              <w:t>5.721,60</w:t>
            </w:r>
          </w:p>
        </w:tc>
      </w:tr>
      <w:tr w:rsidR="006D5036" w:rsidRPr="00575350" w14:paraId="3426B371" w14:textId="77777777" w:rsidTr="0030220C">
        <w:trPr>
          <w:trHeight w:val="1171"/>
          <w:jc w:val="center"/>
        </w:trPr>
        <w:tc>
          <w:tcPr>
            <w:tcW w:w="0" w:type="auto"/>
          </w:tcPr>
          <w:p w14:paraId="16AED557" w14:textId="77777777" w:rsidR="006D5036" w:rsidRPr="00575350" w:rsidRDefault="006D5036" w:rsidP="0030220C">
            <w:pPr>
              <w:rPr>
                <w:rFonts w:ascii="Arial" w:hAnsi="Arial" w:cs="Arial"/>
                <w:sz w:val="20"/>
                <w:szCs w:val="20"/>
              </w:rPr>
            </w:pPr>
            <w:r w:rsidRPr="00575350">
              <w:rPr>
                <w:rFonts w:ascii="Arial" w:hAnsi="Arial" w:cs="Arial"/>
                <w:sz w:val="20"/>
                <w:szCs w:val="20"/>
              </w:rPr>
              <w:t>24</w:t>
            </w:r>
          </w:p>
        </w:tc>
        <w:tc>
          <w:tcPr>
            <w:tcW w:w="0" w:type="auto"/>
          </w:tcPr>
          <w:p w14:paraId="471F9078" w14:textId="77777777" w:rsidR="00341A0B" w:rsidRDefault="00341A0B" w:rsidP="0030220C">
            <w:pPr>
              <w:rPr>
                <w:rFonts w:ascii="Arial" w:hAnsi="Arial" w:cs="Arial"/>
                <w:sz w:val="20"/>
                <w:szCs w:val="20"/>
              </w:rPr>
            </w:pPr>
          </w:p>
          <w:p w14:paraId="4C3B1F5B" w14:textId="007FEFCF" w:rsidR="006D5036" w:rsidRPr="00575350" w:rsidRDefault="006D5036" w:rsidP="0030220C">
            <w:pPr>
              <w:rPr>
                <w:rFonts w:ascii="Arial" w:hAnsi="Arial" w:cs="Arial"/>
                <w:sz w:val="20"/>
                <w:szCs w:val="20"/>
              </w:rPr>
            </w:pPr>
            <w:r w:rsidRPr="00575350">
              <w:rPr>
                <w:rFonts w:ascii="Arial" w:hAnsi="Arial" w:cs="Arial"/>
                <w:sz w:val="20"/>
                <w:szCs w:val="20"/>
              </w:rPr>
              <w:t>463967</w:t>
            </w:r>
          </w:p>
        </w:tc>
        <w:tc>
          <w:tcPr>
            <w:tcW w:w="0" w:type="auto"/>
          </w:tcPr>
          <w:p w14:paraId="132EBB1B"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BARRA DE CEREAL - BARRA NUTRICIONAL, COMPOSIÇÃO BÁSICA DE FLOCOS DE CEREAIS, INGREDIENTES ADICIONAIS FRUTAS SECAS E CHOCOLATE, EMBALAGEM COM APROXIMADAMENTE 24 UNIDADES, 20 G CADA. CATMAT: </w:t>
            </w:r>
          </w:p>
        </w:tc>
        <w:tc>
          <w:tcPr>
            <w:tcW w:w="0" w:type="auto"/>
          </w:tcPr>
          <w:p w14:paraId="02CCB482" w14:textId="77777777" w:rsidR="006D5036" w:rsidRDefault="006D5036" w:rsidP="0030220C">
            <w:pPr>
              <w:rPr>
                <w:rFonts w:ascii="Arial" w:hAnsi="Arial" w:cs="Arial"/>
                <w:sz w:val="20"/>
                <w:szCs w:val="20"/>
              </w:rPr>
            </w:pPr>
          </w:p>
          <w:p w14:paraId="02358D76" w14:textId="77777777" w:rsidR="006D5036" w:rsidRDefault="006D5036" w:rsidP="0030220C">
            <w:pPr>
              <w:rPr>
                <w:rFonts w:ascii="Arial" w:hAnsi="Arial" w:cs="Arial"/>
                <w:sz w:val="20"/>
                <w:szCs w:val="20"/>
              </w:rPr>
            </w:pPr>
          </w:p>
          <w:p w14:paraId="5B809E1E" w14:textId="77777777" w:rsidR="006D5036" w:rsidRPr="00575350" w:rsidRDefault="006D5036" w:rsidP="0030220C">
            <w:pPr>
              <w:rPr>
                <w:rFonts w:ascii="Arial" w:hAnsi="Arial" w:cs="Arial"/>
                <w:sz w:val="20"/>
                <w:szCs w:val="20"/>
              </w:rPr>
            </w:pPr>
            <w:r w:rsidRPr="00575350">
              <w:rPr>
                <w:rFonts w:ascii="Arial" w:hAnsi="Arial" w:cs="Arial"/>
                <w:sz w:val="20"/>
                <w:szCs w:val="20"/>
              </w:rPr>
              <w:t>CAIXA</w:t>
            </w:r>
          </w:p>
        </w:tc>
        <w:tc>
          <w:tcPr>
            <w:tcW w:w="0" w:type="auto"/>
          </w:tcPr>
          <w:p w14:paraId="703EC2DA" w14:textId="77777777" w:rsidR="006D5036" w:rsidRDefault="006D5036" w:rsidP="0030220C">
            <w:pPr>
              <w:rPr>
                <w:rFonts w:ascii="Arial" w:hAnsi="Arial" w:cs="Arial"/>
                <w:sz w:val="20"/>
                <w:szCs w:val="20"/>
              </w:rPr>
            </w:pPr>
          </w:p>
          <w:p w14:paraId="32C61537" w14:textId="77777777" w:rsidR="006D5036" w:rsidRDefault="006D5036" w:rsidP="0030220C">
            <w:pPr>
              <w:rPr>
                <w:rFonts w:ascii="Arial" w:hAnsi="Arial" w:cs="Arial"/>
                <w:sz w:val="20"/>
                <w:szCs w:val="20"/>
              </w:rPr>
            </w:pPr>
          </w:p>
          <w:p w14:paraId="7428A7BC" w14:textId="77777777" w:rsidR="006D5036" w:rsidRPr="00575350" w:rsidRDefault="006D5036" w:rsidP="0030220C">
            <w:pPr>
              <w:rPr>
                <w:rFonts w:ascii="Arial" w:hAnsi="Arial" w:cs="Arial"/>
                <w:sz w:val="20"/>
                <w:szCs w:val="20"/>
              </w:rPr>
            </w:pPr>
            <w:r w:rsidRPr="00575350">
              <w:rPr>
                <w:rFonts w:ascii="Arial" w:hAnsi="Arial" w:cs="Arial"/>
                <w:sz w:val="20"/>
                <w:szCs w:val="20"/>
              </w:rPr>
              <w:t>50</w:t>
            </w:r>
          </w:p>
        </w:tc>
        <w:tc>
          <w:tcPr>
            <w:tcW w:w="0" w:type="auto"/>
          </w:tcPr>
          <w:p w14:paraId="56B7BF72" w14:textId="77777777" w:rsidR="006D5036" w:rsidRDefault="006D5036" w:rsidP="0030220C">
            <w:pPr>
              <w:rPr>
                <w:rFonts w:ascii="Arial" w:hAnsi="Arial" w:cs="Arial"/>
                <w:sz w:val="20"/>
                <w:szCs w:val="20"/>
              </w:rPr>
            </w:pPr>
          </w:p>
          <w:p w14:paraId="623864D5" w14:textId="77777777" w:rsidR="006D5036" w:rsidRDefault="006D5036" w:rsidP="0030220C">
            <w:pPr>
              <w:rPr>
                <w:rFonts w:ascii="Arial" w:hAnsi="Arial" w:cs="Arial"/>
                <w:sz w:val="20"/>
                <w:szCs w:val="20"/>
              </w:rPr>
            </w:pPr>
          </w:p>
          <w:p w14:paraId="28813937" w14:textId="77777777" w:rsidR="006D5036" w:rsidRPr="00575350" w:rsidRDefault="006D5036" w:rsidP="0030220C">
            <w:pPr>
              <w:rPr>
                <w:rFonts w:ascii="Arial" w:hAnsi="Arial" w:cs="Arial"/>
                <w:sz w:val="20"/>
                <w:szCs w:val="20"/>
              </w:rPr>
            </w:pPr>
            <w:r>
              <w:rPr>
                <w:rFonts w:ascii="Arial" w:hAnsi="Arial" w:cs="Arial"/>
                <w:sz w:val="20"/>
                <w:szCs w:val="20"/>
              </w:rPr>
              <w:t>50,77</w:t>
            </w:r>
          </w:p>
        </w:tc>
        <w:tc>
          <w:tcPr>
            <w:tcW w:w="0" w:type="auto"/>
          </w:tcPr>
          <w:p w14:paraId="007CB3CC" w14:textId="77777777" w:rsidR="006D5036" w:rsidRDefault="006D5036" w:rsidP="0030220C">
            <w:pPr>
              <w:rPr>
                <w:rFonts w:ascii="Arial" w:hAnsi="Arial" w:cs="Arial"/>
                <w:sz w:val="20"/>
                <w:szCs w:val="20"/>
              </w:rPr>
            </w:pPr>
          </w:p>
          <w:p w14:paraId="4B0A5128" w14:textId="77777777" w:rsidR="006D5036" w:rsidRDefault="006D5036" w:rsidP="0030220C">
            <w:pPr>
              <w:rPr>
                <w:rFonts w:ascii="Arial" w:hAnsi="Arial" w:cs="Arial"/>
                <w:sz w:val="20"/>
                <w:szCs w:val="20"/>
              </w:rPr>
            </w:pPr>
          </w:p>
          <w:p w14:paraId="65D84046" w14:textId="77777777" w:rsidR="006D5036" w:rsidRPr="00575350" w:rsidRDefault="006D5036" w:rsidP="0030220C">
            <w:pPr>
              <w:rPr>
                <w:rFonts w:ascii="Arial" w:hAnsi="Arial" w:cs="Arial"/>
                <w:sz w:val="20"/>
                <w:szCs w:val="20"/>
              </w:rPr>
            </w:pPr>
            <w:r>
              <w:rPr>
                <w:rFonts w:ascii="Arial" w:hAnsi="Arial" w:cs="Arial"/>
                <w:sz w:val="20"/>
                <w:szCs w:val="20"/>
              </w:rPr>
              <w:t>2.538,50</w:t>
            </w:r>
          </w:p>
        </w:tc>
      </w:tr>
      <w:tr w:rsidR="006D5036" w:rsidRPr="00575350" w14:paraId="32F57333" w14:textId="77777777" w:rsidTr="0030220C">
        <w:trPr>
          <w:trHeight w:val="227"/>
          <w:jc w:val="center"/>
        </w:trPr>
        <w:tc>
          <w:tcPr>
            <w:tcW w:w="0" w:type="auto"/>
          </w:tcPr>
          <w:p w14:paraId="4BBED31D" w14:textId="77777777" w:rsidR="006D5036" w:rsidRPr="00575350" w:rsidRDefault="006D5036" w:rsidP="0030220C">
            <w:pPr>
              <w:rPr>
                <w:rFonts w:ascii="Arial" w:hAnsi="Arial" w:cs="Arial"/>
                <w:sz w:val="20"/>
                <w:szCs w:val="20"/>
              </w:rPr>
            </w:pPr>
            <w:r w:rsidRPr="00575350">
              <w:rPr>
                <w:rFonts w:ascii="Arial" w:hAnsi="Arial" w:cs="Arial"/>
                <w:sz w:val="20"/>
                <w:szCs w:val="20"/>
              </w:rPr>
              <w:t>25</w:t>
            </w:r>
          </w:p>
        </w:tc>
        <w:tc>
          <w:tcPr>
            <w:tcW w:w="0" w:type="auto"/>
          </w:tcPr>
          <w:p w14:paraId="7AA48B91" w14:textId="77777777" w:rsidR="00341A0B" w:rsidRDefault="00341A0B" w:rsidP="0030220C">
            <w:pPr>
              <w:rPr>
                <w:rFonts w:ascii="Arial" w:hAnsi="Arial" w:cs="Arial"/>
                <w:sz w:val="20"/>
                <w:szCs w:val="20"/>
              </w:rPr>
            </w:pPr>
          </w:p>
          <w:p w14:paraId="72B5C9F0" w14:textId="178911E3" w:rsidR="006D5036" w:rsidRPr="00575350" w:rsidRDefault="006D5036" w:rsidP="0030220C">
            <w:pPr>
              <w:rPr>
                <w:rFonts w:ascii="Arial" w:hAnsi="Arial" w:cs="Arial"/>
                <w:sz w:val="20"/>
                <w:szCs w:val="20"/>
              </w:rPr>
            </w:pPr>
            <w:r w:rsidRPr="00575350">
              <w:rPr>
                <w:rFonts w:ascii="Arial" w:hAnsi="Arial" w:cs="Arial"/>
                <w:sz w:val="20"/>
                <w:szCs w:val="20"/>
              </w:rPr>
              <w:t>463536</w:t>
            </w:r>
          </w:p>
        </w:tc>
        <w:tc>
          <w:tcPr>
            <w:tcW w:w="0" w:type="auto"/>
          </w:tcPr>
          <w:p w14:paraId="4310E430"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BARRA DE CHOCOLATE - CHOCOLATE AO LEITE, EMBALAGEM COM APROXIMADAMENTE 90 G, SIMILAR A NESTLÉ, LACTA E HERSHEYS. </w:t>
            </w:r>
          </w:p>
        </w:tc>
        <w:tc>
          <w:tcPr>
            <w:tcW w:w="0" w:type="auto"/>
          </w:tcPr>
          <w:p w14:paraId="7A0EE3C5" w14:textId="77777777" w:rsidR="006D5036" w:rsidRDefault="006D5036" w:rsidP="0030220C">
            <w:pPr>
              <w:rPr>
                <w:rFonts w:ascii="Arial" w:hAnsi="Arial" w:cs="Arial"/>
                <w:sz w:val="20"/>
                <w:szCs w:val="20"/>
              </w:rPr>
            </w:pPr>
          </w:p>
          <w:p w14:paraId="2844F0B5" w14:textId="77777777" w:rsidR="006D5036" w:rsidRPr="00575350" w:rsidRDefault="006D5036" w:rsidP="0030220C">
            <w:pPr>
              <w:rPr>
                <w:rFonts w:ascii="Arial" w:hAnsi="Arial" w:cs="Arial"/>
                <w:sz w:val="20"/>
                <w:szCs w:val="20"/>
              </w:rPr>
            </w:pPr>
            <w:r w:rsidRPr="00575350">
              <w:rPr>
                <w:rFonts w:ascii="Arial" w:hAnsi="Arial" w:cs="Arial"/>
                <w:sz w:val="20"/>
                <w:szCs w:val="20"/>
              </w:rPr>
              <w:t>UN</w:t>
            </w:r>
          </w:p>
        </w:tc>
        <w:tc>
          <w:tcPr>
            <w:tcW w:w="0" w:type="auto"/>
          </w:tcPr>
          <w:p w14:paraId="77D31835" w14:textId="77777777" w:rsidR="006D5036" w:rsidRDefault="006D5036" w:rsidP="0030220C">
            <w:pPr>
              <w:rPr>
                <w:rFonts w:ascii="Arial" w:hAnsi="Arial" w:cs="Arial"/>
                <w:sz w:val="20"/>
                <w:szCs w:val="20"/>
              </w:rPr>
            </w:pPr>
          </w:p>
          <w:p w14:paraId="78549BE4" w14:textId="77777777" w:rsidR="006D5036" w:rsidRPr="00575350" w:rsidRDefault="006D5036" w:rsidP="0030220C">
            <w:pPr>
              <w:rPr>
                <w:rFonts w:ascii="Arial" w:hAnsi="Arial" w:cs="Arial"/>
                <w:sz w:val="20"/>
                <w:szCs w:val="20"/>
              </w:rPr>
            </w:pPr>
            <w:r w:rsidRPr="00575350">
              <w:rPr>
                <w:rFonts w:ascii="Arial" w:hAnsi="Arial" w:cs="Arial"/>
                <w:sz w:val="20"/>
                <w:szCs w:val="20"/>
              </w:rPr>
              <w:t>170</w:t>
            </w:r>
          </w:p>
        </w:tc>
        <w:tc>
          <w:tcPr>
            <w:tcW w:w="0" w:type="auto"/>
          </w:tcPr>
          <w:p w14:paraId="60ED76BB" w14:textId="77777777" w:rsidR="006D5036" w:rsidRDefault="006D5036" w:rsidP="0030220C">
            <w:pPr>
              <w:rPr>
                <w:rFonts w:ascii="Arial" w:hAnsi="Arial" w:cs="Arial"/>
                <w:sz w:val="20"/>
                <w:szCs w:val="20"/>
              </w:rPr>
            </w:pPr>
          </w:p>
          <w:p w14:paraId="10F0DC59" w14:textId="77777777" w:rsidR="006D5036" w:rsidRPr="00575350" w:rsidRDefault="006D5036" w:rsidP="0030220C">
            <w:pPr>
              <w:rPr>
                <w:rFonts w:ascii="Arial" w:hAnsi="Arial" w:cs="Arial"/>
                <w:sz w:val="20"/>
                <w:szCs w:val="20"/>
              </w:rPr>
            </w:pPr>
            <w:r>
              <w:rPr>
                <w:rFonts w:ascii="Arial" w:hAnsi="Arial" w:cs="Arial"/>
                <w:sz w:val="20"/>
                <w:szCs w:val="20"/>
              </w:rPr>
              <w:t>8,54</w:t>
            </w:r>
          </w:p>
        </w:tc>
        <w:tc>
          <w:tcPr>
            <w:tcW w:w="0" w:type="auto"/>
          </w:tcPr>
          <w:p w14:paraId="0341F1D7" w14:textId="77777777" w:rsidR="006D5036" w:rsidRDefault="006D5036" w:rsidP="0030220C">
            <w:pPr>
              <w:rPr>
                <w:rFonts w:ascii="Arial" w:hAnsi="Arial" w:cs="Arial"/>
                <w:sz w:val="20"/>
                <w:szCs w:val="20"/>
              </w:rPr>
            </w:pPr>
          </w:p>
          <w:p w14:paraId="13E77EBA" w14:textId="77777777" w:rsidR="006D5036" w:rsidRPr="00575350" w:rsidRDefault="006D5036" w:rsidP="0030220C">
            <w:pPr>
              <w:rPr>
                <w:rFonts w:ascii="Arial" w:hAnsi="Arial" w:cs="Arial"/>
                <w:sz w:val="20"/>
                <w:szCs w:val="20"/>
              </w:rPr>
            </w:pPr>
            <w:r>
              <w:rPr>
                <w:rFonts w:ascii="Arial" w:hAnsi="Arial" w:cs="Arial"/>
                <w:sz w:val="20"/>
                <w:szCs w:val="20"/>
              </w:rPr>
              <w:t>1.451,80</w:t>
            </w:r>
          </w:p>
        </w:tc>
      </w:tr>
      <w:tr w:rsidR="006D5036" w:rsidRPr="00575350" w14:paraId="1C957613" w14:textId="77777777" w:rsidTr="0030220C">
        <w:trPr>
          <w:trHeight w:val="648"/>
          <w:jc w:val="center"/>
        </w:trPr>
        <w:tc>
          <w:tcPr>
            <w:tcW w:w="0" w:type="auto"/>
          </w:tcPr>
          <w:p w14:paraId="0D513CE7" w14:textId="77777777" w:rsidR="006D5036" w:rsidRPr="00575350" w:rsidRDefault="006D5036" w:rsidP="0030220C">
            <w:pPr>
              <w:rPr>
                <w:rFonts w:ascii="Arial" w:hAnsi="Arial" w:cs="Arial"/>
                <w:sz w:val="20"/>
                <w:szCs w:val="20"/>
              </w:rPr>
            </w:pPr>
            <w:r w:rsidRPr="00575350">
              <w:rPr>
                <w:rFonts w:ascii="Arial" w:hAnsi="Arial" w:cs="Arial"/>
                <w:sz w:val="20"/>
                <w:szCs w:val="20"/>
              </w:rPr>
              <w:lastRenderedPageBreak/>
              <w:t>26</w:t>
            </w:r>
          </w:p>
        </w:tc>
        <w:tc>
          <w:tcPr>
            <w:tcW w:w="0" w:type="auto"/>
          </w:tcPr>
          <w:p w14:paraId="5B213D71" w14:textId="77777777" w:rsidR="00341A0B" w:rsidRDefault="00341A0B" w:rsidP="0030220C">
            <w:pPr>
              <w:rPr>
                <w:rFonts w:ascii="Arial" w:hAnsi="Arial" w:cs="Arial"/>
                <w:sz w:val="20"/>
                <w:szCs w:val="20"/>
              </w:rPr>
            </w:pPr>
          </w:p>
          <w:p w14:paraId="009A2770" w14:textId="2C15CB33" w:rsidR="006D5036" w:rsidRPr="00575350" w:rsidRDefault="006D5036" w:rsidP="0030220C">
            <w:pPr>
              <w:rPr>
                <w:rFonts w:ascii="Arial" w:hAnsi="Arial" w:cs="Arial"/>
                <w:sz w:val="20"/>
                <w:szCs w:val="20"/>
              </w:rPr>
            </w:pPr>
            <w:r w:rsidRPr="00575350">
              <w:rPr>
                <w:rFonts w:ascii="Arial" w:hAnsi="Arial" w:cs="Arial"/>
                <w:sz w:val="20"/>
                <w:szCs w:val="20"/>
              </w:rPr>
              <w:t>463753</w:t>
            </w:r>
          </w:p>
        </w:tc>
        <w:tc>
          <w:tcPr>
            <w:tcW w:w="0" w:type="auto"/>
          </w:tcPr>
          <w:p w14:paraId="34E7AC09"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BATATA DOCE, IN NATURA - KG. SEM MANCHAS ESCURAS, SEM MACHUCADOS, ASPECTO FIRME. </w:t>
            </w:r>
          </w:p>
        </w:tc>
        <w:tc>
          <w:tcPr>
            <w:tcW w:w="0" w:type="auto"/>
          </w:tcPr>
          <w:p w14:paraId="36BF9F87" w14:textId="77777777" w:rsidR="006D5036" w:rsidRDefault="006D5036" w:rsidP="0030220C">
            <w:pPr>
              <w:rPr>
                <w:rFonts w:ascii="Arial" w:hAnsi="Arial" w:cs="Arial"/>
                <w:sz w:val="20"/>
                <w:szCs w:val="20"/>
              </w:rPr>
            </w:pPr>
          </w:p>
          <w:p w14:paraId="7057BD3E" w14:textId="77777777" w:rsidR="006D5036" w:rsidRPr="00575350" w:rsidRDefault="006D5036" w:rsidP="0030220C">
            <w:pPr>
              <w:rPr>
                <w:rFonts w:ascii="Arial" w:hAnsi="Arial" w:cs="Arial"/>
                <w:sz w:val="20"/>
                <w:szCs w:val="20"/>
              </w:rPr>
            </w:pPr>
            <w:r w:rsidRPr="00575350">
              <w:rPr>
                <w:rFonts w:ascii="Arial" w:hAnsi="Arial" w:cs="Arial"/>
                <w:sz w:val="20"/>
                <w:szCs w:val="20"/>
              </w:rPr>
              <w:t>KG</w:t>
            </w:r>
          </w:p>
        </w:tc>
        <w:tc>
          <w:tcPr>
            <w:tcW w:w="0" w:type="auto"/>
          </w:tcPr>
          <w:p w14:paraId="7103E8B5" w14:textId="77777777" w:rsidR="006D5036" w:rsidRDefault="006D5036" w:rsidP="0030220C">
            <w:pPr>
              <w:rPr>
                <w:rFonts w:ascii="Arial" w:hAnsi="Arial" w:cs="Arial"/>
                <w:sz w:val="20"/>
                <w:szCs w:val="20"/>
              </w:rPr>
            </w:pPr>
          </w:p>
          <w:p w14:paraId="3E036B41" w14:textId="77777777" w:rsidR="006D5036" w:rsidRPr="00575350" w:rsidRDefault="006D5036" w:rsidP="0030220C">
            <w:pPr>
              <w:rPr>
                <w:rFonts w:ascii="Arial" w:hAnsi="Arial" w:cs="Arial"/>
                <w:sz w:val="20"/>
                <w:szCs w:val="20"/>
              </w:rPr>
            </w:pPr>
            <w:r>
              <w:rPr>
                <w:rFonts w:ascii="Arial" w:hAnsi="Arial" w:cs="Arial"/>
                <w:sz w:val="20"/>
                <w:szCs w:val="20"/>
              </w:rPr>
              <w:t>300</w:t>
            </w:r>
          </w:p>
        </w:tc>
        <w:tc>
          <w:tcPr>
            <w:tcW w:w="0" w:type="auto"/>
          </w:tcPr>
          <w:p w14:paraId="24366E10" w14:textId="77777777" w:rsidR="006D5036" w:rsidRDefault="006D5036" w:rsidP="0030220C">
            <w:pPr>
              <w:rPr>
                <w:rFonts w:ascii="Arial" w:hAnsi="Arial" w:cs="Arial"/>
                <w:sz w:val="20"/>
                <w:szCs w:val="20"/>
              </w:rPr>
            </w:pPr>
          </w:p>
          <w:p w14:paraId="5729204C" w14:textId="77777777" w:rsidR="006D5036" w:rsidRPr="00575350" w:rsidRDefault="006D5036" w:rsidP="0030220C">
            <w:pPr>
              <w:rPr>
                <w:rFonts w:ascii="Arial" w:hAnsi="Arial" w:cs="Arial"/>
                <w:sz w:val="20"/>
                <w:szCs w:val="20"/>
              </w:rPr>
            </w:pPr>
            <w:r>
              <w:rPr>
                <w:rFonts w:ascii="Arial" w:hAnsi="Arial" w:cs="Arial"/>
                <w:sz w:val="20"/>
                <w:szCs w:val="20"/>
              </w:rPr>
              <w:t>5,86</w:t>
            </w:r>
          </w:p>
        </w:tc>
        <w:tc>
          <w:tcPr>
            <w:tcW w:w="0" w:type="auto"/>
          </w:tcPr>
          <w:p w14:paraId="5FC8DE32" w14:textId="77777777" w:rsidR="006D5036" w:rsidRDefault="006D5036" w:rsidP="0030220C">
            <w:pPr>
              <w:rPr>
                <w:rFonts w:ascii="Arial" w:hAnsi="Arial" w:cs="Arial"/>
                <w:sz w:val="20"/>
                <w:szCs w:val="20"/>
              </w:rPr>
            </w:pPr>
          </w:p>
          <w:p w14:paraId="38011528" w14:textId="77777777" w:rsidR="006D5036" w:rsidRPr="00575350" w:rsidRDefault="006D5036" w:rsidP="0030220C">
            <w:pPr>
              <w:rPr>
                <w:rFonts w:ascii="Arial" w:hAnsi="Arial" w:cs="Arial"/>
                <w:sz w:val="20"/>
                <w:szCs w:val="20"/>
              </w:rPr>
            </w:pPr>
            <w:r>
              <w:rPr>
                <w:rFonts w:ascii="Arial" w:hAnsi="Arial" w:cs="Arial"/>
                <w:sz w:val="20"/>
                <w:szCs w:val="20"/>
              </w:rPr>
              <w:t>1.758,00</w:t>
            </w:r>
          </w:p>
        </w:tc>
      </w:tr>
      <w:tr w:rsidR="006D5036" w:rsidRPr="00575350" w14:paraId="5BB85E7F" w14:textId="77777777" w:rsidTr="0030220C">
        <w:trPr>
          <w:trHeight w:val="227"/>
          <w:jc w:val="center"/>
        </w:trPr>
        <w:tc>
          <w:tcPr>
            <w:tcW w:w="0" w:type="auto"/>
          </w:tcPr>
          <w:p w14:paraId="2CDF88E0" w14:textId="77777777" w:rsidR="006D5036" w:rsidRPr="00575350" w:rsidRDefault="006D5036" w:rsidP="0030220C">
            <w:pPr>
              <w:rPr>
                <w:rFonts w:ascii="Arial" w:hAnsi="Arial" w:cs="Arial"/>
                <w:sz w:val="20"/>
                <w:szCs w:val="20"/>
              </w:rPr>
            </w:pPr>
            <w:r w:rsidRPr="00575350">
              <w:rPr>
                <w:rFonts w:ascii="Arial" w:hAnsi="Arial" w:cs="Arial"/>
                <w:sz w:val="20"/>
                <w:szCs w:val="20"/>
              </w:rPr>
              <w:t>27</w:t>
            </w:r>
          </w:p>
        </w:tc>
        <w:tc>
          <w:tcPr>
            <w:tcW w:w="0" w:type="auto"/>
          </w:tcPr>
          <w:p w14:paraId="17CCEFBC" w14:textId="77777777" w:rsidR="00341A0B" w:rsidRDefault="00341A0B" w:rsidP="0030220C">
            <w:pPr>
              <w:rPr>
                <w:rFonts w:ascii="Arial" w:hAnsi="Arial" w:cs="Arial"/>
                <w:sz w:val="20"/>
                <w:szCs w:val="20"/>
              </w:rPr>
            </w:pPr>
          </w:p>
          <w:p w14:paraId="1692C847" w14:textId="7D393C58" w:rsidR="006D5036" w:rsidRPr="00575350" w:rsidRDefault="006D5036" w:rsidP="0030220C">
            <w:pPr>
              <w:rPr>
                <w:rFonts w:ascii="Arial" w:hAnsi="Arial" w:cs="Arial"/>
                <w:sz w:val="20"/>
                <w:szCs w:val="20"/>
              </w:rPr>
            </w:pPr>
            <w:r w:rsidRPr="00575350">
              <w:rPr>
                <w:rFonts w:ascii="Arial" w:hAnsi="Arial" w:cs="Arial"/>
                <w:sz w:val="20"/>
                <w:szCs w:val="20"/>
              </w:rPr>
              <w:t>463762</w:t>
            </w:r>
          </w:p>
        </w:tc>
        <w:tc>
          <w:tcPr>
            <w:tcW w:w="0" w:type="auto"/>
          </w:tcPr>
          <w:p w14:paraId="181A0989" w14:textId="77777777" w:rsidR="006D5036" w:rsidRPr="00575350" w:rsidRDefault="006D5036" w:rsidP="0030220C">
            <w:pPr>
              <w:rPr>
                <w:rFonts w:ascii="Arial" w:hAnsi="Arial" w:cs="Arial"/>
                <w:sz w:val="20"/>
                <w:szCs w:val="20"/>
              </w:rPr>
            </w:pPr>
            <w:r w:rsidRPr="00575350">
              <w:rPr>
                <w:rFonts w:ascii="Arial" w:hAnsi="Arial" w:cs="Arial"/>
                <w:sz w:val="20"/>
                <w:szCs w:val="20"/>
              </w:rPr>
              <w:t>BATATA INGLESA, IN NATURA- KG. APRESENTAR TAMANHO E COLORAÇÃO UNIFORME, POLPA FIRME, DEVE ESTAR LIVRE DE SUJIDADES, PARASITAS E LARVAS.</w:t>
            </w:r>
          </w:p>
        </w:tc>
        <w:tc>
          <w:tcPr>
            <w:tcW w:w="0" w:type="auto"/>
          </w:tcPr>
          <w:p w14:paraId="39EC9A05" w14:textId="77777777" w:rsidR="006D5036" w:rsidRDefault="006D5036" w:rsidP="0030220C">
            <w:pPr>
              <w:rPr>
                <w:rFonts w:ascii="Arial" w:hAnsi="Arial" w:cs="Arial"/>
                <w:sz w:val="20"/>
                <w:szCs w:val="20"/>
              </w:rPr>
            </w:pPr>
          </w:p>
          <w:p w14:paraId="44DD9612" w14:textId="77777777" w:rsidR="006D5036" w:rsidRPr="00575350" w:rsidRDefault="006D5036" w:rsidP="0030220C">
            <w:pPr>
              <w:rPr>
                <w:rFonts w:ascii="Arial" w:hAnsi="Arial" w:cs="Arial"/>
                <w:sz w:val="20"/>
                <w:szCs w:val="20"/>
              </w:rPr>
            </w:pPr>
            <w:r w:rsidRPr="00575350">
              <w:rPr>
                <w:rFonts w:ascii="Arial" w:hAnsi="Arial" w:cs="Arial"/>
                <w:sz w:val="20"/>
                <w:szCs w:val="20"/>
              </w:rPr>
              <w:t>KG</w:t>
            </w:r>
          </w:p>
        </w:tc>
        <w:tc>
          <w:tcPr>
            <w:tcW w:w="0" w:type="auto"/>
          </w:tcPr>
          <w:p w14:paraId="03D30BBB" w14:textId="77777777" w:rsidR="006D5036" w:rsidRDefault="006D5036" w:rsidP="0030220C">
            <w:pPr>
              <w:rPr>
                <w:rFonts w:ascii="Arial" w:hAnsi="Arial" w:cs="Arial"/>
                <w:sz w:val="20"/>
                <w:szCs w:val="20"/>
              </w:rPr>
            </w:pPr>
          </w:p>
          <w:p w14:paraId="5275BA95" w14:textId="77777777" w:rsidR="006D5036" w:rsidRPr="00575350" w:rsidRDefault="006D5036" w:rsidP="0030220C">
            <w:pPr>
              <w:rPr>
                <w:rFonts w:ascii="Arial" w:hAnsi="Arial" w:cs="Arial"/>
                <w:sz w:val="20"/>
                <w:szCs w:val="20"/>
              </w:rPr>
            </w:pPr>
            <w:r w:rsidRPr="00575350">
              <w:rPr>
                <w:rFonts w:ascii="Arial" w:hAnsi="Arial" w:cs="Arial"/>
                <w:sz w:val="20"/>
                <w:szCs w:val="20"/>
              </w:rPr>
              <w:t>790</w:t>
            </w:r>
          </w:p>
        </w:tc>
        <w:tc>
          <w:tcPr>
            <w:tcW w:w="0" w:type="auto"/>
          </w:tcPr>
          <w:p w14:paraId="0983C212" w14:textId="77777777" w:rsidR="006D5036" w:rsidRDefault="006D5036" w:rsidP="0030220C">
            <w:pPr>
              <w:rPr>
                <w:rFonts w:ascii="Arial" w:hAnsi="Arial" w:cs="Arial"/>
                <w:sz w:val="20"/>
                <w:szCs w:val="20"/>
              </w:rPr>
            </w:pPr>
          </w:p>
          <w:p w14:paraId="1EB8DB26" w14:textId="77777777" w:rsidR="006D5036" w:rsidRPr="00575350" w:rsidRDefault="006D5036" w:rsidP="0030220C">
            <w:pPr>
              <w:rPr>
                <w:rFonts w:ascii="Arial" w:hAnsi="Arial" w:cs="Arial"/>
                <w:sz w:val="20"/>
                <w:szCs w:val="20"/>
              </w:rPr>
            </w:pPr>
            <w:r>
              <w:rPr>
                <w:rFonts w:ascii="Arial" w:hAnsi="Arial" w:cs="Arial"/>
                <w:sz w:val="20"/>
                <w:szCs w:val="20"/>
              </w:rPr>
              <w:t>5,74</w:t>
            </w:r>
          </w:p>
        </w:tc>
        <w:tc>
          <w:tcPr>
            <w:tcW w:w="0" w:type="auto"/>
          </w:tcPr>
          <w:p w14:paraId="34BBF388" w14:textId="77777777" w:rsidR="006D5036" w:rsidRDefault="006D5036" w:rsidP="0030220C">
            <w:pPr>
              <w:rPr>
                <w:rFonts w:ascii="Arial" w:hAnsi="Arial" w:cs="Arial"/>
                <w:sz w:val="20"/>
                <w:szCs w:val="20"/>
              </w:rPr>
            </w:pPr>
          </w:p>
          <w:p w14:paraId="297A8120" w14:textId="77777777" w:rsidR="006D5036" w:rsidRPr="00575350" w:rsidRDefault="006D5036" w:rsidP="0030220C">
            <w:pPr>
              <w:rPr>
                <w:rFonts w:ascii="Arial" w:hAnsi="Arial" w:cs="Arial"/>
                <w:sz w:val="20"/>
                <w:szCs w:val="20"/>
              </w:rPr>
            </w:pPr>
            <w:r>
              <w:rPr>
                <w:rFonts w:ascii="Arial" w:hAnsi="Arial" w:cs="Arial"/>
                <w:sz w:val="20"/>
                <w:szCs w:val="20"/>
              </w:rPr>
              <w:t>4.534,60</w:t>
            </w:r>
          </w:p>
        </w:tc>
      </w:tr>
      <w:tr w:rsidR="006D5036" w:rsidRPr="00575350" w14:paraId="5AC56929" w14:textId="77777777" w:rsidTr="0030220C">
        <w:trPr>
          <w:trHeight w:val="227"/>
          <w:jc w:val="center"/>
        </w:trPr>
        <w:tc>
          <w:tcPr>
            <w:tcW w:w="0" w:type="auto"/>
          </w:tcPr>
          <w:p w14:paraId="4B0E1EFA" w14:textId="77777777" w:rsidR="006D5036" w:rsidRPr="00575350" w:rsidRDefault="006D5036" w:rsidP="0030220C">
            <w:pPr>
              <w:rPr>
                <w:rFonts w:ascii="Arial" w:hAnsi="Arial" w:cs="Arial"/>
                <w:sz w:val="20"/>
                <w:szCs w:val="20"/>
              </w:rPr>
            </w:pPr>
            <w:r w:rsidRPr="00575350">
              <w:rPr>
                <w:rFonts w:ascii="Arial" w:hAnsi="Arial" w:cs="Arial"/>
                <w:sz w:val="20"/>
                <w:szCs w:val="20"/>
              </w:rPr>
              <w:t>28</w:t>
            </w:r>
          </w:p>
        </w:tc>
        <w:tc>
          <w:tcPr>
            <w:tcW w:w="0" w:type="auto"/>
          </w:tcPr>
          <w:p w14:paraId="2B6FDB35" w14:textId="77777777" w:rsidR="00341A0B" w:rsidRDefault="00341A0B" w:rsidP="0030220C">
            <w:pPr>
              <w:rPr>
                <w:rFonts w:ascii="Arial" w:hAnsi="Arial" w:cs="Arial"/>
                <w:sz w:val="20"/>
                <w:szCs w:val="20"/>
              </w:rPr>
            </w:pPr>
          </w:p>
          <w:p w14:paraId="77C74BC9" w14:textId="455D681C" w:rsidR="006D5036" w:rsidRPr="00575350" w:rsidRDefault="006D5036" w:rsidP="0030220C">
            <w:pPr>
              <w:rPr>
                <w:rFonts w:ascii="Arial" w:hAnsi="Arial" w:cs="Arial"/>
                <w:sz w:val="20"/>
                <w:szCs w:val="20"/>
              </w:rPr>
            </w:pPr>
            <w:r w:rsidRPr="00575350">
              <w:rPr>
                <w:rFonts w:ascii="Arial" w:hAnsi="Arial" w:cs="Arial"/>
                <w:sz w:val="20"/>
                <w:szCs w:val="20"/>
              </w:rPr>
              <w:t>463707</w:t>
            </w:r>
          </w:p>
        </w:tc>
        <w:tc>
          <w:tcPr>
            <w:tcW w:w="0" w:type="auto"/>
          </w:tcPr>
          <w:p w14:paraId="33B35E99" w14:textId="77777777" w:rsidR="006D5036" w:rsidRPr="00575350" w:rsidRDefault="006D5036" w:rsidP="0030220C">
            <w:pPr>
              <w:rPr>
                <w:rFonts w:ascii="Arial" w:hAnsi="Arial" w:cs="Arial"/>
                <w:sz w:val="20"/>
                <w:szCs w:val="20"/>
              </w:rPr>
            </w:pPr>
            <w:r w:rsidRPr="00575350">
              <w:rPr>
                <w:rFonts w:ascii="Arial" w:hAnsi="Arial" w:cs="Arial"/>
                <w:sz w:val="20"/>
                <w:szCs w:val="20"/>
              </w:rPr>
              <w:t>BATATA PALHA - EMBALAGEM DE APROXIMADAMENTE 500 G, SIMILAR A YOKI, VISCONTI E ELMA CHIPS.</w:t>
            </w:r>
          </w:p>
        </w:tc>
        <w:tc>
          <w:tcPr>
            <w:tcW w:w="0" w:type="auto"/>
          </w:tcPr>
          <w:p w14:paraId="0340E1BC" w14:textId="77777777" w:rsidR="006D5036" w:rsidRDefault="006D5036" w:rsidP="0030220C">
            <w:pPr>
              <w:rPr>
                <w:rFonts w:ascii="Arial" w:hAnsi="Arial" w:cs="Arial"/>
                <w:sz w:val="20"/>
                <w:szCs w:val="20"/>
              </w:rPr>
            </w:pPr>
          </w:p>
          <w:p w14:paraId="6B20AE14" w14:textId="77777777" w:rsidR="006D5036" w:rsidRPr="00575350" w:rsidRDefault="006D5036" w:rsidP="0030220C">
            <w:pPr>
              <w:rPr>
                <w:rFonts w:ascii="Arial" w:hAnsi="Arial" w:cs="Arial"/>
                <w:sz w:val="20"/>
                <w:szCs w:val="20"/>
              </w:rPr>
            </w:pPr>
            <w:r w:rsidRPr="00575350">
              <w:rPr>
                <w:rFonts w:ascii="Arial" w:hAnsi="Arial" w:cs="Arial"/>
                <w:sz w:val="20"/>
                <w:szCs w:val="20"/>
              </w:rPr>
              <w:t>UN</w:t>
            </w:r>
          </w:p>
        </w:tc>
        <w:tc>
          <w:tcPr>
            <w:tcW w:w="0" w:type="auto"/>
          </w:tcPr>
          <w:p w14:paraId="5FC32BBA" w14:textId="77777777" w:rsidR="006D5036" w:rsidRDefault="006D5036" w:rsidP="0030220C">
            <w:pPr>
              <w:rPr>
                <w:rFonts w:ascii="Arial" w:hAnsi="Arial" w:cs="Arial"/>
                <w:sz w:val="20"/>
                <w:szCs w:val="20"/>
              </w:rPr>
            </w:pPr>
          </w:p>
          <w:p w14:paraId="5D717614" w14:textId="77777777" w:rsidR="006D5036" w:rsidRPr="00575350" w:rsidRDefault="006D5036" w:rsidP="0030220C">
            <w:pPr>
              <w:rPr>
                <w:rFonts w:ascii="Arial" w:hAnsi="Arial" w:cs="Arial"/>
                <w:sz w:val="20"/>
                <w:szCs w:val="20"/>
              </w:rPr>
            </w:pPr>
            <w:r w:rsidRPr="00575350">
              <w:rPr>
                <w:rFonts w:ascii="Arial" w:hAnsi="Arial" w:cs="Arial"/>
                <w:sz w:val="20"/>
                <w:szCs w:val="20"/>
              </w:rPr>
              <w:t>525</w:t>
            </w:r>
          </w:p>
        </w:tc>
        <w:tc>
          <w:tcPr>
            <w:tcW w:w="0" w:type="auto"/>
          </w:tcPr>
          <w:p w14:paraId="64CBD29A" w14:textId="77777777" w:rsidR="006D5036" w:rsidRDefault="006D5036" w:rsidP="0030220C">
            <w:pPr>
              <w:rPr>
                <w:rFonts w:ascii="Arial" w:hAnsi="Arial" w:cs="Arial"/>
                <w:sz w:val="20"/>
                <w:szCs w:val="20"/>
              </w:rPr>
            </w:pPr>
          </w:p>
          <w:p w14:paraId="7A5B4904" w14:textId="77777777" w:rsidR="006D5036" w:rsidRPr="00575350" w:rsidRDefault="006D5036" w:rsidP="0030220C">
            <w:pPr>
              <w:rPr>
                <w:rFonts w:ascii="Arial" w:hAnsi="Arial" w:cs="Arial"/>
                <w:sz w:val="20"/>
                <w:szCs w:val="20"/>
              </w:rPr>
            </w:pPr>
            <w:r>
              <w:rPr>
                <w:rFonts w:ascii="Arial" w:hAnsi="Arial" w:cs="Arial"/>
                <w:sz w:val="20"/>
                <w:szCs w:val="20"/>
              </w:rPr>
              <w:t>16,65</w:t>
            </w:r>
          </w:p>
        </w:tc>
        <w:tc>
          <w:tcPr>
            <w:tcW w:w="0" w:type="auto"/>
          </w:tcPr>
          <w:p w14:paraId="1B0D0DF3" w14:textId="77777777" w:rsidR="006D5036" w:rsidRDefault="006D5036" w:rsidP="0030220C">
            <w:pPr>
              <w:rPr>
                <w:rFonts w:ascii="Arial" w:hAnsi="Arial" w:cs="Arial"/>
                <w:sz w:val="20"/>
                <w:szCs w:val="20"/>
              </w:rPr>
            </w:pPr>
          </w:p>
          <w:p w14:paraId="5EDCE18B" w14:textId="77777777" w:rsidR="006D5036" w:rsidRPr="00575350" w:rsidRDefault="006D5036" w:rsidP="0030220C">
            <w:pPr>
              <w:rPr>
                <w:rFonts w:ascii="Arial" w:hAnsi="Arial" w:cs="Arial"/>
                <w:sz w:val="20"/>
                <w:szCs w:val="20"/>
              </w:rPr>
            </w:pPr>
            <w:r>
              <w:rPr>
                <w:rFonts w:ascii="Arial" w:hAnsi="Arial" w:cs="Arial"/>
                <w:sz w:val="20"/>
                <w:szCs w:val="20"/>
              </w:rPr>
              <w:t>8.741,25</w:t>
            </w:r>
          </w:p>
        </w:tc>
      </w:tr>
      <w:tr w:rsidR="006D5036" w:rsidRPr="00575350" w14:paraId="3DA80F93" w14:textId="77777777" w:rsidTr="0030220C">
        <w:trPr>
          <w:trHeight w:val="227"/>
          <w:jc w:val="center"/>
        </w:trPr>
        <w:tc>
          <w:tcPr>
            <w:tcW w:w="0" w:type="auto"/>
          </w:tcPr>
          <w:p w14:paraId="626037AA" w14:textId="77777777" w:rsidR="006D5036" w:rsidRPr="00575350" w:rsidRDefault="006D5036" w:rsidP="0030220C">
            <w:pPr>
              <w:rPr>
                <w:rFonts w:ascii="Arial" w:hAnsi="Arial" w:cs="Arial"/>
                <w:sz w:val="20"/>
                <w:szCs w:val="20"/>
              </w:rPr>
            </w:pPr>
            <w:r w:rsidRPr="00575350">
              <w:rPr>
                <w:rFonts w:ascii="Arial" w:hAnsi="Arial" w:cs="Arial"/>
                <w:sz w:val="20"/>
                <w:szCs w:val="20"/>
              </w:rPr>
              <w:t>29</w:t>
            </w:r>
          </w:p>
        </w:tc>
        <w:tc>
          <w:tcPr>
            <w:tcW w:w="0" w:type="auto"/>
          </w:tcPr>
          <w:p w14:paraId="78FAB778" w14:textId="77777777" w:rsidR="00341A0B" w:rsidRDefault="00341A0B" w:rsidP="0030220C">
            <w:pPr>
              <w:rPr>
                <w:rFonts w:ascii="Arial" w:hAnsi="Arial" w:cs="Arial"/>
                <w:sz w:val="20"/>
                <w:szCs w:val="20"/>
              </w:rPr>
            </w:pPr>
          </w:p>
          <w:p w14:paraId="20445292" w14:textId="77F123E3" w:rsidR="006D5036" w:rsidRPr="00575350" w:rsidRDefault="006D5036" w:rsidP="0030220C">
            <w:pPr>
              <w:rPr>
                <w:rFonts w:ascii="Arial" w:hAnsi="Arial" w:cs="Arial"/>
                <w:sz w:val="20"/>
                <w:szCs w:val="20"/>
              </w:rPr>
            </w:pPr>
            <w:r w:rsidRPr="00575350">
              <w:rPr>
                <w:rFonts w:ascii="Arial" w:hAnsi="Arial" w:cs="Arial"/>
                <w:sz w:val="20"/>
                <w:szCs w:val="20"/>
              </w:rPr>
              <w:t>463764</w:t>
            </w:r>
          </w:p>
        </w:tc>
        <w:tc>
          <w:tcPr>
            <w:tcW w:w="0" w:type="auto"/>
          </w:tcPr>
          <w:p w14:paraId="78206E66"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BERINJELA, IN NATURA - KG. CASCA LISA, SEM MACHUCADOS OU PERFURAÇÕES EXTERNAS, COR VIVA, COM BRILHO. CATMAT: </w:t>
            </w:r>
          </w:p>
        </w:tc>
        <w:tc>
          <w:tcPr>
            <w:tcW w:w="0" w:type="auto"/>
          </w:tcPr>
          <w:p w14:paraId="0F382436" w14:textId="77777777" w:rsidR="006D5036" w:rsidRDefault="006D5036" w:rsidP="0030220C">
            <w:pPr>
              <w:rPr>
                <w:rFonts w:ascii="Arial" w:hAnsi="Arial" w:cs="Arial"/>
                <w:sz w:val="20"/>
                <w:szCs w:val="20"/>
              </w:rPr>
            </w:pPr>
          </w:p>
          <w:p w14:paraId="77D1E77B" w14:textId="77777777" w:rsidR="006D5036" w:rsidRPr="00575350" w:rsidRDefault="006D5036" w:rsidP="0030220C">
            <w:pPr>
              <w:rPr>
                <w:rFonts w:ascii="Arial" w:hAnsi="Arial" w:cs="Arial"/>
                <w:sz w:val="20"/>
                <w:szCs w:val="20"/>
              </w:rPr>
            </w:pPr>
            <w:r w:rsidRPr="00575350">
              <w:rPr>
                <w:rFonts w:ascii="Arial" w:hAnsi="Arial" w:cs="Arial"/>
                <w:sz w:val="20"/>
                <w:szCs w:val="20"/>
              </w:rPr>
              <w:t>KG</w:t>
            </w:r>
          </w:p>
        </w:tc>
        <w:tc>
          <w:tcPr>
            <w:tcW w:w="0" w:type="auto"/>
          </w:tcPr>
          <w:p w14:paraId="4AAA5EE8" w14:textId="77777777" w:rsidR="006D5036" w:rsidRDefault="006D5036" w:rsidP="0030220C">
            <w:pPr>
              <w:rPr>
                <w:rFonts w:ascii="Arial" w:hAnsi="Arial" w:cs="Arial"/>
                <w:sz w:val="20"/>
                <w:szCs w:val="20"/>
              </w:rPr>
            </w:pPr>
          </w:p>
          <w:p w14:paraId="0507C2A0" w14:textId="77777777" w:rsidR="006D5036" w:rsidRPr="00575350" w:rsidRDefault="006D5036" w:rsidP="0030220C">
            <w:pPr>
              <w:rPr>
                <w:rFonts w:ascii="Arial" w:hAnsi="Arial" w:cs="Arial"/>
                <w:sz w:val="20"/>
                <w:szCs w:val="20"/>
              </w:rPr>
            </w:pPr>
            <w:r w:rsidRPr="00575350">
              <w:rPr>
                <w:rFonts w:ascii="Arial" w:hAnsi="Arial" w:cs="Arial"/>
                <w:sz w:val="20"/>
                <w:szCs w:val="20"/>
              </w:rPr>
              <w:t>60</w:t>
            </w:r>
          </w:p>
        </w:tc>
        <w:tc>
          <w:tcPr>
            <w:tcW w:w="0" w:type="auto"/>
          </w:tcPr>
          <w:p w14:paraId="15C22D86" w14:textId="77777777" w:rsidR="006D5036" w:rsidRDefault="006D5036" w:rsidP="0030220C">
            <w:pPr>
              <w:rPr>
                <w:rFonts w:ascii="Arial" w:hAnsi="Arial" w:cs="Arial"/>
                <w:sz w:val="20"/>
                <w:szCs w:val="20"/>
              </w:rPr>
            </w:pPr>
          </w:p>
          <w:p w14:paraId="55592666" w14:textId="77777777" w:rsidR="006D5036" w:rsidRPr="00575350" w:rsidRDefault="006D5036" w:rsidP="0030220C">
            <w:pPr>
              <w:rPr>
                <w:rFonts w:ascii="Arial" w:hAnsi="Arial" w:cs="Arial"/>
                <w:sz w:val="20"/>
                <w:szCs w:val="20"/>
              </w:rPr>
            </w:pPr>
            <w:r>
              <w:rPr>
                <w:rFonts w:ascii="Arial" w:hAnsi="Arial" w:cs="Arial"/>
                <w:sz w:val="20"/>
                <w:szCs w:val="20"/>
              </w:rPr>
              <w:t>7,84</w:t>
            </w:r>
          </w:p>
        </w:tc>
        <w:tc>
          <w:tcPr>
            <w:tcW w:w="0" w:type="auto"/>
          </w:tcPr>
          <w:p w14:paraId="58230426" w14:textId="77777777" w:rsidR="006D5036" w:rsidRDefault="006D5036" w:rsidP="0030220C">
            <w:pPr>
              <w:rPr>
                <w:rFonts w:ascii="Arial" w:hAnsi="Arial" w:cs="Arial"/>
                <w:sz w:val="20"/>
                <w:szCs w:val="20"/>
              </w:rPr>
            </w:pPr>
          </w:p>
          <w:p w14:paraId="526311A0" w14:textId="77777777" w:rsidR="006D5036" w:rsidRPr="00575350" w:rsidRDefault="006D5036" w:rsidP="0030220C">
            <w:pPr>
              <w:rPr>
                <w:rFonts w:ascii="Arial" w:hAnsi="Arial" w:cs="Arial"/>
                <w:sz w:val="20"/>
                <w:szCs w:val="20"/>
              </w:rPr>
            </w:pPr>
            <w:r>
              <w:rPr>
                <w:rFonts w:ascii="Arial" w:hAnsi="Arial" w:cs="Arial"/>
                <w:sz w:val="20"/>
                <w:szCs w:val="20"/>
              </w:rPr>
              <w:t>470,40</w:t>
            </w:r>
          </w:p>
        </w:tc>
      </w:tr>
      <w:tr w:rsidR="006D5036" w:rsidRPr="00575350" w14:paraId="2E488659" w14:textId="77777777" w:rsidTr="0030220C">
        <w:trPr>
          <w:trHeight w:val="227"/>
          <w:jc w:val="center"/>
        </w:trPr>
        <w:tc>
          <w:tcPr>
            <w:tcW w:w="0" w:type="auto"/>
          </w:tcPr>
          <w:p w14:paraId="736A5C2E" w14:textId="77777777" w:rsidR="006D5036" w:rsidRPr="00575350" w:rsidRDefault="006D5036" w:rsidP="0030220C">
            <w:pPr>
              <w:rPr>
                <w:rFonts w:ascii="Arial" w:hAnsi="Arial" w:cs="Arial"/>
                <w:sz w:val="20"/>
                <w:szCs w:val="20"/>
              </w:rPr>
            </w:pPr>
            <w:r w:rsidRPr="00575350">
              <w:rPr>
                <w:rFonts w:ascii="Arial" w:hAnsi="Arial" w:cs="Arial"/>
                <w:sz w:val="20"/>
                <w:szCs w:val="20"/>
              </w:rPr>
              <w:t>30</w:t>
            </w:r>
          </w:p>
        </w:tc>
        <w:tc>
          <w:tcPr>
            <w:tcW w:w="0" w:type="auto"/>
          </w:tcPr>
          <w:p w14:paraId="6B5A07FB" w14:textId="77777777" w:rsidR="00341A0B" w:rsidRDefault="00341A0B" w:rsidP="0030220C">
            <w:pPr>
              <w:rPr>
                <w:rFonts w:ascii="Arial" w:hAnsi="Arial" w:cs="Arial"/>
                <w:sz w:val="20"/>
                <w:szCs w:val="20"/>
              </w:rPr>
            </w:pPr>
          </w:p>
          <w:p w14:paraId="525F527C" w14:textId="433F3827" w:rsidR="006D5036" w:rsidRPr="00575350" w:rsidRDefault="006D5036" w:rsidP="0030220C">
            <w:pPr>
              <w:rPr>
                <w:rFonts w:ascii="Arial" w:hAnsi="Arial" w:cs="Arial"/>
                <w:sz w:val="20"/>
                <w:szCs w:val="20"/>
              </w:rPr>
            </w:pPr>
            <w:r w:rsidRPr="00575350">
              <w:rPr>
                <w:rFonts w:ascii="Arial" w:hAnsi="Arial" w:cs="Arial"/>
                <w:sz w:val="20"/>
                <w:szCs w:val="20"/>
              </w:rPr>
              <w:t>463767</w:t>
            </w:r>
          </w:p>
        </w:tc>
        <w:tc>
          <w:tcPr>
            <w:tcW w:w="0" w:type="auto"/>
          </w:tcPr>
          <w:p w14:paraId="2DEC4FF7" w14:textId="77777777" w:rsidR="006D5036" w:rsidRPr="00575350" w:rsidRDefault="006D5036" w:rsidP="0030220C">
            <w:pPr>
              <w:rPr>
                <w:rFonts w:ascii="Arial" w:hAnsi="Arial" w:cs="Arial"/>
                <w:sz w:val="20"/>
                <w:szCs w:val="20"/>
              </w:rPr>
            </w:pPr>
            <w:r w:rsidRPr="00575350">
              <w:rPr>
                <w:rFonts w:ascii="Arial" w:hAnsi="Arial" w:cs="Arial"/>
                <w:sz w:val="20"/>
                <w:szCs w:val="20"/>
              </w:rPr>
              <w:t>BETERRABA, IN NATURA - KG. SEM FOLHAS, LIVRE DE SUJIDADES, LARVAS, INSETOS, SEM FERIMENTOS, DE 1º QUALIDADE.</w:t>
            </w:r>
          </w:p>
        </w:tc>
        <w:tc>
          <w:tcPr>
            <w:tcW w:w="0" w:type="auto"/>
          </w:tcPr>
          <w:p w14:paraId="5DC4864E" w14:textId="77777777" w:rsidR="006D5036" w:rsidRDefault="006D5036" w:rsidP="0030220C">
            <w:pPr>
              <w:rPr>
                <w:rFonts w:ascii="Arial" w:hAnsi="Arial" w:cs="Arial"/>
                <w:sz w:val="20"/>
                <w:szCs w:val="20"/>
              </w:rPr>
            </w:pPr>
          </w:p>
          <w:p w14:paraId="5761346D" w14:textId="77777777" w:rsidR="006D5036" w:rsidRPr="00575350" w:rsidRDefault="006D5036" w:rsidP="0030220C">
            <w:pPr>
              <w:rPr>
                <w:rFonts w:ascii="Arial" w:hAnsi="Arial" w:cs="Arial"/>
                <w:sz w:val="20"/>
                <w:szCs w:val="20"/>
              </w:rPr>
            </w:pPr>
            <w:r w:rsidRPr="00575350">
              <w:rPr>
                <w:rFonts w:ascii="Arial" w:hAnsi="Arial" w:cs="Arial"/>
                <w:sz w:val="20"/>
                <w:szCs w:val="20"/>
              </w:rPr>
              <w:t>KG</w:t>
            </w:r>
          </w:p>
        </w:tc>
        <w:tc>
          <w:tcPr>
            <w:tcW w:w="0" w:type="auto"/>
          </w:tcPr>
          <w:p w14:paraId="47252E7C" w14:textId="77777777" w:rsidR="006D5036" w:rsidRDefault="006D5036" w:rsidP="0030220C">
            <w:pPr>
              <w:rPr>
                <w:rFonts w:ascii="Arial" w:hAnsi="Arial" w:cs="Arial"/>
                <w:sz w:val="20"/>
                <w:szCs w:val="20"/>
              </w:rPr>
            </w:pPr>
          </w:p>
          <w:p w14:paraId="787532AB" w14:textId="77777777" w:rsidR="006D5036" w:rsidRPr="00575350" w:rsidRDefault="006D5036" w:rsidP="0030220C">
            <w:pPr>
              <w:rPr>
                <w:rFonts w:ascii="Arial" w:hAnsi="Arial" w:cs="Arial"/>
                <w:sz w:val="20"/>
                <w:szCs w:val="20"/>
              </w:rPr>
            </w:pPr>
            <w:r w:rsidRPr="00575350">
              <w:rPr>
                <w:rFonts w:ascii="Arial" w:hAnsi="Arial" w:cs="Arial"/>
                <w:sz w:val="20"/>
                <w:szCs w:val="20"/>
              </w:rPr>
              <w:t>300</w:t>
            </w:r>
          </w:p>
        </w:tc>
        <w:tc>
          <w:tcPr>
            <w:tcW w:w="0" w:type="auto"/>
          </w:tcPr>
          <w:p w14:paraId="4325D257" w14:textId="77777777" w:rsidR="006D5036" w:rsidRDefault="006D5036" w:rsidP="0030220C">
            <w:pPr>
              <w:rPr>
                <w:rFonts w:ascii="Arial" w:hAnsi="Arial" w:cs="Arial"/>
                <w:sz w:val="20"/>
                <w:szCs w:val="20"/>
              </w:rPr>
            </w:pPr>
          </w:p>
          <w:p w14:paraId="1D033623" w14:textId="77777777" w:rsidR="006D5036" w:rsidRPr="00575350" w:rsidRDefault="006D5036" w:rsidP="0030220C">
            <w:pPr>
              <w:rPr>
                <w:rFonts w:ascii="Arial" w:hAnsi="Arial" w:cs="Arial"/>
                <w:sz w:val="20"/>
                <w:szCs w:val="20"/>
              </w:rPr>
            </w:pPr>
            <w:r>
              <w:rPr>
                <w:rFonts w:ascii="Arial" w:hAnsi="Arial" w:cs="Arial"/>
                <w:sz w:val="20"/>
                <w:szCs w:val="20"/>
              </w:rPr>
              <w:t>5,12</w:t>
            </w:r>
          </w:p>
        </w:tc>
        <w:tc>
          <w:tcPr>
            <w:tcW w:w="0" w:type="auto"/>
          </w:tcPr>
          <w:p w14:paraId="1F40B116" w14:textId="77777777" w:rsidR="006D5036" w:rsidRDefault="006D5036" w:rsidP="0030220C">
            <w:pPr>
              <w:rPr>
                <w:rFonts w:ascii="Arial" w:hAnsi="Arial" w:cs="Arial"/>
                <w:sz w:val="20"/>
                <w:szCs w:val="20"/>
              </w:rPr>
            </w:pPr>
          </w:p>
          <w:p w14:paraId="0FD660B4" w14:textId="77777777" w:rsidR="006D5036" w:rsidRPr="00575350" w:rsidRDefault="006D5036" w:rsidP="0030220C">
            <w:pPr>
              <w:rPr>
                <w:rFonts w:ascii="Arial" w:hAnsi="Arial" w:cs="Arial"/>
                <w:sz w:val="20"/>
                <w:szCs w:val="20"/>
              </w:rPr>
            </w:pPr>
            <w:r>
              <w:rPr>
                <w:rFonts w:ascii="Arial" w:hAnsi="Arial" w:cs="Arial"/>
                <w:sz w:val="20"/>
                <w:szCs w:val="20"/>
              </w:rPr>
              <w:t>1.536,00</w:t>
            </w:r>
          </w:p>
        </w:tc>
      </w:tr>
      <w:tr w:rsidR="006D5036" w:rsidRPr="00575350" w14:paraId="6FF07017" w14:textId="77777777" w:rsidTr="0030220C">
        <w:trPr>
          <w:trHeight w:val="227"/>
          <w:jc w:val="center"/>
        </w:trPr>
        <w:tc>
          <w:tcPr>
            <w:tcW w:w="0" w:type="auto"/>
          </w:tcPr>
          <w:p w14:paraId="740FFA32" w14:textId="77777777" w:rsidR="00DA3830" w:rsidRDefault="00DA3830" w:rsidP="0030220C">
            <w:pPr>
              <w:rPr>
                <w:rFonts w:ascii="Arial" w:hAnsi="Arial" w:cs="Arial"/>
                <w:sz w:val="20"/>
                <w:szCs w:val="20"/>
              </w:rPr>
            </w:pPr>
          </w:p>
          <w:p w14:paraId="6C55AF60" w14:textId="77777777" w:rsidR="00DA3830" w:rsidRDefault="00DA3830" w:rsidP="0030220C">
            <w:pPr>
              <w:rPr>
                <w:rFonts w:ascii="Arial" w:hAnsi="Arial" w:cs="Arial"/>
                <w:sz w:val="20"/>
                <w:szCs w:val="20"/>
              </w:rPr>
            </w:pPr>
          </w:p>
          <w:p w14:paraId="2F56DD93" w14:textId="23FE42CE" w:rsidR="006D5036" w:rsidRPr="00575350" w:rsidRDefault="006D5036" w:rsidP="0030220C">
            <w:pPr>
              <w:rPr>
                <w:rFonts w:ascii="Arial" w:hAnsi="Arial" w:cs="Arial"/>
                <w:sz w:val="20"/>
                <w:szCs w:val="20"/>
              </w:rPr>
            </w:pPr>
            <w:r w:rsidRPr="00575350">
              <w:rPr>
                <w:rFonts w:ascii="Arial" w:hAnsi="Arial" w:cs="Arial"/>
                <w:sz w:val="20"/>
                <w:szCs w:val="20"/>
              </w:rPr>
              <w:t>31</w:t>
            </w:r>
          </w:p>
        </w:tc>
        <w:tc>
          <w:tcPr>
            <w:tcW w:w="0" w:type="auto"/>
          </w:tcPr>
          <w:p w14:paraId="1B52DF4C" w14:textId="77777777" w:rsidR="00341A0B" w:rsidRDefault="00341A0B" w:rsidP="0030220C">
            <w:pPr>
              <w:rPr>
                <w:rFonts w:ascii="Arial" w:hAnsi="Arial" w:cs="Arial"/>
                <w:sz w:val="20"/>
                <w:szCs w:val="20"/>
              </w:rPr>
            </w:pPr>
          </w:p>
          <w:p w14:paraId="0B5E7F1D" w14:textId="77777777" w:rsidR="00341A0B" w:rsidRDefault="00341A0B" w:rsidP="0030220C">
            <w:pPr>
              <w:rPr>
                <w:rFonts w:ascii="Arial" w:hAnsi="Arial" w:cs="Arial"/>
                <w:sz w:val="20"/>
                <w:szCs w:val="20"/>
              </w:rPr>
            </w:pPr>
          </w:p>
          <w:p w14:paraId="327F10B1" w14:textId="554D23AD" w:rsidR="006D5036" w:rsidRPr="00575350" w:rsidRDefault="006D5036" w:rsidP="0030220C">
            <w:pPr>
              <w:rPr>
                <w:rFonts w:ascii="Arial" w:hAnsi="Arial" w:cs="Arial"/>
                <w:sz w:val="20"/>
                <w:szCs w:val="20"/>
              </w:rPr>
            </w:pPr>
            <w:r w:rsidRPr="00575350">
              <w:rPr>
                <w:rFonts w:ascii="Arial" w:hAnsi="Arial" w:cs="Arial"/>
                <w:sz w:val="20"/>
                <w:szCs w:val="20"/>
              </w:rPr>
              <w:t>271052</w:t>
            </w:r>
          </w:p>
        </w:tc>
        <w:tc>
          <w:tcPr>
            <w:tcW w:w="0" w:type="auto"/>
          </w:tcPr>
          <w:p w14:paraId="4FB02A4B" w14:textId="77777777" w:rsidR="006D5036" w:rsidRPr="00575350" w:rsidRDefault="006D5036" w:rsidP="0030220C">
            <w:pPr>
              <w:rPr>
                <w:rFonts w:ascii="Arial" w:hAnsi="Arial" w:cs="Arial"/>
                <w:sz w:val="20"/>
                <w:szCs w:val="20"/>
              </w:rPr>
            </w:pPr>
            <w:r w:rsidRPr="00575350">
              <w:rPr>
                <w:rFonts w:ascii="Arial" w:hAnsi="Arial" w:cs="Arial"/>
                <w:sz w:val="20"/>
                <w:szCs w:val="20"/>
              </w:rPr>
              <w:t>BICARBONATO DE SÓDIO - ALIMENTÍCIO, EM PÓ, FINO, EMBALAGEM COM APROXIMADAMENTE 500 G, CONTENDO INFORMAÇÕES DO FABRICANTE, DATA DE FABRICAÇÃO E VALIDADE.</w:t>
            </w:r>
          </w:p>
        </w:tc>
        <w:tc>
          <w:tcPr>
            <w:tcW w:w="0" w:type="auto"/>
          </w:tcPr>
          <w:p w14:paraId="345370D7" w14:textId="77777777" w:rsidR="006D5036" w:rsidRDefault="006D5036" w:rsidP="0030220C">
            <w:pPr>
              <w:rPr>
                <w:rFonts w:ascii="Arial" w:hAnsi="Arial" w:cs="Arial"/>
                <w:sz w:val="20"/>
                <w:szCs w:val="20"/>
              </w:rPr>
            </w:pPr>
          </w:p>
          <w:p w14:paraId="001CA9AC" w14:textId="77777777" w:rsidR="006D5036" w:rsidRPr="00575350" w:rsidRDefault="006D5036" w:rsidP="0030220C">
            <w:pPr>
              <w:rPr>
                <w:rFonts w:ascii="Arial" w:hAnsi="Arial" w:cs="Arial"/>
                <w:sz w:val="20"/>
                <w:szCs w:val="20"/>
              </w:rPr>
            </w:pPr>
            <w:r w:rsidRPr="00575350">
              <w:rPr>
                <w:rFonts w:ascii="Arial" w:hAnsi="Arial" w:cs="Arial"/>
                <w:sz w:val="20"/>
                <w:szCs w:val="20"/>
              </w:rPr>
              <w:t>UN</w:t>
            </w:r>
          </w:p>
        </w:tc>
        <w:tc>
          <w:tcPr>
            <w:tcW w:w="0" w:type="auto"/>
          </w:tcPr>
          <w:p w14:paraId="66A5DC7C" w14:textId="77777777" w:rsidR="006D5036" w:rsidRDefault="006D5036" w:rsidP="0030220C">
            <w:pPr>
              <w:rPr>
                <w:rFonts w:ascii="Arial" w:hAnsi="Arial" w:cs="Arial"/>
                <w:sz w:val="20"/>
                <w:szCs w:val="20"/>
              </w:rPr>
            </w:pPr>
          </w:p>
          <w:p w14:paraId="04087950" w14:textId="77777777" w:rsidR="006D5036" w:rsidRPr="00575350" w:rsidRDefault="006D5036" w:rsidP="0030220C">
            <w:pPr>
              <w:rPr>
                <w:rFonts w:ascii="Arial" w:hAnsi="Arial" w:cs="Arial"/>
                <w:sz w:val="20"/>
                <w:szCs w:val="20"/>
              </w:rPr>
            </w:pPr>
            <w:r w:rsidRPr="00575350">
              <w:rPr>
                <w:rFonts w:ascii="Arial" w:hAnsi="Arial" w:cs="Arial"/>
                <w:sz w:val="20"/>
                <w:szCs w:val="20"/>
              </w:rPr>
              <w:t>35</w:t>
            </w:r>
          </w:p>
        </w:tc>
        <w:tc>
          <w:tcPr>
            <w:tcW w:w="0" w:type="auto"/>
          </w:tcPr>
          <w:p w14:paraId="5422A204" w14:textId="77777777" w:rsidR="006D5036" w:rsidRDefault="006D5036" w:rsidP="0030220C">
            <w:pPr>
              <w:rPr>
                <w:rFonts w:ascii="Arial" w:hAnsi="Arial" w:cs="Arial"/>
                <w:sz w:val="20"/>
                <w:szCs w:val="20"/>
              </w:rPr>
            </w:pPr>
          </w:p>
          <w:p w14:paraId="4FAE56E2" w14:textId="77777777" w:rsidR="006D5036" w:rsidRPr="00575350" w:rsidRDefault="006D5036" w:rsidP="0030220C">
            <w:pPr>
              <w:rPr>
                <w:rFonts w:ascii="Arial" w:hAnsi="Arial" w:cs="Arial"/>
                <w:sz w:val="20"/>
                <w:szCs w:val="20"/>
              </w:rPr>
            </w:pPr>
            <w:r>
              <w:rPr>
                <w:rFonts w:ascii="Arial" w:hAnsi="Arial" w:cs="Arial"/>
                <w:sz w:val="20"/>
                <w:szCs w:val="20"/>
              </w:rPr>
              <w:t>19,43</w:t>
            </w:r>
          </w:p>
        </w:tc>
        <w:tc>
          <w:tcPr>
            <w:tcW w:w="0" w:type="auto"/>
          </w:tcPr>
          <w:p w14:paraId="6E47F75D" w14:textId="77777777" w:rsidR="006D5036" w:rsidRDefault="006D5036" w:rsidP="0030220C">
            <w:pPr>
              <w:rPr>
                <w:rFonts w:ascii="Arial" w:hAnsi="Arial" w:cs="Arial"/>
                <w:sz w:val="20"/>
                <w:szCs w:val="20"/>
              </w:rPr>
            </w:pPr>
          </w:p>
          <w:p w14:paraId="59E98DC4" w14:textId="77777777" w:rsidR="006D5036" w:rsidRPr="00575350" w:rsidRDefault="006D5036" w:rsidP="0030220C">
            <w:pPr>
              <w:rPr>
                <w:rFonts w:ascii="Arial" w:hAnsi="Arial" w:cs="Arial"/>
                <w:sz w:val="20"/>
                <w:szCs w:val="20"/>
              </w:rPr>
            </w:pPr>
            <w:r>
              <w:rPr>
                <w:rFonts w:ascii="Arial" w:hAnsi="Arial" w:cs="Arial"/>
                <w:sz w:val="20"/>
                <w:szCs w:val="20"/>
              </w:rPr>
              <w:t>680,05</w:t>
            </w:r>
          </w:p>
        </w:tc>
      </w:tr>
      <w:tr w:rsidR="006D5036" w:rsidRPr="00575350" w14:paraId="7E45B194" w14:textId="77777777" w:rsidTr="0030220C">
        <w:trPr>
          <w:trHeight w:val="227"/>
          <w:jc w:val="center"/>
        </w:trPr>
        <w:tc>
          <w:tcPr>
            <w:tcW w:w="0" w:type="auto"/>
          </w:tcPr>
          <w:p w14:paraId="76092507" w14:textId="77777777" w:rsidR="006D5036" w:rsidRPr="00575350" w:rsidRDefault="006D5036" w:rsidP="0030220C">
            <w:pPr>
              <w:rPr>
                <w:rFonts w:ascii="Arial" w:hAnsi="Arial" w:cs="Arial"/>
                <w:sz w:val="20"/>
                <w:szCs w:val="20"/>
              </w:rPr>
            </w:pPr>
            <w:r w:rsidRPr="00575350">
              <w:rPr>
                <w:rFonts w:ascii="Arial" w:hAnsi="Arial" w:cs="Arial"/>
                <w:sz w:val="20"/>
                <w:szCs w:val="20"/>
              </w:rPr>
              <w:t>32</w:t>
            </w:r>
          </w:p>
        </w:tc>
        <w:tc>
          <w:tcPr>
            <w:tcW w:w="0" w:type="auto"/>
          </w:tcPr>
          <w:p w14:paraId="6066E3B2" w14:textId="77777777" w:rsidR="00341A0B" w:rsidRDefault="00341A0B" w:rsidP="0030220C">
            <w:pPr>
              <w:rPr>
                <w:rFonts w:ascii="Arial" w:hAnsi="Arial" w:cs="Arial"/>
                <w:sz w:val="20"/>
                <w:szCs w:val="20"/>
              </w:rPr>
            </w:pPr>
          </w:p>
          <w:p w14:paraId="57DE755A" w14:textId="2681E625" w:rsidR="006D5036" w:rsidRPr="00575350" w:rsidRDefault="006D5036" w:rsidP="0030220C">
            <w:pPr>
              <w:rPr>
                <w:rFonts w:ascii="Arial" w:hAnsi="Arial" w:cs="Arial"/>
                <w:sz w:val="20"/>
                <w:szCs w:val="20"/>
              </w:rPr>
            </w:pPr>
            <w:r w:rsidRPr="00575350">
              <w:rPr>
                <w:rFonts w:ascii="Arial" w:hAnsi="Arial" w:cs="Arial"/>
                <w:sz w:val="20"/>
                <w:szCs w:val="20"/>
              </w:rPr>
              <w:t>477542</w:t>
            </w:r>
          </w:p>
        </w:tc>
        <w:tc>
          <w:tcPr>
            <w:tcW w:w="0" w:type="auto"/>
          </w:tcPr>
          <w:p w14:paraId="0C48E89F" w14:textId="77777777" w:rsidR="006D5036" w:rsidRPr="00575350" w:rsidRDefault="006D5036" w:rsidP="0030220C">
            <w:pPr>
              <w:rPr>
                <w:rFonts w:ascii="Arial" w:hAnsi="Arial" w:cs="Arial"/>
                <w:sz w:val="20"/>
                <w:szCs w:val="20"/>
              </w:rPr>
            </w:pPr>
            <w:r w:rsidRPr="00575350">
              <w:rPr>
                <w:rFonts w:ascii="Arial" w:hAnsi="Arial" w:cs="Arial"/>
                <w:sz w:val="20"/>
                <w:szCs w:val="20"/>
              </w:rPr>
              <w:t>BISCOITO DOCE, AMANTEIGADO - SORTIDOS, EMBALAGEM DE APROXIMADAMENTE 300 G, SIMILAR A MARILAN, MABEL E DALLAS.</w:t>
            </w:r>
          </w:p>
        </w:tc>
        <w:tc>
          <w:tcPr>
            <w:tcW w:w="0" w:type="auto"/>
          </w:tcPr>
          <w:p w14:paraId="6410D6F4" w14:textId="77777777" w:rsidR="006D5036" w:rsidRPr="00575350" w:rsidRDefault="006D5036" w:rsidP="0030220C">
            <w:pPr>
              <w:rPr>
                <w:rFonts w:ascii="Arial" w:hAnsi="Arial" w:cs="Arial"/>
                <w:sz w:val="20"/>
                <w:szCs w:val="20"/>
              </w:rPr>
            </w:pPr>
            <w:r w:rsidRPr="00575350">
              <w:rPr>
                <w:rFonts w:ascii="Arial" w:hAnsi="Arial" w:cs="Arial"/>
                <w:sz w:val="20"/>
                <w:szCs w:val="20"/>
              </w:rPr>
              <w:t>UN</w:t>
            </w:r>
          </w:p>
        </w:tc>
        <w:tc>
          <w:tcPr>
            <w:tcW w:w="0" w:type="auto"/>
          </w:tcPr>
          <w:p w14:paraId="75133B82" w14:textId="77777777" w:rsidR="006D5036" w:rsidRPr="00575350" w:rsidRDefault="006D5036" w:rsidP="0030220C">
            <w:pPr>
              <w:rPr>
                <w:rFonts w:ascii="Arial" w:hAnsi="Arial" w:cs="Arial"/>
                <w:sz w:val="20"/>
                <w:szCs w:val="20"/>
              </w:rPr>
            </w:pPr>
            <w:r w:rsidRPr="00575350">
              <w:rPr>
                <w:rFonts w:ascii="Arial" w:hAnsi="Arial" w:cs="Arial"/>
                <w:sz w:val="20"/>
                <w:szCs w:val="20"/>
              </w:rPr>
              <w:t>1</w:t>
            </w:r>
            <w:r>
              <w:rPr>
                <w:rFonts w:ascii="Arial" w:hAnsi="Arial" w:cs="Arial"/>
                <w:sz w:val="20"/>
                <w:szCs w:val="20"/>
              </w:rPr>
              <w:t>2</w:t>
            </w:r>
            <w:r w:rsidRPr="00575350">
              <w:rPr>
                <w:rFonts w:ascii="Arial" w:hAnsi="Arial" w:cs="Arial"/>
                <w:sz w:val="20"/>
                <w:szCs w:val="20"/>
              </w:rPr>
              <w:t>85</w:t>
            </w:r>
          </w:p>
        </w:tc>
        <w:tc>
          <w:tcPr>
            <w:tcW w:w="0" w:type="auto"/>
          </w:tcPr>
          <w:p w14:paraId="7DDEE781" w14:textId="77777777" w:rsidR="006D5036" w:rsidRPr="00575350" w:rsidRDefault="006D5036" w:rsidP="0030220C">
            <w:pPr>
              <w:rPr>
                <w:rFonts w:ascii="Arial" w:hAnsi="Arial" w:cs="Arial"/>
                <w:sz w:val="20"/>
                <w:szCs w:val="20"/>
              </w:rPr>
            </w:pPr>
            <w:r>
              <w:rPr>
                <w:rFonts w:ascii="Arial" w:hAnsi="Arial" w:cs="Arial"/>
                <w:sz w:val="20"/>
                <w:szCs w:val="20"/>
              </w:rPr>
              <w:t>8,14</w:t>
            </w:r>
          </w:p>
        </w:tc>
        <w:tc>
          <w:tcPr>
            <w:tcW w:w="0" w:type="auto"/>
          </w:tcPr>
          <w:p w14:paraId="6B6434AD" w14:textId="77777777" w:rsidR="006D5036" w:rsidRPr="00575350" w:rsidRDefault="006D5036" w:rsidP="0030220C">
            <w:pPr>
              <w:rPr>
                <w:rFonts w:ascii="Arial" w:hAnsi="Arial" w:cs="Arial"/>
                <w:sz w:val="20"/>
                <w:szCs w:val="20"/>
              </w:rPr>
            </w:pPr>
            <w:r>
              <w:rPr>
                <w:rFonts w:ascii="Arial" w:hAnsi="Arial" w:cs="Arial"/>
                <w:sz w:val="20"/>
                <w:szCs w:val="20"/>
              </w:rPr>
              <w:t>10.459,90</w:t>
            </w:r>
          </w:p>
        </w:tc>
      </w:tr>
      <w:tr w:rsidR="006D5036" w:rsidRPr="00575350" w14:paraId="413DD92F" w14:textId="77777777" w:rsidTr="0030220C">
        <w:trPr>
          <w:trHeight w:val="227"/>
          <w:jc w:val="center"/>
        </w:trPr>
        <w:tc>
          <w:tcPr>
            <w:tcW w:w="0" w:type="auto"/>
          </w:tcPr>
          <w:p w14:paraId="52BA67C9" w14:textId="77777777" w:rsidR="006D5036" w:rsidRPr="00575350" w:rsidRDefault="006D5036" w:rsidP="0030220C">
            <w:pPr>
              <w:rPr>
                <w:rFonts w:ascii="Arial" w:hAnsi="Arial" w:cs="Arial"/>
                <w:sz w:val="20"/>
                <w:szCs w:val="20"/>
              </w:rPr>
            </w:pPr>
            <w:r w:rsidRPr="00575350">
              <w:rPr>
                <w:rFonts w:ascii="Arial" w:hAnsi="Arial" w:cs="Arial"/>
                <w:sz w:val="20"/>
                <w:szCs w:val="20"/>
              </w:rPr>
              <w:t>33</w:t>
            </w:r>
          </w:p>
        </w:tc>
        <w:tc>
          <w:tcPr>
            <w:tcW w:w="0" w:type="auto"/>
          </w:tcPr>
          <w:p w14:paraId="59C7AF25" w14:textId="77777777" w:rsidR="00341A0B" w:rsidRDefault="00341A0B" w:rsidP="0030220C">
            <w:pPr>
              <w:rPr>
                <w:rFonts w:ascii="Arial" w:hAnsi="Arial" w:cs="Arial"/>
                <w:sz w:val="20"/>
                <w:szCs w:val="20"/>
              </w:rPr>
            </w:pPr>
          </w:p>
          <w:p w14:paraId="542C6EF2" w14:textId="6639FDBA" w:rsidR="006D5036" w:rsidRPr="00575350" w:rsidRDefault="006D5036" w:rsidP="0030220C">
            <w:pPr>
              <w:rPr>
                <w:rFonts w:ascii="Arial" w:hAnsi="Arial" w:cs="Arial"/>
                <w:sz w:val="20"/>
                <w:szCs w:val="20"/>
              </w:rPr>
            </w:pPr>
            <w:r w:rsidRPr="00575350">
              <w:rPr>
                <w:rFonts w:ascii="Arial" w:hAnsi="Arial" w:cs="Arial"/>
                <w:sz w:val="20"/>
                <w:szCs w:val="20"/>
              </w:rPr>
              <w:t>217132</w:t>
            </w:r>
          </w:p>
        </w:tc>
        <w:tc>
          <w:tcPr>
            <w:tcW w:w="0" w:type="auto"/>
          </w:tcPr>
          <w:p w14:paraId="47A92D74" w14:textId="77777777" w:rsidR="006D5036" w:rsidRPr="00575350" w:rsidRDefault="006D5036" w:rsidP="0030220C">
            <w:pPr>
              <w:rPr>
                <w:rFonts w:ascii="Arial" w:hAnsi="Arial" w:cs="Arial"/>
                <w:sz w:val="20"/>
                <w:szCs w:val="20"/>
              </w:rPr>
            </w:pPr>
            <w:r w:rsidRPr="00575350">
              <w:rPr>
                <w:rFonts w:ascii="Arial" w:hAnsi="Arial" w:cs="Arial"/>
                <w:sz w:val="20"/>
                <w:szCs w:val="20"/>
              </w:rPr>
              <w:t>BISCOITO DOCE, TIPO MAISENA - EMBALAGEM APROXIMADAMENTE 345 G, SIMILAR A VITARELLA, MABEL E MARILAN.</w:t>
            </w:r>
          </w:p>
        </w:tc>
        <w:tc>
          <w:tcPr>
            <w:tcW w:w="0" w:type="auto"/>
          </w:tcPr>
          <w:p w14:paraId="4041986D" w14:textId="77777777" w:rsidR="006D5036" w:rsidRDefault="006D5036" w:rsidP="0030220C">
            <w:pPr>
              <w:rPr>
                <w:rFonts w:ascii="Arial" w:hAnsi="Arial" w:cs="Arial"/>
                <w:sz w:val="20"/>
                <w:szCs w:val="20"/>
              </w:rPr>
            </w:pPr>
          </w:p>
          <w:p w14:paraId="2F816CE8"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tcPr>
          <w:p w14:paraId="133BDBEC" w14:textId="77777777" w:rsidR="006D5036" w:rsidRDefault="006D5036" w:rsidP="0030220C">
            <w:pPr>
              <w:rPr>
                <w:rFonts w:ascii="Arial" w:hAnsi="Arial" w:cs="Arial"/>
                <w:sz w:val="20"/>
                <w:szCs w:val="20"/>
              </w:rPr>
            </w:pPr>
          </w:p>
          <w:p w14:paraId="7A70A5D4" w14:textId="77777777" w:rsidR="006D5036" w:rsidRPr="00575350" w:rsidRDefault="006D5036" w:rsidP="0030220C">
            <w:pPr>
              <w:rPr>
                <w:rFonts w:ascii="Arial" w:hAnsi="Arial" w:cs="Arial"/>
                <w:sz w:val="20"/>
                <w:szCs w:val="20"/>
              </w:rPr>
            </w:pPr>
            <w:r w:rsidRPr="00575350">
              <w:rPr>
                <w:rFonts w:ascii="Arial" w:hAnsi="Arial" w:cs="Arial"/>
                <w:sz w:val="20"/>
                <w:szCs w:val="20"/>
              </w:rPr>
              <w:t>2.025</w:t>
            </w:r>
          </w:p>
        </w:tc>
        <w:tc>
          <w:tcPr>
            <w:tcW w:w="0" w:type="auto"/>
          </w:tcPr>
          <w:p w14:paraId="4E969F97" w14:textId="77777777" w:rsidR="006D5036" w:rsidRDefault="006D5036" w:rsidP="0030220C">
            <w:pPr>
              <w:rPr>
                <w:rFonts w:ascii="Arial" w:hAnsi="Arial" w:cs="Arial"/>
                <w:sz w:val="20"/>
                <w:szCs w:val="20"/>
              </w:rPr>
            </w:pPr>
          </w:p>
          <w:p w14:paraId="03753B27" w14:textId="77777777" w:rsidR="006D5036" w:rsidRPr="00575350" w:rsidRDefault="006D5036" w:rsidP="0030220C">
            <w:pPr>
              <w:rPr>
                <w:rFonts w:ascii="Arial" w:hAnsi="Arial" w:cs="Arial"/>
                <w:sz w:val="20"/>
                <w:szCs w:val="20"/>
              </w:rPr>
            </w:pPr>
            <w:r>
              <w:rPr>
                <w:rFonts w:ascii="Arial" w:hAnsi="Arial" w:cs="Arial"/>
                <w:sz w:val="20"/>
                <w:szCs w:val="20"/>
              </w:rPr>
              <w:t>7,84</w:t>
            </w:r>
          </w:p>
        </w:tc>
        <w:tc>
          <w:tcPr>
            <w:tcW w:w="0" w:type="auto"/>
          </w:tcPr>
          <w:p w14:paraId="436AEBBC" w14:textId="77777777" w:rsidR="006D5036" w:rsidRDefault="006D5036" w:rsidP="0030220C">
            <w:pPr>
              <w:rPr>
                <w:rFonts w:ascii="Arial" w:hAnsi="Arial" w:cs="Arial"/>
                <w:sz w:val="20"/>
                <w:szCs w:val="20"/>
              </w:rPr>
            </w:pPr>
          </w:p>
          <w:p w14:paraId="77E25759" w14:textId="77777777" w:rsidR="006D5036" w:rsidRPr="00575350" w:rsidRDefault="006D5036" w:rsidP="0030220C">
            <w:pPr>
              <w:rPr>
                <w:rFonts w:ascii="Arial" w:hAnsi="Arial" w:cs="Arial"/>
                <w:sz w:val="20"/>
                <w:szCs w:val="20"/>
              </w:rPr>
            </w:pPr>
            <w:r>
              <w:rPr>
                <w:rFonts w:ascii="Arial" w:hAnsi="Arial" w:cs="Arial"/>
                <w:sz w:val="20"/>
                <w:szCs w:val="20"/>
              </w:rPr>
              <w:t>15.876,00</w:t>
            </w:r>
          </w:p>
        </w:tc>
      </w:tr>
      <w:tr w:rsidR="006D5036" w:rsidRPr="00575350" w14:paraId="1D36FDF3" w14:textId="77777777" w:rsidTr="0030220C">
        <w:trPr>
          <w:trHeight w:val="227"/>
          <w:jc w:val="center"/>
        </w:trPr>
        <w:tc>
          <w:tcPr>
            <w:tcW w:w="0" w:type="auto"/>
          </w:tcPr>
          <w:p w14:paraId="7CC1B09E" w14:textId="77777777" w:rsidR="006D5036" w:rsidRPr="00575350" w:rsidRDefault="006D5036" w:rsidP="0030220C">
            <w:pPr>
              <w:rPr>
                <w:rFonts w:ascii="Arial" w:hAnsi="Arial" w:cs="Arial"/>
                <w:sz w:val="20"/>
                <w:szCs w:val="20"/>
              </w:rPr>
            </w:pPr>
            <w:r w:rsidRPr="00575350">
              <w:rPr>
                <w:rFonts w:ascii="Arial" w:hAnsi="Arial" w:cs="Arial"/>
                <w:sz w:val="20"/>
                <w:szCs w:val="20"/>
              </w:rPr>
              <w:t>34</w:t>
            </w:r>
          </w:p>
        </w:tc>
        <w:tc>
          <w:tcPr>
            <w:tcW w:w="0" w:type="auto"/>
          </w:tcPr>
          <w:p w14:paraId="2DA1A7B8" w14:textId="77777777" w:rsidR="006D5036" w:rsidRPr="00575350" w:rsidRDefault="006D5036" w:rsidP="0030220C">
            <w:pPr>
              <w:rPr>
                <w:rFonts w:ascii="Arial" w:hAnsi="Arial" w:cs="Arial"/>
                <w:sz w:val="20"/>
                <w:szCs w:val="20"/>
              </w:rPr>
            </w:pPr>
            <w:r w:rsidRPr="00575350">
              <w:rPr>
                <w:rFonts w:ascii="Arial" w:hAnsi="Arial" w:cs="Arial"/>
                <w:sz w:val="20"/>
                <w:szCs w:val="20"/>
              </w:rPr>
              <w:t>232141</w:t>
            </w:r>
          </w:p>
        </w:tc>
        <w:tc>
          <w:tcPr>
            <w:tcW w:w="0" w:type="auto"/>
          </w:tcPr>
          <w:p w14:paraId="2DABFD4F" w14:textId="77777777" w:rsidR="006D5036" w:rsidRPr="00575350" w:rsidRDefault="006D5036" w:rsidP="0030220C">
            <w:pPr>
              <w:rPr>
                <w:rFonts w:ascii="Arial" w:hAnsi="Arial" w:cs="Arial"/>
                <w:sz w:val="20"/>
                <w:szCs w:val="20"/>
              </w:rPr>
            </w:pPr>
            <w:r w:rsidRPr="00575350">
              <w:rPr>
                <w:rFonts w:ascii="Arial" w:hAnsi="Arial" w:cs="Arial"/>
                <w:sz w:val="20"/>
                <w:szCs w:val="20"/>
              </w:rPr>
              <w:t>BISCOITO SALGADO, INTEGRAL - EMBALAGEM APROXIMADAMENTE 345 G, TIPO CREAM CRACKER, SIMILAR A VITARELLA, RENATA E MARILAN.</w:t>
            </w:r>
          </w:p>
        </w:tc>
        <w:tc>
          <w:tcPr>
            <w:tcW w:w="0" w:type="auto"/>
          </w:tcPr>
          <w:p w14:paraId="3A2193C5" w14:textId="77777777" w:rsidR="006D5036" w:rsidRDefault="006D5036" w:rsidP="0030220C">
            <w:pPr>
              <w:rPr>
                <w:rFonts w:ascii="Arial" w:hAnsi="Arial" w:cs="Arial"/>
                <w:sz w:val="20"/>
                <w:szCs w:val="20"/>
              </w:rPr>
            </w:pPr>
          </w:p>
          <w:p w14:paraId="352EBEC4"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tcPr>
          <w:p w14:paraId="5D5922A5" w14:textId="77777777" w:rsidR="006D5036" w:rsidRDefault="006D5036" w:rsidP="0030220C">
            <w:pPr>
              <w:rPr>
                <w:rFonts w:ascii="Arial" w:hAnsi="Arial" w:cs="Arial"/>
                <w:sz w:val="20"/>
                <w:szCs w:val="20"/>
              </w:rPr>
            </w:pPr>
          </w:p>
          <w:p w14:paraId="3F92EBAF" w14:textId="77777777" w:rsidR="006D5036" w:rsidRPr="00575350" w:rsidRDefault="006D5036" w:rsidP="0030220C">
            <w:pPr>
              <w:rPr>
                <w:rFonts w:ascii="Arial" w:hAnsi="Arial" w:cs="Arial"/>
                <w:sz w:val="20"/>
                <w:szCs w:val="20"/>
              </w:rPr>
            </w:pPr>
            <w:r w:rsidRPr="00575350">
              <w:rPr>
                <w:rFonts w:ascii="Arial" w:hAnsi="Arial" w:cs="Arial"/>
                <w:sz w:val="20"/>
                <w:szCs w:val="20"/>
              </w:rPr>
              <w:t>1.400</w:t>
            </w:r>
          </w:p>
        </w:tc>
        <w:tc>
          <w:tcPr>
            <w:tcW w:w="0" w:type="auto"/>
          </w:tcPr>
          <w:p w14:paraId="026866F4" w14:textId="77777777" w:rsidR="006D5036" w:rsidRDefault="006D5036" w:rsidP="0030220C">
            <w:pPr>
              <w:rPr>
                <w:rFonts w:ascii="Arial" w:hAnsi="Arial" w:cs="Arial"/>
                <w:sz w:val="20"/>
                <w:szCs w:val="20"/>
              </w:rPr>
            </w:pPr>
          </w:p>
          <w:p w14:paraId="7A4251F7" w14:textId="77777777" w:rsidR="006D5036" w:rsidRPr="00575350" w:rsidRDefault="006D5036" w:rsidP="0030220C">
            <w:pPr>
              <w:rPr>
                <w:rFonts w:ascii="Arial" w:hAnsi="Arial" w:cs="Arial"/>
                <w:sz w:val="20"/>
                <w:szCs w:val="20"/>
              </w:rPr>
            </w:pPr>
            <w:r>
              <w:rPr>
                <w:rFonts w:ascii="Arial" w:hAnsi="Arial" w:cs="Arial"/>
                <w:sz w:val="20"/>
                <w:szCs w:val="20"/>
              </w:rPr>
              <w:t>6,60</w:t>
            </w:r>
          </w:p>
        </w:tc>
        <w:tc>
          <w:tcPr>
            <w:tcW w:w="0" w:type="auto"/>
          </w:tcPr>
          <w:p w14:paraId="5D4F5AD4" w14:textId="77777777" w:rsidR="006D5036" w:rsidRDefault="006D5036" w:rsidP="0030220C">
            <w:pPr>
              <w:rPr>
                <w:rFonts w:ascii="Arial" w:hAnsi="Arial" w:cs="Arial"/>
                <w:sz w:val="20"/>
                <w:szCs w:val="20"/>
              </w:rPr>
            </w:pPr>
          </w:p>
          <w:p w14:paraId="485C6FBA" w14:textId="77777777" w:rsidR="006D5036" w:rsidRPr="00575350" w:rsidRDefault="006D5036" w:rsidP="0030220C">
            <w:pPr>
              <w:rPr>
                <w:rFonts w:ascii="Arial" w:hAnsi="Arial" w:cs="Arial"/>
                <w:sz w:val="20"/>
                <w:szCs w:val="20"/>
              </w:rPr>
            </w:pPr>
            <w:r>
              <w:rPr>
                <w:rFonts w:ascii="Arial" w:hAnsi="Arial" w:cs="Arial"/>
                <w:sz w:val="20"/>
                <w:szCs w:val="20"/>
              </w:rPr>
              <w:t>9.240,00</w:t>
            </w:r>
          </w:p>
        </w:tc>
      </w:tr>
      <w:tr w:rsidR="006D5036" w:rsidRPr="00575350" w14:paraId="0E315CFB" w14:textId="77777777" w:rsidTr="0030220C">
        <w:trPr>
          <w:trHeight w:val="227"/>
          <w:jc w:val="center"/>
        </w:trPr>
        <w:tc>
          <w:tcPr>
            <w:tcW w:w="0" w:type="auto"/>
          </w:tcPr>
          <w:p w14:paraId="61B922C6" w14:textId="77777777" w:rsidR="006D5036" w:rsidRPr="00575350" w:rsidRDefault="006D5036" w:rsidP="0030220C">
            <w:pPr>
              <w:rPr>
                <w:rFonts w:ascii="Arial" w:hAnsi="Arial" w:cs="Arial"/>
                <w:sz w:val="20"/>
                <w:szCs w:val="20"/>
              </w:rPr>
            </w:pPr>
            <w:r w:rsidRPr="00575350">
              <w:rPr>
                <w:rFonts w:ascii="Arial" w:hAnsi="Arial" w:cs="Arial"/>
                <w:sz w:val="20"/>
                <w:szCs w:val="20"/>
              </w:rPr>
              <w:t>35</w:t>
            </w:r>
          </w:p>
        </w:tc>
        <w:tc>
          <w:tcPr>
            <w:tcW w:w="0" w:type="auto"/>
          </w:tcPr>
          <w:p w14:paraId="1677FB6C" w14:textId="77777777" w:rsidR="006D5036" w:rsidRPr="00575350" w:rsidRDefault="006D5036" w:rsidP="0030220C">
            <w:pPr>
              <w:rPr>
                <w:rFonts w:ascii="Arial" w:hAnsi="Arial" w:cs="Arial"/>
                <w:sz w:val="20"/>
                <w:szCs w:val="20"/>
              </w:rPr>
            </w:pPr>
            <w:r w:rsidRPr="00575350">
              <w:rPr>
                <w:rFonts w:ascii="Arial" w:hAnsi="Arial" w:cs="Arial"/>
                <w:sz w:val="20"/>
                <w:szCs w:val="20"/>
              </w:rPr>
              <w:t>456468</w:t>
            </w:r>
          </w:p>
        </w:tc>
        <w:tc>
          <w:tcPr>
            <w:tcW w:w="0" w:type="auto"/>
          </w:tcPr>
          <w:p w14:paraId="13F50A85" w14:textId="77777777" w:rsidR="006D5036" w:rsidRPr="00575350" w:rsidRDefault="006D5036" w:rsidP="0030220C">
            <w:pPr>
              <w:rPr>
                <w:rFonts w:ascii="Arial" w:hAnsi="Arial" w:cs="Arial"/>
                <w:sz w:val="20"/>
                <w:szCs w:val="20"/>
              </w:rPr>
            </w:pPr>
            <w:r w:rsidRPr="00575350">
              <w:rPr>
                <w:rFonts w:ascii="Arial" w:hAnsi="Arial" w:cs="Arial"/>
                <w:sz w:val="20"/>
                <w:szCs w:val="20"/>
              </w:rPr>
              <w:t>BISCOITO SEM LACTOSE - EMBALAGEM APROXIMADAMENTE 400 G, SIMILAR A MARILAN, VITARELLA E LIANE.</w:t>
            </w:r>
          </w:p>
        </w:tc>
        <w:tc>
          <w:tcPr>
            <w:tcW w:w="0" w:type="auto"/>
          </w:tcPr>
          <w:p w14:paraId="3AA15134" w14:textId="77777777" w:rsidR="006D5036" w:rsidRDefault="006D5036" w:rsidP="0030220C">
            <w:pPr>
              <w:rPr>
                <w:rFonts w:ascii="Arial" w:hAnsi="Arial" w:cs="Arial"/>
                <w:sz w:val="20"/>
                <w:szCs w:val="20"/>
              </w:rPr>
            </w:pPr>
          </w:p>
          <w:p w14:paraId="59B51D44"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tcPr>
          <w:p w14:paraId="1430B0B1" w14:textId="77777777" w:rsidR="006D5036" w:rsidRDefault="006D5036" w:rsidP="0030220C">
            <w:pPr>
              <w:rPr>
                <w:rFonts w:ascii="Arial" w:hAnsi="Arial" w:cs="Arial"/>
                <w:sz w:val="20"/>
                <w:szCs w:val="20"/>
              </w:rPr>
            </w:pPr>
          </w:p>
          <w:p w14:paraId="2AF73ADD" w14:textId="77777777" w:rsidR="006D5036" w:rsidRPr="00575350" w:rsidRDefault="006D5036" w:rsidP="0030220C">
            <w:pPr>
              <w:rPr>
                <w:rFonts w:ascii="Arial" w:hAnsi="Arial" w:cs="Arial"/>
                <w:sz w:val="20"/>
                <w:szCs w:val="20"/>
              </w:rPr>
            </w:pPr>
            <w:r w:rsidRPr="00575350">
              <w:rPr>
                <w:rFonts w:ascii="Arial" w:hAnsi="Arial" w:cs="Arial"/>
                <w:sz w:val="20"/>
                <w:szCs w:val="20"/>
              </w:rPr>
              <w:t>500</w:t>
            </w:r>
          </w:p>
        </w:tc>
        <w:tc>
          <w:tcPr>
            <w:tcW w:w="0" w:type="auto"/>
          </w:tcPr>
          <w:p w14:paraId="6999EB7A" w14:textId="77777777" w:rsidR="006D5036" w:rsidRDefault="006D5036" w:rsidP="0030220C">
            <w:pPr>
              <w:rPr>
                <w:rFonts w:ascii="Arial" w:hAnsi="Arial" w:cs="Arial"/>
                <w:sz w:val="20"/>
                <w:szCs w:val="20"/>
              </w:rPr>
            </w:pPr>
          </w:p>
          <w:p w14:paraId="50EB9431" w14:textId="77777777" w:rsidR="006D5036" w:rsidRPr="00575350" w:rsidRDefault="006D5036" w:rsidP="0030220C">
            <w:pPr>
              <w:rPr>
                <w:rFonts w:ascii="Arial" w:hAnsi="Arial" w:cs="Arial"/>
                <w:sz w:val="20"/>
                <w:szCs w:val="20"/>
              </w:rPr>
            </w:pPr>
            <w:r>
              <w:rPr>
                <w:rFonts w:ascii="Arial" w:hAnsi="Arial" w:cs="Arial"/>
                <w:sz w:val="20"/>
                <w:szCs w:val="20"/>
              </w:rPr>
              <w:t>15,57</w:t>
            </w:r>
          </w:p>
        </w:tc>
        <w:tc>
          <w:tcPr>
            <w:tcW w:w="0" w:type="auto"/>
          </w:tcPr>
          <w:p w14:paraId="78A0F2B7" w14:textId="77777777" w:rsidR="006D5036" w:rsidRDefault="006D5036" w:rsidP="0030220C">
            <w:pPr>
              <w:rPr>
                <w:rFonts w:ascii="Arial" w:hAnsi="Arial" w:cs="Arial"/>
                <w:sz w:val="20"/>
                <w:szCs w:val="20"/>
              </w:rPr>
            </w:pPr>
          </w:p>
          <w:p w14:paraId="518C4B4B" w14:textId="77777777" w:rsidR="006D5036" w:rsidRPr="00575350" w:rsidRDefault="006D5036" w:rsidP="0030220C">
            <w:pPr>
              <w:rPr>
                <w:rFonts w:ascii="Arial" w:hAnsi="Arial" w:cs="Arial"/>
                <w:sz w:val="20"/>
                <w:szCs w:val="20"/>
              </w:rPr>
            </w:pPr>
            <w:r>
              <w:rPr>
                <w:rFonts w:ascii="Arial" w:hAnsi="Arial" w:cs="Arial"/>
                <w:sz w:val="20"/>
                <w:szCs w:val="20"/>
              </w:rPr>
              <w:t>7.785,00</w:t>
            </w:r>
          </w:p>
        </w:tc>
      </w:tr>
      <w:tr w:rsidR="006D5036" w:rsidRPr="00575350" w14:paraId="28ECB2A1" w14:textId="77777777" w:rsidTr="0030220C">
        <w:trPr>
          <w:trHeight w:val="227"/>
          <w:jc w:val="center"/>
        </w:trPr>
        <w:tc>
          <w:tcPr>
            <w:tcW w:w="0" w:type="auto"/>
          </w:tcPr>
          <w:p w14:paraId="16C8CFC5" w14:textId="77777777" w:rsidR="006D5036" w:rsidRPr="00575350" w:rsidRDefault="006D5036" w:rsidP="0030220C">
            <w:pPr>
              <w:rPr>
                <w:rFonts w:ascii="Arial" w:hAnsi="Arial" w:cs="Arial"/>
                <w:sz w:val="20"/>
                <w:szCs w:val="20"/>
              </w:rPr>
            </w:pPr>
            <w:r w:rsidRPr="00575350">
              <w:rPr>
                <w:rFonts w:ascii="Arial" w:hAnsi="Arial" w:cs="Arial"/>
                <w:sz w:val="20"/>
                <w:szCs w:val="20"/>
              </w:rPr>
              <w:t>36</w:t>
            </w:r>
          </w:p>
        </w:tc>
        <w:tc>
          <w:tcPr>
            <w:tcW w:w="0" w:type="auto"/>
          </w:tcPr>
          <w:p w14:paraId="30D77017" w14:textId="77777777" w:rsidR="006D5036" w:rsidRPr="00575350" w:rsidRDefault="006D5036" w:rsidP="0030220C">
            <w:pPr>
              <w:rPr>
                <w:rFonts w:ascii="Arial" w:hAnsi="Arial" w:cs="Arial"/>
                <w:sz w:val="20"/>
                <w:szCs w:val="20"/>
              </w:rPr>
            </w:pPr>
            <w:r w:rsidRPr="00575350">
              <w:rPr>
                <w:rFonts w:ascii="Arial" w:hAnsi="Arial" w:cs="Arial"/>
                <w:sz w:val="20"/>
                <w:szCs w:val="20"/>
              </w:rPr>
              <w:t>245803</w:t>
            </w:r>
          </w:p>
        </w:tc>
        <w:tc>
          <w:tcPr>
            <w:tcW w:w="0" w:type="auto"/>
          </w:tcPr>
          <w:p w14:paraId="53F3ECAF"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BISCOITO TIPO: ROSQUINHA, SABOR COCO - EMBALAGEM APROXIMADAMENTE 300 G, SIMILAR A MARILAN, MABEL E LIANE. </w:t>
            </w:r>
          </w:p>
        </w:tc>
        <w:tc>
          <w:tcPr>
            <w:tcW w:w="0" w:type="auto"/>
          </w:tcPr>
          <w:p w14:paraId="4FCBD69B" w14:textId="77777777" w:rsidR="006D5036" w:rsidRDefault="006D5036" w:rsidP="0030220C">
            <w:pPr>
              <w:rPr>
                <w:rFonts w:ascii="Arial" w:hAnsi="Arial" w:cs="Arial"/>
                <w:sz w:val="20"/>
                <w:szCs w:val="20"/>
              </w:rPr>
            </w:pPr>
          </w:p>
          <w:p w14:paraId="59F4DAC3"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tcPr>
          <w:p w14:paraId="21795E9B" w14:textId="77777777" w:rsidR="006D5036" w:rsidRDefault="006D5036" w:rsidP="0030220C">
            <w:pPr>
              <w:rPr>
                <w:rFonts w:ascii="Arial" w:hAnsi="Arial" w:cs="Arial"/>
                <w:sz w:val="20"/>
                <w:szCs w:val="20"/>
              </w:rPr>
            </w:pPr>
          </w:p>
          <w:p w14:paraId="482F2C23" w14:textId="77777777" w:rsidR="006D5036" w:rsidRPr="00575350" w:rsidRDefault="006D5036" w:rsidP="0030220C">
            <w:pPr>
              <w:rPr>
                <w:rFonts w:ascii="Arial" w:hAnsi="Arial" w:cs="Arial"/>
                <w:sz w:val="20"/>
                <w:szCs w:val="20"/>
              </w:rPr>
            </w:pPr>
            <w:r w:rsidRPr="00575350">
              <w:rPr>
                <w:rFonts w:ascii="Arial" w:hAnsi="Arial" w:cs="Arial"/>
                <w:sz w:val="20"/>
                <w:szCs w:val="20"/>
              </w:rPr>
              <w:t>760</w:t>
            </w:r>
          </w:p>
        </w:tc>
        <w:tc>
          <w:tcPr>
            <w:tcW w:w="0" w:type="auto"/>
          </w:tcPr>
          <w:p w14:paraId="54BD0DA9" w14:textId="77777777" w:rsidR="006D5036" w:rsidRDefault="006D5036" w:rsidP="0030220C">
            <w:pPr>
              <w:rPr>
                <w:rFonts w:ascii="Arial" w:hAnsi="Arial" w:cs="Arial"/>
                <w:sz w:val="20"/>
                <w:szCs w:val="20"/>
              </w:rPr>
            </w:pPr>
          </w:p>
          <w:p w14:paraId="73C1E927" w14:textId="77777777" w:rsidR="006D5036" w:rsidRPr="00575350" w:rsidRDefault="006D5036" w:rsidP="0030220C">
            <w:pPr>
              <w:rPr>
                <w:rFonts w:ascii="Arial" w:hAnsi="Arial" w:cs="Arial"/>
                <w:sz w:val="20"/>
                <w:szCs w:val="20"/>
              </w:rPr>
            </w:pPr>
            <w:r>
              <w:rPr>
                <w:rFonts w:ascii="Arial" w:hAnsi="Arial" w:cs="Arial"/>
                <w:sz w:val="20"/>
                <w:szCs w:val="20"/>
              </w:rPr>
              <w:t>5,89</w:t>
            </w:r>
          </w:p>
        </w:tc>
        <w:tc>
          <w:tcPr>
            <w:tcW w:w="0" w:type="auto"/>
          </w:tcPr>
          <w:p w14:paraId="711A786C" w14:textId="77777777" w:rsidR="006D5036" w:rsidRDefault="006D5036" w:rsidP="0030220C">
            <w:pPr>
              <w:rPr>
                <w:rFonts w:ascii="Arial" w:hAnsi="Arial" w:cs="Arial"/>
                <w:sz w:val="20"/>
                <w:szCs w:val="20"/>
              </w:rPr>
            </w:pPr>
          </w:p>
          <w:p w14:paraId="1F8ABFCC" w14:textId="77777777" w:rsidR="006D5036" w:rsidRPr="00575350" w:rsidRDefault="006D5036" w:rsidP="0030220C">
            <w:pPr>
              <w:rPr>
                <w:rFonts w:ascii="Arial" w:hAnsi="Arial" w:cs="Arial"/>
                <w:sz w:val="20"/>
                <w:szCs w:val="20"/>
              </w:rPr>
            </w:pPr>
            <w:r>
              <w:rPr>
                <w:rFonts w:ascii="Arial" w:hAnsi="Arial" w:cs="Arial"/>
                <w:sz w:val="20"/>
                <w:szCs w:val="20"/>
              </w:rPr>
              <w:t>4.476,40</w:t>
            </w:r>
          </w:p>
        </w:tc>
      </w:tr>
      <w:tr w:rsidR="006D5036" w:rsidRPr="00575350" w14:paraId="35D674B5" w14:textId="77777777" w:rsidTr="0030220C">
        <w:trPr>
          <w:trHeight w:val="227"/>
          <w:jc w:val="center"/>
        </w:trPr>
        <w:tc>
          <w:tcPr>
            <w:tcW w:w="0" w:type="auto"/>
          </w:tcPr>
          <w:p w14:paraId="1B8D82D6" w14:textId="77777777" w:rsidR="006D5036" w:rsidRPr="00575350" w:rsidRDefault="006D5036" w:rsidP="0030220C">
            <w:pPr>
              <w:rPr>
                <w:rFonts w:ascii="Arial" w:hAnsi="Arial" w:cs="Arial"/>
                <w:sz w:val="20"/>
                <w:szCs w:val="20"/>
              </w:rPr>
            </w:pPr>
            <w:r w:rsidRPr="00575350">
              <w:rPr>
                <w:rFonts w:ascii="Arial" w:hAnsi="Arial" w:cs="Arial"/>
                <w:sz w:val="20"/>
                <w:szCs w:val="20"/>
              </w:rPr>
              <w:lastRenderedPageBreak/>
              <w:t>37</w:t>
            </w:r>
          </w:p>
        </w:tc>
        <w:tc>
          <w:tcPr>
            <w:tcW w:w="0" w:type="auto"/>
          </w:tcPr>
          <w:p w14:paraId="1EE11600" w14:textId="77777777" w:rsidR="006D5036" w:rsidRPr="00575350" w:rsidRDefault="006D5036" w:rsidP="0030220C">
            <w:pPr>
              <w:rPr>
                <w:rFonts w:ascii="Arial" w:hAnsi="Arial" w:cs="Arial"/>
                <w:sz w:val="20"/>
                <w:szCs w:val="20"/>
              </w:rPr>
            </w:pPr>
            <w:r w:rsidRPr="00575350">
              <w:rPr>
                <w:rFonts w:ascii="Arial" w:hAnsi="Arial" w:cs="Arial"/>
                <w:sz w:val="20"/>
                <w:szCs w:val="20"/>
              </w:rPr>
              <w:t>217129</w:t>
            </w:r>
          </w:p>
        </w:tc>
        <w:tc>
          <w:tcPr>
            <w:tcW w:w="0" w:type="auto"/>
          </w:tcPr>
          <w:p w14:paraId="3C15B1B3"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BISCOITO ÁGUA E SAL - EMBALAGEM APROXIMADAMENTE 345 G, SIMILAR A RENATA, VITARELLA E MARILAN. </w:t>
            </w:r>
          </w:p>
        </w:tc>
        <w:tc>
          <w:tcPr>
            <w:tcW w:w="0" w:type="auto"/>
          </w:tcPr>
          <w:p w14:paraId="274F069B" w14:textId="77777777" w:rsidR="006D5036" w:rsidRDefault="006D5036" w:rsidP="0030220C">
            <w:pPr>
              <w:rPr>
                <w:rFonts w:ascii="Arial" w:hAnsi="Arial" w:cs="Arial"/>
                <w:sz w:val="20"/>
                <w:szCs w:val="20"/>
              </w:rPr>
            </w:pPr>
          </w:p>
          <w:p w14:paraId="1DBD3556"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tcPr>
          <w:p w14:paraId="7EB3F396" w14:textId="77777777" w:rsidR="006D5036" w:rsidRDefault="006D5036" w:rsidP="0030220C">
            <w:pPr>
              <w:rPr>
                <w:rFonts w:ascii="Arial" w:hAnsi="Arial" w:cs="Arial"/>
                <w:sz w:val="20"/>
                <w:szCs w:val="20"/>
              </w:rPr>
            </w:pPr>
          </w:p>
          <w:p w14:paraId="5894CF68" w14:textId="77777777" w:rsidR="006D5036" w:rsidRPr="00575350" w:rsidRDefault="006D5036" w:rsidP="0030220C">
            <w:pPr>
              <w:rPr>
                <w:rFonts w:ascii="Arial" w:hAnsi="Arial" w:cs="Arial"/>
                <w:sz w:val="20"/>
                <w:szCs w:val="20"/>
              </w:rPr>
            </w:pPr>
            <w:r w:rsidRPr="00575350">
              <w:rPr>
                <w:rFonts w:ascii="Arial" w:hAnsi="Arial" w:cs="Arial"/>
                <w:sz w:val="20"/>
                <w:szCs w:val="20"/>
              </w:rPr>
              <w:t>2.8</w:t>
            </w:r>
            <w:r>
              <w:rPr>
                <w:rFonts w:ascii="Arial" w:hAnsi="Arial" w:cs="Arial"/>
                <w:sz w:val="20"/>
                <w:szCs w:val="20"/>
              </w:rPr>
              <w:t>7</w:t>
            </w:r>
            <w:r w:rsidRPr="00575350">
              <w:rPr>
                <w:rFonts w:ascii="Arial" w:hAnsi="Arial" w:cs="Arial"/>
                <w:sz w:val="20"/>
                <w:szCs w:val="20"/>
              </w:rPr>
              <w:t>5</w:t>
            </w:r>
          </w:p>
        </w:tc>
        <w:tc>
          <w:tcPr>
            <w:tcW w:w="0" w:type="auto"/>
          </w:tcPr>
          <w:p w14:paraId="5FE5A3D1" w14:textId="77777777" w:rsidR="006D5036" w:rsidRDefault="006D5036" w:rsidP="0030220C">
            <w:pPr>
              <w:rPr>
                <w:rFonts w:ascii="Arial" w:hAnsi="Arial" w:cs="Arial"/>
                <w:sz w:val="20"/>
                <w:szCs w:val="20"/>
              </w:rPr>
            </w:pPr>
          </w:p>
          <w:p w14:paraId="07CA7D5E" w14:textId="77777777" w:rsidR="006D5036" w:rsidRDefault="006D5036" w:rsidP="0030220C">
            <w:pPr>
              <w:rPr>
                <w:rFonts w:ascii="Arial" w:hAnsi="Arial" w:cs="Arial"/>
                <w:sz w:val="20"/>
                <w:szCs w:val="20"/>
              </w:rPr>
            </w:pPr>
            <w:r>
              <w:rPr>
                <w:rFonts w:ascii="Arial" w:hAnsi="Arial" w:cs="Arial"/>
                <w:sz w:val="20"/>
                <w:szCs w:val="20"/>
              </w:rPr>
              <w:t>8,44</w:t>
            </w:r>
          </w:p>
          <w:p w14:paraId="7E383CF6" w14:textId="77777777" w:rsidR="006D5036" w:rsidRPr="00575350" w:rsidRDefault="006D5036" w:rsidP="0030220C">
            <w:pPr>
              <w:rPr>
                <w:rFonts w:ascii="Arial" w:hAnsi="Arial" w:cs="Arial"/>
                <w:sz w:val="20"/>
                <w:szCs w:val="20"/>
              </w:rPr>
            </w:pPr>
          </w:p>
        </w:tc>
        <w:tc>
          <w:tcPr>
            <w:tcW w:w="0" w:type="auto"/>
          </w:tcPr>
          <w:p w14:paraId="4E87A3F3" w14:textId="77777777" w:rsidR="006D5036" w:rsidRDefault="006D5036" w:rsidP="0030220C">
            <w:pPr>
              <w:rPr>
                <w:rFonts w:ascii="Arial" w:hAnsi="Arial" w:cs="Arial"/>
                <w:sz w:val="20"/>
                <w:szCs w:val="20"/>
              </w:rPr>
            </w:pPr>
          </w:p>
          <w:p w14:paraId="44A98169" w14:textId="77777777" w:rsidR="006D5036" w:rsidRPr="00575350" w:rsidRDefault="006D5036" w:rsidP="0030220C">
            <w:pPr>
              <w:rPr>
                <w:rFonts w:ascii="Arial" w:hAnsi="Arial" w:cs="Arial"/>
                <w:sz w:val="20"/>
                <w:szCs w:val="20"/>
              </w:rPr>
            </w:pPr>
            <w:r>
              <w:rPr>
                <w:rFonts w:ascii="Arial" w:hAnsi="Arial" w:cs="Arial"/>
                <w:sz w:val="20"/>
                <w:szCs w:val="20"/>
              </w:rPr>
              <w:t>24.265,00</w:t>
            </w:r>
          </w:p>
        </w:tc>
      </w:tr>
      <w:tr w:rsidR="006D5036" w:rsidRPr="00575350" w14:paraId="54706AC3" w14:textId="77777777" w:rsidTr="0030220C">
        <w:trPr>
          <w:trHeight w:val="227"/>
          <w:jc w:val="center"/>
        </w:trPr>
        <w:tc>
          <w:tcPr>
            <w:tcW w:w="0" w:type="auto"/>
          </w:tcPr>
          <w:p w14:paraId="7F481C3E" w14:textId="77777777" w:rsidR="006D5036" w:rsidRPr="00575350" w:rsidRDefault="006D5036" w:rsidP="0030220C">
            <w:pPr>
              <w:rPr>
                <w:rFonts w:ascii="Arial" w:hAnsi="Arial" w:cs="Arial"/>
                <w:sz w:val="20"/>
                <w:szCs w:val="20"/>
              </w:rPr>
            </w:pPr>
            <w:r w:rsidRPr="00575350">
              <w:rPr>
                <w:rFonts w:ascii="Arial" w:hAnsi="Arial" w:cs="Arial"/>
                <w:sz w:val="20"/>
                <w:szCs w:val="20"/>
              </w:rPr>
              <w:t>38</w:t>
            </w:r>
          </w:p>
        </w:tc>
        <w:tc>
          <w:tcPr>
            <w:tcW w:w="0" w:type="auto"/>
          </w:tcPr>
          <w:p w14:paraId="0C706439" w14:textId="77777777" w:rsidR="006D5036" w:rsidRPr="00575350" w:rsidRDefault="006D5036" w:rsidP="0030220C">
            <w:pPr>
              <w:rPr>
                <w:rFonts w:ascii="Arial" w:hAnsi="Arial" w:cs="Arial"/>
                <w:sz w:val="20"/>
                <w:szCs w:val="20"/>
              </w:rPr>
            </w:pPr>
            <w:r w:rsidRPr="00575350">
              <w:rPr>
                <w:rFonts w:ascii="Arial" w:hAnsi="Arial" w:cs="Arial"/>
                <w:sz w:val="20"/>
                <w:szCs w:val="20"/>
              </w:rPr>
              <w:t>464002</w:t>
            </w:r>
          </w:p>
        </w:tc>
        <w:tc>
          <w:tcPr>
            <w:tcW w:w="0" w:type="auto"/>
          </w:tcPr>
          <w:p w14:paraId="4EC18F2F" w14:textId="77777777" w:rsidR="006D5036" w:rsidRPr="00575350" w:rsidRDefault="006D5036" w:rsidP="0030220C">
            <w:pPr>
              <w:rPr>
                <w:rFonts w:ascii="Arial" w:hAnsi="Arial" w:cs="Arial"/>
                <w:sz w:val="20"/>
                <w:szCs w:val="20"/>
              </w:rPr>
            </w:pPr>
            <w:r w:rsidRPr="00575350">
              <w:rPr>
                <w:rFonts w:ascii="Arial" w:hAnsi="Arial" w:cs="Arial"/>
                <w:sz w:val="20"/>
                <w:szCs w:val="20"/>
              </w:rPr>
              <w:t>BOMBOM DE CHOCOLATE - COBERTURA CHOCOLATE PRETO, COM RECHEIO SABOR CASTANHA DE CAJÚ, EMBALAGEM DE APROXIMADAMENTE 1 KG.</w:t>
            </w:r>
          </w:p>
        </w:tc>
        <w:tc>
          <w:tcPr>
            <w:tcW w:w="0" w:type="auto"/>
          </w:tcPr>
          <w:p w14:paraId="729EEBEB" w14:textId="77777777" w:rsidR="006D5036" w:rsidRDefault="006D5036" w:rsidP="0030220C">
            <w:pPr>
              <w:rPr>
                <w:rFonts w:ascii="Arial" w:hAnsi="Arial" w:cs="Arial"/>
                <w:sz w:val="20"/>
                <w:szCs w:val="20"/>
              </w:rPr>
            </w:pPr>
          </w:p>
          <w:p w14:paraId="55CD7B26"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tcPr>
          <w:p w14:paraId="46FA467B" w14:textId="77777777" w:rsidR="006D5036" w:rsidRDefault="006D5036" w:rsidP="0030220C">
            <w:pPr>
              <w:rPr>
                <w:rFonts w:ascii="Arial" w:hAnsi="Arial" w:cs="Arial"/>
                <w:sz w:val="20"/>
                <w:szCs w:val="20"/>
              </w:rPr>
            </w:pPr>
          </w:p>
          <w:p w14:paraId="0A6EC92F" w14:textId="77777777" w:rsidR="006D5036" w:rsidRPr="00575350" w:rsidRDefault="006D5036" w:rsidP="0030220C">
            <w:pPr>
              <w:rPr>
                <w:rFonts w:ascii="Arial" w:hAnsi="Arial" w:cs="Arial"/>
                <w:sz w:val="20"/>
                <w:szCs w:val="20"/>
              </w:rPr>
            </w:pPr>
            <w:r w:rsidRPr="00575350">
              <w:rPr>
                <w:rFonts w:ascii="Arial" w:hAnsi="Arial" w:cs="Arial"/>
                <w:sz w:val="20"/>
                <w:szCs w:val="20"/>
              </w:rPr>
              <w:t>750</w:t>
            </w:r>
          </w:p>
        </w:tc>
        <w:tc>
          <w:tcPr>
            <w:tcW w:w="0" w:type="auto"/>
          </w:tcPr>
          <w:p w14:paraId="5728C426" w14:textId="77777777" w:rsidR="006D5036" w:rsidRDefault="006D5036" w:rsidP="0030220C">
            <w:pPr>
              <w:rPr>
                <w:rFonts w:ascii="Arial" w:hAnsi="Arial" w:cs="Arial"/>
                <w:sz w:val="20"/>
                <w:szCs w:val="20"/>
              </w:rPr>
            </w:pPr>
          </w:p>
          <w:p w14:paraId="51F9C8DC" w14:textId="77777777" w:rsidR="006D5036" w:rsidRPr="00575350" w:rsidRDefault="006D5036" w:rsidP="0030220C">
            <w:pPr>
              <w:rPr>
                <w:rFonts w:ascii="Arial" w:hAnsi="Arial" w:cs="Arial"/>
                <w:sz w:val="20"/>
                <w:szCs w:val="20"/>
              </w:rPr>
            </w:pPr>
            <w:r>
              <w:rPr>
                <w:rFonts w:ascii="Arial" w:hAnsi="Arial" w:cs="Arial"/>
                <w:sz w:val="20"/>
                <w:szCs w:val="20"/>
              </w:rPr>
              <w:t>52,84</w:t>
            </w:r>
          </w:p>
        </w:tc>
        <w:tc>
          <w:tcPr>
            <w:tcW w:w="0" w:type="auto"/>
          </w:tcPr>
          <w:p w14:paraId="769B7EB4" w14:textId="77777777" w:rsidR="006D5036" w:rsidRDefault="006D5036" w:rsidP="0030220C">
            <w:pPr>
              <w:rPr>
                <w:rFonts w:ascii="Arial" w:hAnsi="Arial" w:cs="Arial"/>
                <w:sz w:val="20"/>
                <w:szCs w:val="20"/>
              </w:rPr>
            </w:pPr>
          </w:p>
          <w:p w14:paraId="4658B6FA" w14:textId="77777777" w:rsidR="006D5036" w:rsidRPr="00575350" w:rsidRDefault="006D5036" w:rsidP="0030220C">
            <w:pPr>
              <w:rPr>
                <w:rFonts w:ascii="Arial" w:hAnsi="Arial" w:cs="Arial"/>
                <w:sz w:val="20"/>
                <w:szCs w:val="20"/>
              </w:rPr>
            </w:pPr>
            <w:r>
              <w:rPr>
                <w:rFonts w:ascii="Arial" w:hAnsi="Arial" w:cs="Arial"/>
                <w:sz w:val="20"/>
                <w:szCs w:val="20"/>
              </w:rPr>
              <w:t>39.630,00</w:t>
            </w:r>
          </w:p>
        </w:tc>
      </w:tr>
      <w:tr w:rsidR="006D5036" w:rsidRPr="00575350" w14:paraId="21E457EE" w14:textId="77777777" w:rsidTr="0030220C">
        <w:trPr>
          <w:trHeight w:val="227"/>
          <w:jc w:val="center"/>
        </w:trPr>
        <w:tc>
          <w:tcPr>
            <w:tcW w:w="0" w:type="auto"/>
          </w:tcPr>
          <w:p w14:paraId="77BCA1CA" w14:textId="77777777" w:rsidR="006D5036" w:rsidRPr="00575350" w:rsidRDefault="006D5036" w:rsidP="0030220C">
            <w:pPr>
              <w:rPr>
                <w:rFonts w:ascii="Arial" w:hAnsi="Arial" w:cs="Arial"/>
                <w:sz w:val="20"/>
                <w:szCs w:val="20"/>
              </w:rPr>
            </w:pPr>
            <w:r w:rsidRPr="00575350">
              <w:rPr>
                <w:rFonts w:ascii="Arial" w:hAnsi="Arial" w:cs="Arial"/>
                <w:sz w:val="20"/>
                <w:szCs w:val="20"/>
              </w:rPr>
              <w:t>39</w:t>
            </w:r>
          </w:p>
        </w:tc>
        <w:tc>
          <w:tcPr>
            <w:tcW w:w="0" w:type="auto"/>
          </w:tcPr>
          <w:p w14:paraId="1A97B241" w14:textId="77777777" w:rsidR="006D5036" w:rsidRPr="00575350" w:rsidRDefault="006D5036" w:rsidP="0030220C">
            <w:pPr>
              <w:rPr>
                <w:rFonts w:ascii="Arial" w:hAnsi="Arial" w:cs="Arial"/>
                <w:sz w:val="20"/>
                <w:szCs w:val="20"/>
              </w:rPr>
            </w:pPr>
            <w:r w:rsidRPr="00575350">
              <w:rPr>
                <w:rFonts w:ascii="Arial" w:hAnsi="Arial" w:cs="Arial"/>
                <w:sz w:val="20"/>
                <w:szCs w:val="20"/>
              </w:rPr>
              <w:t>463835</w:t>
            </w:r>
          </w:p>
        </w:tc>
        <w:tc>
          <w:tcPr>
            <w:tcW w:w="0" w:type="auto"/>
          </w:tcPr>
          <w:p w14:paraId="489E226F" w14:textId="77777777" w:rsidR="006D5036" w:rsidRPr="00575350" w:rsidRDefault="006D5036" w:rsidP="0030220C">
            <w:pPr>
              <w:rPr>
                <w:rFonts w:ascii="Arial" w:hAnsi="Arial" w:cs="Arial"/>
                <w:sz w:val="20"/>
                <w:szCs w:val="20"/>
              </w:rPr>
            </w:pPr>
            <w:r w:rsidRPr="00575350">
              <w:rPr>
                <w:rFonts w:ascii="Arial" w:hAnsi="Arial" w:cs="Arial"/>
                <w:sz w:val="20"/>
                <w:szCs w:val="20"/>
              </w:rPr>
              <w:t>BRÓCOLIS, TIPO: JAPÔNES, IN NATURA - SEPARADOS EM MAÇOS PADRONIZADOS, SEM PRESENÇA DE CORPOS ESTRANHOS, LIVRE DE SUJIDADES.</w:t>
            </w:r>
          </w:p>
        </w:tc>
        <w:tc>
          <w:tcPr>
            <w:tcW w:w="0" w:type="auto"/>
          </w:tcPr>
          <w:p w14:paraId="759BC65A" w14:textId="77777777" w:rsidR="006D5036" w:rsidRDefault="006D5036" w:rsidP="0030220C">
            <w:pPr>
              <w:rPr>
                <w:rFonts w:ascii="Arial" w:hAnsi="Arial" w:cs="Arial"/>
                <w:sz w:val="20"/>
                <w:szCs w:val="20"/>
              </w:rPr>
            </w:pPr>
          </w:p>
          <w:p w14:paraId="74155637" w14:textId="77777777" w:rsidR="006D5036" w:rsidRPr="00575350" w:rsidRDefault="006D5036" w:rsidP="0030220C">
            <w:pPr>
              <w:rPr>
                <w:rFonts w:ascii="Arial" w:hAnsi="Arial" w:cs="Arial"/>
                <w:sz w:val="20"/>
                <w:szCs w:val="20"/>
              </w:rPr>
            </w:pPr>
            <w:r w:rsidRPr="00575350">
              <w:rPr>
                <w:rFonts w:ascii="Arial" w:hAnsi="Arial" w:cs="Arial"/>
                <w:sz w:val="20"/>
                <w:szCs w:val="20"/>
              </w:rPr>
              <w:t>UN</w:t>
            </w:r>
          </w:p>
        </w:tc>
        <w:tc>
          <w:tcPr>
            <w:tcW w:w="0" w:type="auto"/>
          </w:tcPr>
          <w:p w14:paraId="71996EFE" w14:textId="77777777" w:rsidR="006D5036" w:rsidRDefault="006D5036" w:rsidP="0030220C">
            <w:pPr>
              <w:rPr>
                <w:rFonts w:ascii="Arial" w:hAnsi="Arial" w:cs="Arial"/>
                <w:sz w:val="20"/>
                <w:szCs w:val="20"/>
              </w:rPr>
            </w:pPr>
          </w:p>
          <w:p w14:paraId="2643FF96" w14:textId="77777777" w:rsidR="006D5036" w:rsidRPr="00575350" w:rsidRDefault="006D5036" w:rsidP="0030220C">
            <w:pPr>
              <w:rPr>
                <w:rFonts w:ascii="Arial" w:hAnsi="Arial" w:cs="Arial"/>
                <w:sz w:val="20"/>
                <w:szCs w:val="20"/>
              </w:rPr>
            </w:pPr>
            <w:r w:rsidRPr="00575350">
              <w:rPr>
                <w:rFonts w:ascii="Arial" w:hAnsi="Arial" w:cs="Arial"/>
                <w:sz w:val="20"/>
                <w:szCs w:val="20"/>
              </w:rPr>
              <w:t>150</w:t>
            </w:r>
          </w:p>
        </w:tc>
        <w:tc>
          <w:tcPr>
            <w:tcW w:w="0" w:type="auto"/>
          </w:tcPr>
          <w:p w14:paraId="19B0D3F8" w14:textId="77777777" w:rsidR="006D5036" w:rsidRDefault="006D5036" w:rsidP="0030220C">
            <w:pPr>
              <w:rPr>
                <w:rFonts w:ascii="Arial" w:hAnsi="Arial" w:cs="Arial"/>
                <w:sz w:val="20"/>
                <w:szCs w:val="20"/>
              </w:rPr>
            </w:pPr>
          </w:p>
          <w:p w14:paraId="2FC08698" w14:textId="77777777" w:rsidR="006D5036" w:rsidRPr="00575350" w:rsidRDefault="006D5036" w:rsidP="0030220C">
            <w:pPr>
              <w:rPr>
                <w:rFonts w:ascii="Arial" w:hAnsi="Arial" w:cs="Arial"/>
                <w:sz w:val="20"/>
                <w:szCs w:val="20"/>
              </w:rPr>
            </w:pPr>
            <w:r>
              <w:rPr>
                <w:rFonts w:ascii="Arial" w:hAnsi="Arial" w:cs="Arial"/>
                <w:sz w:val="20"/>
                <w:szCs w:val="20"/>
              </w:rPr>
              <w:t>10,86</w:t>
            </w:r>
          </w:p>
        </w:tc>
        <w:tc>
          <w:tcPr>
            <w:tcW w:w="0" w:type="auto"/>
          </w:tcPr>
          <w:p w14:paraId="07F84339" w14:textId="77777777" w:rsidR="006D5036" w:rsidRDefault="006D5036" w:rsidP="0030220C">
            <w:pPr>
              <w:rPr>
                <w:rFonts w:ascii="Arial" w:hAnsi="Arial" w:cs="Arial"/>
                <w:sz w:val="20"/>
                <w:szCs w:val="20"/>
              </w:rPr>
            </w:pPr>
          </w:p>
          <w:p w14:paraId="5A37988E" w14:textId="77777777" w:rsidR="006D5036" w:rsidRPr="00575350" w:rsidRDefault="006D5036" w:rsidP="0030220C">
            <w:pPr>
              <w:rPr>
                <w:rFonts w:ascii="Arial" w:hAnsi="Arial" w:cs="Arial"/>
                <w:sz w:val="20"/>
                <w:szCs w:val="20"/>
              </w:rPr>
            </w:pPr>
            <w:r>
              <w:rPr>
                <w:rFonts w:ascii="Arial" w:hAnsi="Arial" w:cs="Arial"/>
                <w:sz w:val="20"/>
                <w:szCs w:val="20"/>
              </w:rPr>
              <w:t>1.629,00</w:t>
            </w:r>
          </w:p>
        </w:tc>
      </w:tr>
      <w:tr w:rsidR="006D5036" w:rsidRPr="00575350" w14:paraId="60846D0A" w14:textId="77777777" w:rsidTr="0030220C">
        <w:trPr>
          <w:trHeight w:val="227"/>
          <w:jc w:val="center"/>
        </w:trPr>
        <w:tc>
          <w:tcPr>
            <w:tcW w:w="0" w:type="auto"/>
          </w:tcPr>
          <w:p w14:paraId="500DFEDB" w14:textId="77777777" w:rsidR="006D5036" w:rsidRPr="00575350" w:rsidRDefault="006D5036" w:rsidP="0030220C">
            <w:pPr>
              <w:rPr>
                <w:rFonts w:ascii="Arial" w:hAnsi="Arial" w:cs="Arial"/>
                <w:sz w:val="20"/>
                <w:szCs w:val="20"/>
              </w:rPr>
            </w:pPr>
            <w:r w:rsidRPr="00575350">
              <w:rPr>
                <w:rFonts w:ascii="Arial" w:hAnsi="Arial" w:cs="Arial"/>
                <w:sz w:val="20"/>
                <w:szCs w:val="20"/>
              </w:rPr>
              <w:t>40</w:t>
            </w:r>
          </w:p>
        </w:tc>
        <w:tc>
          <w:tcPr>
            <w:tcW w:w="0" w:type="auto"/>
          </w:tcPr>
          <w:p w14:paraId="43F6F6A5" w14:textId="77777777" w:rsidR="006D5036" w:rsidRPr="00575350" w:rsidRDefault="006D5036" w:rsidP="0030220C">
            <w:pPr>
              <w:rPr>
                <w:rFonts w:ascii="Arial" w:hAnsi="Arial" w:cs="Arial"/>
                <w:sz w:val="20"/>
                <w:szCs w:val="20"/>
              </w:rPr>
            </w:pPr>
            <w:r w:rsidRPr="00575350">
              <w:rPr>
                <w:rFonts w:ascii="Arial" w:hAnsi="Arial" w:cs="Arial"/>
                <w:sz w:val="20"/>
                <w:szCs w:val="20"/>
              </w:rPr>
              <w:t>463532</w:t>
            </w:r>
          </w:p>
        </w:tc>
        <w:tc>
          <w:tcPr>
            <w:tcW w:w="0" w:type="auto"/>
          </w:tcPr>
          <w:p w14:paraId="7460DEAC" w14:textId="77777777" w:rsidR="006D5036" w:rsidRPr="00575350" w:rsidRDefault="006D5036" w:rsidP="0030220C">
            <w:pPr>
              <w:rPr>
                <w:rFonts w:ascii="Arial" w:hAnsi="Arial" w:cs="Arial"/>
                <w:sz w:val="20"/>
                <w:szCs w:val="20"/>
              </w:rPr>
            </w:pPr>
            <w:r w:rsidRPr="00575350">
              <w:rPr>
                <w:rFonts w:ascii="Arial" w:hAnsi="Arial" w:cs="Arial"/>
                <w:sz w:val="20"/>
                <w:szCs w:val="20"/>
              </w:rPr>
              <w:t>CACAU EM PÓ, SEM GLÚTEN, SEM AÇÚCAR - NATURAL, 100 % CACAU, SEM ADIÇÃO DE AÇÚCAR, SEM LACTOSE, LIVRE DE AROMAS ARTIFICIAIS, EMBALAGEM DE APROXIMADAMENTE 200 G, CONTENDO INFORMAÇÕES DO FABRICANTE, DATA DE FABRICAÇÃO E VALIDADE.</w:t>
            </w:r>
          </w:p>
        </w:tc>
        <w:tc>
          <w:tcPr>
            <w:tcW w:w="0" w:type="auto"/>
          </w:tcPr>
          <w:p w14:paraId="434B584E" w14:textId="77777777" w:rsidR="006D5036" w:rsidRDefault="006D5036" w:rsidP="0030220C">
            <w:pPr>
              <w:rPr>
                <w:rFonts w:ascii="Arial" w:hAnsi="Arial" w:cs="Arial"/>
                <w:sz w:val="20"/>
                <w:szCs w:val="20"/>
              </w:rPr>
            </w:pPr>
          </w:p>
          <w:p w14:paraId="3C8790DD" w14:textId="77777777" w:rsidR="006D5036" w:rsidRDefault="006D5036" w:rsidP="0030220C">
            <w:pPr>
              <w:rPr>
                <w:rFonts w:ascii="Arial" w:hAnsi="Arial" w:cs="Arial"/>
                <w:sz w:val="20"/>
                <w:szCs w:val="20"/>
              </w:rPr>
            </w:pPr>
          </w:p>
          <w:p w14:paraId="37CD30AC" w14:textId="77777777" w:rsidR="006D5036" w:rsidRPr="00575350" w:rsidRDefault="006D5036" w:rsidP="0030220C">
            <w:pPr>
              <w:rPr>
                <w:rFonts w:ascii="Arial" w:hAnsi="Arial" w:cs="Arial"/>
                <w:sz w:val="20"/>
                <w:szCs w:val="20"/>
              </w:rPr>
            </w:pPr>
            <w:r w:rsidRPr="00575350">
              <w:rPr>
                <w:rFonts w:ascii="Arial" w:hAnsi="Arial" w:cs="Arial"/>
                <w:sz w:val="20"/>
                <w:szCs w:val="20"/>
              </w:rPr>
              <w:t>UN</w:t>
            </w:r>
          </w:p>
        </w:tc>
        <w:tc>
          <w:tcPr>
            <w:tcW w:w="0" w:type="auto"/>
          </w:tcPr>
          <w:p w14:paraId="55D10DC6" w14:textId="77777777" w:rsidR="006D5036" w:rsidRDefault="006D5036" w:rsidP="0030220C">
            <w:pPr>
              <w:rPr>
                <w:rFonts w:ascii="Arial" w:hAnsi="Arial" w:cs="Arial"/>
                <w:sz w:val="20"/>
                <w:szCs w:val="20"/>
              </w:rPr>
            </w:pPr>
          </w:p>
          <w:p w14:paraId="500A5638" w14:textId="77777777" w:rsidR="006D5036" w:rsidRDefault="006D5036" w:rsidP="0030220C">
            <w:pPr>
              <w:rPr>
                <w:rFonts w:ascii="Arial" w:hAnsi="Arial" w:cs="Arial"/>
                <w:sz w:val="20"/>
                <w:szCs w:val="20"/>
              </w:rPr>
            </w:pPr>
          </w:p>
          <w:p w14:paraId="379A94C3" w14:textId="77777777" w:rsidR="006D5036" w:rsidRPr="00575350" w:rsidRDefault="006D5036" w:rsidP="0030220C">
            <w:pPr>
              <w:rPr>
                <w:rFonts w:ascii="Arial" w:hAnsi="Arial" w:cs="Arial"/>
                <w:sz w:val="20"/>
                <w:szCs w:val="20"/>
              </w:rPr>
            </w:pPr>
            <w:r w:rsidRPr="00575350">
              <w:rPr>
                <w:rFonts w:ascii="Arial" w:hAnsi="Arial" w:cs="Arial"/>
                <w:sz w:val="20"/>
                <w:szCs w:val="20"/>
              </w:rPr>
              <w:t>20</w:t>
            </w:r>
          </w:p>
        </w:tc>
        <w:tc>
          <w:tcPr>
            <w:tcW w:w="0" w:type="auto"/>
          </w:tcPr>
          <w:p w14:paraId="4049BE54" w14:textId="77777777" w:rsidR="006D5036" w:rsidRDefault="006D5036" w:rsidP="0030220C">
            <w:pPr>
              <w:rPr>
                <w:rFonts w:ascii="Arial" w:hAnsi="Arial" w:cs="Arial"/>
                <w:sz w:val="20"/>
                <w:szCs w:val="20"/>
              </w:rPr>
            </w:pPr>
          </w:p>
          <w:p w14:paraId="68176CE9" w14:textId="77777777" w:rsidR="006D5036" w:rsidRDefault="006D5036" w:rsidP="0030220C">
            <w:pPr>
              <w:rPr>
                <w:rFonts w:ascii="Arial" w:hAnsi="Arial" w:cs="Arial"/>
                <w:sz w:val="20"/>
                <w:szCs w:val="20"/>
              </w:rPr>
            </w:pPr>
          </w:p>
          <w:p w14:paraId="65BA2306" w14:textId="77777777" w:rsidR="006D5036" w:rsidRPr="00575350" w:rsidRDefault="006D5036" w:rsidP="0030220C">
            <w:pPr>
              <w:rPr>
                <w:rFonts w:ascii="Arial" w:hAnsi="Arial" w:cs="Arial"/>
                <w:sz w:val="20"/>
                <w:szCs w:val="20"/>
              </w:rPr>
            </w:pPr>
            <w:r>
              <w:rPr>
                <w:rFonts w:ascii="Arial" w:hAnsi="Arial" w:cs="Arial"/>
                <w:sz w:val="20"/>
                <w:szCs w:val="20"/>
              </w:rPr>
              <w:t>24,36</w:t>
            </w:r>
          </w:p>
        </w:tc>
        <w:tc>
          <w:tcPr>
            <w:tcW w:w="0" w:type="auto"/>
          </w:tcPr>
          <w:p w14:paraId="30DE8B1A" w14:textId="77777777" w:rsidR="006D5036" w:rsidRDefault="006D5036" w:rsidP="0030220C">
            <w:pPr>
              <w:rPr>
                <w:rFonts w:ascii="Arial" w:hAnsi="Arial" w:cs="Arial"/>
                <w:sz w:val="20"/>
                <w:szCs w:val="20"/>
              </w:rPr>
            </w:pPr>
          </w:p>
          <w:p w14:paraId="648B29D4" w14:textId="77777777" w:rsidR="006D5036" w:rsidRDefault="006D5036" w:rsidP="0030220C">
            <w:pPr>
              <w:rPr>
                <w:rFonts w:ascii="Arial" w:hAnsi="Arial" w:cs="Arial"/>
                <w:sz w:val="20"/>
                <w:szCs w:val="20"/>
              </w:rPr>
            </w:pPr>
          </w:p>
          <w:p w14:paraId="49D08B7F" w14:textId="77777777" w:rsidR="006D5036" w:rsidRPr="00575350" w:rsidRDefault="006D5036" w:rsidP="0030220C">
            <w:pPr>
              <w:rPr>
                <w:rFonts w:ascii="Arial" w:hAnsi="Arial" w:cs="Arial"/>
                <w:sz w:val="20"/>
                <w:szCs w:val="20"/>
              </w:rPr>
            </w:pPr>
            <w:r>
              <w:rPr>
                <w:rFonts w:ascii="Arial" w:hAnsi="Arial" w:cs="Arial"/>
                <w:sz w:val="20"/>
                <w:szCs w:val="20"/>
              </w:rPr>
              <w:t>487,20</w:t>
            </w:r>
          </w:p>
        </w:tc>
      </w:tr>
      <w:tr w:rsidR="006D5036" w:rsidRPr="00575350" w14:paraId="2993D05D" w14:textId="77777777" w:rsidTr="0030220C">
        <w:trPr>
          <w:trHeight w:val="227"/>
          <w:jc w:val="center"/>
        </w:trPr>
        <w:tc>
          <w:tcPr>
            <w:tcW w:w="0" w:type="auto"/>
          </w:tcPr>
          <w:p w14:paraId="66005CAA" w14:textId="77777777" w:rsidR="00DA3830" w:rsidRDefault="00DA3830" w:rsidP="0030220C">
            <w:pPr>
              <w:rPr>
                <w:rFonts w:ascii="Arial" w:hAnsi="Arial" w:cs="Arial"/>
                <w:sz w:val="20"/>
                <w:szCs w:val="20"/>
              </w:rPr>
            </w:pPr>
          </w:p>
          <w:p w14:paraId="2A36987C" w14:textId="77777777" w:rsidR="00DA3830" w:rsidRDefault="00DA3830" w:rsidP="0030220C">
            <w:pPr>
              <w:rPr>
                <w:rFonts w:ascii="Arial" w:hAnsi="Arial" w:cs="Arial"/>
                <w:sz w:val="20"/>
                <w:szCs w:val="20"/>
              </w:rPr>
            </w:pPr>
          </w:p>
          <w:p w14:paraId="76EFB314" w14:textId="77777777" w:rsidR="00DA3830" w:rsidRDefault="00DA3830" w:rsidP="0030220C">
            <w:pPr>
              <w:rPr>
                <w:rFonts w:ascii="Arial" w:hAnsi="Arial" w:cs="Arial"/>
                <w:sz w:val="20"/>
                <w:szCs w:val="20"/>
              </w:rPr>
            </w:pPr>
          </w:p>
          <w:p w14:paraId="5357F3AB" w14:textId="169A3FD2" w:rsidR="006D5036" w:rsidRPr="00575350" w:rsidRDefault="006D5036" w:rsidP="0030220C">
            <w:pPr>
              <w:rPr>
                <w:rFonts w:ascii="Arial" w:hAnsi="Arial" w:cs="Arial"/>
                <w:sz w:val="20"/>
                <w:szCs w:val="20"/>
              </w:rPr>
            </w:pPr>
            <w:r w:rsidRPr="00575350">
              <w:rPr>
                <w:rFonts w:ascii="Arial" w:hAnsi="Arial" w:cs="Arial"/>
                <w:sz w:val="20"/>
                <w:szCs w:val="20"/>
              </w:rPr>
              <w:t>41</w:t>
            </w:r>
          </w:p>
        </w:tc>
        <w:tc>
          <w:tcPr>
            <w:tcW w:w="0" w:type="auto"/>
          </w:tcPr>
          <w:p w14:paraId="25D966AE" w14:textId="77777777" w:rsidR="00DA3830" w:rsidRDefault="00DA3830" w:rsidP="0030220C">
            <w:pPr>
              <w:rPr>
                <w:rFonts w:ascii="Arial" w:hAnsi="Arial" w:cs="Arial"/>
                <w:sz w:val="20"/>
                <w:szCs w:val="20"/>
              </w:rPr>
            </w:pPr>
          </w:p>
          <w:p w14:paraId="0F7A2941" w14:textId="77777777" w:rsidR="00DA3830" w:rsidRDefault="00DA3830" w:rsidP="0030220C">
            <w:pPr>
              <w:rPr>
                <w:rFonts w:ascii="Arial" w:hAnsi="Arial" w:cs="Arial"/>
                <w:sz w:val="20"/>
                <w:szCs w:val="20"/>
              </w:rPr>
            </w:pPr>
          </w:p>
          <w:p w14:paraId="35FE5896" w14:textId="77777777" w:rsidR="00DA3830" w:rsidRDefault="00DA3830" w:rsidP="0030220C">
            <w:pPr>
              <w:rPr>
                <w:rFonts w:ascii="Arial" w:hAnsi="Arial" w:cs="Arial"/>
                <w:sz w:val="20"/>
                <w:szCs w:val="20"/>
              </w:rPr>
            </w:pPr>
          </w:p>
          <w:p w14:paraId="702BDB8F" w14:textId="5C8D5B8F" w:rsidR="006D5036" w:rsidRPr="00575350" w:rsidRDefault="006D5036" w:rsidP="0030220C">
            <w:pPr>
              <w:rPr>
                <w:rFonts w:ascii="Arial" w:hAnsi="Arial" w:cs="Arial"/>
                <w:sz w:val="20"/>
                <w:szCs w:val="20"/>
              </w:rPr>
            </w:pPr>
            <w:r w:rsidRPr="00575350">
              <w:rPr>
                <w:rFonts w:ascii="Arial" w:hAnsi="Arial" w:cs="Arial"/>
                <w:sz w:val="20"/>
                <w:szCs w:val="20"/>
              </w:rPr>
              <w:t>463574</w:t>
            </w:r>
          </w:p>
        </w:tc>
        <w:tc>
          <w:tcPr>
            <w:tcW w:w="0" w:type="auto"/>
          </w:tcPr>
          <w:p w14:paraId="5D92E120" w14:textId="77777777" w:rsidR="006D5036" w:rsidRPr="00575350" w:rsidRDefault="006D5036" w:rsidP="0030220C">
            <w:pPr>
              <w:rPr>
                <w:rFonts w:ascii="Arial" w:hAnsi="Arial" w:cs="Arial"/>
                <w:sz w:val="20"/>
                <w:szCs w:val="20"/>
              </w:rPr>
            </w:pPr>
            <w:r w:rsidRPr="00575350">
              <w:rPr>
                <w:rFonts w:ascii="Arial" w:hAnsi="Arial" w:cs="Arial"/>
                <w:sz w:val="20"/>
                <w:szCs w:val="20"/>
              </w:rPr>
              <w:t>CAFÉ SUPERIOR TORRADO E MOÍDO – ACONDICIONADO EM EMBALAGEM DE PAPEL LAMINADO ORIGINAL DO FABRICANTE, COM APROXIMADAMENTE 500 G, PRAZO DE VALIDADE MÍNIMO DE TRÊS MESES, DEVENDO POSSUIR SELO DE PUREZA DA ABIC OU COMPROVAÇÃO EQUIVALENTE DE QUALIDADE.</w:t>
            </w:r>
          </w:p>
        </w:tc>
        <w:tc>
          <w:tcPr>
            <w:tcW w:w="0" w:type="auto"/>
          </w:tcPr>
          <w:p w14:paraId="66D38348" w14:textId="77777777" w:rsidR="006D5036" w:rsidRDefault="006D5036" w:rsidP="0030220C">
            <w:pPr>
              <w:rPr>
                <w:rFonts w:ascii="Arial" w:hAnsi="Arial" w:cs="Arial"/>
                <w:sz w:val="20"/>
                <w:szCs w:val="20"/>
              </w:rPr>
            </w:pPr>
          </w:p>
          <w:p w14:paraId="5B604842" w14:textId="77777777" w:rsidR="006D5036" w:rsidRDefault="006D5036" w:rsidP="0030220C">
            <w:pPr>
              <w:rPr>
                <w:rFonts w:ascii="Arial" w:hAnsi="Arial" w:cs="Arial"/>
                <w:sz w:val="20"/>
                <w:szCs w:val="20"/>
              </w:rPr>
            </w:pPr>
          </w:p>
          <w:p w14:paraId="17C0E36C"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tcPr>
          <w:p w14:paraId="5DE158BC" w14:textId="77777777" w:rsidR="006D5036" w:rsidRDefault="006D5036" w:rsidP="0030220C">
            <w:pPr>
              <w:rPr>
                <w:rFonts w:ascii="Arial" w:hAnsi="Arial" w:cs="Arial"/>
                <w:sz w:val="20"/>
                <w:szCs w:val="20"/>
              </w:rPr>
            </w:pPr>
          </w:p>
          <w:p w14:paraId="29160E79" w14:textId="77777777" w:rsidR="006D5036" w:rsidRDefault="006D5036" w:rsidP="0030220C">
            <w:pPr>
              <w:rPr>
                <w:rFonts w:ascii="Arial" w:hAnsi="Arial" w:cs="Arial"/>
                <w:sz w:val="20"/>
                <w:szCs w:val="20"/>
              </w:rPr>
            </w:pPr>
          </w:p>
          <w:p w14:paraId="4E35FA31" w14:textId="77777777" w:rsidR="006D5036" w:rsidRPr="00575350" w:rsidRDefault="006D5036" w:rsidP="0030220C">
            <w:pPr>
              <w:rPr>
                <w:rFonts w:ascii="Arial" w:hAnsi="Arial" w:cs="Arial"/>
                <w:sz w:val="20"/>
                <w:szCs w:val="20"/>
              </w:rPr>
            </w:pPr>
            <w:r w:rsidRPr="00575350">
              <w:rPr>
                <w:rFonts w:ascii="Arial" w:hAnsi="Arial" w:cs="Arial"/>
                <w:sz w:val="20"/>
                <w:szCs w:val="20"/>
              </w:rPr>
              <w:t>5.6</w:t>
            </w:r>
            <w:r>
              <w:rPr>
                <w:rFonts w:ascii="Arial" w:hAnsi="Arial" w:cs="Arial"/>
                <w:sz w:val="20"/>
                <w:szCs w:val="20"/>
              </w:rPr>
              <w:t>3</w:t>
            </w:r>
            <w:r w:rsidRPr="00575350">
              <w:rPr>
                <w:rFonts w:ascii="Arial" w:hAnsi="Arial" w:cs="Arial"/>
                <w:sz w:val="20"/>
                <w:szCs w:val="20"/>
              </w:rPr>
              <w:t>0</w:t>
            </w:r>
          </w:p>
        </w:tc>
        <w:tc>
          <w:tcPr>
            <w:tcW w:w="0" w:type="auto"/>
          </w:tcPr>
          <w:p w14:paraId="07CC1986" w14:textId="77777777" w:rsidR="006D5036" w:rsidRDefault="006D5036" w:rsidP="0030220C">
            <w:pPr>
              <w:rPr>
                <w:rFonts w:ascii="Arial" w:hAnsi="Arial" w:cs="Arial"/>
                <w:sz w:val="20"/>
                <w:szCs w:val="20"/>
              </w:rPr>
            </w:pPr>
          </w:p>
          <w:p w14:paraId="3BFBD67D" w14:textId="77777777" w:rsidR="006D5036" w:rsidRDefault="006D5036" w:rsidP="0030220C">
            <w:pPr>
              <w:rPr>
                <w:rFonts w:ascii="Arial" w:hAnsi="Arial" w:cs="Arial"/>
                <w:sz w:val="20"/>
                <w:szCs w:val="20"/>
              </w:rPr>
            </w:pPr>
          </w:p>
          <w:p w14:paraId="476044B7" w14:textId="77777777" w:rsidR="006D5036" w:rsidRPr="00575350" w:rsidRDefault="006D5036" w:rsidP="0030220C">
            <w:pPr>
              <w:rPr>
                <w:rFonts w:ascii="Arial" w:hAnsi="Arial" w:cs="Arial"/>
                <w:sz w:val="20"/>
                <w:szCs w:val="20"/>
              </w:rPr>
            </w:pPr>
            <w:r>
              <w:rPr>
                <w:rFonts w:ascii="Arial" w:hAnsi="Arial" w:cs="Arial"/>
                <w:sz w:val="20"/>
                <w:szCs w:val="20"/>
              </w:rPr>
              <w:t>41,14</w:t>
            </w:r>
          </w:p>
        </w:tc>
        <w:tc>
          <w:tcPr>
            <w:tcW w:w="0" w:type="auto"/>
          </w:tcPr>
          <w:p w14:paraId="5338E903" w14:textId="77777777" w:rsidR="006D5036" w:rsidRDefault="006D5036" w:rsidP="0030220C">
            <w:pPr>
              <w:rPr>
                <w:rFonts w:ascii="Arial" w:hAnsi="Arial" w:cs="Arial"/>
                <w:sz w:val="20"/>
                <w:szCs w:val="20"/>
              </w:rPr>
            </w:pPr>
          </w:p>
          <w:p w14:paraId="494FEB56" w14:textId="77777777" w:rsidR="006D5036" w:rsidRDefault="006D5036" w:rsidP="0030220C">
            <w:pPr>
              <w:rPr>
                <w:rFonts w:ascii="Arial" w:hAnsi="Arial" w:cs="Arial"/>
                <w:sz w:val="20"/>
                <w:szCs w:val="20"/>
              </w:rPr>
            </w:pPr>
          </w:p>
          <w:p w14:paraId="1A041484" w14:textId="77777777" w:rsidR="006D5036" w:rsidRPr="00575350" w:rsidRDefault="006D5036" w:rsidP="0030220C">
            <w:pPr>
              <w:rPr>
                <w:rFonts w:ascii="Arial" w:hAnsi="Arial" w:cs="Arial"/>
                <w:sz w:val="20"/>
                <w:szCs w:val="20"/>
              </w:rPr>
            </w:pPr>
            <w:r>
              <w:rPr>
                <w:rFonts w:ascii="Arial" w:hAnsi="Arial" w:cs="Arial"/>
                <w:sz w:val="20"/>
                <w:szCs w:val="20"/>
              </w:rPr>
              <w:t>231.618,20</w:t>
            </w:r>
          </w:p>
        </w:tc>
      </w:tr>
      <w:tr w:rsidR="006D5036" w:rsidRPr="00575350" w14:paraId="5F0F3710" w14:textId="77777777" w:rsidTr="0030220C">
        <w:trPr>
          <w:trHeight w:val="227"/>
          <w:jc w:val="center"/>
        </w:trPr>
        <w:tc>
          <w:tcPr>
            <w:tcW w:w="0" w:type="auto"/>
          </w:tcPr>
          <w:p w14:paraId="26AD5368" w14:textId="77777777" w:rsidR="006D5036" w:rsidRPr="00575350" w:rsidRDefault="006D5036" w:rsidP="0030220C">
            <w:pPr>
              <w:rPr>
                <w:rFonts w:ascii="Arial" w:hAnsi="Arial" w:cs="Arial"/>
                <w:sz w:val="20"/>
                <w:szCs w:val="20"/>
              </w:rPr>
            </w:pPr>
            <w:r w:rsidRPr="00575350">
              <w:rPr>
                <w:rFonts w:ascii="Arial" w:hAnsi="Arial" w:cs="Arial"/>
                <w:sz w:val="20"/>
                <w:szCs w:val="20"/>
              </w:rPr>
              <w:t>42</w:t>
            </w:r>
          </w:p>
        </w:tc>
        <w:tc>
          <w:tcPr>
            <w:tcW w:w="0" w:type="auto"/>
          </w:tcPr>
          <w:p w14:paraId="62658B87" w14:textId="77777777" w:rsidR="006D5036" w:rsidRPr="00575350" w:rsidRDefault="006D5036" w:rsidP="0030220C">
            <w:pPr>
              <w:rPr>
                <w:rFonts w:ascii="Arial" w:hAnsi="Arial" w:cs="Arial"/>
                <w:sz w:val="20"/>
                <w:szCs w:val="20"/>
              </w:rPr>
            </w:pPr>
            <w:r w:rsidRPr="00575350">
              <w:rPr>
                <w:rFonts w:ascii="Arial" w:hAnsi="Arial" w:cs="Arial"/>
                <w:sz w:val="20"/>
                <w:szCs w:val="20"/>
              </w:rPr>
              <w:t>339479</w:t>
            </w:r>
          </w:p>
        </w:tc>
        <w:tc>
          <w:tcPr>
            <w:tcW w:w="0" w:type="auto"/>
          </w:tcPr>
          <w:p w14:paraId="6CA6B692"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CALDO DE CARNE - EM CUBOS, CONTENDO 6 UNIDADES, EMBALAGEM COM PESO TOTAL DE APROXIMADAMENTE 57 G, DEVE APRESENTAR DADOS DO FABRICANTE, DATA DE FABRICAÇÃO E VALIDADE. </w:t>
            </w:r>
          </w:p>
        </w:tc>
        <w:tc>
          <w:tcPr>
            <w:tcW w:w="0" w:type="auto"/>
          </w:tcPr>
          <w:p w14:paraId="52B6FAE5" w14:textId="77777777" w:rsidR="006D5036" w:rsidRDefault="006D5036" w:rsidP="0030220C">
            <w:pPr>
              <w:rPr>
                <w:rFonts w:ascii="Arial" w:hAnsi="Arial" w:cs="Arial"/>
                <w:sz w:val="20"/>
                <w:szCs w:val="20"/>
              </w:rPr>
            </w:pPr>
          </w:p>
          <w:p w14:paraId="50C406C5" w14:textId="77777777" w:rsidR="006D5036" w:rsidRPr="00575350" w:rsidRDefault="006D5036" w:rsidP="0030220C">
            <w:pPr>
              <w:rPr>
                <w:rFonts w:ascii="Arial" w:hAnsi="Arial" w:cs="Arial"/>
                <w:sz w:val="20"/>
                <w:szCs w:val="20"/>
              </w:rPr>
            </w:pPr>
            <w:r w:rsidRPr="00575350">
              <w:rPr>
                <w:rFonts w:ascii="Arial" w:hAnsi="Arial" w:cs="Arial"/>
                <w:sz w:val="20"/>
                <w:szCs w:val="20"/>
              </w:rPr>
              <w:t>CAIXA</w:t>
            </w:r>
          </w:p>
        </w:tc>
        <w:tc>
          <w:tcPr>
            <w:tcW w:w="0" w:type="auto"/>
          </w:tcPr>
          <w:p w14:paraId="0B449CC5" w14:textId="77777777" w:rsidR="006D5036" w:rsidRDefault="006D5036" w:rsidP="0030220C">
            <w:pPr>
              <w:rPr>
                <w:rFonts w:ascii="Arial" w:hAnsi="Arial" w:cs="Arial"/>
                <w:sz w:val="20"/>
                <w:szCs w:val="20"/>
              </w:rPr>
            </w:pPr>
          </w:p>
          <w:p w14:paraId="623EE5F1" w14:textId="77777777" w:rsidR="006D5036" w:rsidRPr="00575350" w:rsidRDefault="006D5036" w:rsidP="0030220C">
            <w:pPr>
              <w:rPr>
                <w:rFonts w:ascii="Arial" w:hAnsi="Arial" w:cs="Arial"/>
                <w:sz w:val="20"/>
                <w:szCs w:val="20"/>
              </w:rPr>
            </w:pPr>
            <w:r w:rsidRPr="00575350">
              <w:rPr>
                <w:rFonts w:ascii="Arial" w:hAnsi="Arial" w:cs="Arial"/>
                <w:sz w:val="20"/>
                <w:szCs w:val="20"/>
              </w:rPr>
              <w:t>35</w:t>
            </w:r>
          </w:p>
        </w:tc>
        <w:tc>
          <w:tcPr>
            <w:tcW w:w="0" w:type="auto"/>
          </w:tcPr>
          <w:p w14:paraId="2208271E" w14:textId="77777777" w:rsidR="006D5036" w:rsidRDefault="006D5036" w:rsidP="0030220C">
            <w:pPr>
              <w:rPr>
                <w:rFonts w:ascii="Arial" w:hAnsi="Arial" w:cs="Arial"/>
                <w:sz w:val="20"/>
                <w:szCs w:val="20"/>
              </w:rPr>
            </w:pPr>
          </w:p>
          <w:p w14:paraId="2DD17833" w14:textId="77777777" w:rsidR="006D5036" w:rsidRPr="00575350" w:rsidRDefault="006D5036" w:rsidP="0030220C">
            <w:pPr>
              <w:rPr>
                <w:rFonts w:ascii="Arial" w:hAnsi="Arial" w:cs="Arial"/>
                <w:sz w:val="20"/>
                <w:szCs w:val="20"/>
              </w:rPr>
            </w:pPr>
            <w:r>
              <w:rPr>
                <w:rFonts w:ascii="Arial" w:hAnsi="Arial" w:cs="Arial"/>
                <w:sz w:val="20"/>
                <w:szCs w:val="20"/>
              </w:rPr>
              <w:t>5,00</w:t>
            </w:r>
          </w:p>
        </w:tc>
        <w:tc>
          <w:tcPr>
            <w:tcW w:w="0" w:type="auto"/>
          </w:tcPr>
          <w:p w14:paraId="57FD0F3F" w14:textId="77777777" w:rsidR="006D5036" w:rsidRDefault="006D5036" w:rsidP="0030220C">
            <w:pPr>
              <w:rPr>
                <w:rFonts w:ascii="Arial" w:hAnsi="Arial" w:cs="Arial"/>
                <w:sz w:val="20"/>
                <w:szCs w:val="20"/>
              </w:rPr>
            </w:pPr>
          </w:p>
          <w:p w14:paraId="223ED21C" w14:textId="77777777" w:rsidR="006D5036" w:rsidRPr="00575350" w:rsidRDefault="006D5036" w:rsidP="0030220C">
            <w:pPr>
              <w:rPr>
                <w:rFonts w:ascii="Arial" w:hAnsi="Arial" w:cs="Arial"/>
                <w:sz w:val="20"/>
                <w:szCs w:val="20"/>
              </w:rPr>
            </w:pPr>
            <w:r>
              <w:rPr>
                <w:rFonts w:ascii="Arial" w:hAnsi="Arial" w:cs="Arial"/>
                <w:sz w:val="20"/>
                <w:szCs w:val="20"/>
              </w:rPr>
              <w:t>175,00</w:t>
            </w:r>
          </w:p>
        </w:tc>
      </w:tr>
      <w:tr w:rsidR="006D5036" w:rsidRPr="00575350" w14:paraId="3AB3C0DC" w14:textId="77777777" w:rsidTr="0030220C">
        <w:trPr>
          <w:trHeight w:val="227"/>
          <w:jc w:val="center"/>
        </w:trPr>
        <w:tc>
          <w:tcPr>
            <w:tcW w:w="0" w:type="auto"/>
          </w:tcPr>
          <w:p w14:paraId="65C0582C" w14:textId="77777777" w:rsidR="006D5036" w:rsidRPr="00575350" w:rsidRDefault="006D5036" w:rsidP="0030220C">
            <w:pPr>
              <w:rPr>
                <w:rFonts w:ascii="Arial" w:hAnsi="Arial" w:cs="Arial"/>
                <w:sz w:val="20"/>
                <w:szCs w:val="20"/>
              </w:rPr>
            </w:pPr>
            <w:r w:rsidRPr="00575350">
              <w:rPr>
                <w:rFonts w:ascii="Arial" w:hAnsi="Arial" w:cs="Arial"/>
                <w:sz w:val="20"/>
                <w:szCs w:val="20"/>
              </w:rPr>
              <w:t>43</w:t>
            </w:r>
          </w:p>
        </w:tc>
        <w:tc>
          <w:tcPr>
            <w:tcW w:w="0" w:type="auto"/>
          </w:tcPr>
          <w:p w14:paraId="1F037763" w14:textId="77777777" w:rsidR="006D5036" w:rsidRPr="00575350" w:rsidRDefault="006D5036" w:rsidP="0030220C">
            <w:pPr>
              <w:rPr>
                <w:rFonts w:ascii="Arial" w:hAnsi="Arial" w:cs="Arial"/>
                <w:sz w:val="20"/>
                <w:szCs w:val="20"/>
              </w:rPr>
            </w:pPr>
            <w:r w:rsidRPr="00575350">
              <w:rPr>
                <w:rFonts w:ascii="Arial" w:hAnsi="Arial" w:cs="Arial"/>
                <w:sz w:val="20"/>
                <w:szCs w:val="20"/>
              </w:rPr>
              <w:t>463872</w:t>
            </w:r>
          </w:p>
        </w:tc>
        <w:tc>
          <w:tcPr>
            <w:tcW w:w="0" w:type="auto"/>
          </w:tcPr>
          <w:p w14:paraId="6307DDEA" w14:textId="77777777" w:rsidR="006D5036" w:rsidRPr="00575350" w:rsidRDefault="006D5036" w:rsidP="0030220C">
            <w:pPr>
              <w:rPr>
                <w:rFonts w:ascii="Arial" w:hAnsi="Arial" w:cs="Arial"/>
                <w:sz w:val="20"/>
                <w:szCs w:val="20"/>
              </w:rPr>
            </w:pPr>
            <w:r w:rsidRPr="00575350">
              <w:rPr>
                <w:rFonts w:ascii="Arial" w:hAnsi="Arial" w:cs="Arial"/>
                <w:sz w:val="20"/>
                <w:szCs w:val="20"/>
              </w:rPr>
              <w:t>CANELA EM PÓ - EMBALAGEM APROXIMADAMENTE 1 QUILO, CONTENDO DATA DE FABRICAÇÃO E VALIDADE, INFORMAÇÕES DO FABRICANTE. SIMILAR A KITANO, KODILAR E CALDOBOM.</w:t>
            </w:r>
          </w:p>
        </w:tc>
        <w:tc>
          <w:tcPr>
            <w:tcW w:w="0" w:type="auto"/>
          </w:tcPr>
          <w:p w14:paraId="3FD948C1" w14:textId="77777777" w:rsidR="006D5036" w:rsidRDefault="006D5036" w:rsidP="0030220C">
            <w:pPr>
              <w:rPr>
                <w:rFonts w:ascii="Arial" w:hAnsi="Arial" w:cs="Arial"/>
                <w:sz w:val="20"/>
                <w:szCs w:val="20"/>
              </w:rPr>
            </w:pPr>
          </w:p>
          <w:p w14:paraId="0DC8D96D" w14:textId="77777777" w:rsidR="006D5036" w:rsidRPr="00575350" w:rsidRDefault="006D5036" w:rsidP="0030220C">
            <w:pPr>
              <w:rPr>
                <w:rFonts w:ascii="Arial" w:hAnsi="Arial" w:cs="Arial"/>
                <w:sz w:val="20"/>
                <w:szCs w:val="20"/>
              </w:rPr>
            </w:pPr>
            <w:r w:rsidRPr="00575350">
              <w:rPr>
                <w:rFonts w:ascii="Arial" w:hAnsi="Arial" w:cs="Arial"/>
                <w:sz w:val="20"/>
                <w:szCs w:val="20"/>
              </w:rPr>
              <w:t>KG</w:t>
            </w:r>
          </w:p>
        </w:tc>
        <w:tc>
          <w:tcPr>
            <w:tcW w:w="0" w:type="auto"/>
          </w:tcPr>
          <w:p w14:paraId="6D49DEBF" w14:textId="77777777" w:rsidR="006D5036" w:rsidRDefault="006D5036" w:rsidP="0030220C">
            <w:pPr>
              <w:rPr>
                <w:rFonts w:ascii="Arial" w:hAnsi="Arial" w:cs="Arial"/>
                <w:sz w:val="20"/>
                <w:szCs w:val="20"/>
              </w:rPr>
            </w:pPr>
          </w:p>
          <w:p w14:paraId="45F32F69" w14:textId="77777777" w:rsidR="006D5036" w:rsidRPr="00575350" w:rsidRDefault="006D5036" w:rsidP="0030220C">
            <w:pPr>
              <w:rPr>
                <w:rFonts w:ascii="Arial" w:hAnsi="Arial" w:cs="Arial"/>
                <w:sz w:val="20"/>
                <w:szCs w:val="20"/>
              </w:rPr>
            </w:pPr>
            <w:r>
              <w:rPr>
                <w:rFonts w:ascii="Arial" w:hAnsi="Arial" w:cs="Arial"/>
                <w:sz w:val="20"/>
                <w:szCs w:val="20"/>
              </w:rPr>
              <w:t>23</w:t>
            </w:r>
          </w:p>
        </w:tc>
        <w:tc>
          <w:tcPr>
            <w:tcW w:w="0" w:type="auto"/>
          </w:tcPr>
          <w:p w14:paraId="1D6EA9E3" w14:textId="77777777" w:rsidR="006D5036" w:rsidRDefault="006D5036" w:rsidP="0030220C">
            <w:pPr>
              <w:rPr>
                <w:rFonts w:ascii="Arial" w:hAnsi="Arial" w:cs="Arial"/>
                <w:sz w:val="20"/>
                <w:szCs w:val="20"/>
              </w:rPr>
            </w:pPr>
          </w:p>
          <w:p w14:paraId="39781BAB" w14:textId="77777777" w:rsidR="006D5036" w:rsidRPr="00575350" w:rsidRDefault="006D5036" w:rsidP="0030220C">
            <w:pPr>
              <w:rPr>
                <w:rFonts w:ascii="Arial" w:hAnsi="Arial" w:cs="Arial"/>
                <w:sz w:val="20"/>
                <w:szCs w:val="20"/>
              </w:rPr>
            </w:pPr>
            <w:r>
              <w:rPr>
                <w:rFonts w:ascii="Arial" w:hAnsi="Arial" w:cs="Arial"/>
                <w:sz w:val="20"/>
                <w:szCs w:val="20"/>
              </w:rPr>
              <w:t>38,30</w:t>
            </w:r>
          </w:p>
        </w:tc>
        <w:tc>
          <w:tcPr>
            <w:tcW w:w="0" w:type="auto"/>
          </w:tcPr>
          <w:p w14:paraId="4FCA3D6C" w14:textId="77777777" w:rsidR="006D5036" w:rsidRDefault="006D5036" w:rsidP="0030220C">
            <w:pPr>
              <w:rPr>
                <w:rFonts w:ascii="Arial" w:hAnsi="Arial" w:cs="Arial"/>
                <w:sz w:val="20"/>
                <w:szCs w:val="20"/>
              </w:rPr>
            </w:pPr>
          </w:p>
          <w:p w14:paraId="1CA32AF5" w14:textId="77777777" w:rsidR="006D5036" w:rsidRPr="00575350" w:rsidRDefault="006D5036" w:rsidP="0030220C">
            <w:pPr>
              <w:rPr>
                <w:rFonts w:ascii="Arial" w:hAnsi="Arial" w:cs="Arial"/>
                <w:sz w:val="20"/>
                <w:szCs w:val="20"/>
              </w:rPr>
            </w:pPr>
            <w:r>
              <w:rPr>
                <w:rFonts w:ascii="Arial" w:hAnsi="Arial" w:cs="Arial"/>
                <w:sz w:val="20"/>
                <w:szCs w:val="20"/>
              </w:rPr>
              <w:t>880,90</w:t>
            </w:r>
          </w:p>
        </w:tc>
      </w:tr>
      <w:tr w:rsidR="006D5036" w:rsidRPr="00575350" w14:paraId="33E9924B" w14:textId="77777777" w:rsidTr="0030220C">
        <w:trPr>
          <w:trHeight w:val="227"/>
          <w:jc w:val="center"/>
        </w:trPr>
        <w:tc>
          <w:tcPr>
            <w:tcW w:w="0" w:type="auto"/>
          </w:tcPr>
          <w:p w14:paraId="1CFA992E" w14:textId="77777777" w:rsidR="006D5036" w:rsidRPr="00575350" w:rsidRDefault="006D5036" w:rsidP="0030220C">
            <w:pPr>
              <w:rPr>
                <w:rFonts w:ascii="Arial" w:hAnsi="Arial" w:cs="Arial"/>
                <w:sz w:val="20"/>
                <w:szCs w:val="20"/>
              </w:rPr>
            </w:pPr>
            <w:r w:rsidRPr="00575350">
              <w:rPr>
                <w:rFonts w:ascii="Arial" w:hAnsi="Arial" w:cs="Arial"/>
                <w:sz w:val="20"/>
                <w:szCs w:val="20"/>
              </w:rPr>
              <w:t>44</w:t>
            </w:r>
          </w:p>
        </w:tc>
        <w:tc>
          <w:tcPr>
            <w:tcW w:w="0" w:type="auto"/>
          </w:tcPr>
          <w:p w14:paraId="54D34AB5" w14:textId="77777777" w:rsidR="006D5036" w:rsidRPr="00575350" w:rsidRDefault="006D5036" w:rsidP="0030220C">
            <w:pPr>
              <w:rPr>
                <w:rFonts w:ascii="Arial" w:hAnsi="Arial" w:cs="Arial"/>
                <w:sz w:val="20"/>
                <w:szCs w:val="20"/>
              </w:rPr>
            </w:pPr>
            <w:r w:rsidRPr="00575350">
              <w:rPr>
                <w:rFonts w:ascii="Arial" w:hAnsi="Arial" w:cs="Arial"/>
                <w:sz w:val="20"/>
                <w:szCs w:val="20"/>
              </w:rPr>
              <w:t>463873</w:t>
            </w:r>
          </w:p>
        </w:tc>
        <w:tc>
          <w:tcPr>
            <w:tcW w:w="0" w:type="auto"/>
          </w:tcPr>
          <w:p w14:paraId="48E5E928"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CANELA EM RAMA - PURA, LIVRE DE SUJIDADES, EMBALAGEM COM APROXIMADAMENTE 20 G, CONTENDO DATA </w:t>
            </w:r>
            <w:r w:rsidRPr="00575350">
              <w:rPr>
                <w:rFonts w:ascii="Arial" w:hAnsi="Arial" w:cs="Arial"/>
                <w:sz w:val="20"/>
                <w:szCs w:val="20"/>
              </w:rPr>
              <w:lastRenderedPageBreak/>
              <w:t xml:space="preserve">DE FABRICAÇÃO, VALIDADE, NÚMERO DO LOTE, INFORMAÇÕES DO FABRICANTE E REGISTRO NO MA </w:t>
            </w:r>
          </w:p>
        </w:tc>
        <w:tc>
          <w:tcPr>
            <w:tcW w:w="0" w:type="auto"/>
          </w:tcPr>
          <w:p w14:paraId="372E707C" w14:textId="77777777" w:rsidR="006D5036" w:rsidRDefault="006D5036" w:rsidP="0030220C">
            <w:pPr>
              <w:rPr>
                <w:rFonts w:ascii="Arial" w:hAnsi="Arial" w:cs="Arial"/>
                <w:sz w:val="20"/>
                <w:szCs w:val="20"/>
              </w:rPr>
            </w:pPr>
          </w:p>
          <w:p w14:paraId="0B9E0D6E"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tcPr>
          <w:p w14:paraId="4975FA45" w14:textId="77777777" w:rsidR="006D5036" w:rsidRDefault="006D5036" w:rsidP="0030220C">
            <w:pPr>
              <w:rPr>
                <w:rFonts w:ascii="Arial" w:hAnsi="Arial" w:cs="Arial"/>
                <w:sz w:val="20"/>
                <w:szCs w:val="20"/>
              </w:rPr>
            </w:pPr>
          </w:p>
          <w:p w14:paraId="4E0F0394" w14:textId="77777777" w:rsidR="006D5036" w:rsidRPr="00575350" w:rsidRDefault="006D5036" w:rsidP="0030220C">
            <w:pPr>
              <w:rPr>
                <w:rFonts w:ascii="Arial" w:hAnsi="Arial" w:cs="Arial"/>
                <w:sz w:val="20"/>
                <w:szCs w:val="20"/>
              </w:rPr>
            </w:pPr>
            <w:r>
              <w:rPr>
                <w:rFonts w:ascii="Arial" w:hAnsi="Arial" w:cs="Arial"/>
                <w:sz w:val="20"/>
                <w:szCs w:val="20"/>
              </w:rPr>
              <w:t>1</w:t>
            </w:r>
            <w:r w:rsidRPr="00575350">
              <w:rPr>
                <w:rFonts w:ascii="Arial" w:hAnsi="Arial" w:cs="Arial"/>
                <w:sz w:val="20"/>
                <w:szCs w:val="20"/>
              </w:rPr>
              <w:t>5</w:t>
            </w:r>
          </w:p>
        </w:tc>
        <w:tc>
          <w:tcPr>
            <w:tcW w:w="0" w:type="auto"/>
          </w:tcPr>
          <w:p w14:paraId="31092ECA" w14:textId="77777777" w:rsidR="006D5036" w:rsidRDefault="006D5036" w:rsidP="0030220C">
            <w:pPr>
              <w:rPr>
                <w:rFonts w:ascii="Arial" w:hAnsi="Arial" w:cs="Arial"/>
                <w:sz w:val="20"/>
                <w:szCs w:val="20"/>
              </w:rPr>
            </w:pPr>
          </w:p>
          <w:p w14:paraId="4854D60C" w14:textId="77777777" w:rsidR="006D5036" w:rsidRDefault="006D5036" w:rsidP="0030220C">
            <w:pPr>
              <w:rPr>
                <w:rFonts w:ascii="Arial" w:hAnsi="Arial" w:cs="Arial"/>
                <w:sz w:val="20"/>
                <w:szCs w:val="20"/>
              </w:rPr>
            </w:pPr>
            <w:r>
              <w:rPr>
                <w:rFonts w:ascii="Arial" w:hAnsi="Arial" w:cs="Arial"/>
                <w:sz w:val="20"/>
                <w:szCs w:val="20"/>
              </w:rPr>
              <w:t>3,01</w:t>
            </w:r>
          </w:p>
          <w:p w14:paraId="79A45BF4" w14:textId="77777777" w:rsidR="006D5036" w:rsidRPr="00575350" w:rsidRDefault="006D5036" w:rsidP="0030220C">
            <w:pPr>
              <w:rPr>
                <w:rFonts w:ascii="Arial" w:hAnsi="Arial" w:cs="Arial"/>
                <w:sz w:val="20"/>
                <w:szCs w:val="20"/>
              </w:rPr>
            </w:pPr>
          </w:p>
        </w:tc>
        <w:tc>
          <w:tcPr>
            <w:tcW w:w="0" w:type="auto"/>
          </w:tcPr>
          <w:p w14:paraId="3168986D" w14:textId="77777777" w:rsidR="006D5036" w:rsidRDefault="006D5036" w:rsidP="0030220C">
            <w:pPr>
              <w:rPr>
                <w:rFonts w:ascii="Arial" w:hAnsi="Arial" w:cs="Arial"/>
                <w:sz w:val="20"/>
                <w:szCs w:val="20"/>
              </w:rPr>
            </w:pPr>
          </w:p>
          <w:p w14:paraId="14AC5FF2" w14:textId="77777777" w:rsidR="006D5036" w:rsidRPr="00575350" w:rsidRDefault="006D5036" w:rsidP="0030220C">
            <w:pPr>
              <w:rPr>
                <w:rFonts w:ascii="Arial" w:hAnsi="Arial" w:cs="Arial"/>
                <w:sz w:val="20"/>
                <w:szCs w:val="20"/>
              </w:rPr>
            </w:pPr>
            <w:r>
              <w:rPr>
                <w:rFonts w:ascii="Arial" w:hAnsi="Arial" w:cs="Arial"/>
                <w:sz w:val="20"/>
                <w:szCs w:val="20"/>
              </w:rPr>
              <w:t>45,15</w:t>
            </w:r>
          </w:p>
        </w:tc>
      </w:tr>
      <w:tr w:rsidR="006D5036" w:rsidRPr="00575350" w14:paraId="26B3E198" w14:textId="77777777" w:rsidTr="0030220C">
        <w:trPr>
          <w:trHeight w:val="227"/>
          <w:jc w:val="center"/>
        </w:trPr>
        <w:tc>
          <w:tcPr>
            <w:tcW w:w="0" w:type="auto"/>
          </w:tcPr>
          <w:p w14:paraId="229E16BF" w14:textId="77777777" w:rsidR="006D5036" w:rsidRPr="00575350" w:rsidRDefault="006D5036" w:rsidP="0030220C">
            <w:pPr>
              <w:rPr>
                <w:rFonts w:ascii="Arial" w:hAnsi="Arial" w:cs="Arial"/>
                <w:sz w:val="20"/>
                <w:szCs w:val="20"/>
              </w:rPr>
            </w:pPr>
            <w:r w:rsidRPr="00575350">
              <w:rPr>
                <w:rFonts w:ascii="Arial" w:hAnsi="Arial" w:cs="Arial"/>
                <w:sz w:val="20"/>
                <w:szCs w:val="20"/>
              </w:rPr>
              <w:t>45</w:t>
            </w:r>
          </w:p>
        </w:tc>
        <w:tc>
          <w:tcPr>
            <w:tcW w:w="0" w:type="auto"/>
          </w:tcPr>
          <w:p w14:paraId="25DB6C83" w14:textId="77777777" w:rsidR="006D5036" w:rsidRPr="00575350" w:rsidRDefault="006D5036" w:rsidP="0030220C">
            <w:pPr>
              <w:rPr>
                <w:rFonts w:ascii="Arial" w:hAnsi="Arial" w:cs="Arial"/>
                <w:sz w:val="20"/>
                <w:szCs w:val="20"/>
              </w:rPr>
            </w:pPr>
            <w:r w:rsidRPr="00575350">
              <w:rPr>
                <w:rFonts w:ascii="Arial" w:hAnsi="Arial" w:cs="Arial"/>
                <w:sz w:val="20"/>
                <w:szCs w:val="20"/>
              </w:rPr>
              <w:t>459073</w:t>
            </w:r>
          </w:p>
        </w:tc>
        <w:tc>
          <w:tcPr>
            <w:tcW w:w="0" w:type="auto"/>
          </w:tcPr>
          <w:p w14:paraId="6DDEB03C" w14:textId="77777777" w:rsidR="006D5036" w:rsidRPr="00575350" w:rsidRDefault="006D5036" w:rsidP="0030220C">
            <w:pPr>
              <w:rPr>
                <w:rFonts w:ascii="Arial" w:hAnsi="Arial" w:cs="Arial"/>
                <w:sz w:val="20"/>
                <w:szCs w:val="20"/>
              </w:rPr>
            </w:pPr>
            <w:r w:rsidRPr="00575350">
              <w:rPr>
                <w:rFonts w:ascii="Arial" w:hAnsi="Arial" w:cs="Arial"/>
                <w:sz w:val="20"/>
                <w:szCs w:val="20"/>
              </w:rPr>
              <w:t>CANJICA, TIPO: BRANCA - SEM PELÍCULA, QUALIDADE TIPO 1, EMBALAGEM COM APROXIMADAMENTE 500 G, SIMILAR A YOKI, CAMIL E ZAELI.</w:t>
            </w:r>
          </w:p>
        </w:tc>
        <w:tc>
          <w:tcPr>
            <w:tcW w:w="0" w:type="auto"/>
          </w:tcPr>
          <w:p w14:paraId="131BD50D" w14:textId="77777777" w:rsidR="006D5036" w:rsidRDefault="006D5036" w:rsidP="0030220C">
            <w:pPr>
              <w:rPr>
                <w:rFonts w:ascii="Arial" w:hAnsi="Arial" w:cs="Arial"/>
                <w:sz w:val="20"/>
                <w:szCs w:val="20"/>
              </w:rPr>
            </w:pPr>
          </w:p>
          <w:p w14:paraId="2DC912E3"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tcPr>
          <w:p w14:paraId="15E66D07" w14:textId="77777777" w:rsidR="006D5036" w:rsidRDefault="006D5036" w:rsidP="0030220C">
            <w:pPr>
              <w:rPr>
                <w:rFonts w:ascii="Arial" w:hAnsi="Arial" w:cs="Arial"/>
                <w:sz w:val="20"/>
                <w:szCs w:val="20"/>
              </w:rPr>
            </w:pPr>
          </w:p>
          <w:p w14:paraId="43F161DC" w14:textId="77777777" w:rsidR="006D5036" w:rsidRPr="00575350" w:rsidRDefault="006D5036" w:rsidP="0030220C">
            <w:pPr>
              <w:rPr>
                <w:rFonts w:ascii="Arial" w:hAnsi="Arial" w:cs="Arial"/>
                <w:sz w:val="20"/>
                <w:szCs w:val="20"/>
              </w:rPr>
            </w:pPr>
            <w:r w:rsidRPr="00575350">
              <w:rPr>
                <w:rFonts w:ascii="Arial" w:hAnsi="Arial" w:cs="Arial"/>
                <w:sz w:val="20"/>
                <w:szCs w:val="20"/>
              </w:rPr>
              <w:t>190</w:t>
            </w:r>
          </w:p>
        </w:tc>
        <w:tc>
          <w:tcPr>
            <w:tcW w:w="0" w:type="auto"/>
          </w:tcPr>
          <w:p w14:paraId="1E44173B" w14:textId="77777777" w:rsidR="006D5036" w:rsidRDefault="006D5036" w:rsidP="0030220C">
            <w:pPr>
              <w:rPr>
                <w:rFonts w:ascii="Arial" w:hAnsi="Arial" w:cs="Arial"/>
                <w:sz w:val="20"/>
                <w:szCs w:val="20"/>
              </w:rPr>
            </w:pPr>
          </w:p>
          <w:p w14:paraId="353BF1E6" w14:textId="77777777" w:rsidR="006D5036" w:rsidRPr="00575350" w:rsidRDefault="006D5036" w:rsidP="0030220C">
            <w:pPr>
              <w:rPr>
                <w:rFonts w:ascii="Arial" w:hAnsi="Arial" w:cs="Arial"/>
                <w:sz w:val="20"/>
                <w:szCs w:val="20"/>
              </w:rPr>
            </w:pPr>
            <w:r>
              <w:rPr>
                <w:rFonts w:ascii="Arial" w:hAnsi="Arial" w:cs="Arial"/>
                <w:sz w:val="20"/>
                <w:szCs w:val="20"/>
              </w:rPr>
              <w:t>7,96</w:t>
            </w:r>
          </w:p>
        </w:tc>
        <w:tc>
          <w:tcPr>
            <w:tcW w:w="0" w:type="auto"/>
          </w:tcPr>
          <w:p w14:paraId="57BBD8A0" w14:textId="77777777" w:rsidR="006D5036" w:rsidRDefault="006D5036" w:rsidP="0030220C">
            <w:pPr>
              <w:rPr>
                <w:rFonts w:ascii="Arial" w:hAnsi="Arial" w:cs="Arial"/>
                <w:sz w:val="20"/>
                <w:szCs w:val="20"/>
              </w:rPr>
            </w:pPr>
          </w:p>
          <w:p w14:paraId="5C724452" w14:textId="77777777" w:rsidR="006D5036" w:rsidRPr="00575350" w:rsidRDefault="006D5036" w:rsidP="0030220C">
            <w:pPr>
              <w:rPr>
                <w:rFonts w:ascii="Arial" w:hAnsi="Arial" w:cs="Arial"/>
                <w:sz w:val="20"/>
                <w:szCs w:val="20"/>
              </w:rPr>
            </w:pPr>
            <w:r>
              <w:rPr>
                <w:rFonts w:ascii="Arial" w:hAnsi="Arial" w:cs="Arial"/>
                <w:sz w:val="20"/>
                <w:szCs w:val="20"/>
              </w:rPr>
              <w:t>1.512,40</w:t>
            </w:r>
          </w:p>
        </w:tc>
      </w:tr>
      <w:tr w:rsidR="006D5036" w:rsidRPr="00575350" w14:paraId="707EB3B5" w14:textId="77777777" w:rsidTr="0030220C">
        <w:trPr>
          <w:trHeight w:val="227"/>
          <w:jc w:val="center"/>
        </w:trPr>
        <w:tc>
          <w:tcPr>
            <w:tcW w:w="0" w:type="auto"/>
          </w:tcPr>
          <w:p w14:paraId="5DE25BF5" w14:textId="77777777" w:rsidR="006D5036" w:rsidRPr="00575350" w:rsidRDefault="006D5036" w:rsidP="0030220C">
            <w:pPr>
              <w:rPr>
                <w:rFonts w:ascii="Arial" w:hAnsi="Arial" w:cs="Arial"/>
                <w:sz w:val="20"/>
                <w:szCs w:val="20"/>
              </w:rPr>
            </w:pPr>
            <w:r w:rsidRPr="00575350">
              <w:rPr>
                <w:rFonts w:ascii="Arial" w:hAnsi="Arial" w:cs="Arial"/>
                <w:sz w:val="20"/>
                <w:szCs w:val="20"/>
              </w:rPr>
              <w:t>46</w:t>
            </w:r>
          </w:p>
        </w:tc>
        <w:tc>
          <w:tcPr>
            <w:tcW w:w="0" w:type="auto"/>
          </w:tcPr>
          <w:p w14:paraId="4FEEBABE" w14:textId="77777777" w:rsidR="006D5036" w:rsidRPr="00575350" w:rsidRDefault="006D5036" w:rsidP="0030220C">
            <w:pPr>
              <w:rPr>
                <w:rFonts w:ascii="Arial" w:hAnsi="Arial" w:cs="Arial"/>
                <w:sz w:val="20"/>
                <w:szCs w:val="20"/>
              </w:rPr>
            </w:pPr>
            <w:r w:rsidRPr="00575350">
              <w:rPr>
                <w:rFonts w:ascii="Arial" w:hAnsi="Arial" w:cs="Arial"/>
                <w:sz w:val="20"/>
                <w:szCs w:val="20"/>
              </w:rPr>
              <w:t>464385</w:t>
            </w:r>
          </w:p>
        </w:tc>
        <w:tc>
          <w:tcPr>
            <w:tcW w:w="0" w:type="auto"/>
          </w:tcPr>
          <w:p w14:paraId="147EE4B7" w14:textId="77777777" w:rsidR="006D5036" w:rsidRPr="00575350" w:rsidRDefault="006D5036" w:rsidP="0030220C">
            <w:pPr>
              <w:rPr>
                <w:rFonts w:ascii="Arial" w:hAnsi="Arial" w:cs="Arial"/>
                <w:sz w:val="20"/>
                <w:szCs w:val="20"/>
              </w:rPr>
            </w:pPr>
            <w:r w:rsidRPr="00575350">
              <w:rPr>
                <w:rFonts w:ascii="Arial" w:hAnsi="Arial" w:cs="Arial"/>
                <w:sz w:val="20"/>
                <w:szCs w:val="20"/>
              </w:rPr>
              <w:t>CAQUI, IN NATURA - KG. CASCA LISA, COM BRILHO, FIRME, SEM RACHADURAS, LIVRE DE INSETOS E PARASITAS.</w:t>
            </w:r>
          </w:p>
        </w:tc>
        <w:tc>
          <w:tcPr>
            <w:tcW w:w="0" w:type="auto"/>
          </w:tcPr>
          <w:p w14:paraId="63190437" w14:textId="77777777" w:rsidR="006D5036" w:rsidRDefault="006D5036" w:rsidP="0030220C">
            <w:pPr>
              <w:rPr>
                <w:rFonts w:ascii="Arial" w:hAnsi="Arial" w:cs="Arial"/>
                <w:sz w:val="20"/>
                <w:szCs w:val="20"/>
              </w:rPr>
            </w:pPr>
          </w:p>
          <w:p w14:paraId="51C3939C" w14:textId="77777777" w:rsidR="006D5036" w:rsidRPr="00575350" w:rsidRDefault="006D5036" w:rsidP="0030220C">
            <w:pPr>
              <w:rPr>
                <w:rFonts w:ascii="Arial" w:hAnsi="Arial" w:cs="Arial"/>
                <w:sz w:val="20"/>
                <w:szCs w:val="20"/>
              </w:rPr>
            </w:pPr>
            <w:r w:rsidRPr="00575350">
              <w:rPr>
                <w:rFonts w:ascii="Arial" w:hAnsi="Arial" w:cs="Arial"/>
                <w:sz w:val="20"/>
                <w:szCs w:val="20"/>
              </w:rPr>
              <w:t>KG</w:t>
            </w:r>
          </w:p>
        </w:tc>
        <w:tc>
          <w:tcPr>
            <w:tcW w:w="0" w:type="auto"/>
          </w:tcPr>
          <w:p w14:paraId="5702BB83" w14:textId="77777777" w:rsidR="006D5036" w:rsidRDefault="006D5036" w:rsidP="0030220C">
            <w:pPr>
              <w:rPr>
                <w:rFonts w:ascii="Arial" w:hAnsi="Arial" w:cs="Arial"/>
                <w:sz w:val="20"/>
                <w:szCs w:val="20"/>
              </w:rPr>
            </w:pPr>
          </w:p>
          <w:p w14:paraId="1EE06363" w14:textId="77777777" w:rsidR="006D5036" w:rsidRPr="00575350" w:rsidRDefault="006D5036" w:rsidP="0030220C">
            <w:pPr>
              <w:rPr>
                <w:rFonts w:ascii="Arial" w:hAnsi="Arial" w:cs="Arial"/>
                <w:sz w:val="20"/>
                <w:szCs w:val="20"/>
              </w:rPr>
            </w:pPr>
            <w:r w:rsidRPr="00575350">
              <w:rPr>
                <w:rFonts w:ascii="Arial" w:hAnsi="Arial" w:cs="Arial"/>
                <w:sz w:val="20"/>
                <w:szCs w:val="20"/>
              </w:rPr>
              <w:t>100</w:t>
            </w:r>
          </w:p>
        </w:tc>
        <w:tc>
          <w:tcPr>
            <w:tcW w:w="0" w:type="auto"/>
          </w:tcPr>
          <w:p w14:paraId="21519BCB" w14:textId="77777777" w:rsidR="006D5036" w:rsidRDefault="006D5036" w:rsidP="0030220C">
            <w:pPr>
              <w:rPr>
                <w:rFonts w:ascii="Arial" w:hAnsi="Arial" w:cs="Arial"/>
                <w:sz w:val="20"/>
                <w:szCs w:val="20"/>
              </w:rPr>
            </w:pPr>
          </w:p>
          <w:p w14:paraId="52D27185" w14:textId="77777777" w:rsidR="006D5036" w:rsidRPr="00575350" w:rsidRDefault="006D5036" w:rsidP="0030220C">
            <w:pPr>
              <w:rPr>
                <w:rFonts w:ascii="Arial" w:hAnsi="Arial" w:cs="Arial"/>
                <w:sz w:val="20"/>
                <w:szCs w:val="20"/>
              </w:rPr>
            </w:pPr>
            <w:r>
              <w:rPr>
                <w:rFonts w:ascii="Arial" w:hAnsi="Arial" w:cs="Arial"/>
                <w:sz w:val="20"/>
                <w:szCs w:val="20"/>
              </w:rPr>
              <w:t>17,85</w:t>
            </w:r>
          </w:p>
        </w:tc>
        <w:tc>
          <w:tcPr>
            <w:tcW w:w="0" w:type="auto"/>
          </w:tcPr>
          <w:p w14:paraId="6E59CCB0" w14:textId="77777777" w:rsidR="006D5036" w:rsidRDefault="006D5036" w:rsidP="0030220C">
            <w:pPr>
              <w:rPr>
                <w:rFonts w:ascii="Arial" w:hAnsi="Arial" w:cs="Arial"/>
                <w:sz w:val="20"/>
                <w:szCs w:val="20"/>
              </w:rPr>
            </w:pPr>
          </w:p>
          <w:p w14:paraId="060E5FD2" w14:textId="77777777" w:rsidR="006D5036" w:rsidRPr="00575350" w:rsidRDefault="006D5036" w:rsidP="0030220C">
            <w:pPr>
              <w:rPr>
                <w:rFonts w:ascii="Arial" w:hAnsi="Arial" w:cs="Arial"/>
                <w:sz w:val="20"/>
                <w:szCs w:val="20"/>
              </w:rPr>
            </w:pPr>
            <w:r>
              <w:rPr>
                <w:rFonts w:ascii="Arial" w:hAnsi="Arial" w:cs="Arial"/>
                <w:sz w:val="20"/>
                <w:szCs w:val="20"/>
              </w:rPr>
              <w:t>1.785</w:t>
            </w:r>
          </w:p>
        </w:tc>
      </w:tr>
      <w:tr w:rsidR="006D5036" w:rsidRPr="00575350" w14:paraId="1EAC0C47" w14:textId="77777777" w:rsidTr="0030220C">
        <w:trPr>
          <w:trHeight w:val="227"/>
          <w:jc w:val="center"/>
        </w:trPr>
        <w:tc>
          <w:tcPr>
            <w:tcW w:w="0" w:type="auto"/>
          </w:tcPr>
          <w:p w14:paraId="47C11E57" w14:textId="77777777" w:rsidR="006D5036" w:rsidRPr="00575350" w:rsidRDefault="006D5036" w:rsidP="0030220C">
            <w:pPr>
              <w:rPr>
                <w:rFonts w:ascii="Arial" w:hAnsi="Arial" w:cs="Arial"/>
                <w:sz w:val="20"/>
                <w:szCs w:val="20"/>
              </w:rPr>
            </w:pPr>
            <w:r w:rsidRPr="00575350">
              <w:rPr>
                <w:rFonts w:ascii="Arial" w:hAnsi="Arial" w:cs="Arial"/>
                <w:sz w:val="20"/>
                <w:szCs w:val="20"/>
              </w:rPr>
              <w:t>47</w:t>
            </w:r>
          </w:p>
        </w:tc>
        <w:tc>
          <w:tcPr>
            <w:tcW w:w="0" w:type="auto"/>
          </w:tcPr>
          <w:p w14:paraId="56B5C58C" w14:textId="77777777" w:rsidR="006D5036" w:rsidRPr="00575350" w:rsidRDefault="006D5036" w:rsidP="0030220C">
            <w:pPr>
              <w:rPr>
                <w:rFonts w:ascii="Arial" w:hAnsi="Arial" w:cs="Arial"/>
                <w:sz w:val="20"/>
                <w:szCs w:val="20"/>
              </w:rPr>
            </w:pPr>
            <w:r w:rsidRPr="00575350">
              <w:rPr>
                <w:rFonts w:ascii="Arial" w:hAnsi="Arial" w:cs="Arial"/>
                <w:sz w:val="20"/>
                <w:szCs w:val="20"/>
              </w:rPr>
              <w:t>463783</w:t>
            </w:r>
          </w:p>
        </w:tc>
        <w:tc>
          <w:tcPr>
            <w:tcW w:w="0" w:type="auto"/>
          </w:tcPr>
          <w:p w14:paraId="166872D0" w14:textId="77777777" w:rsidR="006D5036" w:rsidRPr="00575350" w:rsidRDefault="006D5036" w:rsidP="0030220C">
            <w:pPr>
              <w:rPr>
                <w:rFonts w:ascii="Arial" w:hAnsi="Arial" w:cs="Arial"/>
                <w:sz w:val="20"/>
                <w:szCs w:val="20"/>
              </w:rPr>
            </w:pPr>
            <w:r w:rsidRPr="00575350">
              <w:rPr>
                <w:rFonts w:ascii="Arial" w:hAnsi="Arial" w:cs="Arial"/>
                <w:sz w:val="20"/>
                <w:szCs w:val="20"/>
              </w:rPr>
              <w:t>CEBOLA BRANCA, IN NATURA - KG. UNIFORME, SEM FERIMENTOS OU DEFEITOS, TENRA, BRILHANTE, FIRME E BEM DESENVOLVIDA.</w:t>
            </w:r>
          </w:p>
        </w:tc>
        <w:tc>
          <w:tcPr>
            <w:tcW w:w="0" w:type="auto"/>
          </w:tcPr>
          <w:p w14:paraId="40095F11" w14:textId="77777777" w:rsidR="006D5036" w:rsidRDefault="006D5036" w:rsidP="0030220C">
            <w:pPr>
              <w:rPr>
                <w:rFonts w:ascii="Arial" w:hAnsi="Arial" w:cs="Arial"/>
                <w:sz w:val="20"/>
                <w:szCs w:val="20"/>
              </w:rPr>
            </w:pPr>
          </w:p>
          <w:p w14:paraId="4290F048" w14:textId="77777777" w:rsidR="006D5036" w:rsidRPr="00575350" w:rsidRDefault="006D5036" w:rsidP="0030220C">
            <w:pPr>
              <w:rPr>
                <w:rFonts w:ascii="Arial" w:hAnsi="Arial" w:cs="Arial"/>
                <w:sz w:val="20"/>
                <w:szCs w:val="20"/>
              </w:rPr>
            </w:pPr>
            <w:r w:rsidRPr="00575350">
              <w:rPr>
                <w:rFonts w:ascii="Arial" w:hAnsi="Arial" w:cs="Arial"/>
                <w:sz w:val="20"/>
                <w:szCs w:val="20"/>
              </w:rPr>
              <w:t>KG</w:t>
            </w:r>
          </w:p>
        </w:tc>
        <w:tc>
          <w:tcPr>
            <w:tcW w:w="0" w:type="auto"/>
          </w:tcPr>
          <w:p w14:paraId="4D5EE394" w14:textId="77777777" w:rsidR="006D5036" w:rsidRDefault="006D5036" w:rsidP="0030220C">
            <w:pPr>
              <w:rPr>
                <w:rFonts w:ascii="Arial" w:hAnsi="Arial" w:cs="Arial"/>
                <w:sz w:val="20"/>
                <w:szCs w:val="20"/>
              </w:rPr>
            </w:pPr>
          </w:p>
          <w:p w14:paraId="4C4D9469" w14:textId="77777777" w:rsidR="006D5036" w:rsidRPr="00575350" w:rsidRDefault="006D5036" w:rsidP="0030220C">
            <w:pPr>
              <w:rPr>
                <w:rFonts w:ascii="Arial" w:hAnsi="Arial" w:cs="Arial"/>
                <w:sz w:val="20"/>
                <w:szCs w:val="20"/>
              </w:rPr>
            </w:pPr>
            <w:r w:rsidRPr="00575350">
              <w:rPr>
                <w:rFonts w:ascii="Arial" w:hAnsi="Arial" w:cs="Arial"/>
                <w:sz w:val="20"/>
                <w:szCs w:val="20"/>
              </w:rPr>
              <w:t>420</w:t>
            </w:r>
          </w:p>
        </w:tc>
        <w:tc>
          <w:tcPr>
            <w:tcW w:w="0" w:type="auto"/>
          </w:tcPr>
          <w:p w14:paraId="57434C58" w14:textId="77777777" w:rsidR="006D5036" w:rsidRDefault="006D5036" w:rsidP="0030220C">
            <w:pPr>
              <w:rPr>
                <w:rFonts w:ascii="Arial" w:hAnsi="Arial" w:cs="Arial"/>
                <w:sz w:val="20"/>
                <w:szCs w:val="20"/>
              </w:rPr>
            </w:pPr>
          </w:p>
          <w:p w14:paraId="4BD4C1C1" w14:textId="77777777" w:rsidR="006D5036" w:rsidRPr="00575350" w:rsidRDefault="006D5036" w:rsidP="0030220C">
            <w:pPr>
              <w:rPr>
                <w:rFonts w:ascii="Arial" w:hAnsi="Arial" w:cs="Arial"/>
                <w:sz w:val="20"/>
                <w:szCs w:val="20"/>
              </w:rPr>
            </w:pPr>
            <w:r>
              <w:rPr>
                <w:rFonts w:ascii="Arial" w:hAnsi="Arial" w:cs="Arial"/>
                <w:sz w:val="20"/>
                <w:szCs w:val="20"/>
              </w:rPr>
              <w:t>4,53</w:t>
            </w:r>
          </w:p>
        </w:tc>
        <w:tc>
          <w:tcPr>
            <w:tcW w:w="0" w:type="auto"/>
          </w:tcPr>
          <w:p w14:paraId="3C19F7A2" w14:textId="77777777" w:rsidR="006D5036" w:rsidRDefault="006D5036" w:rsidP="0030220C">
            <w:pPr>
              <w:rPr>
                <w:rFonts w:ascii="Arial" w:hAnsi="Arial" w:cs="Arial"/>
                <w:sz w:val="20"/>
                <w:szCs w:val="20"/>
              </w:rPr>
            </w:pPr>
          </w:p>
          <w:p w14:paraId="4B3DD89E" w14:textId="77777777" w:rsidR="006D5036" w:rsidRPr="00575350" w:rsidRDefault="006D5036" w:rsidP="0030220C">
            <w:pPr>
              <w:rPr>
                <w:rFonts w:ascii="Arial" w:hAnsi="Arial" w:cs="Arial"/>
                <w:sz w:val="20"/>
                <w:szCs w:val="20"/>
              </w:rPr>
            </w:pPr>
            <w:r>
              <w:rPr>
                <w:rFonts w:ascii="Arial" w:hAnsi="Arial" w:cs="Arial"/>
                <w:sz w:val="20"/>
                <w:szCs w:val="20"/>
              </w:rPr>
              <w:t>1.902,60</w:t>
            </w:r>
          </w:p>
        </w:tc>
      </w:tr>
      <w:tr w:rsidR="006D5036" w:rsidRPr="00575350" w14:paraId="78146FB0" w14:textId="77777777" w:rsidTr="0030220C">
        <w:trPr>
          <w:trHeight w:val="227"/>
          <w:jc w:val="center"/>
        </w:trPr>
        <w:tc>
          <w:tcPr>
            <w:tcW w:w="0" w:type="auto"/>
          </w:tcPr>
          <w:p w14:paraId="495FC254" w14:textId="77777777" w:rsidR="006D5036" w:rsidRPr="00575350" w:rsidRDefault="006D5036" w:rsidP="0030220C">
            <w:pPr>
              <w:rPr>
                <w:rFonts w:ascii="Arial" w:hAnsi="Arial" w:cs="Arial"/>
                <w:sz w:val="20"/>
                <w:szCs w:val="20"/>
              </w:rPr>
            </w:pPr>
            <w:r w:rsidRPr="00575350">
              <w:rPr>
                <w:rFonts w:ascii="Arial" w:hAnsi="Arial" w:cs="Arial"/>
                <w:sz w:val="20"/>
                <w:szCs w:val="20"/>
              </w:rPr>
              <w:t>48</w:t>
            </w:r>
          </w:p>
        </w:tc>
        <w:tc>
          <w:tcPr>
            <w:tcW w:w="0" w:type="auto"/>
          </w:tcPr>
          <w:p w14:paraId="79AEF5BE" w14:textId="77777777" w:rsidR="006D5036" w:rsidRPr="00575350" w:rsidRDefault="006D5036" w:rsidP="0030220C">
            <w:pPr>
              <w:rPr>
                <w:rFonts w:ascii="Arial" w:hAnsi="Arial" w:cs="Arial"/>
                <w:sz w:val="20"/>
                <w:szCs w:val="20"/>
              </w:rPr>
            </w:pPr>
            <w:r w:rsidRPr="00575350">
              <w:rPr>
                <w:rFonts w:ascii="Arial" w:hAnsi="Arial" w:cs="Arial"/>
                <w:sz w:val="20"/>
                <w:szCs w:val="20"/>
              </w:rPr>
              <w:t>463770</w:t>
            </w:r>
          </w:p>
        </w:tc>
        <w:tc>
          <w:tcPr>
            <w:tcW w:w="0" w:type="auto"/>
          </w:tcPr>
          <w:p w14:paraId="48166313"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CENOURA, IN NATURA - KG. SEM CORPOS ESTRANHOS OU TERRA ADERIDA A SUPERFÍCIE EXTERNA, FIRMES E BEM DESENVOLVIDAS, SEM FOLHAS, FERIMENTOS OU DEFEITOS, DE 1º QUALIDADE, TENRAS. </w:t>
            </w:r>
          </w:p>
        </w:tc>
        <w:tc>
          <w:tcPr>
            <w:tcW w:w="0" w:type="auto"/>
          </w:tcPr>
          <w:p w14:paraId="1DE39CDB" w14:textId="77777777" w:rsidR="006D5036" w:rsidRDefault="006D5036" w:rsidP="0030220C">
            <w:pPr>
              <w:rPr>
                <w:rFonts w:ascii="Arial" w:hAnsi="Arial" w:cs="Arial"/>
                <w:sz w:val="20"/>
                <w:szCs w:val="20"/>
              </w:rPr>
            </w:pPr>
          </w:p>
          <w:p w14:paraId="400545F1" w14:textId="77777777" w:rsidR="006D5036" w:rsidRPr="00575350" w:rsidRDefault="006D5036" w:rsidP="0030220C">
            <w:pPr>
              <w:rPr>
                <w:rFonts w:ascii="Arial" w:hAnsi="Arial" w:cs="Arial"/>
                <w:sz w:val="20"/>
                <w:szCs w:val="20"/>
              </w:rPr>
            </w:pPr>
            <w:r w:rsidRPr="00575350">
              <w:rPr>
                <w:rFonts w:ascii="Arial" w:hAnsi="Arial" w:cs="Arial"/>
                <w:sz w:val="20"/>
                <w:szCs w:val="20"/>
              </w:rPr>
              <w:t>KG</w:t>
            </w:r>
          </w:p>
        </w:tc>
        <w:tc>
          <w:tcPr>
            <w:tcW w:w="0" w:type="auto"/>
          </w:tcPr>
          <w:p w14:paraId="2558F3DD" w14:textId="77777777" w:rsidR="006D5036" w:rsidRDefault="006D5036" w:rsidP="0030220C">
            <w:pPr>
              <w:rPr>
                <w:rFonts w:ascii="Arial" w:hAnsi="Arial" w:cs="Arial"/>
                <w:sz w:val="20"/>
                <w:szCs w:val="20"/>
              </w:rPr>
            </w:pPr>
          </w:p>
          <w:p w14:paraId="6090196F" w14:textId="77777777" w:rsidR="006D5036" w:rsidRPr="00575350" w:rsidRDefault="006D5036" w:rsidP="0030220C">
            <w:pPr>
              <w:rPr>
                <w:rFonts w:ascii="Arial" w:hAnsi="Arial" w:cs="Arial"/>
                <w:sz w:val="20"/>
                <w:szCs w:val="20"/>
              </w:rPr>
            </w:pPr>
            <w:r w:rsidRPr="00575350">
              <w:rPr>
                <w:rFonts w:ascii="Arial" w:hAnsi="Arial" w:cs="Arial"/>
                <w:sz w:val="20"/>
                <w:szCs w:val="20"/>
              </w:rPr>
              <w:t>552</w:t>
            </w:r>
          </w:p>
        </w:tc>
        <w:tc>
          <w:tcPr>
            <w:tcW w:w="0" w:type="auto"/>
          </w:tcPr>
          <w:p w14:paraId="132CA15A" w14:textId="77777777" w:rsidR="006D5036" w:rsidRDefault="006D5036" w:rsidP="0030220C">
            <w:pPr>
              <w:rPr>
                <w:rFonts w:ascii="Arial" w:hAnsi="Arial" w:cs="Arial"/>
                <w:sz w:val="20"/>
                <w:szCs w:val="20"/>
              </w:rPr>
            </w:pPr>
          </w:p>
          <w:p w14:paraId="3236ADFF" w14:textId="77777777" w:rsidR="006D5036" w:rsidRPr="00575350" w:rsidRDefault="006D5036" w:rsidP="0030220C">
            <w:pPr>
              <w:rPr>
                <w:rFonts w:ascii="Arial" w:hAnsi="Arial" w:cs="Arial"/>
                <w:sz w:val="20"/>
                <w:szCs w:val="20"/>
              </w:rPr>
            </w:pPr>
            <w:r>
              <w:rPr>
                <w:rFonts w:ascii="Arial" w:hAnsi="Arial" w:cs="Arial"/>
                <w:sz w:val="20"/>
                <w:szCs w:val="20"/>
              </w:rPr>
              <w:t>7,86</w:t>
            </w:r>
          </w:p>
        </w:tc>
        <w:tc>
          <w:tcPr>
            <w:tcW w:w="0" w:type="auto"/>
          </w:tcPr>
          <w:p w14:paraId="76BDE13B" w14:textId="77777777" w:rsidR="006D5036" w:rsidRDefault="006D5036" w:rsidP="0030220C">
            <w:pPr>
              <w:rPr>
                <w:rFonts w:ascii="Arial" w:hAnsi="Arial" w:cs="Arial"/>
                <w:sz w:val="20"/>
                <w:szCs w:val="20"/>
              </w:rPr>
            </w:pPr>
          </w:p>
          <w:p w14:paraId="6D768D37" w14:textId="77777777" w:rsidR="006D5036" w:rsidRPr="00575350" w:rsidRDefault="006D5036" w:rsidP="0030220C">
            <w:pPr>
              <w:rPr>
                <w:rFonts w:ascii="Arial" w:hAnsi="Arial" w:cs="Arial"/>
                <w:sz w:val="20"/>
                <w:szCs w:val="20"/>
              </w:rPr>
            </w:pPr>
            <w:r>
              <w:rPr>
                <w:rFonts w:ascii="Arial" w:hAnsi="Arial" w:cs="Arial"/>
                <w:sz w:val="20"/>
                <w:szCs w:val="20"/>
              </w:rPr>
              <w:t>3.897,12</w:t>
            </w:r>
          </w:p>
        </w:tc>
      </w:tr>
      <w:tr w:rsidR="006D5036" w:rsidRPr="00575350" w14:paraId="72574B3D" w14:textId="77777777" w:rsidTr="0030220C">
        <w:trPr>
          <w:trHeight w:val="227"/>
          <w:jc w:val="center"/>
        </w:trPr>
        <w:tc>
          <w:tcPr>
            <w:tcW w:w="0" w:type="auto"/>
          </w:tcPr>
          <w:p w14:paraId="430DA4C1" w14:textId="77777777" w:rsidR="006D5036" w:rsidRPr="00575350" w:rsidRDefault="006D5036" w:rsidP="0030220C">
            <w:pPr>
              <w:rPr>
                <w:rFonts w:ascii="Arial" w:hAnsi="Arial" w:cs="Arial"/>
                <w:sz w:val="20"/>
                <w:szCs w:val="20"/>
              </w:rPr>
            </w:pPr>
            <w:r w:rsidRPr="00575350">
              <w:rPr>
                <w:rFonts w:ascii="Arial" w:hAnsi="Arial" w:cs="Arial"/>
                <w:sz w:val="20"/>
                <w:szCs w:val="20"/>
              </w:rPr>
              <w:t>49</w:t>
            </w:r>
          </w:p>
        </w:tc>
        <w:tc>
          <w:tcPr>
            <w:tcW w:w="0" w:type="auto"/>
          </w:tcPr>
          <w:p w14:paraId="7D7656A7" w14:textId="77777777" w:rsidR="006D5036" w:rsidRPr="00575350" w:rsidRDefault="006D5036" w:rsidP="0030220C">
            <w:pPr>
              <w:rPr>
                <w:rFonts w:ascii="Arial" w:hAnsi="Arial" w:cs="Arial"/>
                <w:sz w:val="20"/>
                <w:szCs w:val="20"/>
              </w:rPr>
            </w:pPr>
            <w:r w:rsidRPr="00575350">
              <w:rPr>
                <w:rFonts w:ascii="Arial" w:hAnsi="Arial" w:cs="Arial"/>
                <w:sz w:val="20"/>
                <w:szCs w:val="20"/>
              </w:rPr>
              <w:t>466074</w:t>
            </w:r>
          </w:p>
        </w:tc>
        <w:tc>
          <w:tcPr>
            <w:tcW w:w="0" w:type="auto"/>
          </w:tcPr>
          <w:p w14:paraId="3FE73D01" w14:textId="77777777" w:rsidR="006D5036" w:rsidRPr="00575350" w:rsidRDefault="006D5036" w:rsidP="0030220C">
            <w:pPr>
              <w:rPr>
                <w:rFonts w:ascii="Arial" w:hAnsi="Arial" w:cs="Arial"/>
                <w:sz w:val="20"/>
                <w:szCs w:val="20"/>
              </w:rPr>
            </w:pPr>
            <w:r w:rsidRPr="00575350">
              <w:rPr>
                <w:rFonts w:ascii="Arial" w:hAnsi="Arial" w:cs="Arial"/>
                <w:sz w:val="20"/>
                <w:szCs w:val="20"/>
              </w:rPr>
              <w:t>CHANTILLY - EMBALAGEM DE APROXIMADAMENTE 250 G, SIMILAR A VIGOR, FLEISCHMANN E POLENGHI.</w:t>
            </w:r>
          </w:p>
        </w:tc>
        <w:tc>
          <w:tcPr>
            <w:tcW w:w="0" w:type="auto"/>
          </w:tcPr>
          <w:p w14:paraId="251C1E6A" w14:textId="77777777" w:rsidR="006D5036" w:rsidRDefault="006D5036" w:rsidP="0030220C">
            <w:pPr>
              <w:rPr>
                <w:rFonts w:ascii="Arial" w:hAnsi="Arial" w:cs="Arial"/>
                <w:sz w:val="20"/>
                <w:szCs w:val="20"/>
              </w:rPr>
            </w:pPr>
          </w:p>
          <w:p w14:paraId="42C7942F" w14:textId="77777777" w:rsidR="006D5036" w:rsidRPr="00575350" w:rsidRDefault="006D5036" w:rsidP="0030220C">
            <w:pPr>
              <w:rPr>
                <w:rFonts w:ascii="Arial" w:hAnsi="Arial" w:cs="Arial"/>
                <w:sz w:val="20"/>
                <w:szCs w:val="20"/>
              </w:rPr>
            </w:pPr>
            <w:r>
              <w:rPr>
                <w:rFonts w:ascii="Arial" w:hAnsi="Arial" w:cs="Arial"/>
                <w:sz w:val="20"/>
                <w:szCs w:val="20"/>
              </w:rPr>
              <w:t xml:space="preserve">     </w:t>
            </w:r>
            <w:r w:rsidRPr="00575350">
              <w:rPr>
                <w:rFonts w:ascii="Arial" w:hAnsi="Arial" w:cs="Arial"/>
                <w:sz w:val="20"/>
                <w:szCs w:val="20"/>
              </w:rPr>
              <w:t>UN</w:t>
            </w:r>
          </w:p>
        </w:tc>
        <w:tc>
          <w:tcPr>
            <w:tcW w:w="0" w:type="auto"/>
          </w:tcPr>
          <w:p w14:paraId="7D8CBA71" w14:textId="77777777" w:rsidR="006D5036" w:rsidRDefault="006D5036" w:rsidP="0030220C">
            <w:pPr>
              <w:rPr>
                <w:rFonts w:ascii="Arial" w:hAnsi="Arial" w:cs="Arial"/>
                <w:sz w:val="20"/>
                <w:szCs w:val="20"/>
              </w:rPr>
            </w:pPr>
          </w:p>
          <w:p w14:paraId="1AD98C6C" w14:textId="77777777" w:rsidR="006D5036" w:rsidRPr="00575350" w:rsidRDefault="006D5036" w:rsidP="0030220C">
            <w:pPr>
              <w:rPr>
                <w:rFonts w:ascii="Arial" w:hAnsi="Arial" w:cs="Arial"/>
                <w:sz w:val="20"/>
                <w:szCs w:val="20"/>
              </w:rPr>
            </w:pPr>
            <w:r>
              <w:rPr>
                <w:rFonts w:ascii="Arial" w:hAnsi="Arial" w:cs="Arial"/>
                <w:sz w:val="20"/>
                <w:szCs w:val="20"/>
              </w:rPr>
              <w:t xml:space="preserve"> </w:t>
            </w:r>
            <w:r w:rsidRPr="00575350">
              <w:rPr>
                <w:rFonts w:ascii="Arial" w:hAnsi="Arial" w:cs="Arial"/>
                <w:sz w:val="20"/>
                <w:szCs w:val="20"/>
              </w:rPr>
              <w:t>90</w:t>
            </w:r>
          </w:p>
        </w:tc>
        <w:tc>
          <w:tcPr>
            <w:tcW w:w="0" w:type="auto"/>
          </w:tcPr>
          <w:p w14:paraId="26ECB904" w14:textId="77777777" w:rsidR="006D5036" w:rsidRDefault="006D5036" w:rsidP="0030220C">
            <w:pPr>
              <w:rPr>
                <w:rFonts w:ascii="Arial" w:hAnsi="Arial" w:cs="Arial"/>
                <w:sz w:val="20"/>
                <w:szCs w:val="20"/>
              </w:rPr>
            </w:pPr>
          </w:p>
          <w:p w14:paraId="6282A79E" w14:textId="77777777" w:rsidR="006D5036" w:rsidRPr="00575350" w:rsidRDefault="006D5036" w:rsidP="0030220C">
            <w:pPr>
              <w:rPr>
                <w:rFonts w:ascii="Arial" w:hAnsi="Arial" w:cs="Arial"/>
                <w:sz w:val="20"/>
                <w:szCs w:val="20"/>
              </w:rPr>
            </w:pPr>
            <w:r>
              <w:rPr>
                <w:rFonts w:ascii="Arial" w:hAnsi="Arial" w:cs="Arial"/>
                <w:sz w:val="20"/>
                <w:szCs w:val="20"/>
              </w:rPr>
              <w:t>32,28</w:t>
            </w:r>
          </w:p>
        </w:tc>
        <w:tc>
          <w:tcPr>
            <w:tcW w:w="0" w:type="auto"/>
          </w:tcPr>
          <w:p w14:paraId="49653815" w14:textId="77777777" w:rsidR="006D5036" w:rsidRDefault="006D5036" w:rsidP="0030220C">
            <w:pPr>
              <w:rPr>
                <w:rFonts w:ascii="Arial" w:hAnsi="Arial" w:cs="Arial"/>
                <w:sz w:val="20"/>
                <w:szCs w:val="20"/>
              </w:rPr>
            </w:pPr>
          </w:p>
          <w:p w14:paraId="4B2555BF" w14:textId="77777777" w:rsidR="006D5036" w:rsidRPr="00575350" w:rsidRDefault="006D5036" w:rsidP="0030220C">
            <w:pPr>
              <w:rPr>
                <w:rFonts w:ascii="Arial" w:hAnsi="Arial" w:cs="Arial"/>
                <w:sz w:val="20"/>
                <w:szCs w:val="20"/>
              </w:rPr>
            </w:pPr>
            <w:r>
              <w:rPr>
                <w:rFonts w:ascii="Arial" w:hAnsi="Arial" w:cs="Arial"/>
                <w:sz w:val="20"/>
                <w:szCs w:val="20"/>
              </w:rPr>
              <w:t>2.905,20</w:t>
            </w:r>
          </w:p>
        </w:tc>
      </w:tr>
      <w:tr w:rsidR="006D5036" w:rsidRPr="00575350" w14:paraId="30854A14" w14:textId="77777777" w:rsidTr="0030220C">
        <w:trPr>
          <w:trHeight w:val="227"/>
          <w:jc w:val="center"/>
        </w:trPr>
        <w:tc>
          <w:tcPr>
            <w:tcW w:w="0" w:type="auto"/>
          </w:tcPr>
          <w:p w14:paraId="19EE4E9C" w14:textId="77777777" w:rsidR="006D5036" w:rsidRPr="00575350" w:rsidRDefault="006D5036" w:rsidP="0030220C">
            <w:pPr>
              <w:rPr>
                <w:rFonts w:ascii="Arial" w:hAnsi="Arial" w:cs="Arial"/>
                <w:sz w:val="20"/>
                <w:szCs w:val="20"/>
              </w:rPr>
            </w:pPr>
            <w:r w:rsidRPr="00575350">
              <w:rPr>
                <w:rFonts w:ascii="Arial" w:hAnsi="Arial" w:cs="Arial"/>
                <w:sz w:val="20"/>
                <w:szCs w:val="20"/>
              </w:rPr>
              <w:t>50</w:t>
            </w:r>
          </w:p>
        </w:tc>
        <w:tc>
          <w:tcPr>
            <w:tcW w:w="0" w:type="auto"/>
          </w:tcPr>
          <w:p w14:paraId="664A7C6E" w14:textId="77777777" w:rsidR="006D5036" w:rsidRPr="00575350" w:rsidRDefault="006D5036" w:rsidP="0030220C">
            <w:pPr>
              <w:rPr>
                <w:rFonts w:ascii="Arial" w:hAnsi="Arial" w:cs="Arial"/>
                <w:sz w:val="20"/>
                <w:szCs w:val="20"/>
              </w:rPr>
            </w:pPr>
            <w:r w:rsidRPr="00575350">
              <w:rPr>
                <w:rFonts w:ascii="Arial" w:hAnsi="Arial" w:cs="Arial"/>
                <w:sz w:val="20"/>
                <w:szCs w:val="20"/>
              </w:rPr>
              <w:t>463878</w:t>
            </w:r>
          </w:p>
        </w:tc>
        <w:tc>
          <w:tcPr>
            <w:tcW w:w="0" w:type="auto"/>
          </w:tcPr>
          <w:p w14:paraId="529465EC"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CHEIRO VERDE, IN NATURA. FRESCO, SEM PRESENÇA DE SUJIDADES OU INSETOS, NÃO DEVE CONTER MANCHAS ESCURAS OU AMARELAS, EMBALADOS EM PACOTES DE PLÁSTICO, SEPARADOS EM MAÇOS. </w:t>
            </w:r>
          </w:p>
        </w:tc>
        <w:tc>
          <w:tcPr>
            <w:tcW w:w="0" w:type="auto"/>
          </w:tcPr>
          <w:p w14:paraId="2216E009" w14:textId="77777777" w:rsidR="006D5036" w:rsidRDefault="006D5036" w:rsidP="0030220C">
            <w:pPr>
              <w:rPr>
                <w:rFonts w:ascii="Arial" w:hAnsi="Arial" w:cs="Arial"/>
                <w:sz w:val="20"/>
                <w:szCs w:val="20"/>
              </w:rPr>
            </w:pPr>
          </w:p>
          <w:p w14:paraId="629D6FD1" w14:textId="77777777" w:rsidR="006D5036" w:rsidRDefault="006D5036" w:rsidP="0030220C">
            <w:pPr>
              <w:rPr>
                <w:rFonts w:ascii="Arial" w:hAnsi="Arial" w:cs="Arial"/>
                <w:sz w:val="20"/>
                <w:szCs w:val="20"/>
              </w:rPr>
            </w:pPr>
          </w:p>
          <w:p w14:paraId="4CD787C1" w14:textId="77777777" w:rsidR="006D5036" w:rsidRPr="00575350" w:rsidRDefault="006D5036" w:rsidP="0030220C">
            <w:pPr>
              <w:rPr>
                <w:rFonts w:ascii="Arial" w:hAnsi="Arial" w:cs="Arial"/>
                <w:sz w:val="20"/>
                <w:szCs w:val="20"/>
              </w:rPr>
            </w:pPr>
            <w:r w:rsidRPr="00575350">
              <w:rPr>
                <w:rFonts w:ascii="Arial" w:hAnsi="Arial" w:cs="Arial"/>
                <w:sz w:val="20"/>
                <w:szCs w:val="20"/>
              </w:rPr>
              <w:t>MAÇO</w:t>
            </w:r>
          </w:p>
        </w:tc>
        <w:tc>
          <w:tcPr>
            <w:tcW w:w="0" w:type="auto"/>
          </w:tcPr>
          <w:p w14:paraId="037FE75C" w14:textId="77777777" w:rsidR="006D5036" w:rsidRDefault="006D5036" w:rsidP="0030220C">
            <w:pPr>
              <w:rPr>
                <w:rFonts w:ascii="Arial" w:hAnsi="Arial" w:cs="Arial"/>
                <w:sz w:val="20"/>
                <w:szCs w:val="20"/>
              </w:rPr>
            </w:pPr>
          </w:p>
          <w:p w14:paraId="5CDB6BA5" w14:textId="77777777" w:rsidR="006D5036" w:rsidRDefault="006D5036" w:rsidP="0030220C">
            <w:pPr>
              <w:rPr>
                <w:rFonts w:ascii="Arial" w:hAnsi="Arial" w:cs="Arial"/>
                <w:sz w:val="20"/>
                <w:szCs w:val="20"/>
              </w:rPr>
            </w:pPr>
          </w:p>
          <w:p w14:paraId="68BD6DC2" w14:textId="77777777" w:rsidR="006D5036" w:rsidRPr="00575350" w:rsidRDefault="006D5036" w:rsidP="0030220C">
            <w:pPr>
              <w:rPr>
                <w:rFonts w:ascii="Arial" w:hAnsi="Arial" w:cs="Arial"/>
                <w:sz w:val="20"/>
                <w:szCs w:val="20"/>
              </w:rPr>
            </w:pPr>
            <w:r w:rsidRPr="00575350">
              <w:rPr>
                <w:rFonts w:ascii="Arial" w:hAnsi="Arial" w:cs="Arial"/>
                <w:sz w:val="20"/>
                <w:szCs w:val="20"/>
              </w:rPr>
              <w:t>565</w:t>
            </w:r>
          </w:p>
        </w:tc>
        <w:tc>
          <w:tcPr>
            <w:tcW w:w="0" w:type="auto"/>
          </w:tcPr>
          <w:p w14:paraId="46289CFE" w14:textId="77777777" w:rsidR="006D5036" w:rsidRDefault="006D5036" w:rsidP="0030220C">
            <w:pPr>
              <w:rPr>
                <w:rFonts w:ascii="Arial" w:hAnsi="Arial" w:cs="Arial"/>
                <w:sz w:val="20"/>
                <w:szCs w:val="20"/>
              </w:rPr>
            </w:pPr>
          </w:p>
          <w:p w14:paraId="1F1B9D3C" w14:textId="77777777" w:rsidR="006D5036" w:rsidRDefault="006D5036" w:rsidP="0030220C">
            <w:pPr>
              <w:rPr>
                <w:rFonts w:ascii="Arial" w:hAnsi="Arial" w:cs="Arial"/>
                <w:sz w:val="20"/>
                <w:szCs w:val="20"/>
              </w:rPr>
            </w:pPr>
          </w:p>
          <w:p w14:paraId="016BBBED" w14:textId="77777777" w:rsidR="006D5036" w:rsidRPr="00575350" w:rsidRDefault="006D5036" w:rsidP="0030220C">
            <w:pPr>
              <w:rPr>
                <w:rFonts w:ascii="Arial" w:hAnsi="Arial" w:cs="Arial"/>
                <w:sz w:val="20"/>
                <w:szCs w:val="20"/>
              </w:rPr>
            </w:pPr>
            <w:r>
              <w:rPr>
                <w:rFonts w:ascii="Arial" w:hAnsi="Arial" w:cs="Arial"/>
                <w:sz w:val="20"/>
                <w:szCs w:val="20"/>
              </w:rPr>
              <w:t>5,55</w:t>
            </w:r>
          </w:p>
        </w:tc>
        <w:tc>
          <w:tcPr>
            <w:tcW w:w="0" w:type="auto"/>
          </w:tcPr>
          <w:p w14:paraId="1D151E42" w14:textId="77777777" w:rsidR="006D5036" w:rsidRDefault="006D5036" w:rsidP="0030220C">
            <w:pPr>
              <w:rPr>
                <w:rFonts w:ascii="Arial" w:hAnsi="Arial" w:cs="Arial"/>
                <w:sz w:val="20"/>
                <w:szCs w:val="20"/>
              </w:rPr>
            </w:pPr>
          </w:p>
          <w:p w14:paraId="4E36956E" w14:textId="77777777" w:rsidR="006D5036" w:rsidRDefault="006D5036" w:rsidP="0030220C">
            <w:pPr>
              <w:rPr>
                <w:rFonts w:ascii="Arial" w:hAnsi="Arial" w:cs="Arial"/>
                <w:sz w:val="20"/>
                <w:szCs w:val="20"/>
              </w:rPr>
            </w:pPr>
          </w:p>
          <w:p w14:paraId="1F0F7EEF" w14:textId="77777777" w:rsidR="006D5036" w:rsidRPr="00575350" w:rsidRDefault="006D5036" w:rsidP="0030220C">
            <w:pPr>
              <w:rPr>
                <w:rFonts w:ascii="Arial" w:hAnsi="Arial" w:cs="Arial"/>
                <w:sz w:val="20"/>
                <w:szCs w:val="20"/>
              </w:rPr>
            </w:pPr>
            <w:r>
              <w:rPr>
                <w:rFonts w:ascii="Arial" w:hAnsi="Arial" w:cs="Arial"/>
                <w:sz w:val="20"/>
                <w:szCs w:val="20"/>
              </w:rPr>
              <w:t>3.135,75</w:t>
            </w:r>
          </w:p>
        </w:tc>
      </w:tr>
      <w:tr w:rsidR="006D5036" w:rsidRPr="00575350" w14:paraId="7001FDA3" w14:textId="77777777" w:rsidTr="0030220C">
        <w:trPr>
          <w:trHeight w:val="227"/>
          <w:jc w:val="center"/>
        </w:trPr>
        <w:tc>
          <w:tcPr>
            <w:tcW w:w="0" w:type="auto"/>
          </w:tcPr>
          <w:p w14:paraId="04779E09" w14:textId="77777777" w:rsidR="006D5036" w:rsidRPr="00575350" w:rsidRDefault="006D5036" w:rsidP="0030220C">
            <w:pPr>
              <w:rPr>
                <w:rFonts w:ascii="Arial" w:hAnsi="Arial" w:cs="Arial"/>
                <w:sz w:val="20"/>
                <w:szCs w:val="20"/>
              </w:rPr>
            </w:pPr>
            <w:r w:rsidRPr="00575350">
              <w:rPr>
                <w:rFonts w:ascii="Arial" w:hAnsi="Arial" w:cs="Arial"/>
                <w:sz w:val="20"/>
                <w:szCs w:val="20"/>
              </w:rPr>
              <w:t>51</w:t>
            </w:r>
          </w:p>
        </w:tc>
        <w:tc>
          <w:tcPr>
            <w:tcW w:w="0" w:type="auto"/>
          </w:tcPr>
          <w:p w14:paraId="7BF67EA8" w14:textId="77777777" w:rsidR="006D5036" w:rsidRPr="00575350" w:rsidRDefault="006D5036" w:rsidP="0030220C">
            <w:pPr>
              <w:rPr>
                <w:rFonts w:ascii="Arial" w:hAnsi="Arial" w:cs="Arial"/>
                <w:sz w:val="20"/>
                <w:szCs w:val="20"/>
              </w:rPr>
            </w:pPr>
            <w:r w:rsidRPr="00575350">
              <w:rPr>
                <w:rFonts w:ascii="Arial" w:hAnsi="Arial" w:cs="Arial"/>
                <w:sz w:val="20"/>
                <w:szCs w:val="20"/>
              </w:rPr>
              <w:t>458149</w:t>
            </w:r>
          </w:p>
        </w:tc>
        <w:tc>
          <w:tcPr>
            <w:tcW w:w="0" w:type="auto"/>
          </w:tcPr>
          <w:p w14:paraId="3A65E67F" w14:textId="77777777" w:rsidR="006D5036" w:rsidRPr="00575350" w:rsidRDefault="006D5036" w:rsidP="0030220C">
            <w:pPr>
              <w:rPr>
                <w:rFonts w:ascii="Arial" w:hAnsi="Arial" w:cs="Arial"/>
                <w:sz w:val="20"/>
                <w:szCs w:val="20"/>
              </w:rPr>
            </w:pPr>
            <w:r w:rsidRPr="00575350">
              <w:rPr>
                <w:rFonts w:ascii="Arial" w:hAnsi="Arial" w:cs="Arial"/>
                <w:sz w:val="20"/>
                <w:szCs w:val="20"/>
              </w:rPr>
              <w:t>CHIMICHURRI - TEMPERO A BASE DE ERVAS, EMBALAGEM APROXIMADAMENTE 1 KG, SIMILAR A DONANA, KODILAR E KITANO.</w:t>
            </w:r>
          </w:p>
        </w:tc>
        <w:tc>
          <w:tcPr>
            <w:tcW w:w="0" w:type="auto"/>
          </w:tcPr>
          <w:p w14:paraId="72486C87" w14:textId="77777777" w:rsidR="006D5036" w:rsidRDefault="006D5036" w:rsidP="0030220C">
            <w:pPr>
              <w:rPr>
                <w:rFonts w:ascii="Arial" w:hAnsi="Arial" w:cs="Arial"/>
                <w:sz w:val="20"/>
                <w:szCs w:val="20"/>
              </w:rPr>
            </w:pPr>
          </w:p>
          <w:p w14:paraId="5F786171"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tcPr>
          <w:p w14:paraId="283F0332" w14:textId="77777777" w:rsidR="006D5036" w:rsidRDefault="006D5036" w:rsidP="0030220C">
            <w:pPr>
              <w:rPr>
                <w:rFonts w:ascii="Arial" w:hAnsi="Arial" w:cs="Arial"/>
                <w:sz w:val="20"/>
                <w:szCs w:val="20"/>
              </w:rPr>
            </w:pPr>
          </w:p>
          <w:p w14:paraId="146A5229" w14:textId="77777777" w:rsidR="006D5036" w:rsidRPr="00575350" w:rsidRDefault="006D5036" w:rsidP="0030220C">
            <w:pPr>
              <w:rPr>
                <w:rFonts w:ascii="Arial" w:hAnsi="Arial" w:cs="Arial"/>
                <w:sz w:val="20"/>
                <w:szCs w:val="20"/>
              </w:rPr>
            </w:pPr>
            <w:r w:rsidRPr="00575350">
              <w:rPr>
                <w:rFonts w:ascii="Arial" w:hAnsi="Arial" w:cs="Arial"/>
                <w:sz w:val="20"/>
                <w:szCs w:val="20"/>
              </w:rPr>
              <w:t>68</w:t>
            </w:r>
          </w:p>
        </w:tc>
        <w:tc>
          <w:tcPr>
            <w:tcW w:w="0" w:type="auto"/>
          </w:tcPr>
          <w:p w14:paraId="4DDE9CD3" w14:textId="77777777" w:rsidR="006D5036" w:rsidRDefault="006D5036" w:rsidP="0030220C">
            <w:pPr>
              <w:rPr>
                <w:rFonts w:ascii="Arial" w:hAnsi="Arial" w:cs="Arial"/>
                <w:sz w:val="20"/>
                <w:szCs w:val="20"/>
              </w:rPr>
            </w:pPr>
          </w:p>
          <w:p w14:paraId="703331C0" w14:textId="77777777" w:rsidR="006D5036" w:rsidRPr="00575350" w:rsidRDefault="006D5036" w:rsidP="0030220C">
            <w:pPr>
              <w:rPr>
                <w:rFonts w:ascii="Arial" w:hAnsi="Arial" w:cs="Arial"/>
                <w:sz w:val="20"/>
                <w:szCs w:val="20"/>
              </w:rPr>
            </w:pPr>
            <w:r>
              <w:rPr>
                <w:rFonts w:ascii="Arial" w:hAnsi="Arial" w:cs="Arial"/>
                <w:sz w:val="20"/>
                <w:szCs w:val="20"/>
              </w:rPr>
              <w:t>25,37</w:t>
            </w:r>
          </w:p>
        </w:tc>
        <w:tc>
          <w:tcPr>
            <w:tcW w:w="0" w:type="auto"/>
          </w:tcPr>
          <w:p w14:paraId="7708908D" w14:textId="77777777" w:rsidR="006D5036" w:rsidRDefault="006D5036" w:rsidP="0030220C">
            <w:pPr>
              <w:rPr>
                <w:rFonts w:ascii="Arial" w:hAnsi="Arial" w:cs="Arial"/>
                <w:sz w:val="20"/>
                <w:szCs w:val="20"/>
              </w:rPr>
            </w:pPr>
          </w:p>
          <w:p w14:paraId="1E9E7087" w14:textId="77777777" w:rsidR="006D5036" w:rsidRDefault="006D5036" w:rsidP="0030220C">
            <w:pPr>
              <w:rPr>
                <w:rFonts w:ascii="Arial" w:hAnsi="Arial" w:cs="Arial"/>
                <w:sz w:val="20"/>
                <w:szCs w:val="20"/>
              </w:rPr>
            </w:pPr>
            <w:r>
              <w:rPr>
                <w:rFonts w:ascii="Arial" w:hAnsi="Arial" w:cs="Arial"/>
                <w:sz w:val="20"/>
                <w:szCs w:val="20"/>
              </w:rPr>
              <w:t>1.725,16</w:t>
            </w:r>
          </w:p>
          <w:p w14:paraId="3F4FB5E6" w14:textId="77777777" w:rsidR="006D5036" w:rsidRPr="00575350" w:rsidRDefault="006D5036" w:rsidP="0030220C">
            <w:pPr>
              <w:rPr>
                <w:rFonts w:ascii="Arial" w:hAnsi="Arial" w:cs="Arial"/>
                <w:sz w:val="20"/>
                <w:szCs w:val="20"/>
              </w:rPr>
            </w:pPr>
          </w:p>
        </w:tc>
      </w:tr>
      <w:tr w:rsidR="006D5036" w:rsidRPr="00575350" w14:paraId="60205415" w14:textId="77777777" w:rsidTr="0030220C">
        <w:trPr>
          <w:trHeight w:val="227"/>
          <w:jc w:val="center"/>
        </w:trPr>
        <w:tc>
          <w:tcPr>
            <w:tcW w:w="0" w:type="auto"/>
          </w:tcPr>
          <w:p w14:paraId="176C4230" w14:textId="77777777" w:rsidR="006D5036" w:rsidRPr="00575350" w:rsidRDefault="006D5036" w:rsidP="0030220C">
            <w:pPr>
              <w:rPr>
                <w:rFonts w:ascii="Arial" w:hAnsi="Arial" w:cs="Arial"/>
                <w:sz w:val="20"/>
                <w:szCs w:val="20"/>
              </w:rPr>
            </w:pPr>
            <w:r w:rsidRPr="00575350">
              <w:rPr>
                <w:rFonts w:ascii="Arial" w:hAnsi="Arial" w:cs="Arial"/>
                <w:sz w:val="20"/>
                <w:szCs w:val="20"/>
              </w:rPr>
              <w:t>52</w:t>
            </w:r>
          </w:p>
        </w:tc>
        <w:tc>
          <w:tcPr>
            <w:tcW w:w="0" w:type="auto"/>
          </w:tcPr>
          <w:p w14:paraId="2F33FB8A" w14:textId="77777777" w:rsidR="006D5036" w:rsidRPr="00575350" w:rsidRDefault="006D5036" w:rsidP="0030220C">
            <w:pPr>
              <w:rPr>
                <w:rFonts w:ascii="Arial" w:hAnsi="Arial" w:cs="Arial"/>
                <w:sz w:val="20"/>
                <w:szCs w:val="20"/>
              </w:rPr>
            </w:pPr>
            <w:r w:rsidRPr="00575350">
              <w:rPr>
                <w:rFonts w:ascii="Arial" w:hAnsi="Arial" w:cs="Arial"/>
                <w:sz w:val="20"/>
                <w:szCs w:val="20"/>
              </w:rPr>
              <w:t>463547</w:t>
            </w:r>
          </w:p>
        </w:tc>
        <w:tc>
          <w:tcPr>
            <w:tcW w:w="0" w:type="auto"/>
          </w:tcPr>
          <w:p w14:paraId="78459746" w14:textId="77777777" w:rsidR="006D5036" w:rsidRPr="00575350" w:rsidRDefault="006D5036" w:rsidP="0030220C">
            <w:pPr>
              <w:rPr>
                <w:rFonts w:ascii="Arial" w:hAnsi="Arial" w:cs="Arial"/>
                <w:sz w:val="20"/>
                <w:szCs w:val="20"/>
              </w:rPr>
            </w:pPr>
            <w:r w:rsidRPr="00575350">
              <w:rPr>
                <w:rFonts w:ascii="Arial" w:hAnsi="Arial" w:cs="Arial"/>
                <w:sz w:val="20"/>
                <w:szCs w:val="20"/>
              </w:rPr>
              <w:t>CHOCOLATE 50 % CACAU - EMBALAGEM APROXIMADAMENTE 200 G. SIMLAR A MALAVÉRIO, NESTLÉ E FLEISCHMANN.</w:t>
            </w:r>
          </w:p>
        </w:tc>
        <w:tc>
          <w:tcPr>
            <w:tcW w:w="0" w:type="auto"/>
          </w:tcPr>
          <w:p w14:paraId="20C956D6" w14:textId="77777777" w:rsidR="006D5036" w:rsidRDefault="006D5036" w:rsidP="0030220C">
            <w:pPr>
              <w:rPr>
                <w:rFonts w:ascii="Arial" w:hAnsi="Arial" w:cs="Arial"/>
                <w:sz w:val="20"/>
                <w:szCs w:val="20"/>
              </w:rPr>
            </w:pPr>
          </w:p>
          <w:p w14:paraId="671513B3" w14:textId="77777777" w:rsidR="006D5036" w:rsidRPr="00575350" w:rsidRDefault="006D5036" w:rsidP="0030220C">
            <w:pPr>
              <w:rPr>
                <w:rFonts w:ascii="Arial" w:hAnsi="Arial" w:cs="Arial"/>
                <w:sz w:val="20"/>
                <w:szCs w:val="20"/>
              </w:rPr>
            </w:pPr>
            <w:r w:rsidRPr="00575350">
              <w:rPr>
                <w:rFonts w:ascii="Arial" w:hAnsi="Arial" w:cs="Arial"/>
                <w:sz w:val="20"/>
                <w:szCs w:val="20"/>
              </w:rPr>
              <w:t>UN</w:t>
            </w:r>
          </w:p>
        </w:tc>
        <w:tc>
          <w:tcPr>
            <w:tcW w:w="0" w:type="auto"/>
          </w:tcPr>
          <w:p w14:paraId="2EA1B091" w14:textId="77777777" w:rsidR="006D5036" w:rsidRDefault="006D5036" w:rsidP="0030220C">
            <w:pPr>
              <w:rPr>
                <w:rFonts w:ascii="Arial" w:hAnsi="Arial" w:cs="Arial"/>
                <w:sz w:val="20"/>
                <w:szCs w:val="20"/>
              </w:rPr>
            </w:pPr>
          </w:p>
          <w:p w14:paraId="0BFF6BCB" w14:textId="77777777" w:rsidR="006D5036" w:rsidRPr="00575350" w:rsidRDefault="006D5036" w:rsidP="0030220C">
            <w:pPr>
              <w:rPr>
                <w:rFonts w:ascii="Arial" w:hAnsi="Arial" w:cs="Arial"/>
                <w:sz w:val="20"/>
                <w:szCs w:val="20"/>
              </w:rPr>
            </w:pPr>
            <w:r>
              <w:rPr>
                <w:rFonts w:ascii="Arial" w:hAnsi="Arial" w:cs="Arial"/>
                <w:sz w:val="20"/>
                <w:szCs w:val="20"/>
              </w:rPr>
              <w:t>23</w:t>
            </w:r>
          </w:p>
        </w:tc>
        <w:tc>
          <w:tcPr>
            <w:tcW w:w="0" w:type="auto"/>
          </w:tcPr>
          <w:p w14:paraId="60D6F84D" w14:textId="77777777" w:rsidR="006D5036" w:rsidRDefault="006D5036" w:rsidP="0030220C">
            <w:pPr>
              <w:rPr>
                <w:rFonts w:ascii="Arial" w:hAnsi="Arial" w:cs="Arial"/>
                <w:sz w:val="20"/>
                <w:szCs w:val="20"/>
              </w:rPr>
            </w:pPr>
          </w:p>
          <w:p w14:paraId="32008C99" w14:textId="77777777" w:rsidR="006D5036" w:rsidRPr="00575350" w:rsidRDefault="006D5036" w:rsidP="0030220C">
            <w:pPr>
              <w:rPr>
                <w:rFonts w:ascii="Arial" w:hAnsi="Arial" w:cs="Arial"/>
                <w:sz w:val="20"/>
                <w:szCs w:val="20"/>
              </w:rPr>
            </w:pPr>
            <w:r>
              <w:rPr>
                <w:rFonts w:ascii="Arial" w:hAnsi="Arial" w:cs="Arial"/>
                <w:sz w:val="20"/>
                <w:szCs w:val="20"/>
              </w:rPr>
              <w:t>14,99</w:t>
            </w:r>
          </w:p>
        </w:tc>
        <w:tc>
          <w:tcPr>
            <w:tcW w:w="0" w:type="auto"/>
          </w:tcPr>
          <w:p w14:paraId="5A1E8F44" w14:textId="77777777" w:rsidR="006D5036" w:rsidRDefault="006D5036" w:rsidP="0030220C">
            <w:pPr>
              <w:rPr>
                <w:rFonts w:ascii="Arial" w:hAnsi="Arial" w:cs="Arial"/>
                <w:sz w:val="20"/>
                <w:szCs w:val="20"/>
              </w:rPr>
            </w:pPr>
          </w:p>
          <w:p w14:paraId="616AFAB1" w14:textId="77777777" w:rsidR="006D5036" w:rsidRPr="00575350" w:rsidRDefault="006D5036" w:rsidP="0030220C">
            <w:pPr>
              <w:rPr>
                <w:rFonts w:ascii="Arial" w:hAnsi="Arial" w:cs="Arial"/>
                <w:sz w:val="20"/>
                <w:szCs w:val="20"/>
              </w:rPr>
            </w:pPr>
            <w:r>
              <w:rPr>
                <w:rFonts w:ascii="Arial" w:hAnsi="Arial" w:cs="Arial"/>
                <w:sz w:val="20"/>
                <w:szCs w:val="20"/>
              </w:rPr>
              <w:t>344,77</w:t>
            </w:r>
          </w:p>
        </w:tc>
      </w:tr>
      <w:tr w:rsidR="006D5036" w:rsidRPr="00575350" w14:paraId="1FE64B25" w14:textId="77777777" w:rsidTr="0030220C">
        <w:trPr>
          <w:trHeight w:val="227"/>
          <w:jc w:val="center"/>
        </w:trPr>
        <w:tc>
          <w:tcPr>
            <w:tcW w:w="0" w:type="auto"/>
          </w:tcPr>
          <w:p w14:paraId="5346862A" w14:textId="77777777" w:rsidR="006D5036" w:rsidRPr="00575350" w:rsidRDefault="006D5036" w:rsidP="0030220C">
            <w:pPr>
              <w:rPr>
                <w:rFonts w:ascii="Arial" w:hAnsi="Arial" w:cs="Arial"/>
                <w:sz w:val="20"/>
                <w:szCs w:val="20"/>
              </w:rPr>
            </w:pPr>
            <w:r w:rsidRPr="00575350">
              <w:rPr>
                <w:rFonts w:ascii="Arial" w:hAnsi="Arial" w:cs="Arial"/>
                <w:sz w:val="20"/>
                <w:szCs w:val="20"/>
              </w:rPr>
              <w:t>53</w:t>
            </w:r>
          </w:p>
        </w:tc>
        <w:tc>
          <w:tcPr>
            <w:tcW w:w="0" w:type="auto"/>
          </w:tcPr>
          <w:p w14:paraId="5395DF9C" w14:textId="77777777" w:rsidR="006D5036" w:rsidRPr="00575350" w:rsidRDefault="006D5036" w:rsidP="0030220C">
            <w:pPr>
              <w:rPr>
                <w:rFonts w:ascii="Arial" w:hAnsi="Arial" w:cs="Arial"/>
                <w:sz w:val="20"/>
                <w:szCs w:val="20"/>
              </w:rPr>
            </w:pPr>
            <w:r w:rsidRPr="00575350">
              <w:rPr>
                <w:rFonts w:ascii="Arial" w:hAnsi="Arial" w:cs="Arial"/>
                <w:sz w:val="20"/>
                <w:szCs w:val="20"/>
              </w:rPr>
              <w:t>471254</w:t>
            </w:r>
          </w:p>
        </w:tc>
        <w:tc>
          <w:tcPr>
            <w:tcW w:w="0" w:type="auto"/>
          </w:tcPr>
          <w:p w14:paraId="37B04228" w14:textId="77777777" w:rsidR="006D5036" w:rsidRPr="00575350" w:rsidRDefault="006D5036" w:rsidP="0030220C">
            <w:pPr>
              <w:rPr>
                <w:rFonts w:ascii="Arial" w:hAnsi="Arial" w:cs="Arial"/>
                <w:sz w:val="20"/>
                <w:szCs w:val="20"/>
              </w:rPr>
            </w:pPr>
            <w:r w:rsidRPr="00575350">
              <w:rPr>
                <w:rFonts w:ascii="Arial" w:hAnsi="Arial" w:cs="Arial"/>
                <w:sz w:val="20"/>
                <w:szCs w:val="20"/>
              </w:rPr>
              <w:t>CHOCOLATE GRANULADO - CHOCOLATE, TIPO PRETO, APRESENTAÇÃO GRANULADO, SABOR TRADICIONAL, APROXIMADAMENTE 300G, SIMILAR A MIL CORES, DORI E MALAVÉRIO.</w:t>
            </w:r>
          </w:p>
        </w:tc>
        <w:tc>
          <w:tcPr>
            <w:tcW w:w="0" w:type="auto"/>
          </w:tcPr>
          <w:p w14:paraId="7FE6D43D" w14:textId="77777777" w:rsidR="006D5036" w:rsidRDefault="006D5036" w:rsidP="0030220C">
            <w:pPr>
              <w:rPr>
                <w:rFonts w:ascii="Arial" w:hAnsi="Arial" w:cs="Arial"/>
                <w:sz w:val="20"/>
                <w:szCs w:val="20"/>
              </w:rPr>
            </w:pPr>
          </w:p>
          <w:p w14:paraId="556934F3"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tcPr>
          <w:p w14:paraId="402133CE" w14:textId="77777777" w:rsidR="006D5036" w:rsidRDefault="006D5036" w:rsidP="0030220C">
            <w:pPr>
              <w:rPr>
                <w:rFonts w:ascii="Arial" w:hAnsi="Arial" w:cs="Arial"/>
                <w:sz w:val="20"/>
                <w:szCs w:val="20"/>
              </w:rPr>
            </w:pPr>
          </w:p>
          <w:p w14:paraId="54CD4465" w14:textId="77777777" w:rsidR="006D5036" w:rsidRPr="00575350" w:rsidRDefault="006D5036" w:rsidP="0030220C">
            <w:pPr>
              <w:rPr>
                <w:rFonts w:ascii="Arial" w:hAnsi="Arial" w:cs="Arial"/>
                <w:sz w:val="20"/>
                <w:szCs w:val="20"/>
              </w:rPr>
            </w:pPr>
            <w:r w:rsidRPr="00575350">
              <w:rPr>
                <w:rFonts w:ascii="Arial" w:hAnsi="Arial" w:cs="Arial"/>
                <w:sz w:val="20"/>
                <w:szCs w:val="20"/>
              </w:rPr>
              <w:t>70</w:t>
            </w:r>
          </w:p>
        </w:tc>
        <w:tc>
          <w:tcPr>
            <w:tcW w:w="0" w:type="auto"/>
          </w:tcPr>
          <w:p w14:paraId="61C5B95F" w14:textId="77777777" w:rsidR="006D5036" w:rsidRDefault="006D5036" w:rsidP="0030220C">
            <w:pPr>
              <w:rPr>
                <w:rFonts w:ascii="Arial" w:hAnsi="Arial" w:cs="Arial"/>
                <w:sz w:val="20"/>
                <w:szCs w:val="20"/>
              </w:rPr>
            </w:pPr>
          </w:p>
          <w:p w14:paraId="796553D1" w14:textId="77777777" w:rsidR="006D5036" w:rsidRPr="00575350" w:rsidRDefault="006D5036" w:rsidP="0030220C">
            <w:pPr>
              <w:rPr>
                <w:rFonts w:ascii="Arial" w:hAnsi="Arial" w:cs="Arial"/>
                <w:sz w:val="20"/>
                <w:szCs w:val="20"/>
              </w:rPr>
            </w:pPr>
            <w:r>
              <w:rPr>
                <w:rFonts w:ascii="Arial" w:hAnsi="Arial" w:cs="Arial"/>
                <w:sz w:val="20"/>
                <w:szCs w:val="20"/>
              </w:rPr>
              <w:t>13,12</w:t>
            </w:r>
          </w:p>
        </w:tc>
        <w:tc>
          <w:tcPr>
            <w:tcW w:w="0" w:type="auto"/>
          </w:tcPr>
          <w:p w14:paraId="3F4D5EC1" w14:textId="77777777" w:rsidR="006D5036" w:rsidRDefault="006D5036" w:rsidP="0030220C">
            <w:pPr>
              <w:rPr>
                <w:rFonts w:ascii="Arial" w:hAnsi="Arial" w:cs="Arial"/>
                <w:sz w:val="20"/>
                <w:szCs w:val="20"/>
              </w:rPr>
            </w:pPr>
          </w:p>
          <w:p w14:paraId="1638E643" w14:textId="77777777" w:rsidR="006D5036" w:rsidRPr="00575350" w:rsidRDefault="006D5036" w:rsidP="0030220C">
            <w:pPr>
              <w:rPr>
                <w:rFonts w:ascii="Arial" w:hAnsi="Arial" w:cs="Arial"/>
                <w:sz w:val="20"/>
                <w:szCs w:val="20"/>
              </w:rPr>
            </w:pPr>
            <w:r>
              <w:rPr>
                <w:rFonts w:ascii="Arial" w:hAnsi="Arial" w:cs="Arial"/>
                <w:sz w:val="20"/>
                <w:szCs w:val="20"/>
              </w:rPr>
              <w:t>918,40</w:t>
            </w:r>
          </w:p>
        </w:tc>
      </w:tr>
      <w:tr w:rsidR="006D5036" w:rsidRPr="00575350" w14:paraId="2B6A9B7C" w14:textId="77777777" w:rsidTr="0030220C">
        <w:trPr>
          <w:trHeight w:val="227"/>
          <w:jc w:val="center"/>
        </w:trPr>
        <w:tc>
          <w:tcPr>
            <w:tcW w:w="0" w:type="auto"/>
          </w:tcPr>
          <w:p w14:paraId="60DD83C3" w14:textId="77777777" w:rsidR="006D5036" w:rsidRPr="00575350" w:rsidRDefault="006D5036" w:rsidP="0030220C">
            <w:pPr>
              <w:rPr>
                <w:rFonts w:ascii="Arial" w:hAnsi="Arial" w:cs="Arial"/>
                <w:sz w:val="20"/>
                <w:szCs w:val="20"/>
              </w:rPr>
            </w:pPr>
            <w:r w:rsidRPr="00575350">
              <w:rPr>
                <w:rFonts w:ascii="Arial" w:hAnsi="Arial" w:cs="Arial"/>
                <w:sz w:val="20"/>
                <w:szCs w:val="20"/>
              </w:rPr>
              <w:lastRenderedPageBreak/>
              <w:t>54</w:t>
            </w:r>
          </w:p>
        </w:tc>
        <w:tc>
          <w:tcPr>
            <w:tcW w:w="0" w:type="auto"/>
          </w:tcPr>
          <w:p w14:paraId="2D14A7F5" w14:textId="77777777" w:rsidR="006D5036" w:rsidRPr="00575350" w:rsidRDefault="006D5036" w:rsidP="0030220C">
            <w:pPr>
              <w:rPr>
                <w:rFonts w:ascii="Arial" w:hAnsi="Arial" w:cs="Arial"/>
                <w:sz w:val="20"/>
                <w:szCs w:val="20"/>
              </w:rPr>
            </w:pPr>
            <w:r w:rsidRPr="00575350">
              <w:rPr>
                <w:rFonts w:ascii="Arial" w:hAnsi="Arial" w:cs="Arial"/>
                <w:sz w:val="20"/>
                <w:szCs w:val="20"/>
              </w:rPr>
              <w:t>476321</w:t>
            </w:r>
          </w:p>
        </w:tc>
        <w:tc>
          <w:tcPr>
            <w:tcW w:w="0" w:type="auto"/>
          </w:tcPr>
          <w:p w14:paraId="0C7C2CDC"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CHOCOLATE, TIPO: PRETO, APRESENTAÇÃO: OVO, SABOR:AO LEITE, APROX 100 GRAMAS, PRAZO VALIDADE MÍNIMO:12 MESES (OVO DE PÁSCOA) </w:t>
            </w:r>
          </w:p>
        </w:tc>
        <w:tc>
          <w:tcPr>
            <w:tcW w:w="0" w:type="auto"/>
          </w:tcPr>
          <w:p w14:paraId="12D1B902" w14:textId="77777777" w:rsidR="006D5036" w:rsidRDefault="006D5036" w:rsidP="0030220C">
            <w:pPr>
              <w:rPr>
                <w:rFonts w:ascii="Arial" w:hAnsi="Arial" w:cs="Arial"/>
                <w:sz w:val="20"/>
                <w:szCs w:val="20"/>
              </w:rPr>
            </w:pPr>
          </w:p>
          <w:p w14:paraId="12B34757" w14:textId="77777777" w:rsidR="006D5036" w:rsidRPr="00575350" w:rsidRDefault="006D5036" w:rsidP="0030220C">
            <w:pPr>
              <w:rPr>
                <w:rFonts w:ascii="Arial" w:hAnsi="Arial" w:cs="Arial"/>
                <w:sz w:val="20"/>
                <w:szCs w:val="20"/>
              </w:rPr>
            </w:pPr>
            <w:r w:rsidRPr="00575350">
              <w:rPr>
                <w:rFonts w:ascii="Arial" w:hAnsi="Arial" w:cs="Arial"/>
                <w:sz w:val="20"/>
                <w:szCs w:val="20"/>
              </w:rPr>
              <w:t>UN</w:t>
            </w:r>
          </w:p>
        </w:tc>
        <w:tc>
          <w:tcPr>
            <w:tcW w:w="0" w:type="auto"/>
          </w:tcPr>
          <w:p w14:paraId="02C47E45" w14:textId="77777777" w:rsidR="006D5036" w:rsidRDefault="006D5036" w:rsidP="0030220C">
            <w:pPr>
              <w:rPr>
                <w:rFonts w:ascii="Arial" w:hAnsi="Arial" w:cs="Arial"/>
                <w:sz w:val="20"/>
                <w:szCs w:val="20"/>
              </w:rPr>
            </w:pPr>
          </w:p>
          <w:p w14:paraId="472CD03E" w14:textId="77777777" w:rsidR="006D5036" w:rsidRPr="00575350" w:rsidRDefault="006D5036" w:rsidP="0030220C">
            <w:pPr>
              <w:rPr>
                <w:rFonts w:ascii="Arial" w:hAnsi="Arial" w:cs="Arial"/>
                <w:sz w:val="20"/>
                <w:szCs w:val="20"/>
              </w:rPr>
            </w:pPr>
            <w:r w:rsidRPr="00575350">
              <w:rPr>
                <w:rFonts w:ascii="Arial" w:hAnsi="Arial" w:cs="Arial"/>
                <w:sz w:val="20"/>
                <w:szCs w:val="20"/>
              </w:rPr>
              <w:t>5000</w:t>
            </w:r>
          </w:p>
        </w:tc>
        <w:tc>
          <w:tcPr>
            <w:tcW w:w="0" w:type="auto"/>
          </w:tcPr>
          <w:p w14:paraId="1D3DB6B1" w14:textId="77777777" w:rsidR="006D5036" w:rsidRDefault="006D5036" w:rsidP="0030220C">
            <w:pPr>
              <w:rPr>
                <w:rFonts w:ascii="Arial" w:hAnsi="Arial" w:cs="Arial"/>
                <w:sz w:val="20"/>
                <w:szCs w:val="20"/>
              </w:rPr>
            </w:pPr>
          </w:p>
          <w:p w14:paraId="63965873" w14:textId="77777777" w:rsidR="006D5036" w:rsidRDefault="006D5036" w:rsidP="0030220C">
            <w:pPr>
              <w:rPr>
                <w:rFonts w:ascii="Arial" w:hAnsi="Arial" w:cs="Arial"/>
                <w:sz w:val="20"/>
                <w:szCs w:val="20"/>
              </w:rPr>
            </w:pPr>
            <w:r>
              <w:rPr>
                <w:rFonts w:ascii="Arial" w:hAnsi="Arial" w:cs="Arial"/>
                <w:sz w:val="20"/>
                <w:szCs w:val="20"/>
              </w:rPr>
              <w:t>19,51</w:t>
            </w:r>
          </w:p>
          <w:p w14:paraId="19CC1DCE" w14:textId="77777777" w:rsidR="006D5036" w:rsidRPr="00575350" w:rsidRDefault="006D5036" w:rsidP="0030220C">
            <w:pPr>
              <w:rPr>
                <w:rFonts w:ascii="Arial" w:hAnsi="Arial" w:cs="Arial"/>
                <w:sz w:val="20"/>
                <w:szCs w:val="20"/>
              </w:rPr>
            </w:pPr>
          </w:p>
        </w:tc>
        <w:tc>
          <w:tcPr>
            <w:tcW w:w="0" w:type="auto"/>
          </w:tcPr>
          <w:p w14:paraId="46A01C23" w14:textId="77777777" w:rsidR="006D5036" w:rsidRDefault="006D5036" w:rsidP="0030220C">
            <w:pPr>
              <w:rPr>
                <w:rFonts w:ascii="Arial" w:hAnsi="Arial" w:cs="Arial"/>
                <w:sz w:val="20"/>
                <w:szCs w:val="20"/>
              </w:rPr>
            </w:pPr>
          </w:p>
          <w:p w14:paraId="07643C51" w14:textId="77777777" w:rsidR="006D5036" w:rsidRPr="00575350" w:rsidRDefault="006D5036" w:rsidP="0030220C">
            <w:pPr>
              <w:rPr>
                <w:rFonts w:ascii="Arial" w:hAnsi="Arial" w:cs="Arial"/>
                <w:sz w:val="20"/>
                <w:szCs w:val="20"/>
              </w:rPr>
            </w:pPr>
            <w:r>
              <w:rPr>
                <w:rFonts w:ascii="Arial" w:hAnsi="Arial" w:cs="Arial"/>
                <w:sz w:val="20"/>
                <w:szCs w:val="20"/>
              </w:rPr>
              <w:t>97.550,00</w:t>
            </w:r>
          </w:p>
        </w:tc>
      </w:tr>
      <w:tr w:rsidR="006D5036" w:rsidRPr="00575350" w14:paraId="44C5EA2C" w14:textId="77777777" w:rsidTr="0030220C">
        <w:trPr>
          <w:trHeight w:val="227"/>
          <w:jc w:val="center"/>
        </w:trPr>
        <w:tc>
          <w:tcPr>
            <w:tcW w:w="0" w:type="auto"/>
          </w:tcPr>
          <w:p w14:paraId="33DBB665" w14:textId="77777777" w:rsidR="006D5036" w:rsidRPr="00575350" w:rsidRDefault="006D5036" w:rsidP="0030220C">
            <w:pPr>
              <w:rPr>
                <w:rFonts w:ascii="Arial" w:hAnsi="Arial" w:cs="Arial"/>
                <w:sz w:val="20"/>
                <w:szCs w:val="20"/>
              </w:rPr>
            </w:pPr>
            <w:r w:rsidRPr="00575350">
              <w:rPr>
                <w:rFonts w:ascii="Arial" w:hAnsi="Arial" w:cs="Arial"/>
                <w:sz w:val="20"/>
                <w:szCs w:val="20"/>
              </w:rPr>
              <w:t>55</w:t>
            </w:r>
          </w:p>
        </w:tc>
        <w:tc>
          <w:tcPr>
            <w:tcW w:w="0" w:type="auto"/>
          </w:tcPr>
          <w:p w14:paraId="0EF10C13" w14:textId="77777777" w:rsidR="006D5036" w:rsidRPr="00575350" w:rsidRDefault="006D5036" w:rsidP="0030220C">
            <w:pPr>
              <w:rPr>
                <w:rFonts w:ascii="Arial" w:hAnsi="Arial" w:cs="Arial"/>
                <w:sz w:val="20"/>
                <w:szCs w:val="20"/>
              </w:rPr>
            </w:pPr>
            <w:r w:rsidRPr="00575350">
              <w:rPr>
                <w:rFonts w:ascii="Arial" w:hAnsi="Arial" w:cs="Arial"/>
                <w:sz w:val="20"/>
                <w:szCs w:val="20"/>
              </w:rPr>
              <w:t>463778</w:t>
            </w:r>
          </w:p>
        </w:tc>
        <w:tc>
          <w:tcPr>
            <w:tcW w:w="0" w:type="auto"/>
          </w:tcPr>
          <w:p w14:paraId="5068DE0A"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CHUCHU, IN NATURA - KG. CASCA BRILHANTE, ASPECTO FIRME, SEM PERFURAÇÕES OU LESÕES, NEM A PRESENÇA DE LARVAS OU INSETOS.  </w:t>
            </w:r>
          </w:p>
        </w:tc>
        <w:tc>
          <w:tcPr>
            <w:tcW w:w="0" w:type="auto"/>
          </w:tcPr>
          <w:p w14:paraId="621AF4C1" w14:textId="77777777" w:rsidR="006D5036" w:rsidRDefault="006D5036" w:rsidP="0030220C">
            <w:pPr>
              <w:rPr>
                <w:rFonts w:ascii="Arial" w:hAnsi="Arial" w:cs="Arial"/>
                <w:sz w:val="20"/>
                <w:szCs w:val="20"/>
              </w:rPr>
            </w:pPr>
          </w:p>
          <w:p w14:paraId="3F2C891F" w14:textId="77777777" w:rsidR="006D5036" w:rsidRPr="00575350" w:rsidRDefault="006D5036" w:rsidP="0030220C">
            <w:pPr>
              <w:rPr>
                <w:rFonts w:ascii="Arial" w:hAnsi="Arial" w:cs="Arial"/>
                <w:sz w:val="20"/>
                <w:szCs w:val="20"/>
              </w:rPr>
            </w:pPr>
            <w:r w:rsidRPr="00575350">
              <w:rPr>
                <w:rFonts w:ascii="Arial" w:hAnsi="Arial" w:cs="Arial"/>
                <w:sz w:val="20"/>
                <w:szCs w:val="20"/>
              </w:rPr>
              <w:t>KG</w:t>
            </w:r>
          </w:p>
        </w:tc>
        <w:tc>
          <w:tcPr>
            <w:tcW w:w="0" w:type="auto"/>
          </w:tcPr>
          <w:p w14:paraId="2A955184" w14:textId="77777777" w:rsidR="006D5036" w:rsidRDefault="006D5036" w:rsidP="0030220C">
            <w:pPr>
              <w:rPr>
                <w:rFonts w:ascii="Arial" w:hAnsi="Arial" w:cs="Arial"/>
                <w:sz w:val="20"/>
                <w:szCs w:val="20"/>
              </w:rPr>
            </w:pPr>
          </w:p>
          <w:p w14:paraId="3D64F3F8" w14:textId="77777777" w:rsidR="006D5036" w:rsidRPr="00575350" w:rsidRDefault="006D5036" w:rsidP="0030220C">
            <w:pPr>
              <w:rPr>
                <w:rFonts w:ascii="Arial" w:hAnsi="Arial" w:cs="Arial"/>
                <w:sz w:val="20"/>
                <w:szCs w:val="20"/>
              </w:rPr>
            </w:pPr>
            <w:r w:rsidRPr="00575350">
              <w:rPr>
                <w:rFonts w:ascii="Arial" w:hAnsi="Arial" w:cs="Arial"/>
                <w:sz w:val="20"/>
                <w:szCs w:val="20"/>
              </w:rPr>
              <w:t>350</w:t>
            </w:r>
          </w:p>
        </w:tc>
        <w:tc>
          <w:tcPr>
            <w:tcW w:w="0" w:type="auto"/>
          </w:tcPr>
          <w:p w14:paraId="64F041B7" w14:textId="77777777" w:rsidR="006D5036" w:rsidRDefault="006D5036" w:rsidP="0030220C">
            <w:pPr>
              <w:rPr>
                <w:rFonts w:ascii="Arial" w:hAnsi="Arial" w:cs="Arial"/>
                <w:sz w:val="20"/>
                <w:szCs w:val="20"/>
              </w:rPr>
            </w:pPr>
          </w:p>
          <w:p w14:paraId="7015F467" w14:textId="77777777" w:rsidR="006D5036" w:rsidRPr="00575350" w:rsidRDefault="006D5036" w:rsidP="0030220C">
            <w:pPr>
              <w:rPr>
                <w:rFonts w:ascii="Arial" w:hAnsi="Arial" w:cs="Arial"/>
                <w:sz w:val="20"/>
                <w:szCs w:val="20"/>
              </w:rPr>
            </w:pPr>
            <w:r>
              <w:rPr>
                <w:rFonts w:ascii="Arial" w:hAnsi="Arial" w:cs="Arial"/>
                <w:sz w:val="20"/>
                <w:szCs w:val="20"/>
              </w:rPr>
              <w:t>7,28</w:t>
            </w:r>
          </w:p>
        </w:tc>
        <w:tc>
          <w:tcPr>
            <w:tcW w:w="0" w:type="auto"/>
          </w:tcPr>
          <w:p w14:paraId="154DF4FA" w14:textId="77777777" w:rsidR="006D5036" w:rsidRDefault="006D5036" w:rsidP="0030220C">
            <w:pPr>
              <w:rPr>
                <w:rFonts w:ascii="Arial" w:hAnsi="Arial" w:cs="Arial"/>
                <w:sz w:val="20"/>
                <w:szCs w:val="20"/>
              </w:rPr>
            </w:pPr>
          </w:p>
          <w:p w14:paraId="6ABBE17A" w14:textId="77777777" w:rsidR="006D5036" w:rsidRPr="00575350" w:rsidRDefault="006D5036" w:rsidP="0030220C">
            <w:pPr>
              <w:rPr>
                <w:rFonts w:ascii="Arial" w:hAnsi="Arial" w:cs="Arial"/>
                <w:sz w:val="20"/>
                <w:szCs w:val="20"/>
              </w:rPr>
            </w:pPr>
            <w:r>
              <w:rPr>
                <w:rFonts w:ascii="Arial" w:hAnsi="Arial" w:cs="Arial"/>
                <w:sz w:val="20"/>
                <w:szCs w:val="20"/>
              </w:rPr>
              <w:t>2.548,00</w:t>
            </w:r>
          </w:p>
        </w:tc>
      </w:tr>
      <w:tr w:rsidR="006D5036" w:rsidRPr="00575350" w14:paraId="25E08B1B" w14:textId="77777777" w:rsidTr="0030220C">
        <w:trPr>
          <w:trHeight w:val="227"/>
          <w:jc w:val="center"/>
        </w:trPr>
        <w:tc>
          <w:tcPr>
            <w:tcW w:w="0" w:type="auto"/>
          </w:tcPr>
          <w:p w14:paraId="77B5868D" w14:textId="77777777" w:rsidR="006D5036" w:rsidRPr="00575350" w:rsidRDefault="006D5036" w:rsidP="0030220C">
            <w:pPr>
              <w:rPr>
                <w:rFonts w:ascii="Arial" w:hAnsi="Arial" w:cs="Arial"/>
                <w:sz w:val="20"/>
                <w:szCs w:val="20"/>
              </w:rPr>
            </w:pPr>
            <w:r w:rsidRPr="00575350">
              <w:rPr>
                <w:rFonts w:ascii="Arial" w:hAnsi="Arial" w:cs="Arial"/>
                <w:sz w:val="20"/>
                <w:szCs w:val="20"/>
              </w:rPr>
              <w:t>56</w:t>
            </w:r>
          </w:p>
        </w:tc>
        <w:tc>
          <w:tcPr>
            <w:tcW w:w="0" w:type="auto"/>
          </w:tcPr>
          <w:p w14:paraId="09F7D6FF" w14:textId="77777777" w:rsidR="006D5036" w:rsidRPr="00575350" w:rsidRDefault="006D5036" w:rsidP="0030220C">
            <w:pPr>
              <w:rPr>
                <w:rFonts w:ascii="Arial" w:hAnsi="Arial" w:cs="Arial"/>
                <w:sz w:val="20"/>
                <w:szCs w:val="20"/>
              </w:rPr>
            </w:pPr>
            <w:r w:rsidRPr="00575350">
              <w:rPr>
                <w:rFonts w:ascii="Arial" w:hAnsi="Arial" w:cs="Arial"/>
                <w:sz w:val="20"/>
                <w:szCs w:val="20"/>
              </w:rPr>
              <w:t>236613</w:t>
            </w:r>
          </w:p>
        </w:tc>
        <w:tc>
          <w:tcPr>
            <w:tcW w:w="0" w:type="auto"/>
          </w:tcPr>
          <w:p w14:paraId="03FFAD36" w14:textId="77777777" w:rsidR="006D5036" w:rsidRPr="00575350" w:rsidRDefault="006D5036" w:rsidP="0030220C">
            <w:pPr>
              <w:rPr>
                <w:rFonts w:ascii="Arial" w:hAnsi="Arial" w:cs="Arial"/>
                <w:sz w:val="20"/>
                <w:szCs w:val="20"/>
              </w:rPr>
            </w:pPr>
            <w:r w:rsidRPr="00575350">
              <w:rPr>
                <w:rFonts w:ascii="Arial" w:hAnsi="Arial" w:cs="Arial"/>
                <w:sz w:val="20"/>
                <w:szCs w:val="20"/>
              </w:rPr>
              <w:t>CHÁ MATE - EMBALAGEM DE APROXIMADAMENTE 250 G. SIMILAR A MATTE LEÃO, QUALITÁ E DR. OETKER.</w:t>
            </w:r>
          </w:p>
        </w:tc>
        <w:tc>
          <w:tcPr>
            <w:tcW w:w="0" w:type="auto"/>
          </w:tcPr>
          <w:p w14:paraId="02A4A96B" w14:textId="77777777" w:rsidR="006D5036" w:rsidRPr="00575350" w:rsidRDefault="006D5036" w:rsidP="0030220C">
            <w:pPr>
              <w:rPr>
                <w:rFonts w:ascii="Arial" w:hAnsi="Arial" w:cs="Arial"/>
                <w:sz w:val="20"/>
                <w:szCs w:val="20"/>
              </w:rPr>
            </w:pPr>
            <w:r w:rsidRPr="00575350">
              <w:rPr>
                <w:rFonts w:ascii="Arial" w:hAnsi="Arial" w:cs="Arial"/>
                <w:sz w:val="20"/>
                <w:szCs w:val="20"/>
              </w:rPr>
              <w:t>CAIXA</w:t>
            </w:r>
          </w:p>
        </w:tc>
        <w:tc>
          <w:tcPr>
            <w:tcW w:w="0" w:type="auto"/>
          </w:tcPr>
          <w:p w14:paraId="02041536" w14:textId="77777777" w:rsidR="006D5036" w:rsidRDefault="006D5036" w:rsidP="0030220C">
            <w:pPr>
              <w:rPr>
                <w:rFonts w:ascii="Arial" w:hAnsi="Arial" w:cs="Arial"/>
                <w:sz w:val="20"/>
                <w:szCs w:val="20"/>
              </w:rPr>
            </w:pPr>
          </w:p>
          <w:p w14:paraId="71AE79F4" w14:textId="77777777" w:rsidR="006D5036" w:rsidRPr="00575350" w:rsidRDefault="006D5036" w:rsidP="0030220C">
            <w:pPr>
              <w:rPr>
                <w:rFonts w:ascii="Arial" w:hAnsi="Arial" w:cs="Arial"/>
                <w:sz w:val="20"/>
                <w:szCs w:val="20"/>
              </w:rPr>
            </w:pPr>
            <w:r w:rsidRPr="00575350">
              <w:rPr>
                <w:rFonts w:ascii="Arial" w:hAnsi="Arial" w:cs="Arial"/>
                <w:sz w:val="20"/>
                <w:szCs w:val="20"/>
              </w:rPr>
              <w:t>62</w:t>
            </w:r>
            <w:r>
              <w:rPr>
                <w:rFonts w:ascii="Arial" w:hAnsi="Arial" w:cs="Arial"/>
                <w:sz w:val="20"/>
                <w:szCs w:val="20"/>
              </w:rPr>
              <w:t>6</w:t>
            </w:r>
            <w:r w:rsidRPr="00575350">
              <w:rPr>
                <w:rFonts w:ascii="Arial" w:hAnsi="Arial" w:cs="Arial"/>
                <w:sz w:val="20"/>
                <w:szCs w:val="20"/>
              </w:rPr>
              <w:t>0</w:t>
            </w:r>
          </w:p>
        </w:tc>
        <w:tc>
          <w:tcPr>
            <w:tcW w:w="0" w:type="auto"/>
          </w:tcPr>
          <w:p w14:paraId="4D898577" w14:textId="77777777" w:rsidR="006D5036" w:rsidRDefault="006D5036" w:rsidP="0030220C">
            <w:pPr>
              <w:rPr>
                <w:rFonts w:ascii="Arial" w:hAnsi="Arial" w:cs="Arial"/>
                <w:sz w:val="20"/>
                <w:szCs w:val="20"/>
              </w:rPr>
            </w:pPr>
          </w:p>
          <w:p w14:paraId="2FD1F3EF" w14:textId="77777777" w:rsidR="006D5036" w:rsidRPr="00575350" w:rsidRDefault="006D5036" w:rsidP="0030220C">
            <w:pPr>
              <w:rPr>
                <w:rFonts w:ascii="Arial" w:hAnsi="Arial" w:cs="Arial"/>
                <w:sz w:val="20"/>
                <w:szCs w:val="20"/>
              </w:rPr>
            </w:pPr>
            <w:r>
              <w:rPr>
                <w:rFonts w:ascii="Arial" w:hAnsi="Arial" w:cs="Arial"/>
                <w:sz w:val="20"/>
                <w:szCs w:val="20"/>
              </w:rPr>
              <w:t>7,98</w:t>
            </w:r>
          </w:p>
        </w:tc>
        <w:tc>
          <w:tcPr>
            <w:tcW w:w="0" w:type="auto"/>
          </w:tcPr>
          <w:p w14:paraId="2487D92A" w14:textId="77777777" w:rsidR="006D5036" w:rsidRDefault="006D5036" w:rsidP="0030220C">
            <w:pPr>
              <w:rPr>
                <w:rFonts w:ascii="Arial" w:hAnsi="Arial" w:cs="Arial"/>
                <w:sz w:val="20"/>
                <w:szCs w:val="20"/>
              </w:rPr>
            </w:pPr>
          </w:p>
          <w:p w14:paraId="0AA2E2B9" w14:textId="77777777" w:rsidR="006D5036" w:rsidRPr="00575350" w:rsidRDefault="006D5036" w:rsidP="0030220C">
            <w:pPr>
              <w:rPr>
                <w:rFonts w:ascii="Arial" w:hAnsi="Arial" w:cs="Arial"/>
                <w:sz w:val="20"/>
                <w:szCs w:val="20"/>
              </w:rPr>
            </w:pPr>
            <w:r>
              <w:rPr>
                <w:rFonts w:ascii="Arial" w:hAnsi="Arial" w:cs="Arial"/>
                <w:sz w:val="20"/>
                <w:szCs w:val="20"/>
              </w:rPr>
              <w:t>49.954,80</w:t>
            </w:r>
          </w:p>
        </w:tc>
      </w:tr>
      <w:tr w:rsidR="006D5036" w:rsidRPr="00575350" w14:paraId="0B00EC5A" w14:textId="77777777" w:rsidTr="0030220C">
        <w:trPr>
          <w:trHeight w:val="227"/>
          <w:jc w:val="center"/>
        </w:trPr>
        <w:tc>
          <w:tcPr>
            <w:tcW w:w="0" w:type="auto"/>
          </w:tcPr>
          <w:p w14:paraId="3245519E" w14:textId="77777777" w:rsidR="006D5036" w:rsidRPr="00575350" w:rsidRDefault="006D5036" w:rsidP="0030220C">
            <w:pPr>
              <w:rPr>
                <w:rFonts w:ascii="Arial" w:hAnsi="Arial" w:cs="Arial"/>
                <w:sz w:val="20"/>
                <w:szCs w:val="20"/>
              </w:rPr>
            </w:pPr>
            <w:r w:rsidRPr="00575350">
              <w:rPr>
                <w:rFonts w:ascii="Arial" w:hAnsi="Arial" w:cs="Arial"/>
                <w:sz w:val="20"/>
                <w:szCs w:val="20"/>
              </w:rPr>
              <w:t>57</w:t>
            </w:r>
          </w:p>
        </w:tc>
        <w:tc>
          <w:tcPr>
            <w:tcW w:w="0" w:type="auto"/>
          </w:tcPr>
          <w:p w14:paraId="2858E6D4" w14:textId="77777777" w:rsidR="006D5036" w:rsidRPr="00575350" w:rsidRDefault="006D5036" w:rsidP="0030220C">
            <w:pPr>
              <w:rPr>
                <w:rFonts w:ascii="Arial" w:hAnsi="Arial" w:cs="Arial"/>
                <w:sz w:val="20"/>
                <w:szCs w:val="20"/>
              </w:rPr>
            </w:pPr>
            <w:r w:rsidRPr="00575350">
              <w:rPr>
                <w:rFonts w:ascii="Arial" w:hAnsi="Arial" w:cs="Arial"/>
                <w:sz w:val="20"/>
                <w:szCs w:val="20"/>
              </w:rPr>
              <w:t>256089</w:t>
            </w:r>
          </w:p>
        </w:tc>
        <w:tc>
          <w:tcPr>
            <w:tcW w:w="0" w:type="auto"/>
          </w:tcPr>
          <w:p w14:paraId="759C10FA"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CHÁ, SACHÊ - DIVERSOS SABORES, EMBALAGEM CONTENDO 15 SACHÊS. MARCA SIMILAR A DR. OETKER, MATTE LEÃO E LIPTON. </w:t>
            </w:r>
          </w:p>
        </w:tc>
        <w:tc>
          <w:tcPr>
            <w:tcW w:w="0" w:type="auto"/>
          </w:tcPr>
          <w:p w14:paraId="7F444F56" w14:textId="77777777" w:rsidR="006D5036" w:rsidRDefault="006D5036" w:rsidP="0030220C">
            <w:pPr>
              <w:rPr>
                <w:rFonts w:ascii="Arial" w:hAnsi="Arial" w:cs="Arial"/>
                <w:sz w:val="20"/>
                <w:szCs w:val="20"/>
              </w:rPr>
            </w:pPr>
          </w:p>
          <w:p w14:paraId="7AA494A5" w14:textId="77777777" w:rsidR="006D5036" w:rsidRPr="00575350" w:rsidRDefault="006D5036" w:rsidP="0030220C">
            <w:pPr>
              <w:rPr>
                <w:rFonts w:ascii="Arial" w:hAnsi="Arial" w:cs="Arial"/>
                <w:sz w:val="20"/>
                <w:szCs w:val="20"/>
              </w:rPr>
            </w:pPr>
            <w:r w:rsidRPr="00575350">
              <w:rPr>
                <w:rFonts w:ascii="Arial" w:hAnsi="Arial" w:cs="Arial"/>
                <w:sz w:val="20"/>
                <w:szCs w:val="20"/>
              </w:rPr>
              <w:t>CAIXA</w:t>
            </w:r>
          </w:p>
        </w:tc>
        <w:tc>
          <w:tcPr>
            <w:tcW w:w="0" w:type="auto"/>
          </w:tcPr>
          <w:p w14:paraId="16E76844" w14:textId="77777777" w:rsidR="006D5036" w:rsidRDefault="006D5036" w:rsidP="0030220C">
            <w:pPr>
              <w:rPr>
                <w:rFonts w:ascii="Arial" w:hAnsi="Arial" w:cs="Arial"/>
                <w:sz w:val="20"/>
                <w:szCs w:val="20"/>
              </w:rPr>
            </w:pPr>
          </w:p>
          <w:p w14:paraId="4697C8F4" w14:textId="77777777" w:rsidR="006D5036" w:rsidRPr="00575350" w:rsidRDefault="006D5036" w:rsidP="0030220C">
            <w:pPr>
              <w:rPr>
                <w:rFonts w:ascii="Arial" w:hAnsi="Arial" w:cs="Arial"/>
                <w:sz w:val="20"/>
                <w:szCs w:val="20"/>
              </w:rPr>
            </w:pPr>
            <w:r w:rsidRPr="00575350">
              <w:rPr>
                <w:rFonts w:ascii="Arial" w:hAnsi="Arial" w:cs="Arial"/>
                <w:sz w:val="20"/>
                <w:szCs w:val="20"/>
              </w:rPr>
              <w:t>1</w:t>
            </w:r>
            <w:r>
              <w:rPr>
                <w:rFonts w:ascii="Arial" w:hAnsi="Arial" w:cs="Arial"/>
                <w:sz w:val="20"/>
                <w:szCs w:val="20"/>
              </w:rPr>
              <w:t>5</w:t>
            </w:r>
            <w:r w:rsidRPr="00575350">
              <w:rPr>
                <w:rFonts w:ascii="Arial" w:hAnsi="Arial" w:cs="Arial"/>
                <w:sz w:val="20"/>
                <w:szCs w:val="20"/>
              </w:rPr>
              <w:t>3</w:t>
            </w:r>
          </w:p>
        </w:tc>
        <w:tc>
          <w:tcPr>
            <w:tcW w:w="0" w:type="auto"/>
          </w:tcPr>
          <w:p w14:paraId="480500B9" w14:textId="77777777" w:rsidR="006D5036" w:rsidRDefault="006D5036" w:rsidP="0030220C">
            <w:pPr>
              <w:rPr>
                <w:rFonts w:ascii="Arial" w:hAnsi="Arial" w:cs="Arial"/>
                <w:sz w:val="20"/>
                <w:szCs w:val="20"/>
              </w:rPr>
            </w:pPr>
          </w:p>
          <w:p w14:paraId="02F98902" w14:textId="77777777" w:rsidR="006D5036" w:rsidRDefault="006D5036" w:rsidP="0030220C">
            <w:pPr>
              <w:rPr>
                <w:rFonts w:ascii="Arial" w:hAnsi="Arial" w:cs="Arial"/>
                <w:sz w:val="20"/>
                <w:szCs w:val="20"/>
              </w:rPr>
            </w:pPr>
            <w:r>
              <w:rPr>
                <w:rFonts w:ascii="Arial" w:hAnsi="Arial" w:cs="Arial"/>
                <w:sz w:val="20"/>
                <w:szCs w:val="20"/>
              </w:rPr>
              <w:t>8,09</w:t>
            </w:r>
          </w:p>
          <w:p w14:paraId="3A09D65D" w14:textId="77777777" w:rsidR="006D5036" w:rsidRPr="00575350" w:rsidRDefault="006D5036" w:rsidP="0030220C">
            <w:pPr>
              <w:rPr>
                <w:rFonts w:ascii="Arial" w:hAnsi="Arial" w:cs="Arial"/>
                <w:sz w:val="20"/>
                <w:szCs w:val="20"/>
              </w:rPr>
            </w:pPr>
          </w:p>
        </w:tc>
        <w:tc>
          <w:tcPr>
            <w:tcW w:w="0" w:type="auto"/>
          </w:tcPr>
          <w:p w14:paraId="26716FF3" w14:textId="77777777" w:rsidR="006D5036" w:rsidRDefault="006D5036" w:rsidP="0030220C">
            <w:pPr>
              <w:rPr>
                <w:rFonts w:ascii="Arial" w:hAnsi="Arial" w:cs="Arial"/>
                <w:sz w:val="20"/>
                <w:szCs w:val="20"/>
              </w:rPr>
            </w:pPr>
          </w:p>
          <w:p w14:paraId="68E096AA" w14:textId="77777777" w:rsidR="006D5036" w:rsidRPr="00575350" w:rsidRDefault="006D5036" w:rsidP="0030220C">
            <w:pPr>
              <w:rPr>
                <w:rFonts w:ascii="Arial" w:hAnsi="Arial" w:cs="Arial"/>
                <w:sz w:val="20"/>
                <w:szCs w:val="20"/>
              </w:rPr>
            </w:pPr>
            <w:r>
              <w:rPr>
                <w:rFonts w:ascii="Arial" w:hAnsi="Arial" w:cs="Arial"/>
                <w:sz w:val="20"/>
                <w:szCs w:val="20"/>
              </w:rPr>
              <w:t>1.237,77</w:t>
            </w:r>
          </w:p>
        </w:tc>
      </w:tr>
      <w:tr w:rsidR="006D5036" w:rsidRPr="00575350" w14:paraId="6CDAE848" w14:textId="77777777" w:rsidTr="0030220C">
        <w:trPr>
          <w:trHeight w:val="227"/>
          <w:jc w:val="center"/>
        </w:trPr>
        <w:tc>
          <w:tcPr>
            <w:tcW w:w="0" w:type="auto"/>
          </w:tcPr>
          <w:p w14:paraId="3D77DE16" w14:textId="77777777" w:rsidR="006D5036" w:rsidRPr="00575350" w:rsidRDefault="006D5036" w:rsidP="0030220C">
            <w:pPr>
              <w:rPr>
                <w:rFonts w:ascii="Arial" w:hAnsi="Arial" w:cs="Arial"/>
                <w:sz w:val="20"/>
                <w:szCs w:val="20"/>
              </w:rPr>
            </w:pPr>
            <w:r w:rsidRPr="00575350">
              <w:rPr>
                <w:rFonts w:ascii="Arial" w:hAnsi="Arial" w:cs="Arial"/>
                <w:sz w:val="20"/>
                <w:szCs w:val="20"/>
              </w:rPr>
              <w:t>58</w:t>
            </w:r>
          </w:p>
        </w:tc>
        <w:tc>
          <w:tcPr>
            <w:tcW w:w="0" w:type="auto"/>
          </w:tcPr>
          <w:p w14:paraId="3A8FBDF8" w14:textId="77777777" w:rsidR="006D5036" w:rsidRPr="00575350" w:rsidRDefault="006D5036" w:rsidP="0030220C">
            <w:pPr>
              <w:rPr>
                <w:rFonts w:ascii="Arial" w:hAnsi="Arial" w:cs="Arial"/>
                <w:sz w:val="20"/>
                <w:szCs w:val="20"/>
              </w:rPr>
            </w:pPr>
            <w:r w:rsidRPr="00575350">
              <w:rPr>
                <w:rFonts w:ascii="Arial" w:hAnsi="Arial" w:cs="Arial"/>
                <w:sz w:val="20"/>
                <w:szCs w:val="20"/>
              </w:rPr>
              <w:t>258358</w:t>
            </w:r>
          </w:p>
        </w:tc>
        <w:tc>
          <w:tcPr>
            <w:tcW w:w="0" w:type="auto"/>
          </w:tcPr>
          <w:p w14:paraId="3777B3FA" w14:textId="77777777" w:rsidR="006D5036" w:rsidRPr="00575350" w:rsidRDefault="006D5036" w:rsidP="0030220C">
            <w:pPr>
              <w:rPr>
                <w:rFonts w:ascii="Arial" w:hAnsi="Arial" w:cs="Arial"/>
                <w:sz w:val="20"/>
                <w:szCs w:val="20"/>
              </w:rPr>
            </w:pPr>
            <w:r w:rsidRPr="00575350">
              <w:rPr>
                <w:rFonts w:ascii="Arial" w:hAnsi="Arial" w:cs="Arial"/>
                <w:sz w:val="20"/>
                <w:szCs w:val="20"/>
              </w:rPr>
              <w:t>COCO RALADO - ÚMIDO E ADOÇADO, DEVENDO ESTAR DESCRITO NA EMBALAGEM A DATA DE VALIDADE, DATA DE FABRICAÇÃO, EMBALAGEM APROXIMADAMENTE 100 G, SIMILAR A SOCOCO, MAIS COCO E DONANA.</w:t>
            </w:r>
          </w:p>
        </w:tc>
        <w:tc>
          <w:tcPr>
            <w:tcW w:w="0" w:type="auto"/>
          </w:tcPr>
          <w:p w14:paraId="06405258" w14:textId="77777777" w:rsidR="006D5036" w:rsidRDefault="006D5036" w:rsidP="0030220C">
            <w:pPr>
              <w:rPr>
                <w:rFonts w:ascii="Arial" w:hAnsi="Arial" w:cs="Arial"/>
                <w:sz w:val="20"/>
                <w:szCs w:val="20"/>
              </w:rPr>
            </w:pPr>
          </w:p>
          <w:p w14:paraId="6CA3A93F"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tcPr>
          <w:p w14:paraId="5DA0C754" w14:textId="77777777" w:rsidR="006D5036" w:rsidRDefault="006D5036" w:rsidP="0030220C">
            <w:pPr>
              <w:rPr>
                <w:rFonts w:ascii="Arial" w:hAnsi="Arial" w:cs="Arial"/>
                <w:sz w:val="20"/>
                <w:szCs w:val="20"/>
              </w:rPr>
            </w:pPr>
          </w:p>
          <w:p w14:paraId="7C0BBBA7" w14:textId="77777777" w:rsidR="006D5036" w:rsidRPr="00575350" w:rsidRDefault="006D5036" w:rsidP="0030220C">
            <w:pPr>
              <w:rPr>
                <w:rFonts w:ascii="Arial" w:hAnsi="Arial" w:cs="Arial"/>
                <w:sz w:val="20"/>
                <w:szCs w:val="20"/>
              </w:rPr>
            </w:pPr>
            <w:r w:rsidRPr="00575350">
              <w:rPr>
                <w:rFonts w:ascii="Arial" w:hAnsi="Arial" w:cs="Arial"/>
                <w:sz w:val="20"/>
                <w:szCs w:val="20"/>
              </w:rPr>
              <w:t>363</w:t>
            </w:r>
          </w:p>
        </w:tc>
        <w:tc>
          <w:tcPr>
            <w:tcW w:w="0" w:type="auto"/>
          </w:tcPr>
          <w:p w14:paraId="692AE336" w14:textId="77777777" w:rsidR="006D5036" w:rsidRDefault="006D5036" w:rsidP="0030220C">
            <w:pPr>
              <w:rPr>
                <w:rFonts w:ascii="Arial" w:hAnsi="Arial" w:cs="Arial"/>
                <w:sz w:val="20"/>
                <w:szCs w:val="20"/>
              </w:rPr>
            </w:pPr>
          </w:p>
          <w:p w14:paraId="2D5B7E09" w14:textId="77777777" w:rsidR="006D5036" w:rsidRPr="00575350" w:rsidRDefault="006D5036" w:rsidP="0030220C">
            <w:pPr>
              <w:rPr>
                <w:rFonts w:ascii="Arial" w:hAnsi="Arial" w:cs="Arial"/>
                <w:sz w:val="20"/>
                <w:szCs w:val="20"/>
              </w:rPr>
            </w:pPr>
            <w:r>
              <w:rPr>
                <w:rFonts w:ascii="Arial" w:hAnsi="Arial" w:cs="Arial"/>
                <w:sz w:val="20"/>
                <w:szCs w:val="20"/>
              </w:rPr>
              <w:t>7,61</w:t>
            </w:r>
          </w:p>
        </w:tc>
        <w:tc>
          <w:tcPr>
            <w:tcW w:w="0" w:type="auto"/>
          </w:tcPr>
          <w:p w14:paraId="29FEFCEE" w14:textId="77777777" w:rsidR="006D5036" w:rsidRDefault="006D5036" w:rsidP="0030220C">
            <w:pPr>
              <w:rPr>
                <w:rFonts w:ascii="Arial" w:hAnsi="Arial" w:cs="Arial"/>
                <w:sz w:val="20"/>
                <w:szCs w:val="20"/>
              </w:rPr>
            </w:pPr>
          </w:p>
          <w:p w14:paraId="363A1240" w14:textId="77777777" w:rsidR="006D5036" w:rsidRPr="00575350" w:rsidRDefault="006D5036" w:rsidP="0030220C">
            <w:pPr>
              <w:rPr>
                <w:rFonts w:ascii="Arial" w:hAnsi="Arial" w:cs="Arial"/>
                <w:sz w:val="20"/>
                <w:szCs w:val="20"/>
              </w:rPr>
            </w:pPr>
            <w:r>
              <w:rPr>
                <w:rFonts w:ascii="Arial" w:hAnsi="Arial" w:cs="Arial"/>
                <w:sz w:val="20"/>
                <w:szCs w:val="20"/>
              </w:rPr>
              <w:t>2.762,43</w:t>
            </w:r>
          </w:p>
        </w:tc>
      </w:tr>
      <w:tr w:rsidR="006D5036" w:rsidRPr="00575350" w14:paraId="4B888924" w14:textId="77777777" w:rsidTr="0030220C">
        <w:trPr>
          <w:trHeight w:val="227"/>
          <w:jc w:val="center"/>
        </w:trPr>
        <w:tc>
          <w:tcPr>
            <w:tcW w:w="0" w:type="auto"/>
          </w:tcPr>
          <w:p w14:paraId="250DF37D" w14:textId="77777777" w:rsidR="006D5036" w:rsidRPr="00575350" w:rsidRDefault="006D5036" w:rsidP="0030220C">
            <w:pPr>
              <w:rPr>
                <w:rFonts w:ascii="Arial" w:hAnsi="Arial" w:cs="Arial"/>
                <w:sz w:val="20"/>
                <w:szCs w:val="20"/>
              </w:rPr>
            </w:pPr>
            <w:r w:rsidRPr="00575350">
              <w:rPr>
                <w:rFonts w:ascii="Arial" w:hAnsi="Arial" w:cs="Arial"/>
                <w:sz w:val="20"/>
                <w:szCs w:val="20"/>
              </w:rPr>
              <w:t>59</w:t>
            </w:r>
          </w:p>
        </w:tc>
        <w:tc>
          <w:tcPr>
            <w:tcW w:w="0" w:type="auto"/>
          </w:tcPr>
          <w:p w14:paraId="2342DA74" w14:textId="77777777" w:rsidR="006D5036" w:rsidRPr="00575350" w:rsidRDefault="006D5036" w:rsidP="0030220C">
            <w:pPr>
              <w:rPr>
                <w:rFonts w:ascii="Arial" w:hAnsi="Arial" w:cs="Arial"/>
                <w:sz w:val="20"/>
                <w:szCs w:val="20"/>
              </w:rPr>
            </w:pPr>
            <w:r w:rsidRPr="00575350">
              <w:rPr>
                <w:rFonts w:ascii="Arial" w:hAnsi="Arial" w:cs="Arial"/>
                <w:sz w:val="20"/>
                <w:szCs w:val="20"/>
              </w:rPr>
              <w:t>463937</w:t>
            </w:r>
          </w:p>
        </w:tc>
        <w:tc>
          <w:tcPr>
            <w:tcW w:w="0" w:type="auto"/>
          </w:tcPr>
          <w:p w14:paraId="56C35806"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COLORAU - CONDIMENTO, TIPO: URUCUM, APRESENTAÇÃO: PÓ EMBALAGEM ORIGINAL DE FABRICA COM APROXIMADAMENTE 500 GRAMAS. </w:t>
            </w:r>
          </w:p>
        </w:tc>
        <w:tc>
          <w:tcPr>
            <w:tcW w:w="0" w:type="auto"/>
          </w:tcPr>
          <w:p w14:paraId="1F14CDC0" w14:textId="77777777" w:rsidR="006D5036" w:rsidRDefault="006D5036" w:rsidP="0030220C">
            <w:pPr>
              <w:rPr>
                <w:rFonts w:ascii="Arial" w:hAnsi="Arial" w:cs="Arial"/>
                <w:sz w:val="20"/>
                <w:szCs w:val="20"/>
              </w:rPr>
            </w:pPr>
          </w:p>
          <w:p w14:paraId="7C2603FB" w14:textId="77777777" w:rsidR="006D5036" w:rsidRPr="00575350" w:rsidRDefault="006D5036" w:rsidP="0030220C">
            <w:pPr>
              <w:rPr>
                <w:rFonts w:ascii="Arial" w:hAnsi="Arial" w:cs="Arial"/>
                <w:sz w:val="20"/>
                <w:szCs w:val="20"/>
              </w:rPr>
            </w:pPr>
            <w:r w:rsidRPr="00575350">
              <w:rPr>
                <w:rFonts w:ascii="Arial" w:hAnsi="Arial" w:cs="Arial"/>
                <w:sz w:val="20"/>
                <w:szCs w:val="20"/>
              </w:rPr>
              <w:t>PACOTE</w:t>
            </w:r>
          </w:p>
        </w:tc>
        <w:tc>
          <w:tcPr>
            <w:tcW w:w="0" w:type="auto"/>
          </w:tcPr>
          <w:p w14:paraId="5973AE17" w14:textId="77777777" w:rsidR="006D5036" w:rsidRDefault="006D5036" w:rsidP="0030220C">
            <w:pPr>
              <w:rPr>
                <w:rFonts w:ascii="Arial" w:hAnsi="Arial" w:cs="Arial"/>
                <w:sz w:val="20"/>
                <w:szCs w:val="20"/>
              </w:rPr>
            </w:pPr>
          </w:p>
          <w:p w14:paraId="45EA9693" w14:textId="77777777" w:rsidR="006D5036" w:rsidRPr="00575350" w:rsidRDefault="006D5036" w:rsidP="0030220C">
            <w:pPr>
              <w:rPr>
                <w:rFonts w:ascii="Arial" w:hAnsi="Arial" w:cs="Arial"/>
                <w:sz w:val="20"/>
                <w:szCs w:val="20"/>
              </w:rPr>
            </w:pPr>
            <w:r w:rsidRPr="00575350">
              <w:rPr>
                <w:rFonts w:ascii="Arial" w:hAnsi="Arial" w:cs="Arial"/>
                <w:sz w:val="20"/>
                <w:szCs w:val="20"/>
              </w:rPr>
              <w:t>78</w:t>
            </w:r>
          </w:p>
        </w:tc>
        <w:tc>
          <w:tcPr>
            <w:tcW w:w="0" w:type="auto"/>
          </w:tcPr>
          <w:p w14:paraId="539F66A9" w14:textId="77777777" w:rsidR="006D5036" w:rsidRDefault="006D5036" w:rsidP="0030220C">
            <w:pPr>
              <w:rPr>
                <w:rFonts w:ascii="Arial" w:hAnsi="Arial" w:cs="Arial"/>
                <w:sz w:val="20"/>
                <w:szCs w:val="20"/>
              </w:rPr>
            </w:pPr>
          </w:p>
          <w:p w14:paraId="25323265" w14:textId="77777777" w:rsidR="006D5036" w:rsidRDefault="006D5036" w:rsidP="0030220C">
            <w:pPr>
              <w:rPr>
                <w:rFonts w:ascii="Arial" w:hAnsi="Arial" w:cs="Arial"/>
                <w:sz w:val="20"/>
                <w:szCs w:val="20"/>
              </w:rPr>
            </w:pPr>
            <w:r>
              <w:rPr>
                <w:rFonts w:ascii="Arial" w:hAnsi="Arial" w:cs="Arial"/>
                <w:sz w:val="20"/>
                <w:szCs w:val="20"/>
              </w:rPr>
              <w:t>4,86</w:t>
            </w:r>
          </w:p>
          <w:p w14:paraId="11C40DBB" w14:textId="77777777" w:rsidR="006D5036" w:rsidRPr="00575350" w:rsidRDefault="006D5036" w:rsidP="0030220C">
            <w:pPr>
              <w:rPr>
                <w:rFonts w:ascii="Arial" w:hAnsi="Arial" w:cs="Arial"/>
                <w:sz w:val="20"/>
                <w:szCs w:val="20"/>
              </w:rPr>
            </w:pPr>
          </w:p>
        </w:tc>
        <w:tc>
          <w:tcPr>
            <w:tcW w:w="0" w:type="auto"/>
          </w:tcPr>
          <w:p w14:paraId="294F8BE3" w14:textId="77777777" w:rsidR="006D5036" w:rsidRDefault="006D5036" w:rsidP="0030220C">
            <w:pPr>
              <w:rPr>
                <w:rFonts w:ascii="Arial" w:hAnsi="Arial" w:cs="Arial"/>
                <w:sz w:val="20"/>
                <w:szCs w:val="20"/>
              </w:rPr>
            </w:pPr>
          </w:p>
          <w:p w14:paraId="6BB64BD8" w14:textId="77777777" w:rsidR="006D5036" w:rsidRPr="00575350" w:rsidRDefault="006D5036" w:rsidP="0030220C">
            <w:pPr>
              <w:rPr>
                <w:rFonts w:ascii="Arial" w:hAnsi="Arial" w:cs="Arial"/>
                <w:sz w:val="20"/>
                <w:szCs w:val="20"/>
              </w:rPr>
            </w:pPr>
            <w:r>
              <w:rPr>
                <w:rFonts w:ascii="Arial" w:hAnsi="Arial" w:cs="Arial"/>
                <w:sz w:val="20"/>
                <w:szCs w:val="20"/>
              </w:rPr>
              <w:t>379,08</w:t>
            </w:r>
          </w:p>
        </w:tc>
      </w:tr>
      <w:tr w:rsidR="006D5036" w:rsidRPr="00575350" w14:paraId="40589236" w14:textId="77777777" w:rsidTr="0030220C">
        <w:trPr>
          <w:trHeight w:val="227"/>
          <w:jc w:val="center"/>
        </w:trPr>
        <w:tc>
          <w:tcPr>
            <w:tcW w:w="0" w:type="auto"/>
          </w:tcPr>
          <w:p w14:paraId="500204AA" w14:textId="77777777" w:rsidR="006D5036" w:rsidRPr="00575350" w:rsidRDefault="006D5036" w:rsidP="0030220C">
            <w:pPr>
              <w:rPr>
                <w:rFonts w:ascii="Arial" w:hAnsi="Arial" w:cs="Arial"/>
                <w:sz w:val="20"/>
                <w:szCs w:val="20"/>
              </w:rPr>
            </w:pPr>
            <w:r w:rsidRPr="00575350">
              <w:rPr>
                <w:rFonts w:ascii="Arial" w:hAnsi="Arial" w:cs="Arial"/>
                <w:sz w:val="20"/>
                <w:szCs w:val="20"/>
              </w:rPr>
              <w:t>60</w:t>
            </w:r>
          </w:p>
        </w:tc>
        <w:tc>
          <w:tcPr>
            <w:tcW w:w="0" w:type="auto"/>
          </w:tcPr>
          <w:p w14:paraId="7879DEBF" w14:textId="77777777" w:rsidR="006D5036" w:rsidRPr="00575350" w:rsidRDefault="006D5036" w:rsidP="0030220C">
            <w:pPr>
              <w:rPr>
                <w:rFonts w:ascii="Arial" w:hAnsi="Arial" w:cs="Arial"/>
                <w:sz w:val="20"/>
                <w:szCs w:val="20"/>
              </w:rPr>
            </w:pPr>
            <w:r w:rsidRPr="00575350">
              <w:rPr>
                <w:rFonts w:ascii="Arial" w:hAnsi="Arial" w:cs="Arial"/>
                <w:sz w:val="20"/>
                <w:szCs w:val="20"/>
              </w:rPr>
              <w:t>463891</w:t>
            </w:r>
          </w:p>
        </w:tc>
        <w:tc>
          <w:tcPr>
            <w:tcW w:w="0" w:type="auto"/>
          </w:tcPr>
          <w:p w14:paraId="7663424A" w14:textId="77777777" w:rsidR="006D5036" w:rsidRPr="00575350" w:rsidRDefault="006D5036" w:rsidP="0030220C">
            <w:pPr>
              <w:rPr>
                <w:rFonts w:ascii="Arial" w:hAnsi="Arial" w:cs="Arial"/>
                <w:sz w:val="20"/>
                <w:szCs w:val="20"/>
              </w:rPr>
            </w:pPr>
            <w:r w:rsidRPr="00575350">
              <w:rPr>
                <w:rFonts w:ascii="Arial" w:hAnsi="Arial" w:cs="Arial"/>
                <w:sz w:val="20"/>
                <w:szCs w:val="20"/>
              </w:rPr>
              <w:t>COMINHO EM PÓ - CONDIMENTO, EMBALAGEM APROXIMADAMENTE  1 KG, DEVENDO CONTER NA EMBALAGEM, NOME DO FABRICANTE, DATA DE FABRICAÇÃO E VALIDADE SIMILAR A KITANO, KODILAR E DONANA.</w:t>
            </w:r>
          </w:p>
        </w:tc>
        <w:tc>
          <w:tcPr>
            <w:tcW w:w="0" w:type="auto"/>
          </w:tcPr>
          <w:p w14:paraId="58F3094B" w14:textId="77777777" w:rsidR="006D5036" w:rsidRDefault="006D5036" w:rsidP="0030220C">
            <w:pPr>
              <w:rPr>
                <w:rFonts w:ascii="Arial" w:hAnsi="Arial" w:cs="Arial"/>
                <w:sz w:val="20"/>
                <w:szCs w:val="20"/>
              </w:rPr>
            </w:pPr>
          </w:p>
          <w:p w14:paraId="7EB8582F"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tcPr>
          <w:p w14:paraId="011C1065" w14:textId="77777777" w:rsidR="006D5036" w:rsidRDefault="006D5036" w:rsidP="0030220C">
            <w:pPr>
              <w:rPr>
                <w:rFonts w:ascii="Arial" w:hAnsi="Arial" w:cs="Arial"/>
                <w:sz w:val="20"/>
                <w:szCs w:val="20"/>
              </w:rPr>
            </w:pPr>
          </w:p>
          <w:p w14:paraId="2CAD95FC" w14:textId="77777777" w:rsidR="006D5036" w:rsidRPr="00575350" w:rsidRDefault="006D5036" w:rsidP="0030220C">
            <w:pPr>
              <w:rPr>
                <w:rFonts w:ascii="Arial" w:hAnsi="Arial" w:cs="Arial"/>
                <w:sz w:val="20"/>
                <w:szCs w:val="20"/>
              </w:rPr>
            </w:pPr>
            <w:r w:rsidRPr="00575350">
              <w:rPr>
                <w:rFonts w:ascii="Arial" w:hAnsi="Arial" w:cs="Arial"/>
                <w:sz w:val="20"/>
                <w:szCs w:val="20"/>
              </w:rPr>
              <w:t>47</w:t>
            </w:r>
          </w:p>
        </w:tc>
        <w:tc>
          <w:tcPr>
            <w:tcW w:w="0" w:type="auto"/>
          </w:tcPr>
          <w:p w14:paraId="1A5FAD3B" w14:textId="77777777" w:rsidR="006D5036" w:rsidRDefault="006D5036" w:rsidP="0030220C">
            <w:pPr>
              <w:rPr>
                <w:rFonts w:ascii="Arial" w:hAnsi="Arial" w:cs="Arial"/>
                <w:sz w:val="20"/>
                <w:szCs w:val="20"/>
              </w:rPr>
            </w:pPr>
          </w:p>
          <w:p w14:paraId="638576C1" w14:textId="77777777" w:rsidR="006D5036" w:rsidRPr="00575350" w:rsidRDefault="006D5036" w:rsidP="0030220C">
            <w:pPr>
              <w:rPr>
                <w:rFonts w:ascii="Arial" w:hAnsi="Arial" w:cs="Arial"/>
                <w:sz w:val="20"/>
                <w:szCs w:val="20"/>
              </w:rPr>
            </w:pPr>
            <w:r>
              <w:rPr>
                <w:rFonts w:ascii="Arial" w:hAnsi="Arial" w:cs="Arial"/>
                <w:sz w:val="20"/>
                <w:szCs w:val="20"/>
              </w:rPr>
              <w:t>31,52</w:t>
            </w:r>
          </w:p>
        </w:tc>
        <w:tc>
          <w:tcPr>
            <w:tcW w:w="0" w:type="auto"/>
          </w:tcPr>
          <w:p w14:paraId="1229A2CB" w14:textId="77777777" w:rsidR="006D5036" w:rsidRDefault="006D5036" w:rsidP="0030220C">
            <w:pPr>
              <w:rPr>
                <w:rFonts w:ascii="Arial" w:hAnsi="Arial" w:cs="Arial"/>
                <w:sz w:val="20"/>
                <w:szCs w:val="20"/>
              </w:rPr>
            </w:pPr>
          </w:p>
          <w:p w14:paraId="62570B47" w14:textId="77777777" w:rsidR="006D5036" w:rsidRPr="00575350" w:rsidRDefault="006D5036" w:rsidP="0030220C">
            <w:pPr>
              <w:rPr>
                <w:rFonts w:ascii="Arial" w:hAnsi="Arial" w:cs="Arial"/>
                <w:sz w:val="20"/>
                <w:szCs w:val="20"/>
              </w:rPr>
            </w:pPr>
            <w:r>
              <w:rPr>
                <w:rFonts w:ascii="Arial" w:hAnsi="Arial" w:cs="Arial"/>
                <w:sz w:val="20"/>
                <w:szCs w:val="20"/>
              </w:rPr>
              <w:t>1.481,44</w:t>
            </w:r>
          </w:p>
        </w:tc>
      </w:tr>
      <w:tr w:rsidR="006D5036" w:rsidRPr="00575350" w14:paraId="03A23824" w14:textId="77777777" w:rsidTr="0030220C">
        <w:trPr>
          <w:trHeight w:val="227"/>
          <w:jc w:val="center"/>
        </w:trPr>
        <w:tc>
          <w:tcPr>
            <w:tcW w:w="0" w:type="auto"/>
            <w:vAlign w:val="center"/>
          </w:tcPr>
          <w:p w14:paraId="20EDFF48"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61</w:t>
            </w:r>
          </w:p>
        </w:tc>
        <w:tc>
          <w:tcPr>
            <w:tcW w:w="0" w:type="auto"/>
            <w:vAlign w:val="center"/>
          </w:tcPr>
          <w:p w14:paraId="65672294"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481109</w:t>
            </w:r>
          </w:p>
        </w:tc>
        <w:tc>
          <w:tcPr>
            <w:tcW w:w="0" w:type="auto"/>
            <w:vAlign w:val="center"/>
          </w:tcPr>
          <w:p w14:paraId="40A67529"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COUVE MANTEIGA, IN NATURA - EMBALADO EM MAÇOS, BEM DESENVOLVIDO, SEM MANCHAS, FIRME, INTACTA, LIVRE DE TERRA NAS SUPERFÍCIES, SEM FERIMENTOS E DEFEITOS.</w:t>
            </w:r>
          </w:p>
        </w:tc>
        <w:tc>
          <w:tcPr>
            <w:tcW w:w="0" w:type="auto"/>
            <w:vAlign w:val="center"/>
          </w:tcPr>
          <w:p w14:paraId="4CE9873A"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MAÇO</w:t>
            </w:r>
          </w:p>
        </w:tc>
        <w:tc>
          <w:tcPr>
            <w:tcW w:w="0" w:type="auto"/>
          </w:tcPr>
          <w:p w14:paraId="35F59409" w14:textId="77777777" w:rsidR="006D5036" w:rsidRDefault="006D5036" w:rsidP="0030220C">
            <w:pPr>
              <w:rPr>
                <w:rFonts w:ascii="Arial" w:hAnsi="Arial" w:cs="Arial"/>
                <w:sz w:val="20"/>
                <w:szCs w:val="20"/>
              </w:rPr>
            </w:pPr>
          </w:p>
          <w:p w14:paraId="293D008D" w14:textId="77777777" w:rsidR="006D5036" w:rsidRPr="00575350" w:rsidRDefault="006D5036" w:rsidP="0030220C">
            <w:pPr>
              <w:rPr>
                <w:rFonts w:ascii="Arial" w:hAnsi="Arial" w:cs="Arial"/>
                <w:sz w:val="20"/>
                <w:szCs w:val="20"/>
              </w:rPr>
            </w:pPr>
            <w:r>
              <w:rPr>
                <w:rFonts w:ascii="Arial" w:hAnsi="Arial" w:cs="Arial"/>
                <w:sz w:val="20"/>
                <w:szCs w:val="20"/>
              </w:rPr>
              <w:t>300</w:t>
            </w:r>
          </w:p>
        </w:tc>
        <w:tc>
          <w:tcPr>
            <w:tcW w:w="0" w:type="auto"/>
          </w:tcPr>
          <w:p w14:paraId="244AEE8D" w14:textId="77777777" w:rsidR="006D5036" w:rsidRDefault="006D5036" w:rsidP="0030220C">
            <w:pPr>
              <w:rPr>
                <w:rFonts w:ascii="Arial" w:hAnsi="Arial" w:cs="Arial"/>
                <w:sz w:val="20"/>
                <w:szCs w:val="20"/>
              </w:rPr>
            </w:pPr>
          </w:p>
          <w:p w14:paraId="69AE5C14" w14:textId="77777777" w:rsidR="006D5036" w:rsidRPr="00575350" w:rsidRDefault="006D5036" w:rsidP="0030220C">
            <w:pPr>
              <w:rPr>
                <w:rFonts w:ascii="Arial" w:hAnsi="Arial" w:cs="Arial"/>
                <w:sz w:val="20"/>
                <w:szCs w:val="20"/>
              </w:rPr>
            </w:pPr>
            <w:r>
              <w:rPr>
                <w:rFonts w:ascii="Arial" w:hAnsi="Arial" w:cs="Arial"/>
                <w:sz w:val="20"/>
                <w:szCs w:val="20"/>
              </w:rPr>
              <w:t>5,44</w:t>
            </w:r>
          </w:p>
        </w:tc>
        <w:tc>
          <w:tcPr>
            <w:tcW w:w="0" w:type="auto"/>
          </w:tcPr>
          <w:p w14:paraId="610F68B2" w14:textId="77777777" w:rsidR="006D5036" w:rsidRDefault="006D5036" w:rsidP="0030220C">
            <w:pPr>
              <w:rPr>
                <w:rFonts w:ascii="Arial" w:hAnsi="Arial" w:cs="Arial"/>
                <w:sz w:val="20"/>
                <w:szCs w:val="20"/>
              </w:rPr>
            </w:pPr>
          </w:p>
          <w:p w14:paraId="2730510D" w14:textId="77777777" w:rsidR="006D5036" w:rsidRPr="00575350" w:rsidRDefault="006D5036" w:rsidP="0030220C">
            <w:pPr>
              <w:rPr>
                <w:rFonts w:ascii="Arial" w:hAnsi="Arial" w:cs="Arial"/>
                <w:sz w:val="20"/>
                <w:szCs w:val="20"/>
              </w:rPr>
            </w:pPr>
            <w:r>
              <w:rPr>
                <w:rFonts w:ascii="Arial" w:hAnsi="Arial" w:cs="Arial"/>
                <w:sz w:val="20"/>
                <w:szCs w:val="20"/>
              </w:rPr>
              <w:t>1.632,00</w:t>
            </w:r>
          </w:p>
        </w:tc>
      </w:tr>
      <w:tr w:rsidR="006D5036" w:rsidRPr="00575350" w14:paraId="5BDD084F" w14:textId="77777777" w:rsidTr="0030220C">
        <w:trPr>
          <w:trHeight w:val="1203"/>
          <w:jc w:val="center"/>
        </w:trPr>
        <w:tc>
          <w:tcPr>
            <w:tcW w:w="0" w:type="auto"/>
            <w:vAlign w:val="center"/>
          </w:tcPr>
          <w:p w14:paraId="01507D72" w14:textId="77777777" w:rsidR="006D5036" w:rsidRPr="00575350" w:rsidRDefault="006D5036" w:rsidP="0030220C">
            <w:pPr>
              <w:rPr>
                <w:rFonts w:ascii="Arial" w:hAnsi="Arial" w:cs="Arial"/>
                <w:sz w:val="20"/>
                <w:szCs w:val="20"/>
              </w:rPr>
            </w:pPr>
            <w:r w:rsidRPr="00575350">
              <w:rPr>
                <w:rFonts w:ascii="Arial" w:hAnsi="Arial" w:cs="Arial"/>
                <w:sz w:val="20"/>
                <w:szCs w:val="20"/>
              </w:rPr>
              <w:t>62</w:t>
            </w:r>
          </w:p>
        </w:tc>
        <w:tc>
          <w:tcPr>
            <w:tcW w:w="0" w:type="auto"/>
            <w:vAlign w:val="center"/>
          </w:tcPr>
          <w:p w14:paraId="07E93304" w14:textId="77777777" w:rsidR="006D5036" w:rsidRPr="00575350" w:rsidRDefault="006D5036" w:rsidP="0030220C">
            <w:pPr>
              <w:rPr>
                <w:rFonts w:ascii="Arial" w:hAnsi="Arial" w:cs="Arial"/>
                <w:sz w:val="20"/>
                <w:szCs w:val="20"/>
              </w:rPr>
            </w:pPr>
            <w:r w:rsidRPr="00575350">
              <w:rPr>
                <w:rFonts w:ascii="Arial" w:hAnsi="Arial" w:cs="Arial"/>
                <w:sz w:val="20"/>
                <w:szCs w:val="20"/>
              </w:rPr>
              <w:t>463831</w:t>
            </w:r>
          </w:p>
        </w:tc>
        <w:tc>
          <w:tcPr>
            <w:tcW w:w="0" w:type="auto"/>
            <w:vAlign w:val="center"/>
          </w:tcPr>
          <w:p w14:paraId="1856E790" w14:textId="77777777" w:rsidR="006D5036" w:rsidRPr="00575350" w:rsidRDefault="006D5036" w:rsidP="0030220C">
            <w:pPr>
              <w:rPr>
                <w:rFonts w:ascii="Arial" w:hAnsi="Arial" w:cs="Arial"/>
                <w:sz w:val="20"/>
                <w:szCs w:val="20"/>
              </w:rPr>
            </w:pPr>
            <w:r w:rsidRPr="00575350">
              <w:rPr>
                <w:rFonts w:ascii="Arial" w:hAnsi="Arial" w:cs="Arial"/>
                <w:sz w:val="20"/>
                <w:szCs w:val="20"/>
              </w:rPr>
              <w:t>COUVE-FLOR, IN NATURA - KG. 1º QUALIDADE, SEM MACHUCADOS, INTACTA E FIRME, SEM FOLHAS MURCHAS E SECAS.</w:t>
            </w:r>
          </w:p>
        </w:tc>
        <w:tc>
          <w:tcPr>
            <w:tcW w:w="0" w:type="auto"/>
            <w:vAlign w:val="center"/>
          </w:tcPr>
          <w:p w14:paraId="58FE4CC0" w14:textId="77777777" w:rsidR="006D5036" w:rsidRPr="00575350" w:rsidRDefault="006D5036" w:rsidP="0030220C">
            <w:pPr>
              <w:rPr>
                <w:rFonts w:ascii="Arial" w:hAnsi="Arial" w:cs="Arial"/>
                <w:sz w:val="20"/>
                <w:szCs w:val="20"/>
              </w:rPr>
            </w:pPr>
            <w:r w:rsidRPr="00575350">
              <w:rPr>
                <w:rFonts w:ascii="Arial" w:hAnsi="Arial" w:cs="Arial"/>
                <w:sz w:val="20"/>
                <w:szCs w:val="20"/>
              </w:rPr>
              <w:t>UN</w:t>
            </w:r>
          </w:p>
        </w:tc>
        <w:tc>
          <w:tcPr>
            <w:tcW w:w="0" w:type="auto"/>
          </w:tcPr>
          <w:p w14:paraId="2ED3443F" w14:textId="77777777" w:rsidR="006D5036" w:rsidRDefault="006D5036" w:rsidP="0030220C">
            <w:pPr>
              <w:rPr>
                <w:rFonts w:ascii="Arial" w:hAnsi="Arial" w:cs="Arial"/>
                <w:sz w:val="20"/>
                <w:szCs w:val="20"/>
              </w:rPr>
            </w:pPr>
          </w:p>
          <w:p w14:paraId="79EDE2A0" w14:textId="77777777" w:rsidR="006D5036" w:rsidRDefault="006D5036" w:rsidP="0030220C">
            <w:pPr>
              <w:rPr>
                <w:rFonts w:ascii="Arial" w:hAnsi="Arial" w:cs="Arial"/>
                <w:sz w:val="20"/>
                <w:szCs w:val="20"/>
              </w:rPr>
            </w:pPr>
          </w:p>
          <w:p w14:paraId="361C07BE" w14:textId="77777777" w:rsidR="006D5036" w:rsidRPr="00575350" w:rsidRDefault="006D5036" w:rsidP="0030220C">
            <w:pPr>
              <w:rPr>
                <w:rFonts w:ascii="Arial" w:hAnsi="Arial" w:cs="Arial"/>
                <w:sz w:val="20"/>
                <w:szCs w:val="20"/>
              </w:rPr>
            </w:pPr>
            <w:r w:rsidRPr="00575350">
              <w:rPr>
                <w:rFonts w:ascii="Arial" w:hAnsi="Arial" w:cs="Arial"/>
                <w:sz w:val="20"/>
                <w:szCs w:val="20"/>
              </w:rPr>
              <w:t>70</w:t>
            </w:r>
          </w:p>
        </w:tc>
        <w:tc>
          <w:tcPr>
            <w:tcW w:w="0" w:type="auto"/>
          </w:tcPr>
          <w:p w14:paraId="6C61C1FD" w14:textId="77777777" w:rsidR="006D5036" w:rsidRDefault="006D5036" w:rsidP="0030220C">
            <w:pPr>
              <w:rPr>
                <w:rFonts w:ascii="Arial" w:hAnsi="Arial" w:cs="Arial"/>
                <w:sz w:val="20"/>
                <w:szCs w:val="20"/>
              </w:rPr>
            </w:pPr>
          </w:p>
          <w:p w14:paraId="7D5BE910" w14:textId="77777777" w:rsidR="006D5036" w:rsidRDefault="006D5036" w:rsidP="0030220C">
            <w:pPr>
              <w:rPr>
                <w:rFonts w:ascii="Arial" w:hAnsi="Arial" w:cs="Arial"/>
                <w:sz w:val="20"/>
                <w:szCs w:val="20"/>
              </w:rPr>
            </w:pPr>
          </w:p>
          <w:p w14:paraId="4A090937" w14:textId="77777777" w:rsidR="006D5036" w:rsidRPr="00575350" w:rsidRDefault="006D5036" w:rsidP="0030220C">
            <w:pPr>
              <w:rPr>
                <w:rFonts w:ascii="Arial" w:hAnsi="Arial" w:cs="Arial"/>
                <w:sz w:val="20"/>
                <w:szCs w:val="20"/>
              </w:rPr>
            </w:pPr>
            <w:r>
              <w:rPr>
                <w:rFonts w:ascii="Arial" w:hAnsi="Arial" w:cs="Arial"/>
                <w:sz w:val="20"/>
                <w:szCs w:val="20"/>
              </w:rPr>
              <w:t>11,27</w:t>
            </w:r>
          </w:p>
        </w:tc>
        <w:tc>
          <w:tcPr>
            <w:tcW w:w="0" w:type="auto"/>
          </w:tcPr>
          <w:p w14:paraId="57B36D4D" w14:textId="77777777" w:rsidR="006D5036" w:rsidRDefault="006D5036" w:rsidP="0030220C">
            <w:pPr>
              <w:rPr>
                <w:rFonts w:ascii="Arial" w:hAnsi="Arial" w:cs="Arial"/>
                <w:sz w:val="20"/>
                <w:szCs w:val="20"/>
              </w:rPr>
            </w:pPr>
          </w:p>
          <w:p w14:paraId="19751983" w14:textId="77777777" w:rsidR="006D5036" w:rsidRDefault="006D5036" w:rsidP="0030220C">
            <w:pPr>
              <w:rPr>
                <w:rFonts w:ascii="Arial" w:hAnsi="Arial" w:cs="Arial"/>
                <w:sz w:val="20"/>
                <w:szCs w:val="20"/>
              </w:rPr>
            </w:pPr>
          </w:p>
          <w:p w14:paraId="3C6077B4" w14:textId="77777777" w:rsidR="006D5036" w:rsidRPr="00575350" w:rsidRDefault="006D5036" w:rsidP="0030220C">
            <w:pPr>
              <w:rPr>
                <w:rFonts w:ascii="Arial" w:hAnsi="Arial" w:cs="Arial"/>
                <w:sz w:val="20"/>
                <w:szCs w:val="20"/>
              </w:rPr>
            </w:pPr>
            <w:r>
              <w:rPr>
                <w:rFonts w:ascii="Arial" w:hAnsi="Arial" w:cs="Arial"/>
                <w:sz w:val="20"/>
                <w:szCs w:val="20"/>
              </w:rPr>
              <w:t>788,90</w:t>
            </w:r>
          </w:p>
        </w:tc>
      </w:tr>
      <w:tr w:rsidR="006D5036" w:rsidRPr="00575350" w14:paraId="665CC9EE" w14:textId="77777777" w:rsidTr="0030220C">
        <w:trPr>
          <w:trHeight w:val="227"/>
          <w:jc w:val="center"/>
        </w:trPr>
        <w:tc>
          <w:tcPr>
            <w:tcW w:w="0" w:type="auto"/>
            <w:vAlign w:val="center"/>
          </w:tcPr>
          <w:p w14:paraId="4994A952" w14:textId="77777777" w:rsidR="006D5036" w:rsidRPr="00575350" w:rsidRDefault="006D5036" w:rsidP="0030220C">
            <w:pPr>
              <w:rPr>
                <w:rFonts w:ascii="Arial" w:hAnsi="Arial" w:cs="Arial"/>
                <w:sz w:val="20"/>
                <w:szCs w:val="20"/>
              </w:rPr>
            </w:pPr>
            <w:r w:rsidRPr="00575350">
              <w:rPr>
                <w:rFonts w:ascii="Arial" w:hAnsi="Arial" w:cs="Arial"/>
                <w:sz w:val="20"/>
                <w:szCs w:val="20"/>
              </w:rPr>
              <w:lastRenderedPageBreak/>
              <w:t>63</w:t>
            </w:r>
          </w:p>
        </w:tc>
        <w:tc>
          <w:tcPr>
            <w:tcW w:w="0" w:type="auto"/>
            <w:vAlign w:val="center"/>
          </w:tcPr>
          <w:p w14:paraId="67309AD5" w14:textId="77777777" w:rsidR="006D5036" w:rsidRPr="00575350" w:rsidRDefault="006D5036" w:rsidP="0030220C">
            <w:pPr>
              <w:rPr>
                <w:rFonts w:ascii="Arial" w:hAnsi="Arial" w:cs="Arial"/>
                <w:sz w:val="20"/>
                <w:szCs w:val="20"/>
              </w:rPr>
            </w:pPr>
            <w:r w:rsidRPr="00575350">
              <w:rPr>
                <w:rFonts w:ascii="Arial" w:hAnsi="Arial" w:cs="Arial"/>
                <w:sz w:val="20"/>
                <w:szCs w:val="20"/>
              </w:rPr>
              <w:t>480295</w:t>
            </w:r>
          </w:p>
        </w:tc>
        <w:tc>
          <w:tcPr>
            <w:tcW w:w="0" w:type="auto"/>
            <w:vAlign w:val="center"/>
          </w:tcPr>
          <w:p w14:paraId="4EB0DABC" w14:textId="77777777" w:rsidR="006D5036" w:rsidRPr="00575350" w:rsidRDefault="006D5036" w:rsidP="0030220C">
            <w:pPr>
              <w:rPr>
                <w:rFonts w:ascii="Arial" w:hAnsi="Arial" w:cs="Arial"/>
                <w:sz w:val="20"/>
                <w:szCs w:val="20"/>
              </w:rPr>
            </w:pPr>
            <w:r w:rsidRPr="00575350">
              <w:rPr>
                <w:rFonts w:ascii="Arial" w:hAnsi="Arial" w:cs="Arial"/>
                <w:sz w:val="20"/>
                <w:szCs w:val="20"/>
              </w:rPr>
              <w:t>CRAVO DA ÍNDIA - APROXIMADAMENTE 5 À 10 G, SIMILAR A KITANO, KODILAR E SABOR CONDIMENTOS.</w:t>
            </w:r>
          </w:p>
        </w:tc>
        <w:tc>
          <w:tcPr>
            <w:tcW w:w="0" w:type="auto"/>
            <w:vAlign w:val="center"/>
          </w:tcPr>
          <w:p w14:paraId="71C433B6"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tcPr>
          <w:p w14:paraId="0F00D005" w14:textId="77777777" w:rsidR="006D5036" w:rsidRDefault="006D5036" w:rsidP="0030220C">
            <w:pPr>
              <w:rPr>
                <w:rFonts w:ascii="Arial" w:hAnsi="Arial" w:cs="Arial"/>
                <w:sz w:val="20"/>
                <w:szCs w:val="20"/>
              </w:rPr>
            </w:pPr>
          </w:p>
          <w:p w14:paraId="2D390FE2" w14:textId="77777777" w:rsidR="006D5036" w:rsidRPr="00575350" w:rsidRDefault="006D5036" w:rsidP="0030220C">
            <w:pPr>
              <w:rPr>
                <w:rFonts w:ascii="Arial" w:hAnsi="Arial" w:cs="Arial"/>
                <w:sz w:val="20"/>
                <w:szCs w:val="20"/>
              </w:rPr>
            </w:pPr>
            <w:r w:rsidRPr="00575350">
              <w:rPr>
                <w:rFonts w:ascii="Arial" w:hAnsi="Arial" w:cs="Arial"/>
                <w:sz w:val="20"/>
                <w:szCs w:val="20"/>
              </w:rPr>
              <w:t>78</w:t>
            </w:r>
          </w:p>
        </w:tc>
        <w:tc>
          <w:tcPr>
            <w:tcW w:w="0" w:type="auto"/>
          </w:tcPr>
          <w:p w14:paraId="01231032" w14:textId="77777777" w:rsidR="006D5036" w:rsidRDefault="006D5036" w:rsidP="0030220C">
            <w:pPr>
              <w:rPr>
                <w:rFonts w:ascii="Arial" w:hAnsi="Arial" w:cs="Arial"/>
                <w:sz w:val="20"/>
                <w:szCs w:val="20"/>
              </w:rPr>
            </w:pPr>
          </w:p>
          <w:p w14:paraId="3930FF65" w14:textId="77777777" w:rsidR="006D5036" w:rsidRPr="00575350" w:rsidRDefault="006D5036" w:rsidP="0030220C">
            <w:pPr>
              <w:rPr>
                <w:rFonts w:ascii="Arial" w:hAnsi="Arial" w:cs="Arial"/>
                <w:sz w:val="20"/>
                <w:szCs w:val="20"/>
              </w:rPr>
            </w:pPr>
            <w:r>
              <w:rPr>
                <w:rFonts w:ascii="Arial" w:hAnsi="Arial" w:cs="Arial"/>
                <w:sz w:val="20"/>
                <w:szCs w:val="20"/>
              </w:rPr>
              <w:t>3,91</w:t>
            </w:r>
          </w:p>
        </w:tc>
        <w:tc>
          <w:tcPr>
            <w:tcW w:w="0" w:type="auto"/>
          </w:tcPr>
          <w:p w14:paraId="27C28622" w14:textId="77777777" w:rsidR="006D5036" w:rsidRDefault="006D5036" w:rsidP="0030220C">
            <w:pPr>
              <w:rPr>
                <w:rFonts w:ascii="Arial" w:hAnsi="Arial" w:cs="Arial"/>
                <w:sz w:val="20"/>
                <w:szCs w:val="20"/>
              </w:rPr>
            </w:pPr>
          </w:p>
          <w:p w14:paraId="6CA08D62" w14:textId="77777777" w:rsidR="006D5036" w:rsidRPr="00575350" w:rsidRDefault="006D5036" w:rsidP="0030220C">
            <w:pPr>
              <w:rPr>
                <w:rFonts w:ascii="Arial" w:hAnsi="Arial" w:cs="Arial"/>
                <w:sz w:val="20"/>
                <w:szCs w:val="20"/>
              </w:rPr>
            </w:pPr>
            <w:r>
              <w:rPr>
                <w:rFonts w:ascii="Arial" w:hAnsi="Arial" w:cs="Arial"/>
                <w:sz w:val="20"/>
                <w:szCs w:val="20"/>
              </w:rPr>
              <w:t>304,98</w:t>
            </w:r>
          </w:p>
        </w:tc>
      </w:tr>
      <w:tr w:rsidR="006D5036" w:rsidRPr="00575350" w14:paraId="5305BCE1" w14:textId="77777777" w:rsidTr="0030220C">
        <w:trPr>
          <w:trHeight w:val="227"/>
          <w:jc w:val="center"/>
        </w:trPr>
        <w:tc>
          <w:tcPr>
            <w:tcW w:w="0" w:type="auto"/>
            <w:vAlign w:val="center"/>
          </w:tcPr>
          <w:p w14:paraId="10BBADDE" w14:textId="77777777" w:rsidR="006D5036" w:rsidRPr="00575350" w:rsidRDefault="006D5036" w:rsidP="0030220C">
            <w:pPr>
              <w:rPr>
                <w:rFonts w:ascii="Arial" w:hAnsi="Arial" w:cs="Arial"/>
                <w:sz w:val="20"/>
                <w:szCs w:val="20"/>
              </w:rPr>
            </w:pPr>
            <w:r w:rsidRPr="00575350">
              <w:rPr>
                <w:rFonts w:ascii="Arial" w:hAnsi="Arial" w:cs="Arial"/>
                <w:sz w:val="20"/>
                <w:szCs w:val="20"/>
              </w:rPr>
              <w:t>64</w:t>
            </w:r>
          </w:p>
        </w:tc>
        <w:tc>
          <w:tcPr>
            <w:tcW w:w="0" w:type="auto"/>
            <w:vAlign w:val="center"/>
          </w:tcPr>
          <w:p w14:paraId="0B09E189" w14:textId="77777777" w:rsidR="006D5036" w:rsidRPr="00575350" w:rsidRDefault="006D5036" w:rsidP="0030220C">
            <w:pPr>
              <w:rPr>
                <w:rFonts w:ascii="Arial" w:hAnsi="Arial" w:cs="Arial"/>
                <w:sz w:val="20"/>
                <w:szCs w:val="20"/>
              </w:rPr>
            </w:pPr>
            <w:r w:rsidRPr="00575350">
              <w:rPr>
                <w:rFonts w:ascii="Arial" w:hAnsi="Arial" w:cs="Arial"/>
                <w:sz w:val="20"/>
                <w:szCs w:val="20"/>
              </w:rPr>
              <w:t>446532</w:t>
            </w:r>
          </w:p>
        </w:tc>
        <w:tc>
          <w:tcPr>
            <w:tcW w:w="0" w:type="auto"/>
            <w:vAlign w:val="center"/>
          </w:tcPr>
          <w:p w14:paraId="151E0DFA" w14:textId="77777777" w:rsidR="006D5036" w:rsidRPr="00575350" w:rsidRDefault="006D5036" w:rsidP="0030220C">
            <w:pPr>
              <w:rPr>
                <w:rFonts w:ascii="Arial" w:hAnsi="Arial" w:cs="Arial"/>
                <w:sz w:val="20"/>
                <w:szCs w:val="20"/>
              </w:rPr>
            </w:pPr>
            <w:r w:rsidRPr="00575350">
              <w:rPr>
                <w:rFonts w:ascii="Arial" w:hAnsi="Arial" w:cs="Arial"/>
                <w:sz w:val="20"/>
                <w:szCs w:val="20"/>
              </w:rPr>
              <w:t>CREME DE LEITE - EMBALAGEM COM APROXIMADAMENTE 200 G, CONTER DADOS DE IDENTIFICAÇÃO, PROCEDÊNCIA, LOTE. SIMILAR A ITALAC, PIRACANJUBA E NESTLÉ.</w:t>
            </w:r>
          </w:p>
        </w:tc>
        <w:tc>
          <w:tcPr>
            <w:tcW w:w="0" w:type="auto"/>
            <w:vAlign w:val="center"/>
          </w:tcPr>
          <w:p w14:paraId="3D0AF50E" w14:textId="77777777" w:rsidR="006D5036" w:rsidRPr="00575350" w:rsidRDefault="006D5036" w:rsidP="0030220C">
            <w:pPr>
              <w:rPr>
                <w:rFonts w:ascii="Arial" w:hAnsi="Arial" w:cs="Arial"/>
                <w:sz w:val="20"/>
                <w:szCs w:val="20"/>
              </w:rPr>
            </w:pPr>
            <w:r w:rsidRPr="00575350">
              <w:rPr>
                <w:rFonts w:ascii="Arial" w:hAnsi="Arial" w:cs="Arial"/>
                <w:sz w:val="20"/>
                <w:szCs w:val="20"/>
              </w:rPr>
              <w:t>UN</w:t>
            </w:r>
          </w:p>
        </w:tc>
        <w:tc>
          <w:tcPr>
            <w:tcW w:w="0" w:type="auto"/>
          </w:tcPr>
          <w:p w14:paraId="6867EDA1" w14:textId="77777777" w:rsidR="006D5036" w:rsidRDefault="006D5036" w:rsidP="0030220C">
            <w:pPr>
              <w:rPr>
                <w:rFonts w:ascii="Arial" w:hAnsi="Arial" w:cs="Arial"/>
                <w:sz w:val="20"/>
                <w:szCs w:val="20"/>
              </w:rPr>
            </w:pPr>
          </w:p>
          <w:p w14:paraId="761427A1" w14:textId="77777777" w:rsidR="006D5036" w:rsidRPr="00575350" w:rsidRDefault="006D5036" w:rsidP="0030220C">
            <w:pPr>
              <w:rPr>
                <w:rFonts w:ascii="Arial" w:hAnsi="Arial" w:cs="Arial"/>
                <w:sz w:val="20"/>
                <w:szCs w:val="20"/>
              </w:rPr>
            </w:pPr>
            <w:r>
              <w:rPr>
                <w:rFonts w:ascii="Arial" w:hAnsi="Arial" w:cs="Arial"/>
                <w:sz w:val="20"/>
                <w:szCs w:val="20"/>
              </w:rPr>
              <w:t>1000</w:t>
            </w:r>
          </w:p>
        </w:tc>
        <w:tc>
          <w:tcPr>
            <w:tcW w:w="0" w:type="auto"/>
          </w:tcPr>
          <w:p w14:paraId="7E414C23" w14:textId="77777777" w:rsidR="006D5036" w:rsidRDefault="006D5036" w:rsidP="0030220C">
            <w:pPr>
              <w:rPr>
                <w:rFonts w:ascii="Arial" w:hAnsi="Arial" w:cs="Arial"/>
                <w:sz w:val="20"/>
                <w:szCs w:val="20"/>
              </w:rPr>
            </w:pPr>
          </w:p>
          <w:p w14:paraId="2A12D646" w14:textId="77777777" w:rsidR="006D5036" w:rsidRDefault="006D5036" w:rsidP="0030220C">
            <w:pPr>
              <w:rPr>
                <w:rFonts w:ascii="Arial" w:hAnsi="Arial" w:cs="Arial"/>
                <w:sz w:val="20"/>
                <w:szCs w:val="20"/>
              </w:rPr>
            </w:pPr>
            <w:r>
              <w:rPr>
                <w:rFonts w:ascii="Arial" w:hAnsi="Arial" w:cs="Arial"/>
                <w:sz w:val="20"/>
                <w:szCs w:val="20"/>
              </w:rPr>
              <w:t>3,90</w:t>
            </w:r>
          </w:p>
          <w:p w14:paraId="2FB30323" w14:textId="77777777" w:rsidR="006D5036" w:rsidRPr="00575350" w:rsidRDefault="006D5036" w:rsidP="0030220C">
            <w:pPr>
              <w:rPr>
                <w:rFonts w:ascii="Arial" w:hAnsi="Arial" w:cs="Arial"/>
                <w:sz w:val="20"/>
                <w:szCs w:val="20"/>
              </w:rPr>
            </w:pPr>
          </w:p>
        </w:tc>
        <w:tc>
          <w:tcPr>
            <w:tcW w:w="0" w:type="auto"/>
          </w:tcPr>
          <w:p w14:paraId="018C290A" w14:textId="77777777" w:rsidR="006D5036" w:rsidRDefault="006D5036" w:rsidP="0030220C">
            <w:pPr>
              <w:rPr>
                <w:rFonts w:ascii="Arial" w:hAnsi="Arial" w:cs="Arial"/>
                <w:sz w:val="20"/>
                <w:szCs w:val="20"/>
              </w:rPr>
            </w:pPr>
          </w:p>
          <w:p w14:paraId="790F1782" w14:textId="77777777" w:rsidR="006D5036" w:rsidRPr="00575350" w:rsidRDefault="006D5036" w:rsidP="0030220C">
            <w:pPr>
              <w:rPr>
                <w:rFonts w:ascii="Arial" w:hAnsi="Arial" w:cs="Arial"/>
                <w:sz w:val="20"/>
                <w:szCs w:val="20"/>
              </w:rPr>
            </w:pPr>
            <w:r>
              <w:rPr>
                <w:rFonts w:ascii="Arial" w:hAnsi="Arial" w:cs="Arial"/>
                <w:sz w:val="20"/>
                <w:szCs w:val="20"/>
              </w:rPr>
              <w:t>3.900</w:t>
            </w:r>
          </w:p>
        </w:tc>
      </w:tr>
      <w:tr w:rsidR="006D5036" w:rsidRPr="00575350" w14:paraId="5F131501" w14:textId="77777777" w:rsidTr="0030220C">
        <w:trPr>
          <w:trHeight w:val="227"/>
          <w:jc w:val="center"/>
        </w:trPr>
        <w:tc>
          <w:tcPr>
            <w:tcW w:w="0" w:type="auto"/>
            <w:vAlign w:val="center"/>
          </w:tcPr>
          <w:p w14:paraId="1E2BE346" w14:textId="77777777" w:rsidR="006D5036" w:rsidRPr="00575350" w:rsidRDefault="006D5036" w:rsidP="0030220C">
            <w:pPr>
              <w:rPr>
                <w:rFonts w:ascii="Arial" w:hAnsi="Arial" w:cs="Arial"/>
                <w:sz w:val="20"/>
                <w:szCs w:val="20"/>
              </w:rPr>
            </w:pPr>
            <w:r w:rsidRPr="00575350">
              <w:rPr>
                <w:rFonts w:ascii="Arial" w:hAnsi="Arial" w:cs="Arial"/>
                <w:sz w:val="20"/>
                <w:szCs w:val="20"/>
              </w:rPr>
              <w:t>65</w:t>
            </w:r>
          </w:p>
        </w:tc>
        <w:tc>
          <w:tcPr>
            <w:tcW w:w="0" w:type="auto"/>
            <w:vAlign w:val="center"/>
          </w:tcPr>
          <w:p w14:paraId="14BABE9D" w14:textId="77777777" w:rsidR="006D5036" w:rsidRPr="00575350" w:rsidRDefault="006D5036" w:rsidP="0030220C">
            <w:pPr>
              <w:rPr>
                <w:rFonts w:ascii="Arial" w:hAnsi="Arial" w:cs="Arial"/>
                <w:sz w:val="20"/>
                <w:szCs w:val="20"/>
              </w:rPr>
            </w:pPr>
            <w:r w:rsidRPr="00575350">
              <w:rPr>
                <w:rFonts w:ascii="Arial" w:hAnsi="Arial" w:cs="Arial"/>
                <w:sz w:val="20"/>
                <w:szCs w:val="20"/>
              </w:rPr>
              <w:t>462687</w:t>
            </w:r>
          </w:p>
        </w:tc>
        <w:tc>
          <w:tcPr>
            <w:tcW w:w="0" w:type="auto"/>
            <w:vAlign w:val="center"/>
          </w:tcPr>
          <w:p w14:paraId="5B2F39C4" w14:textId="77777777" w:rsidR="006D5036" w:rsidRPr="00575350" w:rsidRDefault="006D5036" w:rsidP="0030220C">
            <w:pPr>
              <w:rPr>
                <w:rFonts w:ascii="Arial" w:hAnsi="Arial" w:cs="Arial"/>
                <w:sz w:val="20"/>
                <w:szCs w:val="20"/>
              </w:rPr>
            </w:pPr>
            <w:r w:rsidRPr="00575350">
              <w:rPr>
                <w:rFonts w:ascii="Arial" w:hAnsi="Arial" w:cs="Arial"/>
                <w:sz w:val="20"/>
                <w:szCs w:val="20"/>
              </w:rPr>
              <w:t>DOCE DE LEITE - PASTOSO, EMBALAGEM DE APROXIMADAMENTE 400 G, SIMILAR A ELEGÊ, ITAMBÉ E TRIÂNGULO.</w:t>
            </w:r>
          </w:p>
        </w:tc>
        <w:tc>
          <w:tcPr>
            <w:tcW w:w="0" w:type="auto"/>
            <w:vAlign w:val="center"/>
          </w:tcPr>
          <w:p w14:paraId="3DC7FEE7"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tcPr>
          <w:p w14:paraId="3C8AB092" w14:textId="77777777" w:rsidR="006D5036" w:rsidRDefault="006D5036" w:rsidP="0030220C">
            <w:pPr>
              <w:rPr>
                <w:rFonts w:ascii="Arial" w:hAnsi="Arial" w:cs="Arial"/>
                <w:sz w:val="20"/>
                <w:szCs w:val="20"/>
              </w:rPr>
            </w:pPr>
          </w:p>
          <w:p w14:paraId="2FA4A3E9" w14:textId="77777777" w:rsidR="006D5036" w:rsidRPr="00575350" w:rsidRDefault="006D5036" w:rsidP="0030220C">
            <w:pPr>
              <w:rPr>
                <w:rFonts w:ascii="Arial" w:hAnsi="Arial" w:cs="Arial"/>
                <w:sz w:val="20"/>
                <w:szCs w:val="20"/>
              </w:rPr>
            </w:pPr>
            <w:r w:rsidRPr="00575350">
              <w:rPr>
                <w:rFonts w:ascii="Arial" w:hAnsi="Arial" w:cs="Arial"/>
                <w:sz w:val="20"/>
                <w:szCs w:val="20"/>
              </w:rPr>
              <w:t>64</w:t>
            </w:r>
          </w:p>
        </w:tc>
        <w:tc>
          <w:tcPr>
            <w:tcW w:w="0" w:type="auto"/>
          </w:tcPr>
          <w:p w14:paraId="5A30F770" w14:textId="77777777" w:rsidR="006D5036" w:rsidRDefault="006D5036" w:rsidP="0030220C">
            <w:pPr>
              <w:rPr>
                <w:rFonts w:ascii="Arial" w:hAnsi="Arial" w:cs="Arial"/>
                <w:sz w:val="20"/>
                <w:szCs w:val="20"/>
              </w:rPr>
            </w:pPr>
          </w:p>
          <w:p w14:paraId="23915CB4" w14:textId="77777777" w:rsidR="006D5036" w:rsidRPr="00575350" w:rsidRDefault="006D5036" w:rsidP="0030220C">
            <w:pPr>
              <w:rPr>
                <w:rFonts w:ascii="Arial" w:hAnsi="Arial" w:cs="Arial"/>
                <w:sz w:val="20"/>
                <w:szCs w:val="20"/>
              </w:rPr>
            </w:pPr>
            <w:r>
              <w:rPr>
                <w:rFonts w:ascii="Arial" w:hAnsi="Arial" w:cs="Arial"/>
                <w:sz w:val="20"/>
                <w:szCs w:val="20"/>
              </w:rPr>
              <w:t>9,16</w:t>
            </w:r>
          </w:p>
        </w:tc>
        <w:tc>
          <w:tcPr>
            <w:tcW w:w="0" w:type="auto"/>
          </w:tcPr>
          <w:p w14:paraId="1A9E3724" w14:textId="77777777" w:rsidR="006D5036" w:rsidRDefault="006D5036" w:rsidP="0030220C">
            <w:pPr>
              <w:rPr>
                <w:rFonts w:ascii="Arial" w:hAnsi="Arial" w:cs="Arial"/>
                <w:sz w:val="20"/>
                <w:szCs w:val="20"/>
              </w:rPr>
            </w:pPr>
          </w:p>
          <w:p w14:paraId="42B61A13" w14:textId="77777777" w:rsidR="006D5036" w:rsidRPr="00575350" w:rsidRDefault="006D5036" w:rsidP="0030220C">
            <w:pPr>
              <w:rPr>
                <w:rFonts w:ascii="Arial" w:hAnsi="Arial" w:cs="Arial"/>
                <w:sz w:val="20"/>
                <w:szCs w:val="20"/>
              </w:rPr>
            </w:pPr>
            <w:r>
              <w:rPr>
                <w:rFonts w:ascii="Arial" w:hAnsi="Arial" w:cs="Arial"/>
                <w:sz w:val="20"/>
                <w:szCs w:val="20"/>
              </w:rPr>
              <w:t>586,24</w:t>
            </w:r>
          </w:p>
        </w:tc>
      </w:tr>
      <w:tr w:rsidR="006D5036" w:rsidRPr="00575350" w14:paraId="7833B7A7" w14:textId="77777777" w:rsidTr="0030220C">
        <w:trPr>
          <w:trHeight w:val="227"/>
          <w:jc w:val="center"/>
        </w:trPr>
        <w:tc>
          <w:tcPr>
            <w:tcW w:w="0" w:type="auto"/>
            <w:vAlign w:val="center"/>
          </w:tcPr>
          <w:p w14:paraId="7A19B9DA" w14:textId="77777777" w:rsidR="006D5036" w:rsidRPr="00575350" w:rsidRDefault="006D5036" w:rsidP="0030220C">
            <w:pPr>
              <w:rPr>
                <w:rFonts w:ascii="Arial" w:hAnsi="Arial" w:cs="Arial"/>
                <w:sz w:val="20"/>
                <w:szCs w:val="20"/>
              </w:rPr>
            </w:pPr>
            <w:r w:rsidRPr="00575350">
              <w:rPr>
                <w:rFonts w:ascii="Arial" w:hAnsi="Arial" w:cs="Arial"/>
                <w:sz w:val="20"/>
                <w:szCs w:val="20"/>
              </w:rPr>
              <w:t>66</w:t>
            </w:r>
          </w:p>
        </w:tc>
        <w:tc>
          <w:tcPr>
            <w:tcW w:w="0" w:type="auto"/>
            <w:vAlign w:val="center"/>
          </w:tcPr>
          <w:p w14:paraId="47FBCF04" w14:textId="77777777" w:rsidR="006D5036" w:rsidRPr="00575350" w:rsidRDefault="006D5036" w:rsidP="0030220C">
            <w:pPr>
              <w:rPr>
                <w:rFonts w:ascii="Arial" w:hAnsi="Arial" w:cs="Arial"/>
                <w:sz w:val="20"/>
                <w:szCs w:val="20"/>
              </w:rPr>
            </w:pPr>
            <w:r w:rsidRPr="00575350">
              <w:rPr>
                <w:rFonts w:ascii="Arial" w:hAnsi="Arial" w:cs="Arial"/>
                <w:sz w:val="20"/>
                <w:szCs w:val="20"/>
              </w:rPr>
              <w:t>349845</w:t>
            </w:r>
          </w:p>
        </w:tc>
        <w:tc>
          <w:tcPr>
            <w:tcW w:w="0" w:type="auto"/>
            <w:vAlign w:val="center"/>
          </w:tcPr>
          <w:p w14:paraId="224198CF" w14:textId="77777777" w:rsidR="006D5036" w:rsidRPr="00575350" w:rsidRDefault="006D5036" w:rsidP="0030220C">
            <w:pPr>
              <w:rPr>
                <w:rFonts w:ascii="Arial" w:hAnsi="Arial" w:cs="Arial"/>
                <w:sz w:val="20"/>
                <w:szCs w:val="20"/>
              </w:rPr>
            </w:pPr>
            <w:r w:rsidRPr="00575350">
              <w:rPr>
                <w:rFonts w:ascii="Arial" w:hAnsi="Arial" w:cs="Arial"/>
                <w:sz w:val="20"/>
                <w:szCs w:val="20"/>
              </w:rPr>
              <w:t>EMULSIFICANTE E ESTABILIZANTE EM GEL - PARA PREPARO DE BOLOS, PÃES E SORVETES, EMBALAGEM DE APROXIMADAMENTE 200 G, SIMILAR A SELECTA, DUPORTO E ARCOLOR.</w:t>
            </w:r>
          </w:p>
        </w:tc>
        <w:tc>
          <w:tcPr>
            <w:tcW w:w="0" w:type="auto"/>
            <w:vAlign w:val="center"/>
          </w:tcPr>
          <w:p w14:paraId="498FF432"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tcPr>
          <w:p w14:paraId="32980871" w14:textId="77777777" w:rsidR="006D5036" w:rsidRDefault="006D5036" w:rsidP="0030220C">
            <w:pPr>
              <w:rPr>
                <w:rFonts w:ascii="Arial" w:hAnsi="Arial" w:cs="Arial"/>
                <w:sz w:val="20"/>
                <w:szCs w:val="20"/>
              </w:rPr>
            </w:pPr>
          </w:p>
          <w:p w14:paraId="0D88AE92" w14:textId="77777777" w:rsidR="006D5036" w:rsidRDefault="006D5036" w:rsidP="0030220C">
            <w:pPr>
              <w:rPr>
                <w:rFonts w:ascii="Arial" w:hAnsi="Arial" w:cs="Arial"/>
                <w:sz w:val="20"/>
                <w:szCs w:val="20"/>
              </w:rPr>
            </w:pPr>
          </w:p>
          <w:p w14:paraId="4F9DD082" w14:textId="77777777" w:rsidR="006D5036" w:rsidRPr="00575350" w:rsidRDefault="006D5036" w:rsidP="0030220C">
            <w:pPr>
              <w:rPr>
                <w:rFonts w:ascii="Arial" w:hAnsi="Arial" w:cs="Arial"/>
                <w:sz w:val="20"/>
                <w:szCs w:val="20"/>
              </w:rPr>
            </w:pPr>
            <w:r w:rsidRPr="00575350">
              <w:rPr>
                <w:rFonts w:ascii="Arial" w:hAnsi="Arial" w:cs="Arial"/>
                <w:sz w:val="20"/>
                <w:szCs w:val="20"/>
              </w:rPr>
              <w:t>25</w:t>
            </w:r>
          </w:p>
        </w:tc>
        <w:tc>
          <w:tcPr>
            <w:tcW w:w="0" w:type="auto"/>
          </w:tcPr>
          <w:p w14:paraId="7454F147" w14:textId="77777777" w:rsidR="006D5036" w:rsidRDefault="006D5036" w:rsidP="0030220C">
            <w:pPr>
              <w:rPr>
                <w:rFonts w:ascii="Arial" w:hAnsi="Arial" w:cs="Arial"/>
                <w:sz w:val="20"/>
                <w:szCs w:val="20"/>
              </w:rPr>
            </w:pPr>
          </w:p>
          <w:p w14:paraId="79B919C4" w14:textId="77777777" w:rsidR="006D5036" w:rsidRDefault="006D5036" w:rsidP="0030220C">
            <w:pPr>
              <w:rPr>
                <w:rFonts w:ascii="Arial" w:hAnsi="Arial" w:cs="Arial"/>
                <w:sz w:val="20"/>
                <w:szCs w:val="20"/>
              </w:rPr>
            </w:pPr>
          </w:p>
          <w:p w14:paraId="4D1E6079" w14:textId="77777777" w:rsidR="006D5036" w:rsidRPr="00575350" w:rsidRDefault="006D5036" w:rsidP="0030220C">
            <w:pPr>
              <w:rPr>
                <w:rFonts w:ascii="Arial" w:hAnsi="Arial" w:cs="Arial"/>
                <w:sz w:val="20"/>
                <w:szCs w:val="20"/>
              </w:rPr>
            </w:pPr>
            <w:r>
              <w:rPr>
                <w:rFonts w:ascii="Arial" w:hAnsi="Arial" w:cs="Arial"/>
                <w:sz w:val="20"/>
                <w:szCs w:val="20"/>
              </w:rPr>
              <w:t>14,13</w:t>
            </w:r>
          </w:p>
        </w:tc>
        <w:tc>
          <w:tcPr>
            <w:tcW w:w="0" w:type="auto"/>
          </w:tcPr>
          <w:p w14:paraId="2167EDEE" w14:textId="77777777" w:rsidR="006D5036" w:rsidRDefault="006D5036" w:rsidP="0030220C">
            <w:pPr>
              <w:rPr>
                <w:rFonts w:ascii="Arial" w:hAnsi="Arial" w:cs="Arial"/>
                <w:sz w:val="20"/>
                <w:szCs w:val="20"/>
              </w:rPr>
            </w:pPr>
          </w:p>
          <w:p w14:paraId="2B1F937C" w14:textId="77777777" w:rsidR="006D5036" w:rsidRDefault="006D5036" w:rsidP="0030220C">
            <w:pPr>
              <w:rPr>
                <w:rFonts w:ascii="Arial" w:hAnsi="Arial" w:cs="Arial"/>
                <w:sz w:val="20"/>
                <w:szCs w:val="20"/>
              </w:rPr>
            </w:pPr>
          </w:p>
          <w:p w14:paraId="7569D595" w14:textId="77777777" w:rsidR="006D5036" w:rsidRPr="00575350" w:rsidRDefault="006D5036" w:rsidP="0030220C">
            <w:pPr>
              <w:rPr>
                <w:rFonts w:ascii="Arial" w:hAnsi="Arial" w:cs="Arial"/>
                <w:sz w:val="20"/>
                <w:szCs w:val="20"/>
              </w:rPr>
            </w:pPr>
            <w:r>
              <w:rPr>
                <w:rFonts w:ascii="Arial" w:hAnsi="Arial" w:cs="Arial"/>
                <w:sz w:val="20"/>
                <w:szCs w:val="20"/>
              </w:rPr>
              <w:t>353,25</w:t>
            </w:r>
          </w:p>
        </w:tc>
      </w:tr>
      <w:tr w:rsidR="006D5036" w:rsidRPr="00575350" w14:paraId="16CC4C91" w14:textId="77777777" w:rsidTr="0030220C">
        <w:trPr>
          <w:trHeight w:val="227"/>
          <w:jc w:val="center"/>
        </w:trPr>
        <w:tc>
          <w:tcPr>
            <w:tcW w:w="0" w:type="auto"/>
            <w:vAlign w:val="center"/>
          </w:tcPr>
          <w:p w14:paraId="73196BB0"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67</w:t>
            </w:r>
          </w:p>
        </w:tc>
        <w:tc>
          <w:tcPr>
            <w:tcW w:w="0" w:type="auto"/>
            <w:vAlign w:val="center"/>
          </w:tcPr>
          <w:p w14:paraId="3145400A"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463896</w:t>
            </w:r>
          </w:p>
        </w:tc>
        <w:tc>
          <w:tcPr>
            <w:tcW w:w="0" w:type="auto"/>
            <w:vAlign w:val="center"/>
          </w:tcPr>
          <w:p w14:paraId="48B69846"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 xml:space="preserve">ERVA DOCE - O PRODUTO DEVE ESTAR CONDICIONADO EM EMBALAGENS </w:t>
            </w:r>
            <w:r w:rsidRPr="00575350">
              <w:rPr>
                <w:rFonts w:ascii="Arial" w:eastAsia="Times New Roman" w:hAnsi="Arial" w:cs="Arial"/>
                <w:sz w:val="18"/>
                <w:szCs w:val="18"/>
                <w:lang w:eastAsia="pt-BR"/>
              </w:rPr>
              <w:br/>
              <w:t xml:space="preserve">CONTENDO APROXIMADAMENTE 1 KG SIMILAR A KITANO, DONANA E KODILAR. </w:t>
            </w:r>
          </w:p>
        </w:tc>
        <w:tc>
          <w:tcPr>
            <w:tcW w:w="0" w:type="auto"/>
            <w:vAlign w:val="center"/>
          </w:tcPr>
          <w:p w14:paraId="1FFC8AB3"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KG</w:t>
            </w:r>
          </w:p>
        </w:tc>
        <w:tc>
          <w:tcPr>
            <w:tcW w:w="0" w:type="auto"/>
            <w:vAlign w:val="center"/>
          </w:tcPr>
          <w:p w14:paraId="3661C3A1" w14:textId="77777777" w:rsidR="006D5036" w:rsidRPr="00B026EC" w:rsidRDefault="006D5036" w:rsidP="0030220C">
            <w:pPr>
              <w:rPr>
                <w:rFonts w:ascii="Arial" w:hAnsi="Arial" w:cs="Arial"/>
                <w:sz w:val="20"/>
                <w:szCs w:val="20"/>
              </w:rPr>
            </w:pPr>
            <w:r w:rsidRPr="00B026EC">
              <w:rPr>
                <w:rFonts w:ascii="Arial" w:eastAsia="Times New Roman" w:hAnsi="Arial" w:cs="Arial"/>
                <w:sz w:val="20"/>
                <w:szCs w:val="20"/>
                <w:lang w:eastAsia="pt-BR"/>
              </w:rPr>
              <w:t>165</w:t>
            </w:r>
          </w:p>
        </w:tc>
        <w:tc>
          <w:tcPr>
            <w:tcW w:w="0" w:type="auto"/>
          </w:tcPr>
          <w:p w14:paraId="5F9ABFB8" w14:textId="77777777" w:rsidR="006D5036" w:rsidRDefault="006D5036" w:rsidP="0030220C">
            <w:pPr>
              <w:rPr>
                <w:rFonts w:ascii="Arial" w:hAnsi="Arial" w:cs="Arial"/>
                <w:sz w:val="20"/>
                <w:szCs w:val="20"/>
              </w:rPr>
            </w:pPr>
          </w:p>
          <w:p w14:paraId="4EB9D394" w14:textId="77777777" w:rsidR="006D5036" w:rsidRPr="00575350" w:rsidRDefault="006D5036" w:rsidP="0030220C">
            <w:pPr>
              <w:rPr>
                <w:rFonts w:ascii="Arial" w:hAnsi="Arial" w:cs="Arial"/>
                <w:sz w:val="20"/>
                <w:szCs w:val="20"/>
              </w:rPr>
            </w:pPr>
            <w:r>
              <w:rPr>
                <w:rFonts w:ascii="Arial" w:hAnsi="Arial" w:cs="Arial"/>
                <w:sz w:val="20"/>
                <w:szCs w:val="20"/>
              </w:rPr>
              <w:t>34,26</w:t>
            </w:r>
          </w:p>
        </w:tc>
        <w:tc>
          <w:tcPr>
            <w:tcW w:w="0" w:type="auto"/>
          </w:tcPr>
          <w:p w14:paraId="49F6B785" w14:textId="77777777" w:rsidR="006D5036" w:rsidRDefault="006D5036" w:rsidP="0030220C">
            <w:pPr>
              <w:rPr>
                <w:rFonts w:ascii="Arial" w:hAnsi="Arial" w:cs="Arial"/>
                <w:sz w:val="20"/>
                <w:szCs w:val="20"/>
              </w:rPr>
            </w:pPr>
          </w:p>
          <w:p w14:paraId="18EB5298" w14:textId="77777777" w:rsidR="006D5036" w:rsidRPr="00575350" w:rsidRDefault="006D5036" w:rsidP="0030220C">
            <w:pPr>
              <w:rPr>
                <w:rFonts w:ascii="Arial" w:hAnsi="Arial" w:cs="Arial"/>
                <w:sz w:val="20"/>
                <w:szCs w:val="20"/>
              </w:rPr>
            </w:pPr>
            <w:r>
              <w:rPr>
                <w:rFonts w:ascii="Arial" w:hAnsi="Arial" w:cs="Arial"/>
                <w:sz w:val="20"/>
                <w:szCs w:val="20"/>
              </w:rPr>
              <w:t>5.652,90</w:t>
            </w:r>
          </w:p>
        </w:tc>
      </w:tr>
      <w:tr w:rsidR="006D5036" w:rsidRPr="00575350" w14:paraId="3388DACF" w14:textId="77777777" w:rsidTr="0030220C">
        <w:trPr>
          <w:trHeight w:val="227"/>
          <w:jc w:val="center"/>
        </w:trPr>
        <w:tc>
          <w:tcPr>
            <w:tcW w:w="0" w:type="auto"/>
            <w:vAlign w:val="center"/>
          </w:tcPr>
          <w:p w14:paraId="36A204C2"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68</w:t>
            </w:r>
          </w:p>
        </w:tc>
        <w:tc>
          <w:tcPr>
            <w:tcW w:w="0" w:type="auto"/>
            <w:vAlign w:val="center"/>
          </w:tcPr>
          <w:p w14:paraId="009D5528"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462823</w:t>
            </w:r>
          </w:p>
        </w:tc>
        <w:tc>
          <w:tcPr>
            <w:tcW w:w="0" w:type="auto"/>
            <w:vAlign w:val="center"/>
          </w:tcPr>
          <w:p w14:paraId="2ED8885E"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 xml:space="preserve">ERVILHA EM CONSERVA - CONTENDO IDENTIFICAÇÃO DO PRODUTO, DATA </w:t>
            </w:r>
            <w:r w:rsidRPr="00575350">
              <w:rPr>
                <w:rFonts w:ascii="Arial" w:eastAsia="Times New Roman" w:hAnsi="Arial" w:cs="Arial"/>
                <w:sz w:val="18"/>
                <w:szCs w:val="18"/>
                <w:lang w:eastAsia="pt-BR"/>
              </w:rPr>
              <w:br/>
              <w:t>DE FABRICAÇÃO E PRAZO DE VALIDADE, EMBALAGEM APROXIMADAMENTE 170 G, SIMILAR A FUGINI, PREDILECTA E QUERO.</w:t>
            </w:r>
          </w:p>
        </w:tc>
        <w:tc>
          <w:tcPr>
            <w:tcW w:w="0" w:type="auto"/>
            <w:vAlign w:val="center"/>
          </w:tcPr>
          <w:p w14:paraId="43F457C4"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SAC</w:t>
            </w:r>
          </w:p>
        </w:tc>
        <w:tc>
          <w:tcPr>
            <w:tcW w:w="0" w:type="auto"/>
            <w:vAlign w:val="center"/>
          </w:tcPr>
          <w:p w14:paraId="0FD7C27A" w14:textId="77777777" w:rsidR="006D5036" w:rsidRPr="00B026EC" w:rsidRDefault="006D5036" w:rsidP="0030220C">
            <w:pPr>
              <w:rPr>
                <w:rFonts w:ascii="Arial" w:hAnsi="Arial" w:cs="Arial"/>
                <w:sz w:val="20"/>
                <w:szCs w:val="20"/>
              </w:rPr>
            </w:pPr>
            <w:r w:rsidRPr="00B026EC">
              <w:rPr>
                <w:rFonts w:ascii="Arial" w:eastAsia="Times New Roman" w:hAnsi="Arial" w:cs="Arial"/>
                <w:sz w:val="20"/>
                <w:szCs w:val="20"/>
                <w:lang w:eastAsia="pt-BR"/>
              </w:rPr>
              <w:t>125</w:t>
            </w:r>
          </w:p>
        </w:tc>
        <w:tc>
          <w:tcPr>
            <w:tcW w:w="0" w:type="auto"/>
          </w:tcPr>
          <w:p w14:paraId="634C6A08" w14:textId="77777777" w:rsidR="006D5036" w:rsidRDefault="006D5036" w:rsidP="0030220C">
            <w:pPr>
              <w:rPr>
                <w:rFonts w:ascii="Arial" w:hAnsi="Arial" w:cs="Arial"/>
                <w:sz w:val="20"/>
                <w:szCs w:val="20"/>
              </w:rPr>
            </w:pPr>
          </w:p>
          <w:p w14:paraId="058C9917" w14:textId="77777777" w:rsidR="006D5036" w:rsidRDefault="006D5036" w:rsidP="0030220C">
            <w:pPr>
              <w:rPr>
                <w:rFonts w:ascii="Arial" w:hAnsi="Arial" w:cs="Arial"/>
                <w:sz w:val="20"/>
                <w:szCs w:val="20"/>
              </w:rPr>
            </w:pPr>
          </w:p>
          <w:p w14:paraId="7DD9B535" w14:textId="77777777" w:rsidR="006D5036" w:rsidRPr="00575350" w:rsidRDefault="006D5036" w:rsidP="0030220C">
            <w:pPr>
              <w:rPr>
                <w:rFonts w:ascii="Arial" w:hAnsi="Arial" w:cs="Arial"/>
                <w:sz w:val="20"/>
                <w:szCs w:val="20"/>
              </w:rPr>
            </w:pPr>
            <w:r>
              <w:rPr>
                <w:rFonts w:ascii="Arial" w:hAnsi="Arial" w:cs="Arial"/>
                <w:sz w:val="20"/>
                <w:szCs w:val="20"/>
              </w:rPr>
              <w:t>5,21</w:t>
            </w:r>
          </w:p>
        </w:tc>
        <w:tc>
          <w:tcPr>
            <w:tcW w:w="0" w:type="auto"/>
          </w:tcPr>
          <w:p w14:paraId="2409B8C1" w14:textId="77777777" w:rsidR="006D5036" w:rsidRDefault="006D5036" w:rsidP="0030220C">
            <w:pPr>
              <w:rPr>
                <w:rFonts w:ascii="Arial" w:hAnsi="Arial" w:cs="Arial"/>
                <w:sz w:val="20"/>
                <w:szCs w:val="20"/>
              </w:rPr>
            </w:pPr>
          </w:p>
          <w:p w14:paraId="24017964" w14:textId="77777777" w:rsidR="006D5036" w:rsidRDefault="006D5036" w:rsidP="0030220C">
            <w:pPr>
              <w:rPr>
                <w:rFonts w:ascii="Arial" w:hAnsi="Arial" w:cs="Arial"/>
                <w:sz w:val="20"/>
                <w:szCs w:val="20"/>
              </w:rPr>
            </w:pPr>
          </w:p>
          <w:p w14:paraId="679AAA6C" w14:textId="77777777" w:rsidR="006D5036" w:rsidRPr="00575350" w:rsidRDefault="006D5036" w:rsidP="0030220C">
            <w:pPr>
              <w:rPr>
                <w:rFonts w:ascii="Arial" w:hAnsi="Arial" w:cs="Arial"/>
                <w:sz w:val="20"/>
                <w:szCs w:val="20"/>
              </w:rPr>
            </w:pPr>
            <w:r>
              <w:rPr>
                <w:rFonts w:ascii="Arial" w:hAnsi="Arial" w:cs="Arial"/>
                <w:sz w:val="20"/>
                <w:szCs w:val="20"/>
              </w:rPr>
              <w:t>651,25</w:t>
            </w:r>
          </w:p>
        </w:tc>
      </w:tr>
      <w:tr w:rsidR="006D5036" w:rsidRPr="00575350" w14:paraId="05785593" w14:textId="77777777" w:rsidTr="0030220C">
        <w:trPr>
          <w:trHeight w:val="227"/>
          <w:jc w:val="center"/>
        </w:trPr>
        <w:tc>
          <w:tcPr>
            <w:tcW w:w="0" w:type="auto"/>
            <w:vAlign w:val="center"/>
          </w:tcPr>
          <w:p w14:paraId="243F0E6B" w14:textId="77777777" w:rsidR="006D5036" w:rsidRPr="00575350" w:rsidRDefault="006D5036" w:rsidP="0030220C">
            <w:pPr>
              <w:rPr>
                <w:rFonts w:ascii="Arial" w:hAnsi="Arial" w:cs="Arial"/>
                <w:sz w:val="20"/>
                <w:szCs w:val="20"/>
              </w:rPr>
            </w:pPr>
            <w:r w:rsidRPr="00575350">
              <w:rPr>
                <w:rFonts w:ascii="Arial" w:hAnsi="Arial" w:cs="Arial"/>
                <w:sz w:val="20"/>
                <w:szCs w:val="20"/>
              </w:rPr>
              <w:t>69</w:t>
            </w:r>
          </w:p>
        </w:tc>
        <w:tc>
          <w:tcPr>
            <w:tcW w:w="0" w:type="auto"/>
            <w:vAlign w:val="center"/>
          </w:tcPr>
          <w:p w14:paraId="2218E2D5" w14:textId="77777777" w:rsidR="006D5036" w:rsidRPr="00575350" w:rsidRDefault="006D5036" w:rsidP="0030220C">
            <w:pPr>
              <w:rPr>
                <w:rFonts w:ascii="Arial" w:hAnsi="Arial" w:cs="Arial"/>
                <w:sz w:val="20"/>
                <w:szCs w:val="20"/>
              </w:rPr>
            </w:pPr>
            <w:r w:rsidRPr="00575350">
              <w:rPr>
                <w:rFonts w:ascii="Arial" w:hAnsi="Arial" w:cs="Arial"/>
                <w:sz w:val="20"/>
                <w:szCs w:val="20"/>
              </w:rPr>
              <w:t>461222</w:t>
            </w:r>
          </w:p>
        </w:tc>
        <w:tc>
          <w:tcPr>
            <w:tcW w:w="0" w:type="auto"/>
            <w:vAlign w:val="center"/>
          </w:tcPr>
          <w:p w14:paraId="2FC2D58E"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ESSÊNCIA DE BAUNILHA - EMBALAGEM DE APROXIMADAMENTE 30 ML, SIMILAR A ARCOLOR, FLEISHMANN E DR OETCKER. </w:t>
            </w:r>
          </w:p>
        </w:tc>
        <w:tc>
          <w:tcPr>
            <w:tcW w:w="0" w:type="auto"/>
            <w:vAlign w:val="center"/>
          </w:tcPr>
          <w:p w14:paraId="608769B2" w14:textId="77777777" w:rsidR="006D5036" w:rsidRPr="00575350" w:rsidRDefault="006D5036" w:rsidP="0030220C">
            <w:pPr>
              <w:rPr>
                <w:rFonts w:ascii="Arial" w:hAnsi="Arial" w:cs="Arial"/>
                <w:sz w:val="20"/>
                <w:szCs w:val="20"/>
              </w:rPr>
            </w:pPr>
            <w:r w:rsidRPr="00575350">
              <w:rPr>
                <w:rFonts w:ascii="Arial" w:hAnsi="Arial" w:cs="Arial"/>
                <w:sz w:val="20"/>
                <w:szCs w:val="20"/>
              </w:rPr>
              <w:t>VD</w:t>
            </w:r>
          </w:p>
        </w:tc>
        <w:tc>
          <w:tcPr>
            <w:tcW w:w="0" w:type="auto"/>
            <w:vAlign w:val="center"/>
          </w:tcPr>
          <w:p w14:paraId="45EECBF2" w14:textId="77777777" w:rsidR="006D5036" w:rsidRPr="00575350" w:rsidRDefault="006D5036" w:rsidP="0030220C">
            <w:pPr>
              <w:rPr>
                <w:rFonts w:ascii="Arial" w:hAnsi="Arial" w:cs="Arial"/>
                <w:sz w:val="20"/>
                <w:szCs w:val="20"/>
              </w:rPr>
            </w:pPr>
            <w:r w:rsidRPr="00575350">
              <w:rPr>
                <w:rFonts w:ascii="Arial" w:hAnsi="Arial" w:cs="Arial"/>
                <w:sz w:val="20"/>
                <w:szCs w:val="20"/>
              </w:rPr>
              <w:t>82</w:t>
            </w:r>
          </w:p>
        </w:tc>
        <w:tc>
          <w:tcPr>
            <w:tcW w:w="0" w:type="auto"/>
          </w:tcPr>
          <w:p w14:paraId="7512ED89" w14:textId="77777777" w:rsidR="006D5036" w:rsidRDefault="006D5036" w:rsidP="0030220C">
            <w:pPr>
              <w:rPr>
                <w:rFonts w:ascii="Arial" w:hAnsi="Arial" w:cs="Arial"/>
                <w:sz w:val="20"/>
                <w:szCs w:val="20"/>
              </w:rPr>
            </w:pPr>
          </w:p>
          <w:p w14:paraId="722F8CD0" w14:textId="77777777" w:rsidR="006D5036" w:rsidRPr="00575350" w:rsidRDefault="006D5036" w:rsidP="0030220C">
            <w:pPr>
              <w:rPr>
                <w:rFonts w:ascii="Arial" w:hAnsi="Arial" w:cs="Arial"/>
                <w:sz w:val="20"/>
                <w:szCs w:val="20"/>
              </w:rPr>
            </w:pPr>
            <w:r>
              <w:rPr>
                <w:rFonts w:ascii="Arial" w:hAnsi="Arial" w:cs="Arial"/>
                <w:sz w:val="20"/>
                <w:szCs w:val="20"/>
              </w:rPr>
              <w:t>6,49</w:t>
            </w:r>
          </w:p>
        </w:tc>
        <w:tc>
          <w:tcPr>
            <w:tcW w:w="0" w:type="auto"/>
          </w:tcPr>
          <w:p w14:paraId="253A0512" w14:textId="77777777" w:rsidR="006D5036" w:rsidRDefault="006D5036" w:rsidP="0030220C">
            <w:pPr>
              <w:rPr>
                <w:rFonts w:ascii="Arial" w:hAnsi="Arial" w:cs="Arial"/>
                <w:sz w:val="20"/>
                <w:szCs w:val="20"/>
              </w:rPr>
            </w:pPr>
          </w:p>
          <w:p w14:paraId="3DE1409B" w14:textId="77777777" w:rsidR="006D5036" w:rsidRPr="00575350" w:rsidRDefault="006D5036" w:rsidP="0030220C">
            <w:pPr>
              <w:rPr>
                <w:rFonts w:ascii="Arial" w:hAnsi="Arial" w:cs="Arial"/>
                <w:sz w:val="20"/>
                <w:szCs w:val="20"/>
              </w:rPr>
            </w:pPr>
            <w:r>
              <w:rPr>
                <w:rFonts w:ascii="Arial" w:hAnsi="Arial" w:cs="Arial"/>
                <w:sz w:val="20"/>
                <w:szCs w:val="20"/>
              </w:rPr>
              <w:t>532,18</w:t>
            </w:r>
          </w:p>
        </w:tc>
      </w:tr>
      <w:tr w:rsidR="006D5036" w:rsidRPr="00575350" w14:paraId="788384DB" w14:textId="77777777" w:rsidTr="0030220C">
        <w:trPr>
          <w:trHeight w:val="227"/>
          <w:jc w:val="center"/>
        </w:trPr>
        <w:tc>
          <w:tcPr>
            <w:tcW w:w="0" w:type="auto"/>
            <w:vAlign w:val="center"/>
          </w:tcPr>
          <w:p w14:paraId="7477A504" w14:textId="77777777" w:rsidR="006D5036" w:rsidRPr="00575350" w:rsidRDefault="006D5036" w:rsidP="0030220C">
            <w:pPr>
              <w:rPr>
                <w:rFonts w:ascii="Arial" w:hAnsi="Arial" w:cs="Arial"/>
                <w:sz w:val="20"/>
                <w:szCs w:val="20"/>
              </w:rPr>
            </w:pPr>
            <w:r w:rsidRPr="00575350">
              <w:rPr>
                <w:rFonts w:ascii="Arial" w:hAnsi="Arial" w:cs="Arial"/>
                <w:sz w:val="20"/>
                <w:szCs w:val="20"/>
              </w:rPr>
              <w:t>70</w:t>
            </w:r>
          </w:p>
        </w:tc>
        <w:tc>
          <w:tcPr>
            <w:tcW w:w="0" w:type="auto"/>
            <w:vAlign w:val="center"/>
          </w:tcPr>
          <w:p w14:paraId="2D0288A2" w14:textId="77777777" w:rsidR="006D5036" w:rsidRPr="00575350" w:rsidRDefault="006D5036" w:rsidP="0030220C">
            <w:pPr>
              <w:rPr>
                <w:rFonts w:ascii="Arial" w:hAnsi="Arial" w:cs="Arial"/>
                <w:sz w:val="20"/>
                <w:szCs w:val="20"/>
              </w:rPr>
            </w:pPr>
            <w:r w:rsidRPr="00575350">
              <w:rPr>
                <w:rFonts w:ascii="Arial" w:hAnsi="Arial" w:cs="Arial"/>
                <w:sz w:val="20"/>
                <w:szCs w:val="20"/>
              </w:rPr>
              <w:t>460498</w:t>
            </w:r>
          </w:p>
        </w:tc>
        <w:tc>
          <w:tcPr>
            <w:tcW w:w="0" w:type="auto"/>
            <w:vAlign w:val="center"/>
          </w:tcPr>
          <w:p w14:paraId="55408432" w14:textId="77777777" w:rsidR="006D5036" w:rsidRPr="00575350" w:rsidRDefault="006D5036" w:rsidP="0030220C">
            <w:pPr>
              <w:rPr>
                <w:rFonts w:ascii="Arial" w:hAnsi="Arial" w:cs="Arial"/>
                <w:sz w:val="20"/>
                <w:szCs w:val="20"/>
              </w:rPr>
            </w:pPr>
            <w:r w:rsidRPr="00575350">
              <w:rPr>
                <w:rFonts w:ascii="Arial" w:hAnsi="Arial" w:cs="Arial"/>
                <w:sz w:val="20"/>
                <w:szCs w:val="20"/>
              </w:rPr>
              <w:t>FARINHA DE AVEIA BENEFICIADA CLASSE: BRANCA APRESENTAÇÃO: FARINHA. PRESENÇA DE GLÚTEN: CONTÉM GLÚTEN. EMBALAGEM: 200 G.</w:t>
            </w:r>
          </w:p>
        </w:tc>
        <w:tc>
          <w:tcPr>
            <w:tcW w:w="0" w:type="auto"/>
            <w:vAlign w:val="center"/>
          </w:tcPr>
          <w:p w14:paraId="271C47BC" w14:textId="77777777" w:rsidR="006D5036" w:rsidRPr="00575350" w:rsidRDefault="006D5036" w:rsidP="0030220C">
            <w:pPr>
              <w:rPr>
                <w:rFonts w:ascii="Arial" w:hAnsi="Arial" w:cs="Arial"/>
                <w:sz w:val="20"/>
                <w:szCs w:val="20"/>
              </w:rPr>
            </w:pPr>
            <w:r w:rsidRPr="00575350">
              <w:rPr>
                <w:rFonts w:ascii="Arial" w:hAnsi="Arial" w:cs="Arial"/>
                <w:sz w:val="20"/>
                <w:szCs w:val="20"/>
              </w:rPr>
              <w:t>UN</w:t>
            </w:r>
          </w:p>
        </w:tc>
        <w:tc>
          <w:tcPr>
            <w:tcW w:w="0" w:type="auto"/>
            <w:vAlign w:val="center"/>
          </w:tcPr>
          <w:p w14:paraId="02F8BB69" w14:textId="77777777" w:rsidR="006D5036" w:rsidRPr="00575350" w:rsidRDefault="006D5036" w:rsidP="0030220C">
            <w:pPr>
              <w:rPr>
                <w:rFonts w:ascii="Arial" w:hAnsi="Arial" w:cs="Arial"/>
                <w:sz w:val="20"/>
                <w:szCs w:val="20"/>
              </w:rPr>
            </w:pPr>
            <w:r w:rsidRPr="00575350">
              <w:rPr>
                <w:rFonts w:ascii="Arial" w:hAnsi="Arial" w:cs="Arial"/>
                <w:sz w:val="20"/>
                <w:szCs w:val="20"/>
              </w:rPr>
              <w:t>30</w:t>
            </w:r>
          </w:p>
        </w:tc>
        <w:tc>
          <w:tcPr>
            <w:tcW w:w="0" w:type="auto"/>
          </w:tcPr>
          <w:p w14:paraId="1B3A62E5" w14:textId="77777777" w:rsidR="006D5036" w:rsidRDefault="006D5036" w:rsidP="0030220C">
            <w:pPr>
              <w:rPr>
                <w:rFonts w:ascii="Arial" w:hAnsi="Arial" w:cs="Arial"/>
                <w:sz w:val="20"/>
                <w:szCs w:val="20"/>
              </w:rPr>
            </w:pPr>
          </w:p>
          <w:p w14:paraId="29F0A411" w14:textId="77777777" w:rsidR="006D5036" w:rsidRDefault="006D5036" w:rsidP="0030220C">
            <w:pPr>
              <w:rPr>
                <w:rFonts w:ascii="Arial" w:hAnsi="Arial" w:cs="Arial"/>
                <w:sz w:val="20"/>
                <w:szCs w:val="20"/>
              </w:rPr>
            </w:pPr>
          </w:p>
          <w:p w14:paraId="0FD2E57D" w14:textId="77777777" w:rsidR="006D5036" w:rsidRPr="00575350" w:rsidRDefault="006D5036" w:rsidP="0030220C">
            <w:pPr>
              <w:rPr>
                <w:rFonts w:ascii="Arial" w:hAnsi="Arial" w:cs="Arial"/>
                <w:sz w:val="20"/>
                <w:szCs w:val="20"/>
              </w:rPr>
            </w:pPr>
            <w:r>
              <w:rPr>
                <w:rFonts w:ascii="Arial" w:hAnsi="Arial" w:cs="Arial"/>
                <w:sz w:val="20"/>
                <w:szCs w:val="20"/>
              </w:rPr>
              <w:t>7,17</w:t>
            </w:r>
          </w:p>
        </w:tc>
        <w:tc>
          <w:tcPr>
            <w:tcW w:w="0" w:type="auto"/>
          </w:tcPr>
          <w:p w14:paraId="28BAA090" w14:textId="77777777" w:rsidR="006D5036" w:rsidRDefault="006D5036" w:rsidP="0030220C">
            <w:pPr>
              <w:rPr>
                <w:rFonts w:ascii="Arial" w:hAnsi="Arial" w:cs="Arial"/>
                <w:sz w:val="20"/>
                <w:szCs w:val="20"/>
              </w:rPr>
            </w:pPr>
          </w:p>
          <w:p w14:paraId="1AAE77FA" w14:textId="77777777" w:rsidR="006D5036" w:rsidRDefault="006D5036" w:rsidP="0030220C">
            <w:pPr>
              <w:rPr>
                <w:rFonts w:ascii="Arial" w:hAnsi="Arial" w:cs="Arial"/>
                <w:sz w:val="20"/>
                <w:szCs w:val="20"/>
              </w:rPr>
            </w:pPr>
          </w:p>
          <w:p w14:paraId="323D661F" w14:textId="77777777" w:rsidR="006D5036" w:rsidRPr="00575350" w:rsidRDefault="006D5036" w:rsidP="0030220C">
            <w:pPr>
              <w:rPr>
                <w:rFonts w:ascii="Arial" w:hAnsi="Arial" w:cs="Arial"/>
                <w:sz w:val="20"/>
                <w:szCs w:val="20"/>
              </w:rPr>
            </w:pPr>
            <w:r>
              <w:rPr>
                <w:rFonts w:ascii="Arial" w:hAnsi="Arial" w:cs="Arial"/>
                <w:sz w:val="20"/>
                <w:szCs w:val="20"/>
              </w:rPr>
              <w:t>215,10</w:t>
            </w:r>
          </w:p>
        </w:tc>
      </w:tr>
      <w:tr w:rsidR="006D5036" w:rsidRPr="00575350" w14:paraId="285D6A57" w14:textId="77777777" w:rsidTr="0030220C">
        <w:trPr>
          <w:trHeight w:val="227"/>
          <w:jc w:val="center"/>
        </w:trPr>
        <w:tc>
          <w:tcPr>
            <w:tcW w:w="0" w:type="auto"/>
            <w:vAlign w:val="center"/>
          </w:tcPr>
          <w:p w14:paraId="688CBE57" w14:textId="77777777" w:rsidR="006D5036" w:rsidRPr="00575350" w:rsidRDefault="006D5036" w:rsidP="0030220C">
            <w:pPr>
              <w:rPr>
                <w:rFonts w:ascii="Arial" w:hAnsi="Arial" w:cs="Arial"/>
                <w:sz w:val="20"/>
                <w:szCs w:val="20"/>
              </w:rPr>
            </w:pPr>
            <w:r w:rsidRPr="00575350">
              <w:rPr>
                <w:rFonts w:ascii="Arial" w:hAnsi="Arial" w:cs="Arial"/>
                <w:sz w:val="20"/>
                <w:szCs w:val="20"/>
              </w:rPr>
              <w:t>71</w:t>
            </w:r>
          </w:p>
        </w:tc>
        <w:tc>
          <w:tcPr>
            <w:tcW w:w="0" w:type="auto"/>
            <w:vAlign w:val="center"/>
          </w:tcPr>
          <w:p w14:paraId="7A6F0850" w14:textId="77777777" w:rsidR="006D5036" w:rsidRPr="00575350" w:rsidRDefault="006D5036" w:rsidP="0030220C">
            <w:pPr>
              <w:rPr>
                <w:rFonts w:ascii="Arial" w:hAnsi="Arial" w:cs="Arial"/>
                <w:sz w:val="20"/>
                <w:szCs w:val="20"/>
              </w:rPr>
            </w:pPr>
            <w:r w:rsidRPr="00575350">
              <w:rPr>
                <w:rFonts w:ascii="Arial" w:hAnsi="Arial" w:cs="Arial"/>
                <w:sz w:val="20"/>
                <w:szCs w:val="20"/>
              </w:rPr>
              <w:t>321817</w:t>
            </w:r>
          </w:p>
        </w:tc>
        <w:tc>
          <w:tcPr>
            <w:tcW w:w="0" w:type="auto"/>
            <w:vAlign w:val="center"/>
          </w:tcPr>
          <w:p w14:paraId="109ED6CF" w14:textId="77777777" w:rsidR="006D5036" w:rsidRPr="00575350" w:rsidRDefault="006D5036" w:rsidP="0030220C">
            <w:pPr>
              <w:rPr>
                <w:rFonts w:ascii="Arial" w:hAnsi="Arial" w:cs="Arial"/>
                <w:sz w:val="20"/>
                <w:szCs w:val="20"/>
              </w:rPr>
            </w:pPr>
            <w:r w:rsidRPr="00575350">
              <w:rPr>
                <w:rFonts w:ascii="Arial" w:hAnsi="Arial" w:cs="Arial"/>
                <w:sz w:val="20"/>
                <w:szCs w:val="20"/>
              </w:rPr>
              <w:t>FARINHA DE MANDIOCA - FINA, TIPO 1, EMBALAGEM APROXIMADAMENTE 1 KG, SIMILAR A YOKI, PINDUCA E GRANFINO.</w:t>
            </w:r>
          </w:p>
        </w:tc>
        <w:tc>
          <w:tcPr>
            <w:tcW w:w="0" w:type="auto"/>
            <w:vAlign w:val="center"/>
          </w:tcPr>
          <w:p w14:paraId="38A36C7C"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vAlign w:val="center"/>
          </w:tcPr>
          <w:p w14:paraId="7085AE1B" w14:textId="77777777" w:rsidR="006D5036" w:rsidRPr="00575350" w:rsidRDefault="006D5036" w:rsidP="0030220C">
            <w:pPr>
              <w:rPr>
                <w:rFonts w:ascii="Arial" w:hAnsi="Arial" w:cs="Arial"/>
                <w:sz w:val="20"/>
                <w:szCs w:val="20"/>
              </w:rPr>
            </w:pPr>
            <w:r w:rsidRPr="00575350">
              <w:rPr>
                <w:rFonts w:ascii="Arial" w:hAnsi="Arial" w:cs="Arial"/>
                <w:sz w:val="20"/>
                <w:szCs w:val="20"/>
              </w:rPr>
              <w:t>1</w:t>
            </w:r>
            <w:r>
              <w:rPr>
                <w:rFonts w:ascii="Arial" w:hAnsi="Arial" w:cs="Arial"/>
                <w:sz w:val="20"/>
                <w:szCs w:val="20"/>
              </w:rPr>
              <w:t>5</w:t>
            </w:r>
          </w:p>
        </w:tc>
        <w:tc>
          <w:tcPr>
            <w:tcW w:w="0" w:type="auto"/>
          </w:tcPr>
          <w:p w14:paraId="53753293" w14:textId="77777777" w:rsidR="006D5036" w:rsidRDefault="006D5036" w:rsidP="0030220C">
            <w:pPr>
              <w:rPr>
                <w:rFonts w:ascii="Arial" w:hAnsi="Arial" w:cs="Arial"/>
                <w:sz w:val="20"/>
                <w:szCs w:val="20"/>
              </w:rPr>
            </w:pPr>
          </w:p>
          <w:p w14:paraId="5222197A" w14:textId="77777777" w:rsidR="006D5036" w:rsidRPr="00575350" w:rsidRDefault="006D5036" w:rsidP="0030220C">
            <w:pPr>
              <w:rPr>
                <w:rFonts w:ascii="Arial" w:hAnsi="Arial" w:cs="Arial"/>
                <w:sz w:val="20"/>
                <w:szCs w:val="20"/>
              </w:rPr>
            </w:pPr>
            <w:r>
              <w:rPr>
                <w:rFonts w:ascii="Arial" w:hAnsi="Arial" w:cs="Arial"/>
                <w:sz w:val="20"/>
                <w:szCs w:val="20"/>
              </w:rPr>
              <w:t>12,80</w:t>
            </w:r>
          </w:p>
        </w:tc>
        <w:tc>
          <w:tcPr>
            <w:tcW w:w="0" w:type="auto"/>
          </w:tcPr>
          <w:p w14:paraId="013842A1" w14:textId="77777777" w:rsidR="006D5036" w:rsidRDefault="006D5036" w:rsidP="0030220C">
            <w:pPr>
              <w:rPr>
                <w:rFonts w:ascii="Arial" w:hAnsi="Arial" w:cs="Arial"/>
                <w:sz w:val="20"/>
                <w:szCs w:val="20"/>
              </w:rPr>
            </w:pPr>
          </w:p>
          <w:p w14:paraId="6660BDC7" w14:textId="77777777" w:rsidR="006D5036" w:rsidRPr="00575350" w:rsidRDefault="006D5036" w:rsidP="0030220C">
            <w:pPr>
              <w:rPr>
                <w:rFonts w:ascii="Arial" w:hAnsi="Arial" w:cs="Arial"/>
                <w:sz w:val="20"/>
                <w:szCs w:val="20"/>
              </w:rPr>
            </w:pPr>
            <w:r>
              <w:rPr>
                <w:rFonts w:ascii="Arial" w:hAnsi="Arial" w:cs="Arial"/>
                <w:sz w:val="20"/>
                <w:szCs w:val="20"/>
              </w:rPr>
              <w:t>192,00</w:t>
            </w:r>
          </w:p>
        </w:tc>
      </w:tr>
      <w:tr w:rsidR="006D5036" w:rsidRPr="00575350" w14:paraId="413B5DFE" w14:textId="77777777" w:rsidTr="0030220C">
        <w:trPr>
          <w:trHeight w:val="870"/>
          <w:jc w:val="center"/>
        </w:trPr>
        <w:tc>
          <w:tcPr>
            <w:tcW w:w="0" w:type="auto"/>
            <w:vAlign w:val="center"/>
          </w:tcPr>
          <w:p w14:paraId="22C551E4" w14:textId="77777777" w:rsidR="006D5036" w:rsidRPr="00575350" w:rsidRDefault="006D5036" w:rsidP="0030220C">
            <w:pPr>
              <w:rPr>
                <w:rFonts w:ascii="Arial" w:hAnsi="Arial" w:cs="Arial"/>
                <w:sz w:val="20"/>
                <w:szCs w:val="20"/>
              </w:rPr>
            </w:pPr>
            <w:r w:rsidRPr="00575350">
              <w:rPr>
                <w:rFonts w:ascii="Arial" w:hAnsi="Arial" w:cs="Arial"/>
                <w:sz w:val="20"/>
                <w:szCs w:val="20"/>
              </w:rPr>
              <w:t>72</w:t>
            </w:r>
          </w:p>
        </w:tc>
        <w:tc>
          <w:tcPr>
            <w:tcW w:w="0" w:type="auto"/>
            <w:vAlign w:val="center"/>
          </w:tcPr>
          <w:p w14:paraId="06E359D8" w14:textId="77777777" w:rsidR="006D5036" w:rsidRPr="00575350" w:rsidRDefault="006D5036" w:rsidP="0030220C">
            <w:pPr>
              <w:rPr>
                <w:rFonts w:ascii="Arial" w:hAnsi="Arial" w:cs="Arial"/>
                <w:sz w:val="20"/>
                <w:szCs w:val="20"/>
              </w:rPr>
            </w:pPr>
            <w:r w:rsidRPr="00575350">
              <w:rPr>
                <w:rFonts w:ascii="Arial" w:hAnsi="Arial" w:cs="Arial"/>
                <w:sz w:val="20"/>
                <w:szCs w:val="20"/>
              </w:rPr>
              <w:t>459017</w:t>
            </w:r>
          </w:p>
        </w:tc>
        <w:tc>
          <w:tcPr>
            <w:tcW w:w="0" w:type="auto"/>
            <w:vAlign w:val="center"/>
          </w:tcPr>
          <w:p w14:paraId="5AFA67EB"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FARINHA DE MILHO EM FLOCOS - AMARELA, EMBALAGEM APROXIMADAMENTE 500 G, SIMILAR A YOKI, SINHÁ E QUAKER. </w:t>
            </w:r>
          </w:p>
        </w:tc>
        <w:tc>
          <w:tcPr>
            <w:tcW w:w="0" w:type="auto"/>
            <w:vAlign w:val="center"/>
          </w:tcPr>
          <w:p w14:paraId="537181E7"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vAlign w:val="center"/>
          </w:tcPr>
          <w:p w14:paraId="44916B76" w14:textId="77777777" w:rsidR="006D5036" w:rsidRPr="00575350" w:rsidRDefault="006D5036" w:rsidP="0030220C">
            <w:pPr>
              <w:rPr>
                <w:rFonts w:ascii="Arial" w:hAnsi="Arial" w:cs="Arial"/>
                <w:sz w:val="20"/>
                <w:szCs w:val="20"/>
              </w:rPr>
            </w:pPr>
            <w:r w:rsidRPr="00575350">
              <w:rPr>
                <w:rFonts w:ascii="Arial" w:hAnsi="Arial" w:cs="Arial"/>
                <w:sz w:val="20"/>
                <w:szCs w:val="20"/>
              </w:rPr>
              <w:t>8</w:t>
            </w:r>
            <w:r>
              <w:rPr>
                <w:rFonts w:ascii="Arial" w:hAnsi="Arial" w:cs="Arial"/>
                <w:sz w:val="20"/>
                <w:szCs w:val="20"/>
              </w:rPr>
              <w:t>5</w:t>
            </w:r>
          </w:p>
        </w:tc>
        <w:tc>
          <w:tcPr>
            <w:tcW w:w="0" w:type="auto"/>
          </w:tcPr>
          <w:p w14:paraId="19D460F7" w14:textId="77777777" w:rsidR="006D5036" w:rsidRDefault="006D5036" w:rsidP="0030220C">
            <w:pPr>
              <w:rPr>
                <w:rFonts w:ascii="Arial" w:hAnsi="Arial" w:cs="Arial"/>
                <w:sz w:val="20"/>
                <w:szCs w:val="20"/>
              </w:rPr>
            </w:pPr>
          </w:p>
          <w:p w14:paraId="0398A812" w14:textId="77777777" w:rsidR="006D5036" w:rsidRDefault="006D5036" w:rsidP="0030220C">
            <w:pPr>
              <w:rPr>
                <w:rFonts w:ascii="Arial" w:hAnsi="Arial" w:cs="Arial"/>
                <w:sz w:val="20"/>
                <w:szCs w:val="20"/>
              </w:rPr>
            </w:pPr>
            <w:r>
              <w:rPr>
                <w:rFonts w:ascii="Arial" w:hAnsi="Arial" w:cs="Arial"/>
                <w:sz w:val="20"/>
                <w:szCs w:val="20"/>
              </w:rPr>
              <w:t>6,22</w:t>
            </w:r>
          </w:p>
          <w:p w14:paraId="127460D5" w14:textId="77777777" w:rsidR="006D5036" w:rsidRPr="00575350" w:rsidRDefault="006D5036" w:rsidP="0030220C">
            <w:pPr>
              <w:rPr>
                <w:rFonts w:ascii="Arial" w:hAnsi="Arial" w:cs="Arial"/>
                <w:sz w:val="20"/>
                <w:szCs w:val="20"/>
              </w:rPr>
            </w:pPr>
          </w:p>
        </w:tc>
        <w:tc>
          <w:tcPr>
            <w:tcW w:w="0" w:type="auto"/>
          </w:tcPr>
          <w:p w14:paraId="15B377E4" w14:textId="77777777" w:rsidR="006D5036" w:rsidRDefault="006D5036" w:rsidP="0030220C">
            <w:pPr>
              <w:rPr>
                <w:rFonts w:ascii="Arial" w:hAnsi="Arial" w:cs="Arial"/>
                <w:sz w:val="20"/>
                <w:szCs w:val="20"/>
              </w:rPr>
            </w:pPr>
          </w:p>
          <w:p w14:paraId="210B1543" w14:textId="77777777" w:rsidR="006D5036" w:rsidRPr="00575350" w:rsidRDefault="006D5036" w:rsidP="0030220C">
            <w:pPr>
              <w:rPr>
                <w:rFonts w:ascii="Arial" w:hAnsi="Arial" w:cs="Arial"/>
                <w:sz w:val="20"/>
                <w:szCs w:val="20"/>
              </w:rPr>
            </w:pPr>
            <w:r>
              <w:rPr>
                <w:rFonts w:ascii="Arial" w:hAnsi="Arial" w:cs="Arial"/>
                <w:sz w:val="20"/>
                <w:szCs w:val="20"/>
              </w:rPr>
              <w:t>528,70</w:t>
            </w:r>
          </w:p>
        </w:tc>
      </w:tr>
      <w:tr w:rsidR="006D5036" w:rsidRPr="00575350" w14:paraId="77F57EA5" w14:textId="77777777" w:rsidTr="0030220C">
        <w:trPr>
          <w:trHeight w:val="227"/>
          <w:jc w:val="center"/>
        </w:trPr>
        <w:tc>
          <w:tcPr>
            <w:tcW w:w="0" w:type="auto"/>
            <w:vAlign w:val="center"/>
          </w:tcPr>
          <w:p w14:paraId="1D91AB06" w14:textId="77777777" w:rsidR="006D5036" w:rsidRPr="00575350" w:rsidRDefault="006D5036" w:rsidP="0030220C">
            <w:pPr>
              <w:rPr>
                <w:rFonts w:ascii="Arial" w:hAnsi="Arial" w:cs="Arial"/>
                <w:sz w:val="20"/>
                <w:szCs w:val="20"/>
              </w:rPr>
            </w:pPr>
            <w:r w:rsidRPr="00575350">
              <w:rPr>
                <w:rFonts w:ascii="Arial" w:hAnsi="Arial" w:cs="Arial"/>
                <w:sz w:val="20"/>
                <w:szCs w:val="20"/>
              </w:rPr>
              <w:t>73</w:t>
            </w:r>
          </w:p>
        </w:tc>
        <w:tc>
          <w:tcPr>
            <w:tcW w:w="0" w:type="auto"/>
            <w:vAlign w:val="center"/>
          </w:tcPr>
          <w:p w14:paraId="785ABF2C" w14:textId="77777777" w:rsidR="006D5036" w:rsidRPr="00575350" w:rsidRDefault="006D5036" w:rsidP="0030220C">
            <w:pPr>
              <w:rPr>
                <w:rFonts w:ascii="Arial" w:hAnsi="Arial" w:cs="Arial"/>
                <w:sz w:val="20"/>
                <w:szCs w:val="20"/>
              </w:rPr>
            </w:pPr>
            <w:r w:rsidRPr="00575350">
              <w:rPr>
                <w:rFonts w:ascii="Arial" w:hAnsi="Arial" w:cs="Arial"/>
                <w:sz w:val="20"/>
                <w:szCs w:val="20"/>
              </w:rPr>
              <w:t>241285</w:t>
            </w:r>
          </w:p>
        </w:tc>
        <w:tc>
          <w:tcPr>
            <w:tcW w:w="0" w:type="auto"/>
            <w:vAlign w:val="center"/>
          </w:tcPr>
          <w:p w14:paraId="4C64EB74" w14:textId="77777777" w:rsidR="006D5036" w:rsidRPr="00575350" w:rsidRDefault="006D5036" w:rsidP="0030220C">
            <w:pPr>
              <w:rPr>
                <w:rFonts w:ascii="Arial" w:hAnsi="Arial" w:cs="Arial"/>
                <w:sz w:val="20"/>
                <w:szCs w:val="20"/>
              </w:rPr>
            </w:pPr>
            <w:r w:rsidRPr="00575350">
              <w:rPr>
                <w:rFonts w:ascii="Arial" w:hAnsi="Arial" w:cs="Arial"/>
                <w:sz w:val="20"/>
                <w:szCs w:val="20"/>
              </w:rPr>
              <w:t>FARINHA DE ROSCA - EMBALAGEM APROXIMADAMENTE 500 G, SIMILAR A GRANFINO, YOKI E PULLMAN.</w:t>
            </w:r>
          </w:p>
        </w:tc>
        <w:tc>
          <w:tcPr>
            <w:tcW w:w="0" w:type="auto"/>
            <w:vAlign w:val="center"/>
          </w:tcPr>
          <w:p w14:paraId="56A98D57"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vAlign w:val="center"/>
          </w:tcPr>
          <w:p w14:paraId="41A03865" w14:textId="77777777" w:rsidR="006D5036" w:rsidRPr="00575350" w:rsidRDefault="006D5036" w:rsidP="0030220C">
            <w:pPr>
              <w:rPr>
                <w:rFonts w:ascii="Arial" w:hAnsi="Arial" w:cs="Arial"/>
                <w:sz w:val="20"/>
                <w:szCs w:val="20"/>
              </w:rPr>
            </w:pPr>
            <w:r>
              <w:rPr>
                <w:rFonts w:ascii="Arial" w:hAnsi="Arial" w:cs="Arial"/>
                <w:sz w:val="20"/>
                <w:szCs w:val="20"/>
              </w:rPr>
              <w:t>5</w:t>
            </w:r>
            <w:r w:rsidRPr="00575350">
              <w:rPr>
                <w:rFonts w:ascii="Arial" w:hAnsi="Arial" w:cs="Arial"/>
                <w:sz w:val="20"/>
                <w:szCs w:val="20"/>
              </w:rPr>
              <w:t>0</w:t>
            </w:r>
          </w:p>
        </w:tc>
        <w:tc>
          <w:tcPr>
            <w:tcW w:w="0" w:type="auto"/>
          </w:tcPr>
          <w:p w14:paraId="3AA042D9" w14:textId="77777777" w:rsidR="006D5036" w:rsidRDefault="006D5036" w:rsidP="0030220C">
            <w:pPr>
              <w:rPr>
                <w:rFonts w:ascii="Arial" w:hAnsi="Arial" w:cs="Arial"/>
                <w:sz w:val="20"/>
                <w:szCs w:val="20"/>
              </w:rPr>
            </w:pPr>
          </w:p>
          <w:p w14:paraId="3131559A" w14:textId="77777777" w:rsidR="006D5036" w:rsidRPr="00575350" w:rsidRDefault="006D5036" w:rsidP="0030220C">
            <w:pPr>
              <w:rPr>
                <w:rFonts w:ascii="Arial" w:hAnsi="Arial" w:cs="Arial"/>
                <w:sz w:val="20"/>
                <w:szCs w:val="20"/>
              </w:rPr>
            </w:pPr>
            <w:r>
              <w:rPr>
                <w:rFonts w:ascii="Arial" w:hAnsi="Arial" w:cs="Arial"/>
                <w:sz w:val="20"/>
                <w:szCs w:val="20"/>
              </w:rPr>
              <w:t>7,04</w:t>
            </w:r>
          </w:p>
        </w:tc>
        <w:tc>
          <w:tcPr>
            <w:tcW w:w="0" w:type="auto"/>
          </w:tcPr>
          <w:p w14:paraId="4CADB575" w14:textId="77777777" w:rsidR="006D5036" w:rsidRDefault="006D5036" w:rsidP="0030220C">
            <w:pPr>
              <w:rPr>
                <w:rFonts w:ascii="Arial" w:hAnsi="Arial" w:cs="Arial"/>
                <w:sz w:val="20"/>
                <w:szCs w:val="20"/>
              </w:rPr>
            </w:pPr>
          </w:p>
          <w:p w14:paraId="3F173267" w14:textId="77777777" w:rsidR="006D5036" w:rsidRPr="00575350" w:rsidRDefault="006D5036" w:rsidP="0030220C">
            <w:pPr>
              <w:rPr>
                <w:rFonts w:ascii="Arial" w:hAnsi="Arial" w:cs="Arial"/>
                <w:sz w:val="20"/>
                <w:szCs w:val="20"/>
              </w:rPr>
            </w:pPr>
            <w:r>
              <w:rPr>
                <w:rFonts w:ascii="Arial" w:hAnsi="Arial" w:cs="Arial"/>
                <w:sz w:val="20"/>
                <w:szCs w:val="20"/>
              </w:rPr>
              <w:t>352,00</w:t>
            </w:r>
          </w:p>
        </w:tc>
      </w:tr>
      <w:tr w:rsidR="006D5036" w:rsidRPr="00575350" w14:paraId="22AC3D11" w14:textId="77777777" w:rsidTr="0030220C">
        <w:trPr>
          <w:trHeight w:val="227"/>
          <w:jc w:val="center"/>
        </w:trPr>
        <w:tc>
          <w:tcPr>
            <w:tcW w:w="0" w:type="auto"/>
            <w:vAlign w:val="center"/>
          </w:tcPr>
          <w:p w14:paraId="200868FE" w14:textId="77777777" w:rsidR="006D5036" w:rsidRPr="00575350" w:rsidRDefault="006D5036" w:rsidP="0030220C">
            <w:pPr>
              <w:rPr>
                <w:rFonts w:ascii="Arial" w:hAnsi="Arial" w:cs="Arial"/>
                <w:sz w:val="20"/>
                <w:szCs w:val="20"/>
              </w:rPr>
            </w:pPr>
            <w:r w:rsidRPr="00575350">
              <w:rPr>
                <w:rFonts w:ascii="Arial" w:hAnsi="Arial" w:cs="Arial"/>
                <w:sz w:val="20"/>
                <w:szCs w:val="20"/>
              </w:rPr>
              <w:lastRenderedPageBreak/>
              <w:t>74</w:t>
            </w:r>
          </w:p>
        </w:tc>
        <w:tc>
          <w:tcPr>
            <w:tcW w:w="0" w:type="auto"/>
            <w:vAlign w:val="center"/>
          </w:tcPr>
          <w:p w14:paraId="7DB0A539" w14:textId="77777777" w:rsidR="006D5036" w:rsidRPr="00575350" w:rsidRDefault="006D5036" w:rsidP="0030220C">
            <w:pPr>
              <w:rPr>
                <w:rFonts w:ascii="Arial" w:hAnsi="Arial" w:cs="Arial"/>
                <w:sz w:val="20"/>
                <w:szCs w:val="20"/>
              </w:rPr>
            </w:pPr>
            <w:r w:rsidRPr="00575350">
              <w:rPr>
                <w:rFonts w:ascii="Arial" w:hAnsi="Arial" w:cs="Arial"/>
                <w:sz w:val="20"/>
                <w:szCs w:val="20"/>
              </w:rPr>
              <w:t>460263</w:t>
            </w:r>
          </w:p>
        </w:tc>
        <w:tc>
          <w:tcPr>
            <w:tcW w:w="0" w:type="auto"/>
            <w:vAlign w:val="center"/>
          </w:tcPr>
          <w:p w14:paraId="7CBF6A73"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FARINHA DE TRIGO - SEM FERMENTO, APROXIMADAMENTE 1 KG, ENRIQUECIDA COM FERRO E ÁCIDO FÓLICO, SIMILAR A PRIMOR, DALLAS E SOL. </w:t>
            </w:r>
          </w:p>
        </w:tc>
        <w:tc>
          <w:tcPr>
            <w:tcW w:w="0" w:type="auto"/>
            <w:vAlign w:val="center"/>
          </w:tcPr>
          <w:p w14:paraId="5663A999"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vAlign w:val="center"/>
          </w:tcPr>
          <w:p w14:paraId="486E3B1B" w14:textId="77777777" w:rsidR="006D5036" w:rsidRPr="00575350" w:rsidRDefault="006D5036" w:rsidP="0030220C">
            <w:pPr>
              <w:rPr>
                <w:rFonts w:ascii="Arial" w:hAnsi="Arial" w:cs="Arial"/>
                <w:sz w:val="20"/>
                <w:szCs w:val="20"/>
              </w:rPr>
            </w:pPr>
            <w:r w:rsidRPr="00575350">
              <w:rPr>
                <w:rFonts w:ascii="Arial" w:hAnsi="Arial" w:cs="Arial"/>
                <w:sz w:val="20"/>
                <w:szCs w:val="20"/>
              </w:rPr>
              <w:t>6</w:t>
            </w:r>
            <w:r>
              <w:rPr>
                <w:rFonts w:ascii="Arial" w:hAnsi="Arial" w:cs="Arial"/>
                <w:sz w:val="20"/>
                <w:szCs w:val="20"/>
              </w:rPr>
              <w:t>25</w:t>
            </w:r>
          </w:p>
        </w:tc>
        <w:tc>
          <w:tcPr>
            <w:tcW w:w="0" w:type="auto"/>
          </w:tcPr>
          <w:p w14:paraId="47DE638F" w14:textId="77777777" w:rsidR="006D5036" w:rsidRDefault="006D5036" w:rsidP="0030220C">
            <w:pPr>
              <w:rPr>
                <w:rFonts w:ascii="Arial" w:hAnsi="Arial" w:cs="Arial"/>
                <w:sz w:val="20"/>
                <w:szCs w:val="20"/>
              </w:rPr>
            </w:pPr>
          </w:p>
          <w:p w14:paraId="399E3C3E" w14:textId="77777777" w:rsidR="006D5036" w:rsidRDefault="006D5036" w:rsidP="0030220C">
            <w:pPr>
              <w:rPr>
                <w:rFonts w:ascii="Arial" w:hAnsi="Arial" w:cs="Arial"/>
                <w:sz w:val="20"/>
                <w:szCs w:val="20"/>
              </w:rPr>
            </w:pPr>
            <w:r>
              <w:rPr>
                <w:rFonts w:ascii="Arial" w:hAnsi="Arial" w:cs="Arial"/>
                <w:sz w:val="20"/>
                <w:szCs w:val="20"/>
              </w:rPr>
              <w:t>5,07</w:t>
            </w:r>
          </w:p>
          <w:p w14:paraId="0679E175" w14:textId="77777777" w:rsidR="006D5036" w:rsidRPr="00575350" w:rsidRDefault="006D5036" w:rsidP="0030220C">
            <w:pPr>
              <w:rPr>
                <w:rFonts w:ascii="Arial" w:hAnsi="Arial" w:cs="Arial"/>
                <w:sz w:val="20"/>
                <w:szCs w:val="20"/>
              </w:rPr>
            </w:pPr>
          </w:p>
        </w:tc>
        <w:tc>
          <w:tcPr>
            <w:tcW w:w="0" w:type="auto"/>
          </w:tcPr>
          <w:p w14:paraId="0CCAEB32" w14:textId="77777777" w:rsidR="006D5036" w:rsidRDefault="006D5036" w:rsidP="0030220C">
            <w:pPr>
              <w:rPr>
                <w:rFonts w:ascii="Arial" w:hAnsi="Arial" w:cs="Arial"/>
                <w:sz w:val="20"/>
                <w:szCs w:val="20"/>
              </w:rPr>
            </w:pPr>
          </w:p>
          <w:p w14:paraId="5FAD9EA6" w14:textId="77777777" w:rsidR="006D5036" w:rsidRPr="00575350" w:rsidRDefault="006D5036" w:rsidP="0030220C">
            <w:pPr>
              <w:rPr>
                <w:rFonts w:ascii="Arial" w:hAnsi="Arial" w:cs="Arial"/>
                <w:sz w:val="20"/>
                <w:szCs w:val="20"/>
              </w:rPr>
            </w:pPr>
            <w:r>
              <w:rPr>
                <w:rFonts w:ascii="Arial" w:hAnsi="Arial" w:cs="Arial"/>
                <w:sz w:val="20"/>
                <w:szCs w:val="20"/>
              </w:rPr>
              <w:t>3.168,75</w:t>
            </w:r>
          </w:p>
        </w:tc>
      </w:tr>
      <w:tr w:rsidR="006D5036" w:rsidRPr="00575350" w14:paraId="6DE5E363" w14:textId="77777777" w:rsidTr="0030220C">
        <w:trPr>
          <w:trHeight w:val="227"/>
          <w:jc w:val="center"/>
        </w:trPr>
        <w:tc>
          <w:tcPr>
            <w:tcW w:w="0" w:type="auto"/>
            <w:vAlign w:val="center"/>
          </w:tcPr>
          <w:p w14:paraId="44AF8B32" w14:textId="77777777" w:rsidR="006D5036" w:rsidRPr="00575350" w:rsidRDefault="006D5036" w:rsidP="0030220C">
            <w:pPr>
              <w:rPr>
                <w:rFonts w:ascii="Arial" w:hAnsi="Arial" w:cs="Arial"/>
                <w:sz w:val="20"/>
                <w:szCs w:val="20"/>
              </w:rPr>
            </w:pPr>
            <w:r w:rsidRPr="00575350">
              <w:rPr>
                <w:rFonts w:ascii="Arial" w:hAnsi="Arial" w:cs="Arial"/>
                <w:sz w:val="20"/>
                <w:szCs w:val="20"/>
              </w:rPr>
              <w:t>75</w:t>
            </w:r>
          </w:p>
        </w:tc>
        <w:tc>
          <w:tcPr>
            <w:tcW w:w="0" w:type="auto"/>
            <w:vAlign w:val="center"/>
          </w:tcPr>
          <w:p w14:paraId="1D7BC4B9" w14:textId="77777777" w:rsidR="006D5036" w:rsidRPr="00575350" w:rsidRDefault="006D5036" w:rsidP="0030220C">
            <w:pPr>
              <w:rPr>
                <w:rFonts w:ascii="Arial" w:hAnsi="Arial" w:cs="Arial"/>
                <w:sz w:val="20"/>
                <w:szCs w:val="20"/>
              </w:rPr>
            </w:pPr>
            <w:r w:rsidRPr="00575350">
              <w:rPr>
                <w:rFonts w:ascii="Arial" w:hAnsi="Arial" w:cs="Arial"/>
                <w:sz w:val="20"/>
                <w:szCs w:val="20"/>
              </w:rPr>
              <w:t>464553</w:t>
            </w:r>
          </w:p>
        </w:tc>
        <w:tc>
          <w:tcPr>
            <w:tcW w:w="0" w:type="auto"/>
            <w:vAlign w:val="center"/>
          </w:tcPr>
          <w:p w14:paraId="3036B298" w14:textId="77777777" w:rsidR="006D5036" w:rsidRPr="00575350" w:rsidRDefault="006D5036" w:rsidP="0030220C">
            <w:pPr>
              <w:rPr>
                <w:rFonts w:ascii="Arial" w:hAnsi="Arial" w:cs="Arial"/>
                <w:sz w:val="20"/>
                <w:szCs w:val="20"/>
              </w:rPr>
            </w:pPr>
            <w:r w:rsidRPr="00575350">
              <w:rPr>
                <w:rFonts w:ascii="Arial" w:hAnsi="Arial" w:cs="Arial"/>
                <w:sz w:val="20"/>
                <w:szCs w:val="20"/>
              </w:rPr>
              <w:t>FEIJÃO CARIOCA, TIPO 1 - NOVO, ACONDICIONADO EM EMBALAGEM DE POLIPROPENO TRANSPARENTE ORIGINAL DE FÁBRICA COM 1 KG, GRÃOS INTEIROS, ASPECTO BRILHOSO, LISO, ISENTO DE MATÉRIA TERROSA, PEDRAS, FUNGOS OU PARASITAS E LIVRE DE UMIDADE E FRAGMENTOS DE CORPOS ESTRANHOS, COM REGISTRO NO MA, INFORMAÇÕES DO FABRICANTE E A DATA DE VENCIMENTO ESTAMPADAS NA EMBALAGEM.</w:t>
            </w:r>
          </w:p>
        </w:tc>
        <w:tc>
          <w:tcPr>
            <w:tcW w:w="0" w:type="auto"/>
            <w:vAlign w:val="center"/>
          </w:tcPr>
          <w:p w14:paraId="3D6E2C56"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vAlign w:val="center"/>
          </w:tcPr>
          <w:p w14:paraId="46A7C525" w14:textId="77777777" w:rsidR="006D5036" w:rsidRPr="00575350" w:rsidRDefault="006D5036" w:rsidP="0030220C">
            <w:pPr>
              <w:rPr>
                <w:rFonts w:ascii="Arial" w:hAnsi="Arial" w:cs="Arial"/>
                <w:sz w:val="20"/>
                <w:szCs w:val="20"/>
              </w:rPr>
            </w:pPr>
            <w:r w:rsidRPr="00575350">
              <w:rPr>
                <w:rFonts w:ascii="Arial" w:hAnsi="Arial" w:cs="Arial"/>
                <w:sz w:val="20"/>
                <w:szCs w:val="20"/>
              </w:rPr>
              <w:t>600</w:t>
            </w:r>
          </w:p>
        </w:tc>
        <w:tc>
          <w:tcPr>
            <w:tcW w:w="0" w:type="auto"/>
          </w:tcPr>
          <w:p w14:paraId="2D42F77B" w14:textId="77777777" w:rsidR="006D5036" w:rsidRDefault="006D5036" w:rsidP="0030220C">
            <w:pPr>
              <w:rPr>
                <w:rFonts w:ascii="Arial" w:hAnsi="Arial" w:cs="Arial"/>
                <w:sz w:val="20"/>
                <w:szCs w:val="20"/>
              </w:rPr>
            </w:pPr>
          </w:p>
          <w:p w14:paraId="7D1CF7C1" w14:textId="77777777" w:rsidR="006D5036" w:rsidRDefault="006D5036" w:rsidP="0030220C">
            <w:pPr>
              <w:rPr>
                <w:rFonts w:ascii="Arial" w:hAnsi="Arial" w:cs="Arial"/>
                <w:sz w:val="20"/>
                <w:szCs w:val="20"/>
              </w:rPr>
            </w:pPr>
          </w:p>
          <w:p w14:paraId="5B59B1A8" w14:textId="77777777" w:rsidR="006D5036" w:rsidRDefault="006D5036" w:rsidP="0030220C">
            <w:pPr>
              <w:rPr>
                <w:rFonts w:ascii="Arial" w:hAnsi="Arial" w:cs="Arial"/>
                <w:sz w:val="20"/>
                <w:szCs w:val="20"/>
              </w:rPr>
            </w:pPr>
          </w:p>
          <w:p w14:paraId="1B014E54" w14:textId="77777777" w:rsidR="006D5036" w:rsidRDefault="006D5036" w:rsidP="0030220C">
            <w:pPr>
              <w:rPr>
                <w:rFonts w:ascii="Arial" w:hAnsi="Arial" w:cs="Arial"/>
                <w:sz w:val="20"/>
                <w:szCs w:val="20"/>
              </w:rPr>
            </w:pPr>
          </w:p>
          <w:p w14:paraId="1C26AD42" w14:textId="77777777" w:rsidR="006D5036" w:rsidRPr="00575350" w:rsidRDefault="006D5036" w:rsidP="0030220C">
            <w:pPr>
              <w:rPr>
                <w:rFonts w:ascii="Arial" w:hAnsi="Arial" w:cs="Arial"/>
                <w:sz w:val="20"/>
                <w:szCs w:val="20"/>
              </w:rPr>
            </w:pPr>
            <w:r>
              <w:rPr>
                <w:rFonts w:ascii="Arial" w:hAnsi="Arial" w:cs="Arial"/>
                <w:sz w:val="20"/>
                <w:szCs w:val="20"/>
              </w:rPr>
              <w:t>6,86</w:t>
            </w:r>
          </w:p>
        </w:tc>
        <w:tc>
          <w:tcPr>
            <w:tcW w:w="0" w:type="auto"/>
          </w:tcPr>
          <w:p w14:paraId="12D16E0F" w14:textId="77777777" w:rsidR="006D5036" w:rsidRDefault="006D5036" w:rsidP="0030220C">
            <w:pPr>
              <w:rPr>
                <w:rFonts w:ascii="Arial" w:hAnsi="Arial" w:cs="Arial"/>
                <w:sz w:val="20"/>
                <w:szCs w:val="20"/>
              </w:rPr>
            </w:pPr>
          </w:p>
          <w:p w14:paraId="0777E7F4" w14:textId="77777777" w:rsidR="006D5036" w:rsidRDefault="006D5036" w:rsidP="0030220C">
            <w:pPr>
              <w:rPr>
                <w:rFonts w:ascii="Arial" w:hAnsi="Arial" w:cs="Arial"/>
                <w:sz w:val="20"/>
                <w:szCs w:val="20"/>
              </w:rPr>
            </w:pPr>
          </w:p>
          <w:p w14:paraId="1E0A3F74" w14:textId="77777777" w:rsidR="006D5036" w:rsidRDefault="006D5036" w:rsidP="0030220C">
            <w:pPr>
              <w:rPr>
                <w:rFonts w:ascii="Arial" w:hAnsi="Arial" w:cs="Arial"/>
                <w:sz w:val="20"/>
                <w:szCs w:val="20"/>
              </w:rPr>
            </w:pPr>
          </w:p>
          <w:p w14:paraId="0A310761" w14:textId="77777777" w:rsidR="006D5036" w:rsidRDefault="006D5036" w:rsidP="0030220C">
            <w:pPr>
              <w:rPr>
                <w:rFonts w:ascii="Arial" w:hAnsi="Arial" w:cs="Arial"/>
                <w:sz w:val="20"/>
                <w:szCs w:val="20"/>
              </w:rPr>
            </w:pPr>
          </w:p>
          <w:p w14:paraId="15F4DD99" w14:textId="77777777" w:rsidR="006D5036" w:rsidRPr="00575350" w:rsidRDefault="006D5036" w:rsidP="0030220C">
            <w:pPr>
              <w:rPr>
                <w:rFonts w:ascii="Arial" w:hAnsi="Arial" w:cs="Arial"/>
                <w:sz w:val="20"/>
                <w:szCs w:val="20"/>
              </w:rPr>
            </w:pPr>
            <w:r>
              <w:rPr>
                <w:rFonts w:ascii="Arial" w:hAnsi="Arial" w:cs="Arial"/>
                <w:sz w:val="20"/>
                <w:szCs w:val="20"/>
              </w:rPr>
              <w:t>4.116,00</w:t>
            </w:r>
          </w:p>
        </w:tc>
      </w:tr>
      <w:tr w:rsidR="006D5036" w:rsidRPr="00575350" w14:paraId="3C1F7C02" w14:textId="77777777" w:rsidTr="0030220C">
        <w:trPr>
          <w:trHeight w:val="227"/>
          <w:jc w:val="center"/>
        </w:trPr>
        <w:tc>
          <w:tcPr>
            <w:tcW w:w="0" w:type="auto"/>
          </w:tcPr>
          <w:p w14:paraId="27513EA2" w14:textId="77777777" w:rsidR="006D5036" w:rsidRPr="00575350" w:rsidRDefault="006D5036" w:rsidP="0030220C">
            <w:pPr>
              <w:rPr>
                <w:rFonts w:ascii="Arial" w:hAnsi="Arial" w:cs="Arial"/>
                <w:sz w:val="20"/>
                <w:szCs w:val="20"/>
              </w:rPr>
            </w:pPr>
            <w:r w:rsidRPr="00575350">
              <w:rPr>
                <w:rFonts w:ascii="Arial" w:hAnsi="Arial" w:cs="Arial"/>
                <w:sz w:val="20"/>
                <w:szCs w:val="20"/>
              </w:rPr>
              <w:t>76</w:t>
            </w:r>
          </w:p>
        </w:tc>
        <w:tc>
          <w:tcPr>
            <w:tcW w:w="0" w:type="auto"/>
          </w:tcPr>
          <w:p w14:paraId="72DC9574" w14:textId="77777777" w:rsidR="006D5036" w:rsidRPr="00575350" w:rsidRDefault="006D5036" w:rsidP="0030220C">
            <w:pPr>
              <w:rPr>
                <w:rFonts w:ascii="Arial" w:hAnsi="Arial" w:cs="Arial"/>
                <w:sz w:val="20"/>
                <w:szCs w:val="20"/>
              </w:rPr>
            </w:pPr>
            <w:r w:rsidRPr="00575350">
              <w:rPr>
                <w:rFonts w:ascii="Arial" w:hAnsi="Arial" w:cs="Arial"/>
                <w:sz w:val="20"/>
                <w:szCs w:val="20"/>
              </w:rPr>
              <w:t>464552</w:t>
            </w:r>
          </w:p>
        </w:tc>
        <w:tc>
          <w:tcPr>
            <w:tcW w:w="0" w:type="auto"/>
          </w:tcPr>
          <w:p w14:paraId="135E83B8" w14:textId="77777777" w:rsidR="006D5036" w:rsidRPr="00575350" w:rsidRDefault="006D5036" w:rsidP="0030220C">
            <w:pPr>
              <w:rPr>
                <w:rFonts w:ascii="Arial" w:hAnsi="Arial" w:cs="Arial"/>
                <w:sz w:val="20"/>
                <w:szCs w:val="20"/>
              </w:rPr>
            </w:pPr>
            <w:r w:rsidRPr="00575350">
              <w:rPr>
                <w:rFonts w:ascii="Arial" w:hAnsi="Arial" w:cs="Arial"/>
                <w:sz w:val="20"/>
                <w:szCs w:val="20"/>
              </w:rPr>
              <w:t>FEIJÃO PRETO, TIPO 1 - GRÃO ÍNTEGROS, EMBALADOS EM SACO PLÁSTICO COM APROXIMADAMENTE 1 KG, COM REGISTRO NO MA, INFORMAÇÕES DO FABRICANTE E A DATA DE VENCIMENTO ESTAMPADAS NA EMBALAGEM.</w:t>
            </w:r>
          </w:p>
        </w:tc>
        <w:tc>
          <w:tcPr>
            <w:tcW w:w="0" w:type="auto"/>
          </w:tcPr>
          <w:p w14:paraId="2BEFF7FF"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tcPr>
          <w:p w14:paraId="3009B66C" w14:textId="77777777" w:rsidR="006D5036" w:rsidRPr="00575350" w:rsidRDefault="006D5036" w:rsidP="0030220C">
            <w:pPr>
              <w:rPr>
                <w:rFonts w:ascii="Arial" w:hAnsi="Arial" w:cs="Arial"/>
                <w:sz w:val="20"/>
                <w:szCs w:val="20"/>
              </w:rPr>
            </w:pPr>
            <w:r w:rsidRPr="00575350">
              <w:rPr>
                <w:rFonts w:ascii="Arial" w:hAnsi="Arial" w:cs="Arial"/>
                <w:sz w:val="20"/>
                <w:szCs w:val="20"/>
              </w:rPr>
              <w:t>150</w:t>
            </w:r>
          </w:p>
        </w:tc>
        <w:tc>
          <w:tcPr>
            <w:tcW w:w="0" w:type="auto"/>
          </w:tcPr>
          <w:p w14:paraId="7FA81D54" w14:textId="77777777" w:rsidR="006D5036" w:rsidRPr="00575350" w:rsidRDefault="006D5036" w:rsidP="0030220C">
            <w:pPr>
              <w:rPr>
                <w:rFonts w:ascii="Arial" w:hAnsi="Arial" w:cs="Arial"/>
                <w:sz w:val="20"/>
                <w:szCs w:val="20"/>
              </w:rPr>
            </w:pPr>
            <w:r>
              <w:rPr>
                <w:rFonts w:ascii="Arial" w:hAnsi="Arial" w:cs="Arial"/>
                <w:sz w:val="20"/>
                <w:szCs w:val="20"/>
              </w:rPr>
              <w:t>9,36</w:t>
            </w:r>
          </w:p>
        </w:tc>
        <w:tc>
          <w:tcPr>
            <w:tcW w:w="0" w:type="auto"/>
          </w:tcPr>
          <w:p w14:paraId="6F7A2662" w14:textId="77777777" w:rsidR="006D5036" w:rsidRPr="00575350" w:rsidRDefault="006D5036" w:rsidP="0030220C">
            <w:pPr>
              <w:rPr>
                <w:rFonts w:ascii="Arial" w:hAnsi="Arial" w:cs="Arial"/>
                <w:sz w:val="20"/>
                <w:szCs w:val="20"/>
              </w:rPr>
            </w:pPr>
            <w:r>
              <w:rPr>
                <w:rFonts w:ascii="Arial" w:hAnsi="Arial" w:cs="Arial"/>
                <w:sz w:val="20"/>
                <w:szCs w:val="20"/>
              </w:rPr>
              <w:t>1.404,00</w:t>
            </w:r>
          </w:p>
        </w:tc>
      </w:tr>
      <w:tr w:rsidR="006D5036" w:rsidRPr="00575350" w14:paraId="2A0450DA" w14:textId="77777777" w:rsidTr="0030220C">
        <w:trPr>
          <w:trHeight w:val="227"/>
          <w:jc w:val="center"/>
        </w:trPr>
        <w:tc>
          <w:tcPr>
            <w:tcW w:w="0" w:type="auto"/>
          </w:tcPr>
          <w:p w14:paraId="1EE51CB0" w14:textId="77777777" w:rsidR="006D5036" w:rsidRPr="00575350" w:rsidRDefault="006D5036" w:rsidP="0030220C">
            <w:pPr>
              <w:rPr>
                <w:rFonts w:ascii="Arial" w:hAnsi="Arial" w:cs="Arial"/>
                <w:sz w:val="20"/>
                <w:szCs w:val="20"/>
              </w:rPr>
            </w:pPr>
            <w:r w:rsidRPr="00575350">
              <w:rPr>
                <w:rFonts w:ascii="Arial" w:hAnsi="Arial" w:cs="Arial"/>
                <w:sz w:val="20"/>
                <w:szCs w:val="20"/>
              </w:rPr>
              <w:t>77</w:t>
            </w:r>
          </w:p>
        </w:tc>
        <w:tc>
          <w:tcPr>
            <w:tcW w:w="0" w:type="auto"/>
          </w:tcPr>
          <w:p w14:paraId="568A5C1C" w14:textId="77777777" w:rsidR="006D5036" w:rsidRPr="00575350" w:rsidRDefault="006D5036" w:rsidP="0030220C">
            <w:pPr>
              <w:rPr>
                <w:rFonts w:ascii="Arial" w:hAnsi="Arial" w:cs="Arial"/>
                <w:sz w:val="20"/>
                <w:szCs w:val="20"/>
              </w:rPr>
            </w:pPr>
            <w:r w:rsidRPr="00575350">
              <w:rPr>
                <w:rFonts w:ascii="Arial" w:hAnsi="Arial" w:cs="Arial"/>
                <w:sz w:val="20"/>
                <w:szCs w:val="20"/>
              </w:rPr>
              <w:t>462150</w:t>
            </w:r>
          </w:p>
        </w:tc>
        <w:tc>
          <w:tcPr>
            <w:tcW w:w="0" w:type="auto"/>
          </w:tcPr>
          <w:p w14:paraId="14FC85A7" w14:textId="77777777" w:rsidR="006D5036" w:rsidRPr="00575350" w:rsidRDefault="006D5036" w:rsidP="0030220C">
            <w:pPr>
              <w:rPr>
                <w:rFonts w:ascii="Arial" w:hAnsi="Arial" w:cs="Arial"/>
                <w:sz w:val="20"/>
                <w:szCs w:val="20"/>
              </w:rPr>
            </w:pPr>
            <w:r w:rsidRPr="00575350">
              <w:rPr>
                <w:rFonts w:ascii="Arial" w:hAnsi="Arial" w:cs="Arial"/>
                <w:sz w:val="20"/>
                <w:szCs w:val="20"/>
              </w:rPr>
              <w:t>FERMENTO BIOLÓGICO SECO - EMBALAGEM APROXIMADAMENTE 10 G, SIMILAR A DONA BENTA, FLEISCHMANN E DR. OETKER.</w:t>
            </w:r>
          </w:p>
        </w:tc>
        <w:tc>
          <w:tcPr>
            <w:tcW w:w="0" w:type="auto"/>
          </w:tcPr>
          <w:p w14:paraId="36A0053A" w14:textId="77777777" w:rsidR="006D5036" w:rsidRDefault="006D5036" w:rsidP="0030220C">
            <w:pPr>
              <w:rPr>
                <w:rFonts w:ascii="Arial" w:hAnsi="Arial" w:cs="Arial"/>
                <w:sz w:val="20"/>
                <w:szCs w:val="20"/>
              </w:rPr>
            </w:pPr>
          </w:p>
          <w:p w14:paraId="33F54655" w14:textId="77777777" w:rsidR="006D5036" w:rsidRPr="00575350" w:rsidRDefault="006D5036" w:rsidP="0030220C">
            <w:pPr>
              <w:rPr>
                <w:rFonts w:ascii="Arial" w:hAnsi="Arial" w:cs="Arial"/>
                <w:sz w:val="20"/>
                <w:szCs w:val="20"/>
              </w:rPr>
            </w:pPr>
            <w:r w:rsidRPr="00575350">
              <w:rPr>
                <w:rFonts w:ascii="Arial" w:hAnsi="Arial" w:cs="Arial"/>
                <w:sz w:val="20"/>
                <w:szCs w:val="20"/>
              </w:rPr>
              <w:t>UN</w:t>
            </w:r>
          </w:p>
        </w:tc>
        <w:tc>
          <w:tcPr>
            <w:tcW w:w="0" w:type="auto"/>
          </w:tcPr>
          <w:p w14:paraId="6397F08F" w14:textId="77777777" w:rsidR="006D5036" w:rsidRDefault="006D5036" w:rsidP="0030220C">
            <w:pPr>
              <w:rPr>
                <w:rFonts w:ascii="Arial" w:hAnsi="Arial" w:cs="Arial"/>
                <w:sz w:val="20"/>
                <w:szCs w:val="20"/>
              </w:rPr>
            </w:pPr>
          </w:p>
          <w:p w14:paraId="56F49B4E" w14:textId="77777777" w:rsidR="006D5036" w:rsidRPr="00575350" w:rsidRDefault="006D5036" w:rsidP="0030220C">
            <w:pPr>
              <w:rPr>
                <w:rFonts w:ascii="Arial" w:hAnsi="Arial" w:cs="Arial"/>
                <w:sz w:val="20"/>
                <w:szCs w:val="20"/>
              </w:rPr>
            </w:pPr>
            <w:r>
              <w:rPr>
                <w:rFonts w:ascii="Arial" w:hAnsi="Arial" w:cs="Arial"/>
                <w:sz w:val="20"/>
                <w:szCs w:val="20"/>
              </w:rPr>
              <w:t>270</w:t>
            </w:r>
          </w:p>
        </w:tc>
        <w:tc>
          <w:tcPr>
            <w:tcW w:w="0" w:type="auto"/>
          </w:tcPr>
          <w:p w14:paraId="00F6D4C2" w14:textId="77777777" w:rsidR="006D5036" w:rsidRDefault="006D5036" w:rsidP="0030220C">
            <w:pPr>
              <w:rPr>
                <w:rFonts w:ascii="Arial" w:hAnsi="Arial" w:cs="Arial"/>
                <w:sz w:val="20"/>
                <w:szCs w:val="20"/>
              </w:rPr>
            </w:pPr>
          </w:p>
          <w:p w14:paraId="184CCCA7" w14:textId="77777777" w:rsidR="006D5036" w:rsidRPr="00575350" w:rsidRDefault="006D5036" w:rsidP="0030220C">
            <w:pPr>
              <w:rPr>
                <w:rFonts w:ascii="Arial" w:hAnsi="Arial" w:cs="Arial"/>
                <w:sz w:val="20"/>
                <w:szCs w:val="20"/>
              </w:rPr>
            </w:pPr>
            <w:r>
              <w:rPr>
                <w:rFonts w:ascii="Arial" w:hAnsi="Arial" w:cs="Arial"/>
                <w:sz w:val="20"/>
                <w:szCs w:val="20"/>
              </w:rPr>
              <w:t>1,32</w:t>
            </w:r>
          </w:p>
        </w:tc>
        <w:tc>
          <w:tcPr>
            <w:tcW w:w="0" w:type="auto"/>
          </w:tcPr>
          <w:p w14:paraId="5553E2A8" w14:textId="77777777" w:rsidR="006D5036" w:rsidRDefault="006D5036" w:rsidP="0030220C">
            <w:pPr>
              <w:rPr>
                <w:rFonts w:ascii="Arial" w:hAnsi="Arial" w:cs="Arial"/>
                <w:sz w:val="20"/>
                <w:szCs w:val="20"/>
              </w:rPr>
            </w:pPr>
          </w:p>
          <w:p w14:paraId="0E2B3105" w14:textId="77777777" w:rsidR="006D5036" w:rsidRPr="00575350" w:rsidRDefault="006D5036" w:rsidP="0030220C">
            <w:pPr>
              <w:rPr>
                <w:rFonts w:ascii="Arial" w:hAnsi="Arial" w:cs="Arial"/>
                <w:sz w:val="20"/>
                <w:szCs w:val="20"/>
              </w:rPr>
            </w:pPr>
            <w:r>
              <w:rPr>
                <w:rFonts w:ascii="Arial" w:hAnsi="Arial" w:cs="Arial"/>
                <w:sz w:val="20"/>
                <w:szCs w:val="20"/>
              </w:rPr>
              <w:t>356,40</w:t>
            </w:r>
          </w:p>
        </w:tc>
      </w:tr>
      <w:tr w:rsidR="006D5036" w:rsidRPr="00575350" w14:paraId="1AA69D2A" w14:textId="77777777" w:rsidTr="0030220C">
        <w:trPr>
          <w:trHeight w:val="227"/>
          <w:jc w:val="center"/>
        </w:trPr>
        <w:tc>
          <w:tcPr>
            <w:tcW w:w="0" w:type="auto"/>
          </w:tcPr>
          <w:p w14:paraId="029E9257" w14:textId="77777777" w:rsidR="006D5036" w:rsidRPr="00575350" w:rsidRDefault="006D5036" w:rsidP="0030220C">
            <w:pPr>
              <w:rPr>
                <w:rFonts w:ascii="Arial" w:hAnsi="Arial" w:cs="Arial"/>
                <w:sz w:val="20"/>
                <w:szCs w:val="20"/>
              </w:rPr>
            </w:pPr>
            <w:r w:rsidRPr="00575350">
              <w:rPr>
                <w:rFonts w:ascii="Arial" w:hAnsi="Arial" w:cs="Arial"/>
                <w:sz w:val="20"/>
                <w:szCs w:val="20"/>
              </w:rPr>
              <w:t>78</w:t>
            </w:r>
          </w:p>
        </w:tc>
        <w:tc>
          <w:tcPr>
            <w:tcW w:w="0" w:type="auto"/>
          </w:tcPr>
          <w:p w14:paraId="1860D09A" w14:textId="77777777" w:rsidR="006D5036" w:rsidRPr="00575350" w:rsidRDefault="006D5036" w:rsidP="0030220C">
            <w:pPr>
              <w:rPr>
                <w:rFonts w:ascii="Arial" w:hAnsi="Arial" w:cs="Arial"/>
                <w:sz w:val="20"/>
                <w:szCs w:val="20"/>
              </w:rPr>
            </w:pPr>
            <w:r w:rsidRPr="00575350">
              <w:rPr>
                <w:rFonts w:ascii="Arial" w:hAnsi="Arial" w:cs="Arial"/>
                <w:sz w:val="20"/>
                <w:szCs w:val="20"/>
              </w:rPr>
              <w:t>459586</w:t>
            </w:r>
          </w:p>
        </w:tc>
        <w:tc>
          <w:tcPr>
            <w:tcW w:w="0" w:type="auto"/>
          </w:tcPr>
          <w:p w14:paraId="552F51E1"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FERMENTO QUÍMICO - ACONDICIONADA EM EMBALAGENS COM APROXIMADAMENTE 100 G, SEMELHANTE A ROYAL, DONA BENTA E DR OETKER. </w:t>
            </w:r>
          </w:p>
        </w:tc>
        <w:tc>
          <w:tcPr>
            <w:tcW w:w="0" w:type="auto"/>
          </w:tcPr>
          <w:p w14:paraId="1364FC7B" w14:textId="77777777" w:rsidR="006D5036" w:rsidRDefault="006D5036" w:rsidP="0030220C">
            <w:pPr>
              <w:rPr>
                <w:rFonts w:ascii="Arial" w:hAnsi="Arial" w:cs="Arial"/>
                <w:sz w:val="20"/>
                <w:szCs w:val="20"/>
              </w:rPr>
            </w:pPr>
          </w:p>
          <w:p w14:paraId="2436C910" w14:textId="77777777" w:rsidR="006D5036" w:rsidRPr="00575350" w:rsidRDefault="006D5036" w:rsidP="0030220C">
            <w:pPr>
              <w:rPr>
                <w:rFonts w:ascii="Arial" w:hAnsi="Arial" w:cs="Arial"/>
                <w:sz w:val="20"/>
                <w:szCs w:val="20"/>
              </w:rPr>
            </w:pPr>
            <w:r w:rsidRPr="00575350">
              <w:rPr>
                <w:rFonts w:ascii="Arial" w:hAnsi="Arial" w:cs="Arial"/>
                <w:sz w:val="20"/>
                <w:szCs w:val="20"/>
              </w:rPr>
              <w:t>UN</w:t>
            </w:r>
          </w:p>
        </w:tc>
        <w:tc>
          <w:tcPr>
            <w:tcW w:w="0" w:type="auto"/>
          </w:tcPr>
          <w:p w14:paraId="64CC1E23" w14:textId="77777777" w:rsidR="006D5036" w:rsidRDefault="006D5036" w:rsidP="0030220C">
            <w:pPr>
              <w:rPr>
                <w:rFonts w:ascii="Arial" w:hAnsi="Arial" w:cs="Arial"/>
                <w:sz w:val="20"/>
                <w:szCs w:val="20"/>
              </w:rPr>
            </w:pPr>
          </w:p>
          <w:p w14:paraId="05AD0ED1" w14:textId="77777777" w:rsidR="006D5036" w:rsidRPr="00575350" w:rsidRDefault="006D5036" w:rsidP="0030220C">
            <w:pPr>
              <w:rPr>
                <w:rFonts w:ascii="Arial" w:hAnsi="Arial" w:cs="Arial"/>
                <w:sz w:val="20"/>
                <w:szCs w:val="20"/>
              </w:rPr>
            </w:pPr>
            <w:r w:rsidRPr="00575350">
              <w:rPr>
                <w:rFonts w:ascii="Arial" w:hAnsi="Arial" w:cs="Arial"/>
                <w:sz w:val="20"/>
                <w:szCs w:val="20"/>
              </w:rPr>
              <w:t>296</w:t>
            </w:r>
          </w:p>
        </w:tc>
        <w:tc>
          <w:tcPr>
            <w:tcW w:w="0" w:type="auto"/>
          </w:tcPr>
          <w:p w14:paraId="5B1E2331" w14:textId="77777777" w:rsidR="006D5036" w:rsidRDefault="006D5036" w:rsidP="0030220C">
            <w:pPr>
              <w:rPr>
                <w:rFonts w:ascii="Arial" w:hAnsi="Arial" w:cs="Arial"/>
                <w:sz w:val="20"/>
                <w:szCs w:val="20"/>
              </w:rPr>
            </w:pPr>
          </w:p>
          <w:p w14:paraId="2E3902A4" w14:textId="77777777" w:rsidR="006D5036" w:rsidRPr="00575350" w:rsidRDefault="006D5036" w:rsidP="0030220C">
            <w:pPr>
              <w:rPr>
                <w:rFonts w:ascii="Arial" w:hAnsi="Arial" w:cs="Arial"/>
                <w:sz w:val="20"/>
                <w:szCs w:val="20"/>
              </w:rPr>
            </w:pPr>
            <w:r>
              <w:rPr>
                <w:rFonts w:ascii="Arial" w:hAnsi="Arial" w:cs="Arial"/>
                <w:sz w:val="20"/>
                <w:szCs w:val="20"/>
              </w:rPr>
              <w:t>4,68</w:t>
            </w:r>
          </w:p>
        </w:tc>
        <w:tc>
          <w:tcPr>
            <w:tcW w:w="0" w:type="auto"/>
          </w:tcPr>
          <w:p w14:paraId="5C27205F" w14:textId="77777777" w:rsidR="006D5036" w:rsidRDefault="006D5036" w:rsidP="0030220C">
            <w:pPr>
              <w:rPr>
                <w:rFonts w:ascii="Arial" w:hAnsi="Arial" w:cs="Arial"/>
                <w:sz w:val="20"/>
                <w:szCs w:val="20"/>
              </w:rPr>
            </w:pPr>
          </w:p>
          <w:p w14:paraId="6411D1B3" w14:textId="77777777" w:rsidR="006D5036" w:rsidRPr="00575350" w:rsidRDefault="006D5036" w:rsidP="0030220C">
            <w:pPr>
              <w:rPr>
                <w:rFonts w:ascii="Arial" w:hAnsi="Arial" w:cs="Arial"/>
                <w:sz w:val="20"/>
                <w:szCs w:val="20"/>
              </w:rPr>
            </w:pPr>
            <w:r>
              <w:rPr>
                <w:rFonts w:ascii="Arial" w:hAnsi="Arial" w:cs="Arial"/>
                <w:sz w:val="20"/>
                <w:szCs w:val="20"/>
              </w:rPr>
              <w:t>1385,28</w:t>
            </w:r>
          </w:p>
        </w:tc>
      </w:tr>
      <w:tr w:rsidR="006D5036" w:rsidRPr="00575350" w14:paraId="7328A31C" w14:textId="77777777" w:rsidTr="0030220C">
        <w:trPr>
          <w:trHeight w:val="227"/>
          <w:jc w:val="center"/>
        </w:trPr>
        <w:tc>
          <w:tcPr>
            <w:tcW w:w="0" w:type="auto"/>
          </w:tcPr>
          <w:p w14:paraId="04E825A2" w14:textId="77777777" w:rsidR="006D5036" w:rsidRPr="00575350" w:rsidRDefault="006D5036" w:rsidP="0030220C">
            <w:pPr>
              <w:rPr>
                <w:rFonts w:ascii="Arial" w:hAnsi="Arial" w:cs="Arial"/>
                <w:sz w:val="20"/>
                <w:szCs w:val="20"/>
              </w:rPr>
            </w:pPr>
            <w:r w:rsidRPr="00575350">
              <w:rPr>
                <w:rFonts w:ascii="Arial" w:hAnsi="Arial" w:cs="Arial"/>
                <w:sz w:val="20"/>
                <w:szCs w:val="20"/>
              </w:rPr>
              <w:t>79</w:t>
            </w:r>
          </w:p>
        </w:tc>
        <w:tc>
          <w:tcPr>
            <w:tcW w:w="0" w:type="auto"/>
          </w:tcPr>
          <w:p w14:paraId="58F8755E" w14:textId="77777777" w:rsidR="006D5036" w:rsidRPr="00575350" w:rsidRDefault="006D5036" w:rsidP="0030220C">
            <w:pPr>
              <w:rPr>
                <w:rFonts w:ascii="Arial" w:hAnsi="Arial" w:cs="Arial"/>
                <w:sz w:val="20"/>
                <w:szCs w:val="20"/>
              </w:rPr>
            </w:pPr>
            <w:r w:rsidRPr="00575350">
              <w:rPr>
                <w:rFonts w:ascii="Arial" w:hAnsi="Arial" w:cs="Arial"/>
                <w:sz w:val="20"/>
                <w:szCs w:val="20"/>
              </w:rPr>
              <w:t>459013</w:t>
            </w:r>
          </w:p>
        </w:tc>
        <w:tc>
          <w:tcPr>
            <w:tcW w:w="0" w:type="auto"/>
          </w:tcPr>
          <w:p w14:paraId="4EBB75DB"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FUBÁ DE MILHO, TIPO MIMOSO - GRÃO AMARELO, EMBALAGEM DE APROXIMADAMENTE 500 G, SIMILAR A YOKI, SINHÁ E GRANFINO. </w:t>
            </w:r>
          </w:p>
        </w:tc>
        <w:tc>
          <w:tcPr>
            <w:tcW w:w="0" w:type="auto"/>
          </w:tcPr>
          <w:p w14:paraId="08A5432E" w14:textId="77777777" w:rsidR="006D5036" w:rsidRDefault="006D5036" w:rsidP="0030220C">
            <w:pPr>
              <w:rPr>
                <w:rFonts w:ascii="Arial" w:hAnsi="Arial" w:cs="Arial"/>
                <w:sz w:val="20"/>
                <w:szCs w:val="20"/>
              </w:rPr>
            </w:pPr>
          </w:p>
          <w:p w14:paraId="470EEF69"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tcPr>
          <w:p w14:paraId="230375B9" w14:textId="77777777" w:rsidR="006D5036" w:rsidRDefault="006D5036" w:rsidP="0030220C">
            <w:pPr>
              <w:rPr>
                <w:rFonts w:ascii="Arial" w:hAnsi="Arial" w:cs="Arial"/>
                <w:sz w:val="20"/>
                <w:szCs w:val="20"/>
              </w:rPr>
            </w:pPr>
          </w:p>
          <w:p w14:paraId="56C8073B" w14:textId="77777777" w:rsidR="006D5036" w:rsidRPr="00575350" w:rsidRDefault="006D5036" w:rsidP="0030220C">
            <w:pPr>
              <w:rPr>
                <w:rFonts w:ascii="Arial" w:hAnsi="Arial" w:cs="Arial"/>
                <w:sz w:val="20"/>
                <w:szCs w:val="20"/>
              </w:rPr>
            </w:pPr>
            <w:r w:rsidRPr="00575350">
              <w:rPr>
                <w:rFonts w:ascii="Arial" w:hAnsi="Arial" w:cs="Arial"/>
                <w:sz w:val="20"/>
                <w:szCs w:val="20"/>
              </w:rPr>
              <w:t>216</w:t>
            </w:r>
          </w:p>
        </w:tc>
        <w:tc>
          <w:tcPr>
            <w:tcW w:w="0" w:type="auto"/>
          </w:tcPr>
          <w:p w14:paraId="52CA5825" w14:textId="77777777" w:rsidR="006D5036" w:rsidRDefault="006D5036" w:rsidP="0030220C">
            <w:pPr>
              <w:rPr>
                <w:rFonts w:ascii="Arial" w:hAnsi="Arial" w:cs="Arial"/>
                <w:sz w:val="20"/>
                <w:szCs w:val="20"/>
              </w:rPr>
            </w:pPr>
          </w:p>
          <w:p w14:paraId="37A46AFE" w14:textId="77777777" w:rsidR="006D5036" w:rsidRPr="00575350" w:rsidRDefault="006D5036" w:rsidP="0030220C">
            <w:pPr>
              <w:rPr>
                <w:rFonts w:ascii="Arial" w:hAnsi="Arial" w:cs="Arial"/>
                <w:sz w:val="20"/>
                <w:szCs w:val="20"/>
              </w:rPr>
            </w:pPr>
            <w:r>
              <w:rPr>
                <w:rFonts w:ascii="Arial" w:hAnsi="Arial" w:cs="Arial"/>
                <w:sz w:val="20"/>
                <w:szCs w:val="20"/>
              </w:rPr>
              <w:t>4,17</w:t>
            </w:r>
          </w:p>
        </w:tc>
        <w:tc>
          <w:tcPr>
            <w:tcW w:w="0" w:type="auto"/>
          </w:tcPr>
          <w:p w14:paraId="39A96D2A" w14:textId="77777777" w:rsidR="006D5036" w:rsidRDefault="006D5036" w:rsidP="0030220C">
            <w:pPr>
              <w:rPr>
                <w:rFonts w:ascii="Arial" w:hAnsi="Arial" w:cs="Arial"/>
                <w:sz w:val="20"/>
                <w:szCs w:val="20"/>
              </w:rPr>
            </w:pPr>
          </w:p>
          <w:p w14:paraId="33CDA466" w14:textId="77777777" w:rsidR="006D5036" w:rsidRPr="00575350" w:rsidRDefault="006D5036" w:rsidP="0030220C">
            <w:pPr>
              <w:rPr>
                <w:rFonts w:ascii="Arial" w:hAnsi="Arial" w:cs="Arial"/>
                <w:sz w:val="20"/>
                <w:szCs w:val="20"/>
              </w:rPr>
            </w:pPr>
            <w:r>
              <w:rPr>
                <w:rFonts w:ascii="Arial" w:hAnsi="Arial" w:cs="Arial"/>
                <w:sz w:val="20"/>
                <w:szCs w:val="20"/>
              </w:rPr>
              <w:t>900,72</w:t>
            </w:r>
          </w:p>
        </w:tc>
      </w:tr>
      <w:tr w:rsidR="006D5036" w:rsidRPr="00575350" w14:paraId="4834C697" w14:textId="77777777" w:rsidTr="0030220C">
        <w:trPr>
          <w:trHeight w:val="227"/>
          <w:jc w:val="center"/>
        </w:trPr>
        <w:tc>
          <w:tcPr>
            <w:tcW w:w="0" w:type="auto"/>
          </w:tcPr>
          <w:p w14:paraId="79066301" w14:textId="77777777" w:rsidR="006D5036" w:rsidRPr="00575350" w:rsidRDefault="006D5036" w:rsidP="0030220C">
            <w:pPr>
              <w:rPr>
                <w:rFonts w:ascii="Arial" w:hAnsi="Arial" w:cs="Arial"/>
                <w:sz w:val="20"/>
                <w:szCs w:val="20"/>
              </w:rPr>
            </w:pPr>
            <w:r w:rsidRPr="00575350">
              <w:rPr>
                <w:rFonts w:ascii="Arial" w:hAnsi="Arial" w:cs="Arial"/>
                <w:sz w:val="20"/>
                <w:szCs w:val="20"/>
              </w:rPr>
              <w:t>80</w:t>
            </w:r>
          </w:p>
        </w:tc>
        <w:tc>
          <w:tcPr>
            <w:tcW w:w="0" w:type="auto"/>
          </w:tcPr>
          <w:p w14:paraId="051104B1" w14:textId="77777777" w:rsidR="006D5036" w:rsidRPr="00575350" w:rsidRDefault="006D5036" w:rsidP="0030220C">
            <w:pPr>
              <w:rPr>
                <w:rFonts w:ascii="Arial" w:hAnsi="Arial" w:cs="Arial"/>
                <w:sz w:val="20"/>
                <w:szCs w:val="20"/>
              </w:rPr>
            </w:pPr>
            <w:r w:rsidRPr="00575350">
              <w:rPr>
                <w:rFonts w:ascii="Arial" w:hAnsi="Arial" w:cs="Arial"/>
                <w:sz w:val="20"/>
                <w:szCs w:val="20"/>
              </w:rPr>
              <w:t>462729</w:t>
            </w:r>
          </w:p>
        </w:tc>
        <w:tc>
          <w:tcPr>
            <w:tcW w:w="0" w:type="auto"/>
          </w:tcPr>
          <w:p w14:paraId="78EDC05B" w14:textId="77777777" w:rsidR="006D5036" w:rsidRPr="00575350" w:rsidRDefault="006D5036" w:rsidP="0030220C">
            <w:pPr>
              <w:rPr>
                <w:rFonts w:ascii="Arial" w:hAnsi="Arial" w:cs="Arial"/>
                <w:sz w:val="20"/>
                <w:szCs w:val="20"/>
              </w:rPr>
            </w:pPr>
            <w:r w:rsidRPr="00575350">
              <w:rPr>
                <w:rFonts w:ascii="Arial" w:hAnsi="Arial" w:cs="Arial"/>
                <w:sz w:val="20"/>
                <w:szCs w:val="20"/>
              </w:rPr>
              <w:t>GELATINA EM PÓ - DIVERSOS SABORES, EMBALAGEM APROXIMADAMENTE 10 À 20 G, SIMILAR A DR. OETKER, PREDILECTA E SOL.</w:t>
            </w:r>
          </w:p>
        </w:tc>
        <w:tc>
          <w:tcPr>
            <w:tcW w:w="0" w:type="auto"/>
          </w:tcPr>
          <w:p w14:paraId="53F95CE4" w14:textId="77777777" w:rsidR="006D5036" w:rsidRDefault="006D5036" w:rsidP="0030220C">
            <w:pPr>
              <w:rPr>
                <w:rFonts w:ascii="Arial" w:hAnsi="Arial" w:cs="Arial"/>
                <w:sz w:val="20"/>
                <w:szCs w:val="20"/>
              </w:rPr>
            </w:pPr>
          </w:p>
          <w:p w14:paraId="206D7E28" w14:textId="77777777" w:rsidR="006D5036" w:rsidRPr="00575350" w:rsidRDefault="006D5036" w:rsidP="0030220C">
            <w:pPr>
              <w:rPr>
                <w:rFonts w:ascii="Arial" w:hAnsi="Arial" w:cs="Arial"/>
                <w:sz w:val="20"/>
                <w:szCs w:val="20"/>
              </w:rPr>
            </w:pPr>
            <w:r w:rsidRPr="00575350">
              <w:rPr>
                <w:rFonts w:ascii="Arial" w:hAnsi="Arial" w:cs="Arial"/>
                <w:sz w:val="20"/>
                <w:szCs w:val="20"/>
              </w:rPr>
              <w:t>UN</w:t>
            </w:r>
          </w:p>
        </w:tc>
        <w:tc>
          <w:tcPr>
            <w:tcW w:w="0" w:type="auto"/>
          </w:tcPr>
          <w:p w14:paraId="238D8A84" w14:textId="77777777" w:rsidR="006D5036" w:rsidRDefault="006D5036" w:rsidP="0030220C">
            <w:pPr>
              <w:rPr>
                <w:rFonts w:ascii="Arial" w:hAnsi="Arial" w:cs="Arial"/>
                <w:sz w:val="20"/>
                <w:szCs w:val="20"/>
              </w:rPr>
            </w:pPr>
          </w:p>
          <w:p w14:paraId="0807B675" w14:textId="77777777" w:rsidR="006D5036" w:rsidRPr="00575350" w:rsidRDefault="006D5036" w:rsidP="0030220C">
            <w:pPr>
              <w:rPr>
                <w:rFonts w:ascii="Arial" w:hAnsi="Arial" w:cs="Arial"/>
                <w:sz w:val="20"/>
                <w:szCs w:val="20"/>
              </w:rPr>
            </w:pPr>
            <w:r w:rsidRPr="00575350">
              <w:rPr>
                <w:rFonts w:ascii="Arial" w:hAnsi="Arial" w:cs="Arial"/>
                <w:sz w:val="20"/>
                <w:szCs w:val="20"/>
              </w:rPr>
              <w:t>1300</w:t>
            </w:r>
          </w:p>
        </w:tc>
        <w:tc>
          <w:tcPr>
            <w:tcW w:w="0" w:type="auto"/>
          </w:tcPr>
          <w:p w14:paraId="2AEF6B71" w14:textId="77777777" w:rsidR="006D5036" w:rsidRDefault="006D5036" w:rsidP="0030220C">
            <w:pPr>
              <w:rPr>
                <w:rFonts w:ascii="Arial" w:hAnsi="Arial" w:cs="Arial"/>
                <w:sz w:val="20"/>
                <w:szCs w:val="20"/>
              </w:rPr>
            </w:pPr>
          </w:p>
          <w:p w14:paraId="3DF985B9" w14:textId="77777777" w:rsidR="006D5036" w:rsidRPr="00575350" w:rsidRDefault="006D5036" w:rsidP="0030220C">
            <w:pPr>
              <w:rPr>
                <w:rFonts w:ascii="Arial" w:hAnsi="Arial" w:cs="Arial"/>
                <w:sz w:val="20"/>
                <w:szCs w:val="20"/>
              </w:rPr>
            </w:pPr>
            <w:r>
              <w:rPr>
                <w:rFonts w:ascii="Arial" w:hAnsi="Arial" w:cs="Arial"/>
                <w:sz w:val="20"/>
                <w:szCs w:val="20"/>
              </w:rPr>
              <w:t>1,94</w:t>
            </w:r>
          </w:p>
        </w:tc>
        <w:tc>
          <w:tcPr>
            <w:tcW w:w="0" w:type="auto"/>
          </w:tcPr>
          <w:p w14:paraId="288BE279" w14:textId="77777777" w:rsidR="006D5036" w:rsidRDefault="006D5036" w:rsidP="0030220C">
            <w:pPr>
              <w:rPr>
                <w:rFonts w:ascii="Arial" w:hAnsi="Arial" w:cs="Arial"/>
                <w:sz w:val="20"/>
                <w:szCs w:val="20"/>
              </w:rPr>
            </w:pPr>
          </w:p>
          <w:p w14:paraId="197C14C0" w14:textId="77777777" w:rsidR="006D5036" w:rsidRPr="00575350" w:rsidRDefault="006D5036" w:rsidP="0030220C">
            <w:pPr>
              <w:rPr>
                <w:rFonts w:ascii="Arial" w:hAnsi="Arial" w:cs="Arial"/>
                <w:sz w:val="20"/>
                <w:szCs w:val="20"/>
              </w:rPr>
            </w:pPr>
            <w:r>
              <w:rPr>
                <w:rFonts w:ascii="Arial" w:hAnsi="Arial" w:cs="Arial"/>
                <w:sz w:val="20"/>
                <w:szCs w:val="20"/>
              </w:rPr>
              <w:t>2.522,00</w:t>
            </w:r>
          </w:p>
        </w:tc>
      </w:tr>
      <w:tr w:rsidR="006D5036" w:rsidRPr="00575350" w14:paraId="0C82171B" w14:textId="77777777" w:rsidTr="0030220C">
        <w:trPr>
          <w:trHeight w:val="227"/>
          <w:jc w:val="center"/>
        </w:trPr>
        <w:tc>
          <w:tcPr>
            <w:tcW w:w="0" w:type="auto"/>
            <w:vAlign w:val="center"/>
          </w:tcPr>
          <w:p w14:paraId="2BB37B94"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81</w:t>
            </w:r>
          </w:p>
        </w:tc>
        <w:tc>
          <w:tcPr>
            <w:tcW w:w="0" w:type="auto"/>
            <w:vAlign w:val="center"/>
          </w:tcPr>
          <w:p w14:paraId="1F98A5C0"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462721</w:t>
            </w:r>
          </w:p>
        </w:tc>
        <w:tc>
          <w:tcPr>
            <w:tcW w:w="0" w:type="auto"/>
            <w:vAlign w:val="center"/>
          </w:tcPr>
          <w:p w14:paraId="3E1B6714"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 xml:space="preserve">GELATINA SEM SABOR, INCOLOR - ACONDICIONADA EM SACHES DE </w:t>
            </w:r>
            <w:r w:rsidRPr="00575350">
              <w:rPr>
                <w:rFonts w:ascii="Arial" w:eastAsia="Times New Roman" w:hAnsi="Arial" w:cs="Arial"/>
                <w:sz w:val="18"/>
                <w:szCs w:val="18"/>
                <w:lang w:eastAsia="pt-BR"/>
              </w:rPr>
              <w:br/>
              <w:t xml:space="preserve">PLÁSTICO ORIGINAL DE FÁBRICA, EMBALAGEM COM APROXIMADAMENTE 25 G, SIMILAR A FLEISCHMANN, DR. OETKER E APTI. </w:t>
            </w:r>
          </w:p>
        </w:tc>
        <w:tc>
          <w:tcPr>
            <w:tcW w:w="0" w:type="auto"/>
            <w:vAlign w:val="center"/>
          </w:tcPr>
          <w:p w14:paraId="3C4E4A2D"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UN</w:t>
            </w:r>
          </w:p>
        </w:tc>
        <w:tc>
          <w:tcPr>
            <w:tcW w:w="0" w:type="auto"/>
            <w:vAlign w:val="center"/>
          </w:tcPr>
          <w:p w14:paraId="22806702"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34</w:t>
            </w:r>
          </w:p>
        </w:tc>
        <w:tc>
          <w:tcPr>
            <w:tcW w:w="0" w:type="auto"/>
          </w:tcPr>
          <w:p w14:paraId="32FC7638" w14:textId="77777777" w:rsidR="006D5036" w:rsidRDefault="006D5036" w:rsidP="0030220C">
            <w:pPr>
              <w:rPr>
                <w:rFonts w:ascii="Arial" w:hAnsi="Arial" w:cs="Arial"/>
                <w:sz w:val="20"/>
                <w:szCs w:val="20"/>
              </w:rPr>
            </w:pPr>
          </w:p>
          <w:p w14:paraId="1A50088E" w14:textId="77777777" w:rsidR="006D5036" w:rsidRDefault="006D5036" w:rsidP="0030220C">
            <w:pPr>
              <w:rPr>
                <w:rFonts w:ascii="Arial" w:hAnsi="Arial" w:cs="Arial"/>
                <w:sz w:val="20"/>
                <w:szCs w:val="20"/>
              </w:rPr>
            </w:pPr>
          </w:p>
          <w:p w14:paraId="0B64EAA2" w14:textId="77777777" w:rsidR="006D5036" w:rsidRPr="00575350" w:rsidRDefault="006D5036" w:rsidP="0030220C">
            <w:pPr>
              <w:rPr>
                <w:rFonts w:ascii="Arial" w:hAnsi="Arial" w:cs="Arial"/>
                <w:sz w:val="20"/>
                <w:szCs w:val="20"/>
              </w:rPr>
            </w:pPr>
            <w:r>
              <w:rPr>
                <w:rFonts w:ascii="Arial" w:hAnsi="Arial" w:cs="Arial"/>
                <w:sz w:val="20"/>
                <w:szCs w:val="20"/>
              </w:rPr>
              <w:t>5,12</w:t>
            </w:r>
          </w:p>
        </w:tc>
        <w:tc>
          <w:tcPr>
            <w:tcW w:w="0" w:type="auto"/>
          </w:tcPr>
          <w:p w14:paraId="398A016C" w14:textId="77777777" w:rsidR="006D5036" w:rsidRDefault="006D5036" w:rsidP="0030220C">
            <w:pPr>
              <w:rPr>
                <w:rFonts w:ascii="Arial" w:hAnsi="Arial" w:cs="Arial"/>
                <w:sz w:val="20"/>
                <w:szCs w:val="20"/>
              </w:rPr>
            </w:pPr>
          </w:p>
          <w:p w14:paraId="7E656B64" w14:textId="77777777" w:rsidR="006D5036" w:rsidRDefault="006D5036" w:rsidP="0030220C">
            <w:pPr>
              <w:rPr>
                <w:rFonts w:ascii="Arial" w:hAnsi="Arial" w:cs="Arial"/>
                <w:sz w:val="20"/>
                <w:szCs w:val="20"/>
              </w:rPr>
            </w:pPr>
          </w:p>
          <w:p w14:paraId="13D5CF65" w14:textId="77777777" w:rsidR="006D5036" w:rsidRPr="00575350" w:rsidRDefault="006D5036" w:rsidP="0030220C">
            <w:pPr>
              <w:rPr>
                <w:rFonts w:ascii="Arial" w:hAnsi="Arial" w:cs="Arial"/>
                <w:sz w:val="20"/>
                <w:szCs w:val="20"/>
              </w:rPr>
            </w:pPr>
            <w:r>
              <w:rPr>
                <w:rFonts w:ascii="Arial" w:hAnsi="Arial" w:cs="Arial"/>
                <w:sz w:val="20"/>
                <w:szCs w:val="20"/>
              </w:rPr>
              <w:t>174,08</w:t>
            </w:r>
          </w:p>
        </w:tc>
      </w:tr>
      <w:tr w:rsidR="006D5036" w:rsidRPr="00575350" w14:paraId="5CA7F6D7" w14:textId="77777777" w:rsidTr="0030220C">
        <w:trPr>
          <w:trHeight w:val="227"/>
          <w:jc w:val="center"/>
        </w:trPr>
        <w:tc>
          <w:tcPr>
            <w:tcW w:w="0" w:type="auto"/>
            <w:vAlign w:val="center"/>
          </w:tcPr>
          <w:p w14:paraId="75BD303C" w14:textId="77777777" w:rsidR="006D5036" w:rsidRPr="00575350" w:rsidRDefault="006D5036" w:rsidP="0030220C">
            <w:pPr>
              <w:rPr>
                <w:rFonts w:ascii="Arial" w:hAnsi="Arial" w:cs="Arial"/>
                <w:sz w:val="20"/>
                <w:szCs w:val="20"/>
              </w:rPr>
            </w:pPr>
            <w:r w:rsidRPr="00575350">
              <w:rPr>
                <w:rFonts w:ascii="Arial" w:hAnsi="Arial" w:cs="Arial"/>
                <w:sz w:val="20"/>
                <w:szCs w:val="20"/>
              </w:rPr>
              <w:lastRenderedPageBreak/>
              <w:t>82</w:t>
            </w:r>
          </w:p>
        </w:tc>
        <w:tc>
          <w:tcPr>
            <w:tcW w:w="0" w:type="auto"/>
            <w:vAlign w:val="center"/>
          </w:tcPr>
          <w:p w14:paraId="75F06E4C" w14:textId="77777777" w:rsidR="006D5036" w:rsidRPr="00575350" w:rsidRDefault="006D5036" w:rsidP="0030220C">
            <w:pPr>
              <w:rPr>
                <w:rFonts w:ascii="Arial" w:hAnsi="Arial" w:cs="Arial"/>
                <w:sz w:val="20"/>
                <w:szCs w:val="20"/>
              </w:rPr>
            </w:pPr>
            <w:r w:rsidRPr="00575350">
              <w:rPr>
                <w:rFonts w:ascii="Arial" w:hAnsi="Arial" w:cs="Arial"/>
                <w:sz w:val="20"/>
                <w:szCs w:val="20"/>
              </w:rPr>
              <w:t>463900</w:t>
            </w:r>
          </w:p>
        </w:tc>
        <w:tc>
          <w:tcPr>
            <w:tcW w:w="0" w:type="auto"/>
            <w:vAlign w:val="center"/>
          </w:tcPr>
          <w:p w14:paraId="23C4473B" w14:textId="77777777" w:rsidR="006D5036" w:rsidRPr="00575350" w:rsidRDefault="006D5036" w:rsidP="0030220C">
            <w:pPr>
              <w:rPr>
                <w:rFonts w:ascii="Arial" w:hAnsi="Arial" w:cs="Arial"/>
                <w:sz w:val="20"/>
                <w:szCs w:val="20"/>
              </w:rPr>
            </w:pPr>
            <w:r w:rsidRPr="00575350">
              <w:rPr>
                <w:rFonts w:ascii="Arial" w:hAnsi="Arial" w:cs="Arial"/>
                <w:sz w:val="20"/>
                <w:szCs w:val="20"/>
              </w:rPr>
              <w:t>GENGIBRE, IN NATURA - KG. ISENTO DE SUJIDADES, PERFURAÇÕES OU PRESENÇA DE LARVAS E INSETOS.</w:t>
            </w:r>
          </w:p>
        </w:tc>
        <w:tc>
          <w:tcPr>
            <w:tcW w:w="0" w:type="auto"/>
            <w:vAlign w:val="center"/>
          </w:tcPr>
          <w:p w14:paraId="3BED7262" w14:textId="77777777" w:rsidR="006D5036" w:rsidRPr="00575350" w:rsidRDefault="006D5036" w:rsidP="0030220C">
            <w:pPr>
              <w:rPr>
                <w:rFonts w:ascii="Arial" w:hAnsi="Arial" w:cs="Arial"/>
                <w:sz w:val="20"/>
                <w:szCs w:val="20"/>
              </w:rPr>
            </w:pPr>
            <w:r w:rsidRPr="00575350">
              <w:rPr>
                <w:rFonts w:ascii="Arial" w:hAnsi="Arial" w:cs="Arial"/>
                <w:sz w:val="20"/>
                <w:szCs w:val="20"/>
              </w:rPr>
              <w:t>KG</w:t>
            </w:r>
          </w:p>
        </w:tc>
        <w:tc>
          <w:tcPr>
            <w:tcW w:w="0" w:type="auto"/>
            <w:vAlign w:val="center"/>
          </w:tcPr>
          <w:p w14:paraId="1F49EC2D" w14:textId="77777777" w:rsidR="006D5036" w:rsidRPr="00575350" w:rsidRDefault="006D5036" w:rsidP="0030220C">
            <w:pPr>
              <w:rPr>
                <w:rFonts w:ascii="Arial" w:hAnsi="Arial" w:cs="Arial"/>
                <w:sz w:val="20"/>
                <w:szCs w:val="20"/>
              </w:rPr>
            </w:pPr>
            <w:r w:rsidRPr="00575350">
              <w:rPr>
                <w:rFonts w:ascii="Arial" w:hAnsi="Arial" w:cs="Arial"/>
                <w:sz w:val="20"/>
                <w:szCs w:val="20"/>
              </w:rPr>
              <w:t>15</w:t>
            </w:r>
          </w:p>
        </w:tc>
        <w:tc>
          <w:tcPr>
            <w:tcW w:w="0" w:type="auto"/>
          </w:tcPr>
          <w:p w14:paraId="71F63444" w14:textId="77777777" w:rsidR="006D5036" w:rsidRDefault="006D5036" w:rsidP="0030220C">
            <w:pPr>
              <w:rPr>
                <w:rFonts w:ascii="Arial" w:hAnsi="Arial" w:cs="Arial"/>
                <w:sz w:val="20"/>
                <w:szCs w:val="20"/>
              </w:rPr>
            </w:pPr>
          </w:p>
          <w:p w14:paraId="0D3FFE35" w14:textId="77777777" w:rsidR="006D5036" w:rsidRPr="00575350" w:rsidRDefault="006D5036" w:rsidP="0030220C">
            <w:pPr>
              <w:rPr>
                <w:rFonts w:ascii="Arial" w:hAnsi="Arial" w:cs="Arial"/>
                <w:sz w:val="20"/>
                <w:szCs w:val="20"/>
              </w:rPr>
            </w:pPr>
            <w:r>
              <w:rPr>
                <w:rFonts w:ascii="Arial" w:hAnsi="Arial" w:cs="Arial"/>
                <w:sz w:val="20"/>
                <w:szCs w:val="20"/>
              </w:rPr>
              <w:t>18,40</w:t>
            </w:r>
          </w:p>
        </w:tc>
        <w:tc>
          <w:tcPr>
            <w:tcW w:w="0" w:type="auto"/>
          </w:tcPr>
          <w:p w14:paraId="6B07E123" w14:textId="77777777" w:rsidR="006D5036" w:rsidRDefault="006D5036" w:rsidP="0030220C">
            <w:pPr>
              <w:rPr>
                <w:rFonts w:ascii="Arial" w:hAnsi="Arial" w:cs="Arial"/>
                <w:sz w:val="20"/>
                <w:szCs w:val="20"/>
              </w:rPr>
            </w:pPr>
          </w:p>
          <w:p w14:paraId="2854EA29" w14:textId="77777777" w:rsidR="006D5036" w:rsidRPr="00575350" w:rsidRDefault="006D5036" w:rsidP="0030220C">
            <w:pPr>
              <w:rPr>
                <w:rFonts w:ascii="Arial" w:hAnsi="Arial" w:cs="Arial"/>
                <w:sz w:val="20"/>
                <w:szCs w:val="20"/>
              </w:rPr>
            </w:pPr>
            <w:r>
              <w:rPr>
                <w:rFonts w:ascii="Arial" w:hAnsi="Arial" w:cs="Arial"/>
                <w:sz w:val="20"/>
                <w:szCs w:val="20"/>
              </w:rPr>
              <w:t>276,00</w:t>
            </w:r>
          </w:p>
        </w:tc>
      </w:tr>
      <w:tr w:rsidR="006D5036" w:rsidRPr="00575350" w14:paraId="64F6E13A" w14:textId="77777777" w:rsidTr="0030220C">
        <w:trPr>
          <w:trHeight w:val="227"/>
          <w:jc w:val="center"/>
        </w:trPr>
        <w:tc>
          <w:tcPr>
            <w:tcW w:w="0" w:type="auto"/>
            <w:vAlign w:val="center"/>
          </w:tcPr>
          <w:p w14:paraId="32B58F0A" w14:textId="77777777" w:rsidR="006D5036" w:rsidRPr="00575350" w:rsidRDefault="006D5036" w:rsidP="0030220C">
            <w:pPr>
              <w:rPr>
                <w:rFonts w:ascii="Arial" w:hAnsi="Arial" w:cs="Arial"/>
                <w:sz w:val="20"/>
                <w:szCs w:val="20"/>
              </w:rPr>
            </w:pPr>
            <w:r w:rsidRPr="00575350">
              <w:rPr>
                <w:rFonts w:ascii="Arial" w:hAnsi="Arial" w:cs="Arial"/>
                <w:sz w:val="20"/>
                <w:szCs w:val="20"/>
              </w:rPr>
              <w:t>83</w:t>
            </w:r>
          </w:p>
        </w:tc>
        <w:tc>
          <w:tcPr>
            <w:tcW w:w="0" w:type="auto"/>
            <w:vAlign w:val="center"/>
          </w:tcPr>
          <w:p w14:paraId="7A3D52EA" w14:textId="77777777" w:rsidR="006D5036" w:rsidRPr="00575350" w:rsidRDefault="006D5036" w:rsidP="0030220C">
            <w:pPr>
              <w:rPr>
                <w:rFonts w:ascii="Arial" w:hAnsi="Arial" w:cs="Arial"/>
                <w:sz w:val="20"/>
                <w:szCs w:val="20"/>
              </w:rPr>
            </w:pPr>
            <w:r w:rsidRPr="00575350">
              <w:rPr>
                <w:rFonts w:ascii="Arial" w:hAnsi="Arial" w:cs="Arial"/>
                <w:sz w:val="20"/>
                <w:szCs w:val="20"/>
              </w:rPr>
              <w:t>464392</w:t>
            </w:r>
          </w:p>
        </w:tc>
        <w:tc>
          <w:tcPr>
            <w:tcW w:w="0" w:type="auto"/>
            <w:vAlign w:val="center"/>
          </w:tcPr>
          <w:p w14:paraId="1DA2C482" w14:textId="77777777" w:rsidR="006D5036" w:rsidRPr="00575350" w:rsidRDefault="006D5036" w:rsidP="0030220C">
            <w:pPr>
              <w:rPr>
                <w:rFonts w:ascii="Arial" w:hAnsi="Arial" w:cs="Arial"/>
                <w:sz w:val="20"/>
                <w:szCs w:val="20"/>
              </w:rPr>
            </w:pPr>
            <w:r w:rsidRPr="00575350">
              <w:rPr>
                <w:rFonts w:ascii="Arial" w:hAnsi="Arial" w:cs="Arial"/>
                <w:sz w:val="20"/>
                <w:szCs w:val="20"/>
              </w:rPr>
              <w:t>GOIABA, IN NATURA - KG. DEVE APRESENTAR CASCA LISA, SEM MANCHAS OU SEM IMPERFEIÇÕES, LIVRE DE SUJIDADES, LARVAS E INSETOS. -</w:t>
            </w:r>
          </w:p>
        </w:tc>
        <w:tc>
          <w:tcPr>
            <w:tcW w:w="0" w:type="auto"/>
            <w:vAlign w:val="center"/>
          </w:tcPr>
          <w:p w14:paraId="08597F7A" w14:textId="77777777" w:rsidR="006D5036" w:rsidRPr="00575350" w:rsidRDefault="006D5036" w:rsidP="0030220C">
            <w:pPr>
              <w:rPr>
                <w:rFonts w:ascii="Arial" w:hAnsi="Arial" w:cs="Arial"/>
                <w:sz w:val="20"/>
                <w:szCs w:val="20"/>
              </w:rPr>
            </w:pPr>
            <w:r w:rsidRPr="00575350">
              <w:rPr>
                <w:rFonts w:ascii="Arial" w:hAnsi="Arial" w:cs="Arial"/>
                <w:sz w:val="20"/>
                <w:szCs w:val="20"/>
              </w:rPr>
              <w:t>KG</w:t>
            </w:r>
          </w:p>
        </w:tc>
        <w:tc>
          <w:tcPr>
            <w:tcW w:w="0" w:type="auto"/>
            <w:vAlign w:val="center"/>
          </w:tcPr>
          <w:p w14:paraId="6C7C3366" w14:textId="77777777" w:rsidR="006D5036" w:rsidRPr="00575350" w:rsidRDefault="006D5036" w:rsidP="0030220C">
            <w:pPr>
              <w:rPr>
                <w:rFonts w:ascii="Arial" w:hAnsi="Arial" w:cs="Arial"/>
                <w:sz w:val="20"/>
                <w:szCs w:val="20"/>
              </w:rPr>
            </w:pPr>
            <w:r w:rsidRPr="00575350">
              <w:rPr>
                <w:rFonts w:ascii="Arial" w:hAnsi="Arial" w:cs="Arial"/>
                <w:sz w:val="20"/>
                <w:szCs w:val="20"/>
              </w:rPr>
              <w:t>160</w:t>
            </w:r>
          </w:p>
        </w:tc>
        <w:tc>
          <w:tcPr>
            <w:tcW w:w="0" w:type="auto"/>
          </w:tcPr>
          <w:p w14:paraId="73CCC637" w14:textId="77777777" w:rsidR="006D5036" w:rsidRDefault="006D5036" w:rsidP="0030220C">
            <w:pPr>
              <w:rPr>
                <w:rFonts w:ascii="Arial" w:hAnsi="Arial" w:cs="Arial"/>
                <w:sz w:val="20"/>
                <w:szCs w:val="20"/>
              </w:rPr>
            </w:pPr>
          </w:p>
          <w:p w14:paraId="11DD170E" w14:textId="77777777" w:rsidR="006D5036" w:rsidRPr="00575350" w:rsidRDefault="006D5036" w:rsidP="0030220C">
            <w:pPr>
              <w:rPr>
                <w:rFonts w:ascii="Arial" w:hAnsi="Arial" w:cs="Arial"/>
                <w:sz w:val="20"/>
                <w:szCs w:val="20"/>
              </w:rPr>
            </w:pPr>
            <w:r>
              <w:rPr>
                <w:rFonts w:ascii="Arial" w:hAnsi="Arial" w:cs="Arial"/>
                <w:sz w:val="20"/>
                <w:szCs w:val="20"/>
              </w:rPr>
              <w:t>18,62</w:t>
            </w:r>
          </w:p>
        </w:tc>
        <w:tc>
          <w:tcPr>
            <w:tcW w:w="0" w:type="auto"/>
          </w:tcPr>
          <w:p w14:paraId="69CA3D4A" w14:textId="77777777" w:rsidR="006D5036" w:rsidRDefault="006D5036" w:rsidP="0030220C">
            <w:pPr>
              <w:rPr>
                <w:rFonts w:ascii="Arial" w:hAnsi="Arial" w:cs="Arial"/>
                <w:sz w:val="20"/>
                <w:szCs w:val="20"/>
              </w:rPr>
            </w:pPr>
          </w:p>
          <w:p w14:paraId="0E9E2B7C" w14:textId="77777777" w:rsidR="006D5036" w:rsidRPr="00575350" w:rsidRDefault="006D5036" w:rsidP="0030220C">
            <w:pPr>
              <w:rPr>
                <w:rFonts w:ascii="Arial" w:hAnsi="Arial" w:cs="Arial"/>
                <w:sz w:val="20"/>
                <w:szCs w:val="20"/>
              </w:rPr>
            </w:pPr>
            <w:r>
              <w:rPr>
                <w:rFonts w:ascii="Arial" w:hAnsi="Arial" w:cs="Arial"/>
                <w:sz w:val="20"/>
                <w:szCs w:val="20"/>
              </w:rPr>
              <w:t>2.921,60</w:t>
            </w:r>
          </w:p>
        </w:tc>
      </w:tr>
      <w:tr w:rsidR="006D5036" w:rsidRPr="00575350" w14:paraId="3162BFAA" w14:textId="77777777" w:rsidTr="0030220C">
        <w:trPr>
          <w:trHeight w:val="227"/>
          <w:jc w:val="center"/>
        </w:trPr>
        <w:tc>
          <w:tcPr>
            <w:tcW w:w="0" w:type="auto"/>
            <w:vAlign w:val="center"/>
          </w:tcPr>
          <w:p w14:paraId="6E2B5C36" w14:textId="77777777" w:rsidR="006D5036" w:rsidRPr="00575350" w:rsidRDefault="006D5036" w:rsidP="0030220C">
            <w:pPr>
              <w:rPr>
                <w:rFonts w:ascii="Arial" w:hAnsi="Arial" w:cs="Arial"/>
                <w:sz w:val="20"/>
                <w:szCs w:val="20"/>
              </w:rPr>
            </w:pPr>
            <w:r w:rsidRPr="00575350">
              <w:rPr>
                <w:rFonts w:ascii="Arial" w:hAnsi="Arial" w:cs="Arial"/>
                <w:sz w:val="20"/>
                <w:szCs w:val="20"/>
              </w:rPr>
              <w:t>84</w:t>
            </w:r>
          </w:p>
        </w:tc>
        <w:tc>
          <w:tcPr>
            <w:tcW w:w="0" w:type="auto"/>
            <w:vAlign w:val="center"/>
          </w:tcPr>
          <w:p w14:paraId="107D8446" w14:textId="77777777" w:rsidR="006D5036" w:rsidRPr="00575350" w:rsidRDefault="006D5036" w:rsidP="0030220C">
            <w:pPr>
              <w:rPr>
                <w:rFonts w:ascii="Arial" w:hAnsi="Arial" w:cs="Arial"/>
                <w:sz w:val="20"/>
                <w:szCs w:val="20"/>
              </w:rPr>
            </w:pPr>
            <w:r w:rsidRPr="00575350">
              <w:rPr>
                <w:rFonts w:ascii="Arial" w:hAnsi="Arial" w:cs="Arial"/>
                <w:sz w:val="20"/>
                <w:szCs w:val="20"/>
              </w:rPr>
              <w:t>487591</w:t>
            </w:r>
          </w:p>
        </w:tc>
        <w:tc>
          <w:tcPr>
            <w:tcW w:w="0" w:type="auto"/>
            <w:vAlign w:val="center"/>
          </w:tcPr>
          <w:p w14:paraId="3A482043"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GOIABADA - EM BLOCO, EMBALAGEM APROXIMADAMENTE 500 G, SIMILAR A PREDILECTA, CEPERA E FUGINI. </w:t>
            </w:r>
          </w:p>
        </w:tc>
        <w:tc>
          <w:tcPr>
            <w:tcW w:w="0" w:type="auto"/>
            <w:vAlign w:val="center"/>
          </w:tcPr>
          <w:p w14:paraId="7C0A71F8" w14:textId="77777777" w:rsidR="006D5036" w:rsidRPr="00575350" w:rsidRDefault="006D5036" w:rsidP="0030220C">
            <w:pPr>
              <w:rPr>
                <w:rFonts w:ascii="Arial" w:hAnsi="Arial" w:cs="Arial"/>
                <w:sz w:val="20"/>
                <w:szCs w:val="20"/>
              </w:rPr>
            </w:pPr>
            <w:r w:rsidRPr="00575350">
              <w:rPr>
                <w:rFonts w:ascii="Arial" w:hAnsi="Arial" w:cs="Arial"/>
                <w:sz w:val="20"/>
                <w:szCs w:val="20"/>
              </w:rPr>
              <w:t>UN</w:t>
            </w:r>
          </w:p>
        </w:tc>
        <w:tc>
          <w:tcPr>
            <w:tcW w:w="0" w:type="auto"/>
            <w:vAlign w:val="center"/>
          </w:tcPr>
          <w:p w14:paraId="37C329CF" w14:textId="77777777" w:rsidR="006D5036" w:rsidRPr="00575350" w:rsidRDefault="006D5036" w:rsidP="0030220C">
            <w:pPr>
              <w:rPr>
                <w:rFonts w:ascii="Arial" w:hAnsi="Arial" w:cs="Arial"/>
                <w:sz w:val="20"/>
                <w:szCs w:val="20"/>
              </w:rPr>
            </w:pPr>
            <w:r w:rsidRPr="00575350">
              <w:rPr>
                <w:rFonts w:ascii="Arial" w:hAnsi="Arial" w:cs="Arial"/>
                <w:sz w:val="20"/>
                <w:szCs w:val="20"/>
              </w:rPr>
              <w:t>79</w:t>
            </w:r>
          </w:p>
        </w:tc>
        <w:tc>
          <w:tcPr>
            <w:tcW w:w="0" w:type="auto"/>
          </w:tcPr>
          <w:p w14:paraId="5527C7A2" w14:textId="77777777" w:rsidR="006D5036" w:rsidRDefault="006D5036" w:rsidP="0030220C">
            <w:pPr>
              <w:rPr>
                <w:rFonts w:ascii="Arial" w:hAnsi="Arial" w:cs="Arial"/>
                <w:sz w:val="20"/>
                <w:szCs w:val="20"/>
              </w:rPr>
            </w:pPr>
          </w:p>
          <w:p w14:paraId="72227F18" w14:textId="77777777" w:rsidR="006D5036" w:rsidRPr="00575350" w:rsidRDefault="006D5036" w:rsidP="0030220C">
            <w:pPr>
              <w:rPr>
                <w:rFonts w:ascii="Arial" w:hAnsi="Arial" w:cs="Arial"/>
                <w:sz w:val="20"/>
                <w:szCs w:val="20"/>
              </w:rPr>
            </w:pPr>
            <w:r>
              <w:rPr>
                <w:rFonts w:ascii="Arial" w:hAnsi="Arial" w:cs="Arial"/>
                <w:sz w:val="20"/>
                <w:szCs w:val="20"/>
              </w:rPr>
              <w:t>9,99</w:t>
            </w:r>
          </w:p>
        </w:tc>
        <w:tc>
          <w:tcPr>
            <w:tcW w:w="0" w:type="auto"/>
          </w:tcPr>
          <w:p w14:paraId="3072B57A" w14:textId="77777777" w:rsidR="006D5036" w:rsidRDefault="006D5036" w:rsidP="0030220C">
            <w:pPr>
              <w:rPr>
                <w:rFonts w:ascii="Arial" w:hAnsi="Arial" w:cs="Arial"/>
                <w:sz w:val="20"/>
                <w:szCs w:val="20"/>
              </w:rPr>
            </w:pPr>
          </w:p>
          <w:p w14:paraId="3BA8E99B" w14:textId="77777777" w:rsidR="006D5036" w:rsidRDefault="006D5036" w:rsidP="0030220C">
            <w:pPr>
              <w:rPr>
                <w:rFonts w:ascii="Arial" w:hAnsi="Arial" w:cs="Arial"/>
                <w:sz w:val="20"/>
                <w:szCs w:val="20"/>
              </w:rPr>
            </w:pPr>
            <w:r>
              <w:rPr>
                <w:rFonts w:ascii="Arial" w:hAnsi="Arial" w:cs="Arial"/>
                <w:sz w:val="20"/>
                <w:szCs w:val="20"/>
              </w:rPr>
              <w:t>789,21</w:t>
            </w:r>
          </w:p>
          <w:p w14:paraId="5A16A271" w14:textId="77777777" w:rsidR="006D5036" w:rsidRPr="00575350" w:rsidRDefault="006D5036" w:rsidP="0030220C">
            <w:pPr>
              <w:rPr>
                <w:rFonts w:ascii="Arial" w:hAnsi="Arial" w:cs="Arial"/>
                <w:sz w:val="20"/>
                <w:szCs w:val="20"/>
              </w:rPr>
            </w:pPr>
          </w:p>
        </w:tc>
      </w:tr>
      <w:tr w:rsidR="006D5036" w:rsidRPr="00575350" w14:paraId="3F1C08DC" w14:textId="77777777" w:rsidTr="0030220C">
        <w:trPr>
          <w:trHeight w:val="227"/>
          <w:jc w:val="center"/>
        </w:trPr>
        <w:tc>
          <w:tcPr>
            <w:tcW w:w="0" w:type="auto"/>
            <w:vAlign w:val="center"/>
          </w:tcPr>
          <w:p w14:paraId="345FA4D7" w14:textId="77777777" w:rsidR="006D5036" w:rsidRPr="00575350" w:rsidRDefault="006D5036" w:rsidP="0030220C">
            <w:pPr>
              <w:rPr>
                <w:rFonts w:ascii="Arial" w:hAnsi="Arial" w:cs="Arial"/>
                <w:sz w:val="20"/>
                <w:szCs w:val="20"/>
              </w:rPr>
            </w:pPr>
            <w:r w:rsidRPr="00575350">
              <w:rPr>
                <w:rFonts w:ascii="Arial" w:hAnsi="Arial" w:cs="Arial"/>
                <w:sz w:val="20"/>
                <w:szCs w:val="20"/>
              </w:rPr>
              <w:t>85</w:t>
            </w:r>
          </w:p>
        </w:tc>
        <w:tc>
          <w:tcPr>
            <w:tcW w:w="0" w:type="auto"/>
            <w:vAlign w:val="center"/>
          </w:tcPr>
          <w:p w14:paraId="54439BE7" w14:textId="77777777" w:rsidR="006D5036" w:rsidRPr="00575350" w:rsidRDefault="006D5036" w:rsidP="0030220C">
            <w:pPr>
              <w:rPr>
                <w:rFonts w:ascii="Arial" w:hAnsi="Arial" w:cs="Arial"/>
                <w:sz w:val="20"/>
                <w:szCs w:val="20"/>
              </w:rPr>
            </w:pPr>
            <w:r w:rsidRPr="00575350">
              <w:rPr>
                <w:rFonts w:ascii="Arial" w:hAnsi="Arial" w:cs="Arial"/>
                <w:sz w:val="20"/>
                <w:szCs w:val="20"/>
              </w:rPr>
              <w:t>463898</w:t>
            </w:r>
          </w:p>
        </w:tc>
        <w:tc>
          <w:tcPr>
            <w:tcW w:w="0" w:type="auto"/>
            <w:vAlign w:val="center"/>
          </w:tcPr>
          <w:p w14:paraId="40C0D7EA" w14:textId="77777777" w:rsidR="006D5036" w:rsidRPr="00575350" w:rsidRDefault="006D5036" w:rsidP="0030220C">
            <w:pPr>
              <w:rPr>
                <w:rFonts w:ascii="Arial" w:hAnsi="Arial" w:cs="Arial"/>
                <w:sz w:val="20"/>
                <w:szCs w:val="20"/>
              </w:rPr>
            </w:pPr>
            <w:r w:rsidRPr="00575350">
              <w:rPr>
                <w:rFonts w:ascii="Arial" w:hAnsi="Arial" w:cs="Arial"/>
                <w:sz w:val="20"/>
                <w:szCs w:val="20"/>
              </w:rPr>
              <w:t>HORTELÃ, IN NATURA -. SEM SUJIDADES, FOLHAS VERDE VIVO, ÍNTEGRAS E SEM MANCHAS AMARELAS OU ESCURAS.</w:t>
            </w:r>
          </w:p>
        </w:tc>
        <w:tc>
          <w:tcPr>
            <w:tcW w:w="0" w:type="auto"/>
            <w:vAlign w:val="center"/>
          </w:tcPr>
          <w:p w14:paraId="41281488" w14:textId="77777777" w:rsidR="006D5036" w:rsidRPr="00575350" w:rsidRDefault="006D5036" w:rsidP="0030220C">
            <w:pPr>
              <w:rPr>
                <w:rFonts w:ascii="Arial" w:hAnsi="Arial" w:cs="Arial"/>
                <w:sz w:val="20"/>
                <w:szCs w:val="20"/>
              </w:rPr>
            </w:pPr>
            <w:r w:rsidRPr="00575350">
              <w:rPr>
                <w:rFonts w:ascii="Arial" w:hAnsi="Arial" w:cs="Arial"/>
                <w:sz w:val="20"/>
                <w:szCs w:val="20"/>
              </w:rPr>
              <w:t>MAÇO</w:t>
            </w:r>
          </w:p>
        </w:tc>
        <w:tc>
          <w:tcPr>
            <w:tcW w:w="0" w:type="auto"/>
            <w:vAlign w:val="center"/>
          </w:tcPr>
          <w:p w14:paraId="39A88E28" w14:textId="77777777" w:rsidR="006D5036" w:rsidRPr="00575350" w:rsidRDefault="006D5036" w:rsidP="0030220C">
            <w:pPr>
              <w:rPr>
                <w:rFonts w:ascii="Arial" w:hAnsi="Arial" w:cs="Arial"/>
                <w:sz w:val="20"/>
                <w:szCs w:val="20"/>
              </w:rPr>
            </w:pPr>
            <w:r w:rsidRPr="00575350">
              <w:rPr>
                <w:rFonts w:ascii="Arial" w:hAnsi="Arial" w:cs="Arial"/>
                <w:sz w:val="20"/>
                <w:szCs w:val="20"/>
              </w:rPr>
              <w:t>210</w:t>
            </w:r>
          </w:p>
        </w:tc>
        <w:tc>
          <w:tcPr>
            <w:tcW w:w="0" w:type="auto"/>
          </w:tcPr>
          <w:p w14:paraId="12626BD3" w14:textId="77777777" w:rsidR="006D5036" w:rsidRDefault="006D5036" w:rsidP="0030220C">
            <w:pPr>
              <w:rPr>
                <w:rFonts w:ascii="Arial" w:hAnsi="Arial" w:cs="Arial"/>
                <w:sz w:val="20"/>
                <w:szCs w:val="20"/>
              </w:rPr>
            </w:pPr>
          </w:p>
          <w:p w14:paraId="64CF4894" w14:textId="77777777" w:rsidR="006D5036" w:rsidRPr="00575350" w:rsidRDefault="006D5036" w:rsidP="0030220C">
            <w:pPr>
              <w:rPr>
                <w:rFonts w:ascii="Arial" w:hAnsi="Arial" w:cs="Arial"/>
                <w:sz w:val="20"/>
                <w:szCs w:val="20"/>
              </w:rPr>
            </w:pPr>
            <w:r>
              <w:rPr>
                <w:rFonts w:ascii="Arial" w:hAnsi="Arial" w:cs="Arial"/>
                <w:sz w:val="20"/>
                <w:szCs w:val="20"/>
              </w:rPr>
              <w:t>4,77</w:t>
            </w:r>
          </w:p>
        </w:tc>
        <w:tc>
          <w:tcPr>
            <w:tcW w:w="0" w:type="auto"/>
          </w:tcPr>
          <w:p w14:paraId="7F20482D" w14:textId="77777777" w:rsidR="006D5036" w:rsidRDefault="006D5036" w:rsidP="0030220C">
            <w:pPr>
              <w:rPr>
                <w:rFonts w:ascii="Arial" w:hAnsi="Arial" w:cs="Arial"/>
                <w:sz w:val="20"/>
                <w:szCs w:val="20"/>
              </w:rPr>
            </w:pPr>
          </w:p>
          <w:p w14:paraId="147DF491" w14:textId="77777777" w:rsidR="006D5036" w:rsidRPr="00575350" w:rsidRDefault="006D5036" w:rsidP="0030220C">
            <w:pPr>
              <w:rPr>
                <w:rFonts w:ascii="Arial" w:hAnsi="Arial" w:cs="Arial"/>
                <w:sz w:val="20"/>
                <w:szCs w:val="20"/>
              </w:rPr>
            </w:pPr>
            <w:r>
              <w:rPr>
                <w:rFonts w:ascii="Arial" w:hAnsi="Arial" w:cs="Arial"/>
                <w:sz w:val="20"/>
                <w:szCs w:val="20"/>
              </w:rPr>
              <w:t>1.001,70</w:t>
            </w:r>
          </w:p>
        </w:tc>
      </w:tr>
      <w:tr w:rsidR="006D5036" w:rsidRPr="00575350" w14:paraId="5C5CD31C" w14:textId="77777777" w:rsidTr="0030220C">
        <w:trPr>
          <w:trHeight w:val="227"/>
          <w:jc w:val="center"/>
        </w:trPr>
        <w:tc>
          <w:tcPr>
            <w:tcW w:w="0" w:type="auto"/>
            <w:vAlign w:val="center"/>
          </w:tcPr>
          <w:p w14:paraId="318CC3E1" w14:textId="77777777" w:rsidR="006D5036" w:rsidRPr="00575350" w:rsidRDefault="006D5036" w:rsidP="0030220C">
            <w:pPr>
              <w:rPr>
                <w:rFonts w:ascii="Arial" w:hAnsi="Arial" w:cs="Arial"/>
                <w:sz w:val="20"/>
                <w:szCs w:val="20"/>
              </w:rPr>
            </w:pPr>
            <w:r w:rsidRPr="00575350">
              <w:rPr>
                <w:rFonts w:ascii="Arial" w:hAnsi="Arial" w:cs="Arial"/>
                <w:sz w:val="20"/>
                <w:szCs w:val="20"/>
              </w:rPr>
              <w:t>86</w:t>
            </w:r>
          </w:p>
        </w:tc>
        <w:tc>
          <w:tcPr>
            <w:tcW w:w="0" w:type="auto"/>
            <w:vAlign w:val="center"/>
          </w:tcPr>
          <w:p w14:paraId="00434E0F" w14:textId="77777777" w:rsidR="006D5036" w:rsidRPr="00575350" w:rsidRDefault="006D5036" w:rsidP="0030220C">
            <w:pPr>
              <w:rPr>
                <w:rFonts w:ascii="Arial" w:hAnsi="Arial" w:cs="Arial"/>
                <w:sz w:val="20"/>
                <w:szCs w:val="20"/>
              </w:rPr>
            </w:pPr>
            <w:r w:rsidRPr="00575350">
              <w:rPr>
                <w:rFonts w:ascii="Arial" w:hAnsi="Arial" w:cs="Arial"/>
                <w:sz w:val="20"/>
                <w:szCs w:val="20"/>
              </w:rPr>
              <w:t>463789</w:t>
            </w:r>
          </w:p>
        </w:tc>
        <w:tc>
          <w:tcPr>
            <w:tcW w:w="0" w:type="auto"/>
            <w:vAlign w:val="center"/>
          </w:tcPr>
          <w:p w14:paraId="31163538" w14:textId="77777777" w:rsidR="006D5036" w:rsidRPr="00575350" w:rsidRDefault="006D5036" w:rsidP="0030220C">
            <w:pPr>
              <w:rPr>
                <w:rFonts w:ascii="Arial" w:hAnsi="Arial" w:cs="Arial"/>
                <w:sz w:val="20"/>
                <w:szCs w:val="20"/>
              </w:rPr>
            </w:pPr>
            <w:r w:rsidRPr="00575350">
              <w:rPr>
                <w:rFonts w:ascii="Arial" w:hAnsi="Arial" w:cs="Arial"/>
                <w:sz w:val="20"/>
                <w:szCs w:val="20"/>
              </w:rPr>
              <w:t>INHAME, IN NATURA - KG. DEVE APRESENTAR ASPECTO FIRME, SEM SUJIDADES OU PERFURAÇÕES.</w:t>
            </w:r>
          </w:p>
        </w:tc>
        <w:tc>
          <w:tcPr>
            <w:tcW w:w="0" w:type="auto"/>
            <w:vAlign w:val="center"/>
          </w:tcPr>
          <w:p w14:paraId="3C047FC9" w14:textId="77777777" w:rsidR="006D5036" w:rsidRPr="00575350" w:rsidRDefault="006D5036" w:rsidP="0030220C">
            <w:pPr>
              <w:rPr>
                <w:rFonts w:ascii="Arial" w:hAnsi="Arial" w:cs="Arial"/>
                <w:sz w:val="20"/>
                <w:szCs w:val="20"/>
              </w:rPr>
            </w:pPr>
            <w:r w:rsidRPr="00575350">
              <w:rPr>
                <w:rFonts w:ascii="Arial" w:hAnsi="Arial" w:cs="Arial"/>
                <w:sz w:val="20"/>
                <w:szCs w:val="20"/>
              </w:rPr>
              <w:t>KG</w:t>
            </w:r>
          </w:p>
        </w:tc>
        <w:tc>
          <w:tcPr>
            <w:tcW w:w="0" w:type="auto"/>
            <w:vAlign w:val="center"/>
          </w:tcPr>
          <w:p w14:paraId="13A70D1A" w14:textId="77777777" w:rsidR="006D5036" w:rsidRPr="00575350" w:rsidRDefault="006D5036" w:rsidP="0030220C">
            <w:pPr>
              <w:rPr>
                <w:rFonts w:ascii="Arial" w:hAnsi="Arial" w:cs="Arial"/>
                <w:sz w:val="20"/>
                <w:szCs w:val="20"/>
              </w:rPr>
            </w:pPr>
            <w:r w:rsidRPr="00575350">
              <w:rPr>
                <w:rFonts w:ascii="Arial" w:hAnsi="Arial" w:cs="Arial"/>
                <w:sz w:val="20"/>
                <w:szCs w:val="20"/>
              </w:rPr>
              <w:t>10</w:t>
            </w:r>
          </w:p>
        </w:tc>
        <w:tc>
          <w:tcPr>
            <w:tcW w:w="0" w:type="auto"/>
          </w:tcPr>
          <w:p w14:paraId="0AAE5213" w14:textId="77777777" w:rsidR="006D5036" w:rsidRDefault="006D5036" w:rsidP="0030220C">
            <w:pPr>
              <w:rPr>
                <w:rFonts w:ascii="Arial" w:hAnsi="Arial" w:cs="Arial"/>
                <w:sz w:val="20"/>
                <w:szCs w:val="20"/>
              </w:rPr>
            </w:pPr>
          </w:p>
          <w:p w14:paraId="5C8F5C25" w14:textId="77777777" w:rsidR="006D5036" w:rsidRPr="00575350" w:rsidRDefault="006D5036" w:rsidP="0030220C">
            <w:pPr>
              <w:rPr>
                <w:rFonts w:ascii="Arial" w:hAnsi="Arial" w:cs="Arial"/>
                <w:sz w:val="20"/>
                <w:szCs w:val="20"/>
              </w:rPr>
            </w:pPr>
            <w:r>
              <w:rPr>
                <w:rFonts w:ascii="Arial" w:hAnsi="Arial" w:cs="Arial"/>
                <w:sz w:val="20"/>
                <w:szCs w:val="20"/>
              </w:rPr>
              <w:t>7,79</w:t>
            </w:r>
          </w:p>
        </w:tc>
        <w:tc>
          <w:tcPr>
            <w:tcW w:w="0" w:type="auto"/>
          </w:tcPr>
          <w:p w14:paraId="02CEEEF5" w14:textId="77777777" w:rsidR="006D5036" w:rsidRDefault="006D5036" w:rsidP="0030220C">
            <w:pPr>
              <w:rPr>
                <w:rFonts w:ascii="Arial" w:hAnsi="Arial" w:cs="Arial"/>
                <w:sz w:val="20"/>
                <w:szCs w:val="20"/>
              </w:rPr>
            </w:pPr>
          </w:p>
          <w:p w14:paraId="57B1D59D" w14:textId="77777777" w:rsidR="006D5036" w:rsidRPr="00575350" w:rsidRDefault="006D5036" w:rsidP="0030220C">
            <w:pPr>
              <w:rPr>
                <w:rFonts w:ascii="Arial" w:hAnsi="Arial" w:cs="Arial"/>
                <w:sz w:val="20"/>
                <w:szCs w:val="20"/>
              </w:rPr>
            </w:pPr>
            <w:r>
              <w:rPr>
                <w:rFonts w:ascii="Arial" w:hAnsi="Arial" w:cs="Arial"/>
                <w:sz w:val="20"/>
                <w:szCs w:val="20"/>
              </w:rPr>
              <w:t>77,90</w:t>
            </w:r>
          </w:p>
        </w:tc>
      </w:tr>
      <w:tr w:rsidR="006D5036" w:rsidRPr="00575350" w14:paraId="7025420E" w14:textId="77777777" w:rsidTr="0030220C">
        <w:trPr>
          <w:trHeight w:val="227"/>
          <w:jc w:val="center"/>
        </w:trPr>
        <w:tc>
          <w:tcPr>
            <w:tcW w:w="0" w:type="auto"/>
          </w:tcPr>
          <w:p w14:paraId="701BB94D" w14:textId="77777777" w:rsidR="006D5036" w:rsidRPr="00575350" w:rsidRDefault="006D5036" w:rsidP="0030220C">
            <w:pPr>
              <w:rPr>
                <w:rFonts w:ascii="Arial" w:hAnsi="Arial" w:cs="Arial"/>
                <w:sz w:val="20"/>
                <w:szCs w:val="20"/>
              </w:rPr>
            </w:pPr>
            <w:r w:rsidRPr="00575350">
              <w:rPr>
                <w:rFonts w:ascii="Arial" w:hAnsi="Arial" w:cs="Arial"/>
                <w:sz w:val="20"/>
                <w:szCs w:val="20"/>
              </w:rPr>
              <w:t>87</w:t>
            </w:r>
          </w:p>
        </w:tc>
        <w:tc>
          <w:tcPr>
            <w:tcW w:w="0" w:type="auto"/>
          </w:tcPr>
          <w:p w14:paraId="72A0C0E5" w14:textId="77777777" w:rsidR="006D5036" w:rsidRPr="00575350" w:rsidRDefault="006D5036" w:rsidP="0030220C">
            <w:pPr>
              <w:rPr>
                <w:rFonts w:ascii="Arial" w:hAnsi="Arial" w:cs="Arial"/>
                <w:sz w:val="20"/>
                <w:szCs w:val="20"/>
              </w:rPr>
            </w:pPr>
            <w:r w:rsidRPr="00575350">
              <w:rPr>
                <w:rFonts w:ascii="Arial" w:hAnsi="Arial" w:cs="Arial"/>
                <w:sz w:val="20"/>
                <w:szCs w:val="20"/>
              </w:rPr>
              <w:t>459663</w:t>
            </w:r>
          </w:p>
        </w:tc>
        <w:tc>
          <w:tcPr>
            <w:tcW w:w="0" w:type="auto"/>
          </w:tcPr>
          <w:p w14:paraId="1C151033" w14:textId="77777777" w:rsidR="006D5036" w:rsidRPr="00575350" w:rsidRDefault="006D5036" w:rsidP="0030220C">
            <w:pPr>
              <w:rPr>
                <w:rFonts w:ascii="Arial" w:hAnsi="Arial" w:cs="Arial"/>
                <w:sz w:val="20"/>
                <w:szCs w:val="20"/>
              </w:rPr>
            </w:pPr>
            <w:r w:rsidRPr="00575350">
              <w:rPr>
                <w:rFonts w:ascii="Arial" w:hAnsi="Arial" w:cs="Arial"/>
                <w:sz w:val="20"/>
                <w:szCs w:val="20"/>
              </w:rPr>
              <w:t>KETCHUP - EMBALAGEM COM APROXIMADAMENTE 400 G, CONTENDO INFORMAÇÕES DO FABRICANTE, DATA DE VALIDADE E FABRICAÇÃO. SIMILAR A QUERO, HEINZ E FUGINI.</w:t>
            </w:r>
          </w:p>
        </w:tc>
        <w:tc>
          <w:tcPr>
            <w:tcW w:w="0" w:type="auto"/>
          </w:tcPr>
          <w:p w14:paraId="6F1B2381" w14:textId="77777777" w:rsidR="006D5036" w:rsidRDefault="006D5036" w:rsidP="0030220C">
            <w:pPr>
              <w:rPr>
                <w:rFonts w:ascii="Arial" w:hAnsi="Arial" w:cs="Arial"/>
                <w:sz w:val="20"/>
                <w:szCs w:val="20"/>
              </w:rPr>
            </w:pPr>
          </w:p>
          <w:p w14:paraId="7F2E07CB" w14:textId="77777777" w:rsidR="006D5036" w:rsidRDefault="006D5036" w:rsidP="0030220C">
            <w:pPr>
              <w:rPr>
                <w:rFonts w:ascii="Arial" w:hAnsi="Arial" w:cs="Arial"/>
                <w:sz w:val="20"/>
                <w:szCs w:val="20"/>
              </w:rPr>
            </w:pPr>
          </w:p>
          <w:p w14:paraId="23EDE15F" w14:textId="77777777" w:rsidR="006D5036" w:rsidRPr="00575350" w:rsidRDefault="006D5036" w:rsidP="0030220C">
            <w:pPr>
              <w:rPr>
                <w:rFonts w:ascii="Arial" w:hAnsi="Arial" w:cs="Arial"/>
                <w:sz w:val="20"/>
                <w:szCs w:val="20"/>
              </w:rPr>
            </w:pPr>
            <w:r w:rsidRPr="00575350">
              <w:rPr>
                <w:rFonts w:ascii="Arial" w:hAnsi="Arial" w:cs="Arial"/>
                <w:sz w:val="20"/>
                <w:szCs w:val="20"/>
              </w:rPr>
              <w:t>UN</w:t>
            </w:r>
          </w:p>
        </w:tc>
        <w:tc>
          <w:tcPr>
            <w:tcW w:w="0" w:type="auto"/>
          </w:tcPr>
          <w:p w14:paraId="77EBBF44" w14:textId="77777777" w:rsidR="006D5036" w:rsidRDefault="006D5036" w:rsidP="0030220C">
            <w:pPr>
              <w:rPr>
                <w:rFonts w:ascii="Arial" w:hAnsi="Arial" w:cs="Arial"/>
                <w:sz w:val="20"/>
                <w:szCs w:val="20"/>
              </w:rPr>
            </w:pPr>
          </w:p>
          <w:p w14:paraId="2A159807" w14:textId="77777777" w:rsidR="006D5036" w:rsidRDefault="006D5036" w:rsidP="0030220C">
            <w:pPr>
              <w:rPr>
                <w:rFonts w:ascii="Arial" w:hAnsi="Arial" w:cs="Arial"/>
                <w:sz w:val="20"/>
                <w:szCs w:val="20"/>
              </w:rPr>
            </w:pPr>
          </w:p>
          <w:p w14:paraId="197615FE" w14:textId="77777777" w:rsidR="006D5036" w:rsidRPr="00575350" w:rsidRDefault="006D5036" w:rsidP="0030220C">
            <w:pPr>
              <w:rPr>
                <w:rFonts w:ascii="Arial" w:hAnsi="Arial" w:cs="Arial"/>
                <w:sz w:val="20"/>
                <w:szCs w:val="20"/>
              </w:rPr>
            </w:pPr>
            <w:r w:rsidRPr="00575350">
              <w:rPr>
                <w:rFonts w:ascii="Arial" w:hAnsi="Arial" w:cs="Arial"/>
                <w:sz w:val="20"/>
                <w:szCs w:val="20"/>
              </w:rPr>
              <w:t>63</w:t>
            </w:r>
          </w:p>
        </w:tc>
        <w:tc>
          <w:tcPr>
            <w:tcW w:w="0" w:type="auto"/>
          </w:tcPr>
          <w:p w14:paraId="623675C2" w14:textId="77777777" w:rsidR="006D5036" w:rsidRDefault="006D5036" w:rsidP="0030220C">
            <w:pPr>
              <w:rPr>
                <w:rFonts w:ascii="Arial" w:hAnsi="Arial" w:cs="Arial"/>
                <w:sz w:val="20"/>
                <w:szCs w:val="20"/>
              </w:rPr>
            </w:pPr>
          </w:p>
          <w:p w14:paraId="5E506E10" w14:textId="77777777" w:rsidR="006D5036" w:rsidRDefault="006D5036" w:rsidP="0030220C">
            <w:pPr>
              <w:rPr>
                <w:rFonts w:ascii="Arial" w:hAnsi="Arial" w:cs="Arial"/>
                <w:sz w:val="20"/>
                <w:szCs w:val="20"/>
              </w:rPr>
            </w:pPr>
          </w:p>
          <w:p w14:paraId="4E9B4CCE" w14:textId="77777777" w:rsidR="006D5036" w:rsidRPr="00575350" w:rsidRDefault="006D5036" w:rsidP="0030220C">
            <w:pPr>
              <w:rPr>
                <w:rFonts w:ascii="Arial" w:hAnsi="Arial" w:cs="Arial"/>
                <w:sz w:val="20"/>
                <w:szCs w:val="20"/>
              </w:rPr>
            </w:pPr>
            <w:r>
              <w:rPr>
                <w:rFonts w:ascii="Arial" w:hAnsi="Arial" w:cs="Arial"/>
                <w:sz w:val="20"/>
                <w:szCs w:val="20"/>
              </w:rPr>
              <w:t>7,83</w:t>
            </w:r>
          </w:p>
        </w:tc>
        <w:tc>
          <w:tcPr>
            <w:tcW w:w="0" w:type="auto"/>
          </w:tcPr>
          <w:p w14:paraId="36DE5161" w14:textId="77777777" w:rsidR="006D5036" w:rsidRDefault="006D5036" w:rsidP="0030220C">
            <w:pPr>
              <w:rPr>
                <w:rFonts w:ascii="Arial" w:hAnsi="Arial" w:cs="Arial"/>
                <w:sz w:val="20"/>
                <w:szCs w:val="20"/>
              </w:rPr>
            </w:pPr>
          </w:p>
          <w:p w14:paraId="09E4C837" w14:textId="77777777" w:rsidR="006D5036" w:rsidRDefault="006D5036" w:rsidP="0030220C">
            <w:pPr>
              <w:rPr>
                <w:rFonts w:ascii="Arial" w:hAnsi="Arial" w:cs="Arial"/>
                <w:sz w:val="20"/>
                <w:szCs w:val="20"/>
              </w:rPr>
            </w:pPr>
          </w:p>
          <w:p w14:paraId="28E18E85" w14:textId="77777777" w:rsidR="006D5036" w:rsidRPr="00575350" w:rsidRDefault="006D5036" w:rsidP="0030220C">
            <w:pPr>
              <w:rPr>
                <w:rFonts w:ascii="Arial" w:hAnsi="Arial" w:cs="Arial"/>
                <w:sz w:val="20"/>
                <w:szCs w:val="20"/>
              </w:rPr>
            </w:pPr>
            <w:r>
              <w:rPr>
                <w:rFonts w:ascii="Arial" w:hAnsi="Arial" w:cs="Arial"/>
                <w:sz w:val="20"/>
                <w:szCs w:val="20"/>
              </w:rPr>
              <w:t>493,29</w:t>
            </w:r>
          </w:p>
        </w:tc>
      </w:tr>
      <w:tr w:rsidR="006D5036" w:rsidRPr="00575350" w14:paraId="6971929F" w14:textId="77777777" w:rsidTr="0030220C">
        <w:trPr>
          <w:trHeight w:val="227"/>
          <w:jc w:val="center"/>
        </w:trPr>
        <w:tc>
          <w:tcPr>
            <w:tcW w:w="0" w:type="auto"/>
          </w:tcPr>
          <w:p w14:paraId="606406B3" w14:textId="77777777" w:rsidR="006D5036" w:rsidRPr="00575350" w:rsidRDefault="006D5036" w:rsidP="0030220C">
            <w:pPr>
              <w:rPr>
                <w:rFonts w:ascii="Arial" w:hAnsi="Arial" w:cs="Arial"/>
                <w:sz w:val="20"/>
                <w:szCs w:val="20"/>
              </w:rPr>
            </w:pPr>
            <w:r w:rsidRPr="00575350">
              <w:rPr>
                <w:rFonts w:ascii="Arial" w:hAnsi="Arial" w:cs="Arial"/>
                <w:sz w:val="20"/>
                <w:szCs w:val="20"/>
              </w:rPr>
              <w:t>88</w:t>
            </w:r>
          </w:p>
        </w:tc>
        <w:tc>
          <w:tcPr>
            <w:tcW w:w="0" w:type="auto"/>
          </w:tcPr>
          <w:p w14:paraId="7861E55A" w14:textId="77777777" w:rsidR="006D5036" w:rsidRPr="00575350" w:rsidRDefault="006D5036" w:rsidP="0030220C">
            <w:pPr>
              <w:rPr>
                <w:rFonts w:ascii="Arial" w:hAnsi="Arial" w:cs="Arial"/>
                <w:sz w:val="20"/>
                <w:szCs w:val="20"/>
              </w:rPr>
            </w:pPr>
            <w:r w:rsidRPr="00575350">
              <w:rPr>
                <w:rFonts w:ascii="Arial" w:hAnsi="Arial" w:cs="Arial"/>
                <w:sz w:val="20"/>
                <w:szCs w:val="20"/>
              </w:rPr>
              <w:t>464393</w:t>
            </w:r>
          </w:p>
        </w:tc>
        <w:tc>
          <w:tcPr>
            <w:tcW w:w="0" w:type="auto"/>
          </w:tcPr>
          <w:p w14:paraId="5EA8B637" w14:textId="77777777" w:rsidR="006D5036" w:rsidRPr="00575350" w:rsidRDefault="006D5036" w:rsidP="0030220C">
            <w:pPr>
              <w:rPr>
                <w:rFonts w:ascii="Arial" w:hAnsi="Arial" w:cs="Arial"/>
                <w:sz w:val="20"/>
                <w:szCs w:val="20"/>
              </w:rPr>
            </w:pPr>
            <w:r w:rsidRPr="00575350">
              <w:rPr>
                <w:rFonts w:ascii="Arial" w:hAnsi="Arial" w:cs="Arial"/>
                <w:sz w:val="20"/>
                <w:szCs w:val="20"/>
              </w:rPr>
              <w:t>LARANJA, TIPO: PERA, IN NATURA - KG. CASCA LISA, NO GRAU MÁXIMO DE EVOLUÇÃO EM TAMANHO, SEM FERIMENTOS E DEFEITOS.</w:t>
            </w:r>
          </w:p>
        </w:tc>
        <w:tc>
          <w:tcPr>
            <w:tcW w:w="0" w:type="auto"/>
          </w:tcPr>
          <w:p w14:paraId="09633406" w14:textId="77777777" w:rsidR="006D5036" w:rsidRDefault="006D5036" w:rsidP="0030220C">
            <w:pPr>
              <w:rPr>
                <w:rFonts w:ascii="Arial" w:hAnsi="Arial" w:cs="Arial"/>
                <w:sz w:val="20"/>
                <w:szCs w:val="20"/>
              </w:rPr>
            </w:pPr>
          </w:p>
          <w:p w14:paraId="3DCF8E11" w14:textId="77777777" w:rsidR="006D5036" w:rsidRPr="00575350" w:rsidRDefault="006D5036" w:rsidP="0030220C">
            <w:pPr>
              <w:rPr>
                <w:rFonts w:ascii="Arial" w:hAnsi="Arial" w:cs="Arial"/>
                <w:sz w:val="20"/>
                <w:szCs w:val="20"/>
              </w:rPr>
            </w:pPr>
            <w:r w:rsidRPr="00575350">
              <w:rPr>
                <w:rFonts w:ascii="Arial" w:hAnsi="Arial" w:cs="Arial"/>
                <w:sz w:val="20"/>
                <w:szCs w:val="20"/>
              </w:rPr>
              <w:t>KG</w:t>
            </w:r>
          </w:p>
        </w:tc>
        <w:tc>
          <w:tcPr>
            <w:tcW w:w="0" w:type="auto"/>
          </w:tcPr>
          <w:p w14:paraId="5E89EB61" w14:textId="77777777" w:rsidR="006D5036" w:rsidRDefault="006D5036" w:rsidP="0030220C">
            <w:pPr>
              <w:rPr>
                <w:rFonts w:ascii="Arial" w:hAnsi="Arial" w:cs="Arial"/>
                <w:sz w:val="20"/>
                <w:szCs w:val="20"/>
              </w:rPr>
            </w:pPr>
          </w:p>
          <w:p w14:paraId="6C17D3D5" w14:textId="77777777" w:rsidR="006D5036" w:rsidRPr="00575350" w:rsidRDefault="006D5036" w:rsidP="0030220C">
            <w:pPr>
              <w:rPr>
                <w:rFonts w:ascii="Arial" w:hAnsi="Arial" w:cs="Arial"/>
                <w:sz w:val="20"/>
                <w:szCs w:val="20"/>
              </w:rPr>
            </w:pPr>
            <w:r w:rsidRPr="00575350">
              <w:rPr>
                <w:rFonts w:ascii="Arial" w:hAnsi="Arial" w:cs="Arial"/>
                <w:sz w:val="20"/>
                <w:szCs w:val="20"/>
              </w:rPr>
              <w:t>660</w:t>
            </w:r>
          </w:p>
        </w:tc>
        <w:tc>
          <w:tcPr>
            <w:tcW w:w="0" w:type="auto"/>
          </w:tcPr>
          <w:p w14:paraId="69268C49" w14:textId="77777777" w:rsidR="006D5036" w:rsidRDefault="006D5036" w:rsidP="0030220C">
            <w:pPr>
              <w:rPr>
                <w:rFonts w:ascii="Arial" w:hAnsi="Arial" w:cs="Arial"/>
                <w:sz w:val="20"/>
                <w:szCs w:val="20"/>
              </w:rPr>
            </w:pPr>
          </w:p>
          <w:p w14:paraId="06E0BABE" w14:textId="77777777" w:rsidR="006D5036" w:rsidRPr="00575350" w:rsidRDefault="006D5036" w:rsidP="0030220C">
            <w:pPr>
              <w:rPr>
                <w:rFonts w:ascii="Arial" w:hAnsi="Arial" w:cs="Arial"/>
                <w:sz w:val="20"/>
                <w:szCs w:val="20"/>
              </w:rPr>
            </w:pPr>
            <w:r>
              <w:rPr>
                <w:rFonts w:ascii="Arial" w:hAnsi="Arial" w:cs="Arial"/>
                <w:sz w:val="20"/>
                <w:szCs w:val="20"/>
              </w:rPr>
              <w:t>6,88</w:t>
            </w:r>
          </w:p>
        </w:tc>
        <w:tc>
          <w:tcPr>
            <w:tcW w:w="0" w:type="auto"/>
          </w:tcPr>
          <w:p w14:paraId="7668C5EA" w14:textId="77777777" w:rsidR="006D5036" w:rsidRDefault="006D5036" w:rsidP="0030220C">
            <w:pPr>
              <w:rPr>
                <w:rFonts w:ascii="Arial" w:hAnsi="Arial" w:cs="Arial"/>
                <w:sz w:val="20"/>
                <w:szCs w:val="20"/>
              </w:rPr>
            </w:pPr>
          </w:p>
          <w:p w14:paraId="2C7D995F" w14:textId="77777777" w:rsidR="006D5036" w:rsidRPr="00575350" w:rsidRDefault="006D5036" w:rsidP="0030220C">
            <w:pPr>
              <w:rPr>
                <w:rFonts w:ascii="Arial" w:hAnsi="Arial" w:cs="Arial"/>
                <w:sz w:val="20"/>
                <w:szCs w:val="20"/>
              </w:rPr>
            </w:pPr>
            <w:r>
              <w:rPr>
                <w:rFonts w:ascii="Arial" w:hAnsi="Arial" w:cs="Arial"/>
                <w:sz w:val="20"/>
                <w:szCs w:val="20"/>
              </w:rPr>
              <w:t>4.540,80</w:t>
            </w:r>
          </w:p>
        </w:tc>
      </w:tr>
      <w:tr w:rsidR="006D5036" w:rsidRPr="00575350" w14:paraId="2176A122" w14:textId="77777777" w:rsidTr="0030220C">
        <w:trPr>
          <w:trHeight w:val="227"/>
          <w:jc w:val="center"/>
        </w:trPr>
        <w:tc>
          <w:tcPr>
            <w:tcW w:w="0" w:type="auto"/>
          </w:tcPr>
          <w:p w14:paraId="4512D80B" w14:textId="77777777" w:rsidR="006D5036" w:rsidRPr="00575350" w:rsidRDefault="006D5036" w:rsidP="0030220C">
            <w:pPr>
              <w:rPr>
                <w:rFonts w:ascii="Arial" w:hAnsi="Arial" w:cs="Arial"/>
                <w:sz w:val="20"/>
                <w:szCs w:val="20"/>
              </w:rPr>
            </w:pPr>
            <w:r w:rsidRPr="00575350">
              <w:rPr>
                <w:rFonts w:ascii="Arial" w:hAnsi="Arial" w:cs="Arial"/>
                <w:sz w:val="20"/>
                <w:szCs w:val="20"/>
              </w:rPr>
              <w:t>89</w:t>
            </w:r>
          </w:p>
        </w:tc>
        <w:tc>
          <w:tcPr>
            <w:tcW w:w="0" w:type="auto"/>
          </w:tcPr>
          <w:p w14:paraId="7EF7089E" w14:textId="77777777" w:rsidR="006D5036" w:rsidRPr="00575350" w:rsidRDefault="006D5036" w:rsidP="0030220C">
            <w:pPr>
              <w:rPr>
                <w:rFonts w:ascii="Arial" w:hAnsi="Arial" w:cs="Arial"/>
                <w:sz w:val="20"/>
                <w:szCs w:val="20"/>
              </w:rPr>
            </w:pPr>
            <w:r w:rsidRPr="00575350">
              <w:rPr>
                <w:rFonts w:ascii="Arial" w:hAnsi="Arial" w:cs="Arial"/>
                <w:sz w:val="20"/>
                <w:szCs w:val="20"/>
              </w:rPr>
              <w:t>463748</w:t>
            </w:r>
          </w:p>
        </w:tc>
        <w:tc>
          <w:tcPr>
            <w:tcW w:w="0" w:type="auto"/>
          </w:tcPr>
          <w:p w14:paraId="66128171" w14:textId="77777777" w:rsidR="006D5036" w:rsidRPr="00575350" w:rsidRDefault="006D5036" w:rsidP="0030220C">
            <w:pPr>
              <w:rPr>
                <w:rFonts w:ascii="Arial" w:hAnsi="Arial" w:cs="Arial"/>
                <w:sz w:val="20"/>
                <w:szCs w:val="20"/>
              </w:rPr>
            </w:pPr>
            <w:r w:rsidRPr="00575350">
              <w:rPr>
                <w:rFonts w:ascii="Arial" w:hAnsi="Arial" w:cs="Arial"/>
                <w:sz w:val="20"/>
                <w:szCs w:val="20"/>
              </w:rPr>
              <w:t>LEGUME IN NATURA TIPO: ABÓBORA CABOTIÁ/ JAPONESA</w:t>
            </w:r>
          </w:p>
        </w:tc>
        <w:tc>
          <w:tcPr>
            <w:tcW w:w="0" w:type="auto"/>
          </w:tcPr>
          <w:p w14:paraId="6EFCC98E" w14:textId="77777777" w:rsidR="006D5036" w:rsidRPr="00575350" w:rsidRDefault="006D5036" w:rsidP="0030220C">
            <w:pPr>
              <w:rPr>
                <w:rFonts w:ascii="Arial" w:hAnsi="Arial" w:cs="Arial"/>
                <w:sz w:val="20"/>
                <w:szCs w:val="20"/>
              </w:rPr>
            </w:pPr>
            <w:r w:rsidRPr="00575350">
              <w:rPr>
                <w:rFonts w:ascii="Arial" w:hAnsi="Arial" w:cs="Arial"/>
                <w:sz w:val="20"/>
                <w:szCs w:val="20"/>
              </w:rPr>
              <w:t>UN</w:t>
            </w:r>
          </w:p>
        </w:tc>
        <w:tc>
          <w:tcPr>
            <w:tcW w:w="0" w:type="auto"/>
          </w:tcPr>
          <w:p w14:paraId="72CD2FF0" w14:textId="77777777" w:rsidR="006D5036" w:rsidRPr="00575350" w:rsidRDefault="006D5036" w:rsidP="0030220C">
            <w:pPr>
              <w:rPr>
                <w:rFonts w:ascii="Arial" w:hAnsi="Arial" w:cs="Arial"/>
                <w:sz w:val="20"/>
                <w:szCs w:val="20"/>
              </w:rPr>
            </w:pPr>
            <w:r>
              <w:rPr>
                <w:rFonts w:ascii="Arial" w:hAnsi="Arial" w:cs="Arial"/>
                <w:sz w:val="20"/>
                <w:szCs w:val="20"/>
              </w:rPr>
              <w:t>100</w:t>
            </w:r>
          </w:p>
        </w:tc>
        <w:tc>
          <w:tcPr>
            <w:tcW w:w="0" w:type="auto"/>
          </w:tcPr>
          <w:p w14:paraId="44B504FF" w14:textId="77777777" w:rsidR="006D5036" w:rsidRPr="00575350" w:rsidRDefault="006D5036" w:rsidP="0030220C">
            <w:pPr>
              <w:rPr>
                <w:rFonts w:ascii="Arial" w:hAnsi="Arial" w:cs="Arial"/>
                <w:sz w:val="20"/>
                <w:szCs w:val="20"/>
              </w:rPr>
            </w:pPr>
            <w:r>
              <w:rPr>
                <w:rFonts w:ascii="Arial" w:hAnsi="Arial" w:cs="Arial"/>
                <w:sz w:val="20"/>
                <w:szCs w:val="20"/>
              </w:rPr>
              <w:t>4,72</w:t>
            </w:r>
          </w:p>
        </w:tc>
        <w:tc>
          <w:tcPr>
            <w:tcW w:w="0" w:type="auto"/>
          </w:tcPr>
          <w:p w14:paraId="6F8D7962" w14:textId="77777777" w:rsidR="006D5036" w:rsidRPr="00575350" w:rsidRDefault="006D5036" w:rsidP="0030220C">
            <w:pPr>
              <w:rPr>
                <w:rFonts w:ascii="Arial" w:hAnsi="Arial" w:cs="Arial"/>
                <w:sz w:val="20"/>
                <w:szCs w:val="20"/>
              </w:rPr>
            </w:pPr>
            <w:r>
              <w:rPr>
                <w:rFonts w:ascii="Arial" w:hAnsi="Arial" w:cs="Arial"/>
                <w:sz w:val="20"/>
                <w:szCs w:val="20"/>
              </w:rPr>
              <w:t>472,00</w:t>
            </w:r>
          </w:p>
        </w:tc>
      </w:tr>
      <w:tr w:rsidR="006D5036" w:rsidRPr="00575350" w14:paraId="04DD19F2" w14:textId="77777777" w:rsidTr="0030220C">
        <w:trPr>
          <w:trHeight w:val="227"/>
          <w:jc w:val="center"/>
        </w:trPr>
        <w:tc>
          <w:tcPr>
            <w:tcW w:w="0" w:type="auto"/>
          </w:tcPr>
          <w:p w14:paraId="5F106AFE" w14:textId="77777777" w:rsidR="006D5036" w:rsidRPr="00575350" w:rsidRDefault="006D5036" w:rsidP="0030220C">
            <w:pPr>
              <w:rPr>
                <w:rFonts w:ascii="Arial" w:hAnsi="Arial" w:cs="Arial"/>
                <w:sz w:val="20"/>
                <w:szCs w:val="20"/>
              </w:rPr>
            </w:pPr>
            <w:r w:rsidRPr="00575350">
              <w:rPr>
                <w:rFonts w:ascii="Arial" w:hAnsi="Arial" w:cs="Arial"/>
                <w:sz w:val="20"/>
                <w:szCs w:val="20"/>
              </w:rPr>
              <w:t>90</w:t>
            </w:r>
          </w:p>
        </w:tc>
        <w:tc>
          <w:tcPr>
            <w:tcW w:w="0" w:type="auto"/>
          </w:tcPr>
          <w:p w14:paraId="13E583B8" w14:textId="77777777" w:rsidR="006D5036" w:rsidRPr="00575350" w:rsidRDefault="006D5036" w:rsidP="0030220C">
            <w:pPr>
              <w:rPr>
                <w:rFonts w:ascii="Arial" w:hAnsi="Arial" w:cs="Arial"/>
                <w:sz w:val="20"/>
                <w:szCs w:val="20"/>
              </w:rPr>
            </w:pPr>
            <w:r w:rsidRPr="00575350">
              <w:rPr>
                <w:rFonts w:ascii="Arial" w:hAnsi="Arial" w:cs="Arial"/>
                <w:sz w:val="20"/>
                <w:szCs w:val="20"/>
              </w:rPr>
              <w:t>312777</w:t>
            </w:r>
          </w:p>
        </w:tc>
        <w:tc>
          <w:tcPr>
            <w:tcW w:w="0" w:type="auto"/>
          </w:tcPr>
          <w:p w14:paraId="66FADD78" w14:textId="77777777" w:rsidR="006D5036" w:rsidRPr="00575350" w:rsidRDefault="006D5036" w:rsidP="0030220C">
            <w:pPr>
              <w:rPr>
                <w:rFonts w:ascii="Arial" w:hAnsi="Arial" w:cs="Arial"/>
                <w:sz w:val="20"/>
                <w:szCs w:val="20"/>
              </w:rPr>
            </w:pPr>
            <w:r w:rsidRPr="00575350">
              <w:rPr>
                <w:rFonts w:ascii="Arial" w:hAnsi="Arial" w:cs="Arial"/>
                <w:sz w:val="20"/>
                <w:szCs w:val="20"/>
              </w:rPr>
              <w:t>LEITE CONDENSADO - EMBALAGEM DE APROXIMADAMENTE 395 G, SIMILAR A ITALAC, MOÇA E PIRACANJUBA.</w:t>
            </w:r>
          </w:p>
        </w:tc>
        <w:tc>
          <w:tcPr>
            <w:tcW w:w="0" w:type="auto"/>
          </w:tcPr>
          <w:p w14:paraId="410F2434" w14:textId="77777777" w:rsidR="006D5036" w:rsidRDefault="006D5036" w:rsidP="0030220C">
            <w:pPr>
              <w:rPr>
                <w:rFonts w:ascii="Arial" w:hAnsi="Arial" w:cs="Arial"/>
                <w:sz w:val="20"/>
                <w:szCs w:val="20"/>
              </w:rPr>
            </w:pPr>
          </w:p>
          <w:p w14:paraId="7CECB009" w14:textId="77777777" w:rsidR="006D5036" w:rsidRPr="00575350" w:rsidRDefault="006D5036" w:rsidP="0030220C">
            <w:pPr>
              <w:rPr>
                <w:rFonts w:ascii="Arial" w:hAnsi="Arial" w:cs="Arial"/>
                <w:sz w:val="20"/>
                <w:szCs w:val="20"/>
              </w:rPr>
            </w:pPr>
            <w:r w:rsidRPr="00575350">
              <w:rPr>
                <w:rFonts w:ascii="Arial" w:hAnsi="Arial" w:cs="Arial"/>
                <w:sz w:val="20"/>
                <w:szCs w:val="20"/>
              </w:rPr>
              <w:t>KG</w:t>
            </w:r>
          </w:p>
        </w:tc>
        <w:tc>
          <w:tcPr>
            <w:tcW w:w="0" w:type="auto"/>
          </w:tcPr>
          <w:p w14:paraId="1F2A3E9C" w14:textId="77777777" w:rsidR="006D5036" w:rsidRDefault="006D5036" w:rsidP="0030220C">
            <w:pPr>
              <w:rPr>
                <w:rFonts w:ascii="Arial" w:hAnsi="Arial" w:cs="Arial"/>
                <w:sz w:val="20"/>
                <w:szCs w:val="20"/>
              </w:rPr>
            </w:pPr>
          </w:p>
          <w:p w14:paraId="32B0AB88" w14:textId="77777777" w:rsidR="006D5036" w:rsidRPr="00575350" w:rsidRDefault="006D5036" w:rsidP="0030220C">
            <w:pPr>
              <w:rPr>
                <w:rFonts w:ascii="Arial" w:hAnsi="Arial" w:cs="Arial"/>
                <w:sz w:val="20"/>
                <w:szCs w:val="20"/>
              </w:rPr>
            </w:pPr>
            <w:r>
              <w:rPr>
                <w:rFonts w:ascii="Arial" w:hAnsi="Arial" w:cs="Arial"/>
                <w:sz w:val="20"/>
                <w:szCs w:val="20"/>
              </w:rPr>
              <w:t>620</w:t>
            </w:r>
          </w:p>
        </w:tc>
        <w:tc>
          <w:tcPr>
            <w:tcW w:w="0" w:type="auto"/>
          </w:tcPr>
          <w:p w14:paraId="3EB15779" w14:textId="77777777" w:rsidR="006D5036" w:rsidRDefault="006D5036" w:rsidP="0030220C">
            <w:pPr>
              <w:rPr>
                <w:rFonts w:ascii="Arial" w:hAnsi="Arial" w:cs="Arial"/>
                <w:sz w:val="20"/>
                <w:szCs w:val="20"/>
              </w:rPr>
            </w:pPr>
          </w:p>
          <w:p w14:paraId="34759958" w14:textId="77777777" w:rsidR="006D5036" w:rsidRDefault="006D5036" w:rsidP="0030220C">
            <w:pPr>
              <w:rPr>
                <w:rFonts w:ascii="Arial" w:hAnsi="Arial" w:cs="Arial"/>
                <w:sz w:val="20"/>
                <w:szCs w:val="20"/>
              </w:rPr>
            </w:pPr>
            <w:r>
              <w:rPr>
                <w:rFonts w:ascii="Arial" w:hAnsi="Arial" w:cs="Arial"/>
                <w:sz w:val="20"/>
                <w:szCs w:val="20"/>
              </w:rPr>
              <w:t>6,70</w:t>
            </w:r>
          </w:p>
          <w:p w14:paraId="1E889D63" w14:textId="77777777" w:rsidR="006D5036" w:rsidRPr="00575350" w:rsidRDefault="006D5036" w:rsidP="0030220C">
            <w:pPr>
              <w:rPr>
                <w:rFonts w:ascii="Arial" w:hAnsi="Arial" w:cs="Arial"/>
                <w:sz w:val="20"/>
                <w:szCs w:val="20"/>
              </w:rPr>
            </w:pPr>
          </w:p>
        </w:tc>
        <w:tc>
          <w:tcPr>
            <w:tcW w:w="0" w:type="auto"/>
          </w:tcPr>
          <w:p w14:paraId="7A0A9F53" w14:textId="77777777" w:rsidR="006D5036" w:rsidRDefault="006D5036" w:rsidP="0030220C">
            <w:pPr>
              <w:rPr>
                <w:rFonts w:ascii="Arial" w:hAnsi="Arial" w:cs="Arial"/>
                <w:sz w:val="20"/>
                <w:szCs w:val="20"/>
              </w:rPr>
            </w:pPr>
          </w:p>
          <w:p w14:paraId="048F347C" w14:textId="77777777" w:rsidR="006D5036" w:rsidRPr="00575350" w:rsidRDefault="006D5036" w:rsidP="0030220C">
            <w:pPr>
              <w:rPr>
                <w:rFonts w:ascii="Arial" w:hAnsi="Arial" w:cs="Arial"/>
                <w:sz w:val="20"/>
                <w:szCs w:val="20"/>
              </w:rPr>
            </w:pPr>
            <w:r>
              <w:rPr>
                <w:rFonts w:ascii="Arial" w:hAnsi="Arial" w:cs="Arial"/>
                <w:sz w:val="20"/>
                <w:szCs w:val="20"/>
              </w:rPr>
              <w:t>4.154,00</w:t>
            </w:r>
          </w:p>
        </w:tc>
      </w:tr>
      <w:tr w:rsidR="006D5036" w:rsidRPr="00575350" w14:paraId="067323EC" w14:textId="77777777" w:rsidTr="0030220C">
        <w:trPr>
          <w:trHeight w:val="227"/>
          <w:jc w:val="center"/>
        </w:trPr>
        <w:tc>
          <w:tcPr>
            <w:tcW w:w="0" w:type="auto"/>
          </w:tcPr>
          <w:p w14:paraId="3139026D" w14:textId="77777777" w:rsidR="006D5036" w:rsidRPr="00575350" w:rsidRDefault="006D5036" w:rsidP="0030220C">
            <w:pPr>
              <w:rPr>
                <w:rFonts w:ascii="Arial" w:hAnsi="Arial" w:cs="Arial"/>
                <w:sz w:val="20"/>
                <w:szCs w:val="20"/>
              </w:rPr>
            </w:pPr>
            <w:r w:rsidRPr="00575350">
              <w:rPr>
                <w:rFonts w:ascii="Arial" w:hAnsi="Arial" w:cs="Arial"/>
                <w:sz w:val="20"/>
                <w:szCs w:val="20"/>
              </w:rPr>
              <w:t>91</w:t>
            </w:r>
          </w:p>
        </w:tc>
        <w:tc>
          <w:tcPr>
            <w:tcW w:w="0" w:type="auto"/>
          </w:tcPr>
          <w:p w14:paraId="731EDB33" w14:textId="77777777" w:rsidR="006D5036" w:rsidRPr="00575350" w:rsidRDefault="006D5036" w:rsidP="0030220C">
            <w:pPr>
              <w:rPr>
                <w:rFonts w:ascii="Arial" w:hAnsi="Arial" w:cs="Arial"/>
                <w:sz w:val="20"/>
                <w:szCs w:val="20"/>
              </w:rPr>
            </w:pPr>
            <w:r w:rsidRPr="00575350">
              <w:rPr>
                <w:rFonts w:ascii="Arial" w:hAnsi="Arial" w:cs="Arial"/>
                <w:sz w:val="20"/>
                <w:szCs w:val="20"/>
              </w:rPr>
              <w:t>464011</w:t>
            </w:r>
          </w:p>
        </w:tc>
        <w:tc>
          <w:tcPr>
            <w:tcW w:w="0" w:type="auto"/>
          </w:tcPr>
          <w:p w14:paraId="01CC17EF" w14:textId="77777777" w:rsidR="006D5036" w:rsidRPr="00575350" w:rsidRDefault="006D5036" w:rsidP="0030220C">
            <w:pPr>
              <w:rPr>
                <w:rFonts w:ascii="Arial" w:hAnsi="Arial" w:cs="Arial"/>
                <w:sz w:val="20"/>
                <w:szCs w:val="20"/>
              </w:rPr>
            </w:pPr>
            <w:r w:rsidRPr="00575350">
              <w:rPr>
                <w:rFonts w:ascii="Arial" w:hAnsi="Arial" w:cs="Arial"/>
                <w:sz w:val="20"/>
                <w:szCs w:val="20"/>
              </w:rPr>
              <w:t>LEITE DE COCO - INTEGRAL, EMBALAGEM DE APROXIMADAMENTE 2OO ML, SIMILAR A SOCOCO, MAIS COCO E DUCOCO.</w:t>
            </w:r>
          </w:p>
        </w:tc>
        <w:tc>
          <w:tcPr>
            <w:tcW w:w="0" w:type="auto"/>
          </w:tcPr>
          <w:p w14:paraId="0DBEEE97" w14:textId="77777777" w:rsidR="006D5036" w:rsidRDefault="006D5036" w:rsidP="0030220C">
            <w:pPr>
              <w:rPr>
                <w:rFonts w:ascii="Arial" w:hAnsi="Arial" w:cs="Arial"/>
                <w:sz w:val="20"/>
                <w:szCs w:val="20"/>
              </w:rPr>
            </w:pPr>
          </w:p>
          <w:p w14:paraId="70D3C443" w14:textId="77777777" w:rsidR="006D5036" w:rsidRPr="00575350" w:rsidRDefault="006D5036" w:rsidP="0030220C">
            <w:pPr>
              <w:rPr>
                <w:rFonts w:ascii="Arial" w:hAnsi="Arial" w:cs="Arial"/>
                <w:sz w:val="20"/>
                <w:szCs w:val="20"/>
              </w:rPr>
            </w:pPr>
            <w:r w:rsidRPr="00575350">
              <w:rPr>
                <w:rFonts w:ascii="Arial" w:hAnsi="Arial" w:cs="Arial"/>
                <w:sz w:val="20"/>
                <w:szCs w:val="20"/>
              </w:rPr>
              <w:t>UN</w:t>
            </w:r>
          </w:p>
        </w:tc>
        <w:tc>
          <w:tcPr>
            <w:tcW w:w="0" w:type="auto"/>
          </w:tcPr>
          <w:p w14:paraId="071D3208" w14:textId="77777777" w:rsidR="006D5036" w:rsidRDefault="006D5036" w:rsidP="0030220C">
            <w:pPr>
              <w:rPr>
                <w:rFonts w:ascii="Arial" w:hAnsi="Arial" w:cs="Arial"/>
                <w:sz w:val="20"/>
                <w:szCs w:val="20"/>
              </w:rPr>
            </w:pPr>
          </w:p>
          <w:p w14:paraId="061521C5" w14:textId="77777777" w:rsidR="006D5036" w:rsidRPr="00575350" w:rsidRDefault="006D5036" w:rsidP="0030220C">
            <w:pPr>
              <w:rPr>
                <w:rFonts w:ascii="Arial" w:hAnsi="Arial" w:cs="Arial"/>
                <w:sz w:val="20"/>
                <w:szCs w:val="20"/>
              </w:rPr>
            </w:pPr>
            <w:r w:rsidRPr="00575350">
              <w:rPr>
                <w:rFonts w:ascii="Arial" w:hAnsi="Arial" w:cs="Arial"/>
                <w:sz w:val="20"/>
                <w:szCs w:val="20"/>
              </w:rPr>
              <w:t>95</w:t>
            </w:r>
          </w:p>
        </w:tc>
        <w:tc>
          <w:tcPr>
            <w:tcW w:w="0" w:type="auto"/>
          </w:tcPr>
          <w:p w14:paraId="73BD3344" w14:textId="77777777" w:rsidR="006D5036" w:rsidRDefault="006D5036" w:rsidP="0030220C">
            <w:pPr>
              <w:rPr>
                <w:rFonts w:ascii="Arial" w:hAnsi="Arial" w:cs="Arial"/>
                <w:sz w:val="20"/>
                <w:szCs w:val="20"/>
              </w:rPr>
            </w:pPr>
          </w:p>
          <w:p w14:paraId="3C64BA74" w14:textId="77777777" w:rsidR="006D5036" w:rsidRPr="00575350" w:rsidRDefault="006D5036" w:rsidP="0030220C">
            <w:pPr>
              <w:rPr>
                <w:rFonts w:ascii="Arial" w:hAnsi="Arial" w:cs="Arial"/>
                <w:sz w:val="20"/>
                <w:szCs w:val="20"/>
              </w:rPr>
            </w:pPr>
            <w:r>
              <w:rPr>
                <w:rFonts w:ascii="Arial" w:hAnsi="Arial" w:cs="Arial"/>
                <w:sz w:val="20"/>
                <w:szCs w:val="20"/>
              </w:rPr>
              <w:t>7,00</w:t>
            </w:r>
          </w:p>
        </w:tc>
        <w:tc>
          <w:tcPr>
            <w:tcW w:w="0" w:type="auto"/>
          </w:tcPr>
          <w:p w14:paraId="7F51CCA1" w14:textId="77777777" w:rsidR="006D5036" w:rsidRDefault="006D5036" w:rsidP="0030220C">
            <w:pPr>
              <w:rPr>
                <w:rFonts w:ascii="Arial" w:hAnsi="Arial" w:cs="Arial"/>
                <w:sz w:val="20"/>
                <w:szCs w:val="20"/>
              </w:rPr>
            </w:pPr>
          </w:p>
          <w:p w14:paraId="00242A30" w14:textId="77777777" w:rsidR="006D5036" w:rsidRPr="00575350" w:rsidRDefault="006D5036" w:rsidP="0030220C">
            <w:pPr>
              <w:rPr>
                <w:rFonts w:ascii="Arial" w:hAnsi="Arial" w:cs="Arial"/>
                <w:sz w:val="20"/>
                <w:szCs w:val="20"/>
              </w:rPr>
            </w:pPr>
            <w:r>
              <w:rPr>
                <w:rFonts w:ascii="Arial" w:hAnsi="Arial" w:cs="Arial"/>
                <w:sz w:val="20"/>
                <w:szCs w:val="20"/>
              </w:rPr>
              <w:t>665,00</w:t>
            </w:r>
          </w:p>
        </w:tc>
      </w:tr>
      <w:tr w:rsidR="006D5036" w:rsidRPr="00575350" w14:paraId="35332909" w14:textId="77777777" w:rsidTr="0030220C">
        <w:trPr>
          <w:trHeight w:val="227"/>
          <w:jc w:val="center"/>
        </w:trPr>
        <w:tc>
          <w:tcPr>
            <w:tcW w:w="0" w:type="auto"/>
          </w:tcPr>
          <w:p w14:paraId="0A35B5DC" w14:textId="77777777" w:rsidR="006D5036" w:rsidRPr="00575350" w:rsidRDefault="006D5036" w:rsidP="0030220C">
            <w:pPr>
              <w:rPr>
                <w:rFonts w:ascii="Arial" w:hAnsi="Arial" w:cs="Arial"/>
                <w:sz w:val="20"/>
                <w:szCs w:val="20"/>
              </w:rPr>
            </w:pPr>
            <w:r w:rsidRPr="00575350">
              <w:rPr>
                <w:rFonts w:ascii="Arial" w:hAnsi="Arial" w:cs="Arial"/>
                <w:sz w:val="20"/>
                <w:szCs w:val="20"/>
              </w:rPr>
              <w:t>92</w:t>
            </w:r>
          </w:p>
        </w:tc>
        <w:tc>
          <w:tcPr>
            <w:tcW w:w="0" w:type="auto"/>
          </w:tcPr>
          <w:p w14:paraId="498E5F59" w14:textId="77777777" w:rsidR="006D5036" w:rsidRPr="00575350" w:rsidRDefault="006D5036" w:rsidP="0030220C">
            <w:pPr>
              <w:rPr>
                <w:rFonts w:ascii="Arial" w:hAnsi="Arial" w:cs="Arial"/>
                <w:sz w:val="20"/>
                <w:szCs w:val="20"/>
              </w:rPr>
            </w:pPr>
            <w:r w:rsidRPr="00575350">
              <w:rPr>
                <w:rFonts w:ascii="Arial" w:hAnsi="Arial" w:cs="Arial"/>
                <w:sz w:val="20"/>
                <w:szCs w:val="20"/>
              </w:rPr>
              <w:t>436337</w:t>
            </w:r>
          </w:p>
        </w:tc>
        <w:tc>
          <w:tcPr>
            <w:tcW w:w="0" w:type="auto"/>
          </w:tcPr>
          <w:p w14:paraId="75ECA33F" w14:textId="77777777" w:rsidR="006D5036" w:rsidRPr="00575350" w:rsidRDefault="006D5036" w:rsidP="0030220C">
            <w:pPr>
              <w:rPr>
                <w:rFonts w:ascii="Arial" w:hAnsi="Arial" w:cs="Arial"/>
                <w:sz w:val="20"/>
                <w:szCs w:val="20"/>
              </w:rPr>
            </w:pPr>
            <w:r w:rsidRPr="00575350">
              <w:rPr>
                <w:rFonts w:ascii="Arial" w:hAnsi="Arial" w:cs="Arial"/>
                <w:sz w:val="20"/>
                <w:szCs w:val="20"/>
              </w:rPr>
              <w:t>LEITE EM PÓ INFANTIL 0 A 6 MESES - EMBALAGEM DE APROXIMADAMENTE 800 G, SIMILAR A NESTLÉ, DANONE E ENFAMIL.</w:t>
            </w:r>
          </w:p>
        </w:tc>
        <w:tc>
          <w:tcPr>
            <w:tcW w:w="0" w:type="auto"/>
          </w:tcPr>
          <w:p w14:paraId="123F9C2E" w14:textId="77777777" w:rsidR="006D5036" w:rsidRDefault="006D5036" w:rsidP="0030220C">
            <w:pPr>
              <w:rPr>
                <w:rFonts w:ascii="Arial" w:hAnsi="Arial" w:cs="Arial"/>
                <w:sz w:val="20"/>
                <w:szCs w:val="20"/>
              </w:rPr>
            </w:pPr>
          </w:p>
          <w:p w14:paraId="2D574097" w14:textId="77777777" w:rsidR="006D5036" w:rsidRPr="00575350" w:rsidRDefault="006D5036" w:rsidP="0030220C">
            <w:pPr>
              <w:rPr>
                <w:rFonts w:ascii="Arial" w:hAnsi="Arial" w:cs="Arial"/>
                <w:sz w:val="20"/>
                <w:szCs w:val="20"/>
              </w:rPr>
            </w:pPr>
            <w:r w:rsidRPr="00575350">
              <w:rPr>
                <w:rFonts w:ascii="Arial" w:hAnsi="Arial" w:cs="Arial"/>
                <w:sz w:val="20"/>
                <w:szCs w:val="20"/>
              </w:rPr>
              <w:t>LATA</w:t>
            </w:r>
          </w:p>
        </w:tc>
        <w:tc>
          <w:tcPr>
            <w:tcW w:w="0" w:type="auto"/>
          </w:tcPr>
          <w:p w14:paraId="0755BD52" w14:textId="77777777" w:rsidR="006D5036" w:rsidRDefault="006D5036" w:rsidP="0030220C">
            <w:pPr>
              <w:rPr>
                <w:rFonts w:ascii="Arial" w:hAnsi="Arial" w:cs="Arial"/>
                <w:sz w:val="20"/>
                <w:szCs w:val="20"/>
              </w:rPr>
            </w:pPr>
          </w:p>
          <w:p w14:paraId="7F4CABCE" w14:textId="77777777" w:rsidR="006D5036" w:rsidRPr="00575350" w:rsidRDefault="006D5036" w:rsidP="0030220C">
            <w:pPr>
              <w:rPr>
                <w:rFonts w:ascii="Arial" w:hAnsi="Arial" w:cs="Arial"/>
                <w:sz w:val="20"/>
                <w:szCs w:val="20"/>
              </w:rPr>
            </w:pPr>
            <w:r w:rsidRPr="00575350">
              <w:rPr>
                <w:rFonts w:ascii="Arial" w:hAnsi="Arial" w:cs="Arial"/>
                <w:sz w:val="20"/>
                <w:szCs w:val="20"/>
              </w:rPr>
              <w:t>30</w:t>
            </w:r>
          </w:p>
        </w:tc>
        <w:tc>
          <w:tcPr>
            <w:tcW w:w="0" w:type="auto"/>
          </w:tcPr>
          <w:p w14:paraId="3B6806CE" w14:textId="77777777" w:rsidR="006D5036" w:rsidRDefault="006D5036" w:rsidP="0030220C">
            <w:pPr>
              <w:rPr>
                <w:rFonts w:ascii="Arial" w:hAnsi="Arial" w:cs="Arial"/>
                <w:sz w:val="20"/>
                <w:szCs w:val="20"/>
              </w:rPr>
            </w:pPr>
          </w:p>
          <w:p w14:paraId="20D9E82D" w14:textId="77777777" w:rsidR="006D5036" w:rsidRPr="00575350" w:rsidRDefault="006D5036" w:rsidP="0030220C">
            <w:pPr>
              <w:rPr>
                <w:rFonts w:ascii="Arial" w:hAnsi="Arial" w:cs="Arial"/>
                <w:sz w:val="20"/>
                <w:szCs w:val="20"/>
              </w:rPr>
            </w:pPr>
            <w:r>
              <w:rPr>
                <w:rFonts w:ascii="Arial" w:hAnsi="Arial" w:cs="Arial"/>
                <w:sz w:val="20"/>
                <w:szCs w:val="20"/>
              </w:rPr>
              <w:t>60,69</w:t>
            </w:r>
          </w:p>
        </w:tc>
        <w:tc>
          <w:tcPr>
            <w:tcW w:w="0" w:type="auto"/>
          </w:tcPr>
          <w:p w14:paraId="62ACC9EE" w14:textId="77777777" w:rsidR="006D5036" w:rsidRDefault="006D5036" w:rsidP="0030220C">
            <w:pPr>
              <w:rPr>
                <w:rFonts w:ascii="Arial" w:hAnsi="Arial" w:cs="Arial"/>
                <w:sz w:val="20"/>
                <w:szCs w:val="20"/>
              </w:rPr>
            </w:pPr>
          </w:p>
          <w:p w14:paraId="19CBA986" w14:textId="77777777" w:rsidR="006D5036" w:rsidRPr="00575350" w:rsidRDefault="006D5036" w:rsidP="0030220C">
            <w:pPr>
              <w:rPr>
                <w:rFonts w:ascii="Arial" w:hAnsi="Arial" w:cs="Arial"/>
                <w:sz w:val="20"/>
                <w:szCs w:val="20"/>
              </w:rPr>
            </w:pPr>
            <w:r>
              <w:rPr>
                <w:rFonts w:ascii="Arial" w:hAnsi="Arial" w:cs="Arial"/>
                <w:sz w:val="20"/>
                <w:szCs w:val="20"/>
              </w:rPr>
              <w:t>1.820,70</w:t>
            </w:r>
          </w:p>
        </w:tc>
      </w:tr>
      <w:tr w:rsidR="006D5036" w:rsidRPr="00575350" w14:paraId="68EA2036" w14:textId="77777777" w:rsidTr="0030220C">
        <w:trPr>
          <w:trHeight w:val="227"/>
          <w:jc w:val="center"/>
        </w:trPr>
        <w:tc>
          <w:tcPr>
            <w:tcW w:w="0" w:type="auto"/>
          </w:tcPr>
          <w:p w14:paraId="06BA1052" w14:textId="77777777" w:rsidR="006D5036" w:rsidRPr="00575350" w:rsidRDefault="006D5036" w:rsidP="0030220C">
            <w:pPr>
              <w:rPr>
                <w:rFonts w:ascii="Arial" w:hAnsi="Arial" w:cs="Arial"/>
                <w:sz w:val="20"/>
                <w:szCs w:val="20"/>
              </w:rPr>
            </w:pPr>
            <w:r w:rsidRPr="00575350">
              <w:rPr>
                <w:rFonts w:ascii="Arial" w:hAnsi="Arial" w:cs="Arial"/>
                <w:sz w:val="20"/>
                <w:szCs w:val="20"/>
              </w:rPr>
              <w:t>93</w:t>
            </w:r>
          </w:p>
        </w:tc>
        <w:tc>
          <w:tcPr>
            <w:tcW w:w="0" w:type="auto"/>
          </w:tcPr>
          <w:p w14:paraId="2B10C94C" w14:textId="77777777" w:rsidR="006D5036" w:rsidRPr="00575350" w:rsidRDefault="006D5036" w:rsidP="0030220C">
            <w:pPr>
              <w:rPr>
                <w:rFonts w:ascii="Arial" w:hAnsi="Arial" w:cs="Arial"/>
                <w:sz w:val="20"/>
                <w:szCs w:val="20"/>
              </w:rPr>
            </w:pPr>
            <w:r w:rsidRPr="00575350">
              <w:rPr>
                <w:rFonts w:ascii="Arial" w:hAnsi="Arial" w:cs="Arial"/>
                <w:sz w:val="20"/>
                <w:szCs w:val="20"/>
              </w:rPr>
              <w:t>446019</w:t>
            </w:r>
          </w:p>
        </w:tc>
        <w:tc>
          <w:tcPr>
            <w:tcW w:w="0" w:type="auto"/>
          </w:tcPr>
          <w:p w14:paraId="3E07223B"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LEITE EM PÓ INTEGRAL - EMBALAGEM APROXIMADAMENTE 400 G, COM O PRAZO DE VALIDADE MÍNIMO DE 12 MESES, </w:t>
            </w:r>
            <w:r w:rsidRPr="00575350">
              <w:rPr>
                <w:rFonts w:ascii="Arial" w:hAnsi="Arial" w:cs="Arial"/>
                <w:sz w:val="20"/>
                <w:szCs w:val="20"/>
              </w:rPr>
              <w:lastRenderedPageBreak/>
              <w:t xml:space="preserve">CARACTERÍSTICAS ADICIONAIS: FERRO, ZINCO E VITAMINAS. SIMILAR A ITAMBÉ, NESTLÉ E ITALAC. </w:t>
            </w:r>
          </w:p>
        </w:tc>
        <w:tc>
          <w:tcPr>
            <w:tcW w:w="0" w:type="auto"/>
          </w:tcPr>
          <w:p w14:paraId="32B8FF0F" w14:textId="77777777" w:rsidR="006D5036" w:rsidRDefault="006D5036" w:rsidP="0030220C">
            <w:pPr>
              <w:rPr>
                <w:rFonts w:ascii="Arial" w:hAnsi="Arial" w:cs="Arial"/>
                <w:sz w:val="20"/>
                <w:szCs w:val="20"/>
              </w:rPr>
            </w:pPr>
          </w:p>
          <w:p w14:paraId="7E1DC32E" w14:textId="77777777" w:rsidR="006D5036" w:rsidRPr="00575350" w:rsidRDefault="006D5036" w:rsidP="0030220C">
            <w:pPr>
              <w:rPr>
                <w:rFonts w:ascii="Arial" w:hAnsi="Arial" w:cs="Arial"/>
                <w:sz w:val="20"/>
                <w:szCs w:val="20"/>
              </w:rPr>
            </w:pPr>
            <w:r w:rsidRPr="00575350">
              <w:rPr>
                <w:rFonts w:ascii="Arial" w:hAnsi="Arial" w:cs="Arial"/>
                <w:sz w:val="20"/>
                <w:szCs w:val="20"/>
              </w:rPr>
              <w:t>LATA</w:t>
            </w:r>
          </w:p>
        </w:tc>
        <w:tc>
          <w:tcPr>
            <w:tcW w:w="0" w:type="auto"/>
          </w:tcPr>
          <w:p w14:paraId="56D5A8A8" w14:textId="77777777" w:rsidR="006D5036" w:rsidRDefault="006D5036" w:rsidP="0030220C">
            <w:pPr>
              <w:rPr>
                <w:rFonts w:ascii="Arial" w:hAnsi="Arial" w:cs="Arial"/>
                <w:sz w:val="20"/>
                <w:szCs w:val="20"/>
              </w:rPr>
            </w:pPr>
          </w:p>
          <w:p w14:paraId="5DB41311" w14:textId="77777777" w:rsidR="006D5036" w:rsidRPr="00575350" w:rsidRDefault="006D5036" w:rsidP="0030220C">
            <w:pPr>
              <w:rPr>
                <w:rFonts w:ascii="Arial" w:hAnsi="Arial" w:cs="Arial"/>
                <w:sz w:val="20"/>
                <w:szCs w:val="20"/>
              </w:rPr>
            </w:pPr>
            <w:r>
              <w:rPr>
                <w:rFonts w:ascii="Arial" w:hAnsi="Arial" w:cs="Arial"/>
                <w:sz w:val="20"/>
                <w:szCs w:val="20"/>
              </w:rPr>
              <w:t>82</w:t>
            </w:r>
          </w:p>
        </w:tc>
        <w:tc>
          <w:tcPr>
            <w:tcW w:w="0" w:type="auto"/>
          </w:tcPr>
          <w:p w14:paraId="604C4B71" w14:textId="77777777" w:rsidR="006D5036" w:rsidRDefault="006D5036" w:rsidP="0030220C">
            <w:pPr>
              <w:rPr>
                <w:rFonts w:ascii="Arial" w:hAnsi="Arial" w:cs="Arial"/>
                <w:sz w:val="20"/>
                <w:szCs w:val="20"/>
              </w:rPr>
            </w:pPr>
          </w:p>
          <w:p w14:paraId="69F706D7" w14:textId="77777777" w:rsidR="006D5036" w:rsidRPr="00575350" w:rsidRDefault="006D5036" w:rsidP="0030220C">
            <w:pPr>
              <w:rPr>
                <w:rFonts w:ascii="Arial" w:hAnsi="Arial" w:cs="Arial"/>
                <w:sz w:val="20"/>
                <w:szCs w:val="20"/>
              </w:rPr>
            </w:pPr>
            <w:r>
              <w:rPr>
                <w:rFonts w:ascii="Arial" w:hAnsi="Arial" w:cs="Arial"/>
                <w:sz w:val="20"/>
                <w:szCs w:val="20"/>
              </w:rPr>
              <w:t>39,99</w:t>
            </w:r>
          </w:p>
        </w:tc>
        <w:tc>
          <w:tcPr>
            <w:tcW w:w="0" w:type="auto"/>
          </w:tcPr>
          <w:p w14:paraId="44CE4950" w14:textId="77777777" w:rsidR="006D5036" w:rsidRDefault="006D5036" w:rsidP="0030220C">
            <w:pPr>
              <w:rPr>
                <w:rFonts w:ascii="Arial" w:hAnsi="Arial" w:cs="Arial"/>
                <w:sz w:val="20"/>
                <w:szCs w:val="20"/>
              </w:rPr>
            </w:pPr>
          </w:p>
          <w:p w14:paraId="38DF486C" w14:textId="77777777" w:rsidR="006D5036" w:rsidRPr="00575350" w:rsidRDefault="006D5036" w:rsidP="0030220C">
            <w:pPr>
              <w:rPr>
                <w:rFonts w:ascii="Arial" w:hAnsi="Arial" w:cs="Arial"/>
                <w:sz w:val="20"/>
                <w:szCs w:val="20"/>
              </w:rPr>
            </w:pPr>
            <w:r>
              <w:rPr>
                <w:rFonts w:ascii="Arial" w:hAnsi="Arial" w:cs="Arial"/>
                <w:sz w:val="20"/>
                <w:szCs w:val="20"/>
              </w:rPr>
              <w:t>3.279,18</w:t>
            </w:r>
          </w:p>
        </w:tc>
      </w:tr>
      <w:tr w:rsidR="006D5036" w:rsidRPr="00575350" w14:paraId="4E576D44" w14:textId="77777777" w:rsidTr="0030220C">
        <w:trPr>
          <w:trHeight w:val="227"/>
          <w:jc w:val="center"/>
        </w:trPr>
        <w:tc>
          <w:tcPr>
            <w:tcW w:w="0" w:type="auto"/>
          </w:tcPr>
          <w:p w14:paraId="78E2B4AB" w14:textId="77777777" w:rsidR="006D5036" w:rsidRPr="00575350" w:rsidRDefault="006D5036" w:rsidP="0030220C">
            <w:pPr>
              <w:rPr>
                <w:rFonts w:ascii="Arial" w:hAnsi="Arial" w:cs="Arial"/>
                <w:sz w:val="20"/>
                <w:szCs w:val="20"/>
              </w:rPr>
            </w:pPr>
            <w:r w:rsidRPr="00575350">
              <w:rPr>
                <w:rFonts w:ascii="Arial" w:hAnsi="Arial" w:cs="Arial"/>
                <w:sz w:val="20"/>
                <w:szCs w:val="20"/>
              </w:rPr>
              <w:t>94</w:t>
            </w:r>
          </w:p>
        </w:tc>
        <w:tc>
          <w:tcPr>
            <w:tcW w:w="0" w:type="auto"/>
          </w:tcPr>
          <w:p w14:paraId="2C3A0A65" w14:textId="77777777" w:rsidR="006D5036" w:rsidRPr="00575350" w:rsidRDefault="006D5036" w:rsidP="0030220C">
            <w:pPr>
              <w:rPr>
                <w:rFonts w:ascii="Arial" w:hAnsi="Arial" w:cs="Arial"/>
                <w:sz w:val="20"/>
                <w:szCs w:val="20"/>
              </w:rPr>
            </w:pPr>
            <w:r w:rsidRPr="00575350">
              <w:rPr>
                <w:rFonts w:ascii="Arial" w:hAnsi="Arial" w:cs="Arial"/>
                <w:sz w:val="20"/>
                <w:szCs w:val="20"/>
              </w:rPr>
              <w:t>436761</w:t>
            </w:r>
          </w:p>
        </w:tc>
        <w:tc>
          <w:tcPr>
            <w:tcW w:w="0" w:type="auto"/>
          </w:tcPr>
          <w:p w14:paraId="49AD8B59" w14:textId="77777777" w:rsidR="006D5036" w:rsidRPr="00575350" w:rsidRDefault="006D5036" w:rsidP="0030220C">
            <w:pPr>
              <w:rPr>
                <w:rFonts w:ascii="Arial" w:hAnsi="Arial" w:cs="Arial"/>
                <w:sz w:val="20"/>
                <w:szCs w:val="20"/>
              </w:rPr>
            </w:pPr>
            <w:r w:rsidRPr="00575350">
              <w:rPr>
                <w:rFonts w:ascii="Arial" w:hAnsi="Arial" w:cs="Arial"/>
                <w:sz w:val="20"/>
                <w:szCs w:val="20"/>
              </w:rPr>
              <w:t>LEITE EM PÓ FÓRMULA INFANTIL 6 A 12 MESES, SIMILAR A NESTLÉ, ENFAMIL E DANONE. EMBALAGEM COM APROXIMADAMENTE 800G.</w:t>
            </w:r>
          </w:p>
        </w:tc>
        <w:tc>
          <w:tcPr>
            <w:tcW w:w="0" w:type="auto"/>
          </w:tcPr>
          <w:p w14:paraId="21C7BA30" w14:textId="77777777" w:rsidR="006D5036" w:rsidRDefault="006D5036" w:rsidP="0030220C">
            <w:pPr>
              <w:rPr>
                <w:rFonts w:ascii="Arial" w:hAnsi="Arial" w:cs="Arial"/>
                <w:sz w:val="20"/>
                <w:szCs w:val="20"/>
              </w:rPr>
            </w:pPr>
          </w:p>
          <w:p w14:paraId="063E89A6" w14:textId="77777777" w:rsidR="006D5036" w:rsidRPr="00575350" w:rsidRDefault="006D5036" w:rsidP="0030220C">
            <w:pPr>
              <w:rPr>
                <w:rFonts w:ascii="Arial" w:hAnsi="Arial" w:cs="Arial"/>
                <w:sz w:val="20"/>
                <w:szCs w:val="20"/>
              </w:rPr>
            </w:pPr>
            <w:r w:rsidRPr="00575350">
              <w:rPr>
                <w:rFonts w:ascii="Arial" w:hAnsi="Arial" w:cs="Arial"/>
                <w:sz w:val="20"/>
                <w:szCs w:val="20"/>
              </w:rPr>
              <w:t>LATA</w:t>
            </w:r>
          </w:p>
        </w:tc>
        <w:tc>
          <w:tcPr>
            <w:tcW w:w="0" w:type="auto"/>
          </w:tcPr>
          <w:p w14:paraId="2833605A" w14:textId="77777777" w:rsidR="006D5036" w:rsidRDefault="006D5036" w:rsidP="0030220C">
            <w:pPr>
              <w:rPr>
                <w:rFonts w:ascii="Arial" w:hAnsi="Arial" w:cs="Arial"/>
                <w:sz w:val="20"/>
                <w:szCs w:val="20"/>
              </w:rPr>
            </w:pPr>
          </w:p>
          <w:p w14:paraId="56041544" w14:textId="77777777" w:rsidR="006D5036" w:rsidRPr="00575350" w:rsidRDefault="006D5036" w:rsidP="0030220C">
            <w:pPr>
              <w:rPr>
                <w:rFonts w:ascii="Arial" w:hAnsi="Arial" w:cs="Arial"/>
                <w:sz w:val="20"/>
                <w:szCs w:val="20"/>
              </w:rPr>
            </w:pPr>
            <w:r w:rsidRPr="00575350">
              <w:rPr>
                <w:rFonts w:ascii="Arial" w:hAnsi="Arial" w:cs="Arial"/>
                <w:sz w:val="20"/>
                <w:szCs w:val="20"/>
              </w:rPr>
              <w:t>30</w:t>
            </w:r>
          </w:p>
        </w:tc>
        <w:tc>
          <w:tcPr>
            <w:tcW w:w="0" w:type="auto"/>
          </w:tcPr>
          <w:p w14:paraId="75B0B0DC" w14:textId="77777777" w:rsidR="006D5036" w:rsidRDefault="006D5036" w:rsidP="0030220C">
            <w:pPr>
              <w:rPr>
                <w:rFonts w:ascii="Arial" w:hAnsi="Arial" w:cs="Arial"/>
                <w:sz w:val="20"/>
                <w:szCs w:val="20"/>
              </w:rPr>
            </w:pPr>
          </w:p>
          <w:p w14:paraId="167DDBFD" w14:textId="77777777" w:rsidR="006D5036" w:rsidRPr="00575350" w:rsidRDefault="006D5036" w:rsidP="0030220C">
            <w:pPr>
              <w:rPr>
                <w:rFonts w:ascii="Arial" w:hAnsi="Arial" w:cs="Arial"/>
                <w:sz w:val="20"/>
                <w:szCs w:val="20"/>
              </w:rPr>
            </w:pPr>
            <w:r>
              <w:rPr>
                <w:rFonts w:ascii="Arial" w:hAnsi="Arial" w:cs="Arial"/>
                <w:sz w:val="20"/>
                <w:szCs w:val="20"/>
              </w:rPr>
              <w:t>70,84</w:t>
            </w:r>
          </w:p>
        </w:tc>
        <w:tc>
          <w:tcPr>
            <w:tcW w:w="0" w:type="auto"/>
          </w:tcPr>
          <w:p w14:paraId="756D3A52" w14:textId="77777777" w:rsidR="006D5036" w:rsidRDefault="006D5036" w:rsidP="0030220C">
            <w:pPr>
              <w:rPr>
                <w:rFonts w:ascii="Arial" w:hAnsi="Arial" w:cs="Arial"/>
                <w:sz w:val="20"/>
                <w:szCs w:val="20"/>
              </w:rPr>
            </w:pPr>
          </w:p>
          <w:p w14:paraId="7A634B94" w14:textId="77777777" w:rsidR="006D5036" w:rsidRPr="00575350" w:rsidRDefault="006D5036" w:rsidP="0030220C">
            <w:pPr>
              <w:rPr>
                <w:rFonts w:ascii="Arial" w:hAnsi="Arial" w:cs="Arial"/>
                <w:sz w:val="20"/>
                <w:szCs w:val="20"/>
              </w:rPr>
            </w:pPr>
            <w:r>
              <w:rPr>
                <w:rFonts w:ascii="Arial" w:hAnsi="Arial" w:cs="Arial"/>
                <w:sz w:val="20"/>
                <w:szCs w:val="20"/>
              </w:rPr>
              <w:t>2.,125,20</w:t>
            </w:r>
          </w:p>
        </w:tc>
      </w:tr>
      <w:tr w:rsidR="006D5036" w:rsidRPr="00575350" w14:paraId="0BA3F334" w14:textId="77777777" w:rsidTr="0030220C">
        <w:trPr>
          <w:trHeight w:val="227"/>
          <w:jc w:val="center"/>
        </w:trPr>
        <w:tc>
          <w:tcPr>
            <w:tcW w:w="0" w:type="auto"/>
          </w:tcPr>
          <w:p w14:paraId="0B07B754" w14:textId="77777777" w:rsidR="006D5036" w:rsidRPr="00575350" w:rsidRDefault="006D5036" w:rsidP="0030220C">
            <w:pPr>
              <w:rPr>
                <w:rFonts w:ascii="Arial" w:hAnsi="Arial" w:cs="Arial"/>
                <w:sz w:val="20"/>
                <w:szCs w:val="20"/>
              </w:rPr>
            </w:pPr>
            <w:r w:rsidRPr="00575350">
              <w:rPr>
                <w:rFonts w:ascii="Arial" w:hAnsi="Arial" w:cs="Arial"/>
                <w:sz w:val="20"/>
                <w:szCs w:val="20"/>
              </w:rPr>
              <w:t>95</w:t>
            </w:r>
          </w:p>
        </w:tc>
        <w:tc>
          <w:tcPr>
            <w:tcW w:w="0" w:type="auto"/>
          </w:tcPr>
          <w:p w14:paraId="4210BB07" w14:textId="77777777" w:rsidR="006D5036" w:rsidRPr="00575350" w:rsidRDefault="006D5036" w:rsidP="0030220C">
            <w:pPr>
              <w:rPr>
                <w:rFonts w:ascii="Arial" w:hAnsi="Arial" w:cs="Arial"/>
                <w:sz w:val="20"/>
                <w:szCs w:val="20"/>
              </w:rPr>
            </w:pPr>
            <w:r w:rsidRPr="00575350">
              <w:rPr>
                <w:rFonts w:ascii="Arial" w:hAnsi="Arial" w:cs="Arial"/>
                <w:sz w:val="20"/>
                <w:szCs w:val="20"/>
              </w:rPr>
              <w:t>447375</w:t>
            </w:r>
          </w:p>
        </w:tc>
        <w:tc>
          <w:tcPr>
            <w:tcW w:w="0" w:type="auto"/>
          </w:tcPr>
          <w:p w14:paraId="16E3C726" w14:textId="77777777" w:rsidR="006D5036" w:rsidRPr="00575350" w:rsidRDefault="006D5036" w:rsidP="0030220C">
            <w:pPr>
              <w:rPr>
                <w:rFonts w:ascii="Arial" w:hAnsi="Arial" w:cs="Arial"/>
                <w:sz w:val="20"/>
                <w:szCs w:val="20"/>
              </w:rPr>
            </w:pPr>
            <w:r w:rsidRPr="00575350">
              <w:rPr>
                <w:rFonts w:ascii="Arial" w:hAnsi="Arial" w:cs="Arial"/>
                <w:sz w:val="20"/>
                <w:szCs w:val="20"/>
              </w:rPr>
              <w:t>LEITE EM PÓ, SEM LACTOSE - EMBALAGEM DE APROXIMADAMENTE 380 G, SIMILAR A NESTLÉ, DANONE E ITAMBÉ.</w:t>
            </w:r>
          </w:p>
        </w:tc>
        <w:tc>
          <w:tcPr>
            <w:tcW w:w="0" w:type="auto"/>
          </w:tcPr>
          <w:p w14:paraId="3B5BBAD9" w14:textId="77777777" w:rsidR="006D5036" w:rsidRDefault="006D5036" w:rsidP="0030220C">
            <w:pPr>
              <w:rPr>
                <w:rFonts w:ascii="Arial" w:hAnsi="Arial" w:cs="Arial"/>
                <w:sz w:val="20"/>
                <w:szCs w:val="20"/>
              </w:rPr>
            </w:pPr>
          </w:p>
          <w:p w14:paraId="491BD998" w14:textId="77777777" w:rsidR="006D5036" w:rsidRPr="00575350" w:rsidRDefault="006D5036" w:rsidP="0030220C">
            <w:pPr>
              <w:rPr>
                <w:rFonts w:ascii="Arial" w:hAnsi="Arial" w:cs="Arial"/>
                <w:sz w:val="20"/>
                <w:szCs w:val="20"/>
              </w:rPr>
            </w:pPr>
            <w:r w:rsidRPr="00575350">
              <w:rPr>
                <w:rFonts w:ascii="Arial" w:hAnsi="Arial" w:cs="Arial"/>
                <w:sz w:val="20"/>
                <w:szCs w:val="20"/>
              </w:rPr>
              <w:t>LATA</w:t>
            </w:r>
          </w:p>
        </w:tc>
        <w:tc>
          <w:tcPr>
            <w:tcW w:w="0" w:type="auto"/>
          </w:tcPr>
          <w:p w14:paraId="4C776FFD" w14:textId="77777777" w:rsidR="006D5036" w:rsidRDefault="006D5036" w:rsidP="0030220C">
            <w:pPr>
              <w:rPr>
                <w:rFonts w:ascii="Arial" w:hAnsi="Arial" w:cs="Arial"/>
                <w:sz w:val="20"/>
                <w:szCs w:val="20"/>
              </w:rPr>
            </w:pPr>
          </w:p>
          <w:p w14:paraId="1D101999" w14:textId="77777777" w:rsidR="006D5036" w:rsidRPr="00575350" w:rsidRDefault="006D5036" w:rsidP="0030220C">
            <w:pPr>
              <w:rPr>
                <w:rFonts w:ascii="Arial" w:hAnsi="Arial" w:cs="Arial"/>
                <w:sz w:val="20"/>
                <w:szCs w:val="20"/>
              </w:rPr>
            </w:pPr>
            <w:r w:rsidRPr="00575350">
              <w:rPr>
                <w:rFonts w:ascii="Arial" w:hAnsi="Arial" w:cs="Arial"/>
                <w:sz w:val="20"/>
                <w:szCs w:val="20"/>
              </w:rPr>
              <w:t>20</w:t>
            </w:r>
          </w:p>
        </w:tc>
        <w:tc>
          <w:tcPr>
            <w:tcW w:w="0" w:type="auto"/>
          </w:tcPr>
          <w:p w14:paraId="0DB2D083" w14:textId="77777777" w:rsidR="006D5036" w:rsidRDefault="006D5036" w:rsidP="0030220C">
            <w:pPr>
              <w:rPr>
                <w:rFonts w:ascii="Arial" w:hAnsi="Arial" w:cs="Arial"/>
                <w:sz w:val="20"/>
                <w:szCs w:val="20"/>
              </w:rPr>
            </w:pPr>
          </w:p>
          <w:p w14:paraId="1FF5E179" w14:textId="77777777" w:rsidR="006D5036" w:rsidRPr="00575350" w:rsidRDefault="006D5036" w:rsidP="0030220C">
            <w:pPr>
              <w:rPr>
                <w:rFonts w:ascii="Arial" w:hAnsi="Arial" w:cs="Arial"/>
                <w:sz w:val="20"/>
                <w:szCs w:val="20"/>
              </w:rPr>
            </w:pPr>
            <w:r>
              <w:rPr>
                <w:rFonts w:ascii="Arial" w:hAnsi="Arial" w:cs="Arial"/>
                <w:sz w:val="20"/>
                <w:szCs w:val="20"/>
              </w:rPr>
              <w:t>32,89</w:t>
            </w:r>
          </w:p>
        </w:tc>
        <w:tc>
          <w:tcPr>
            <w:tcW w:w="0" w:type="auto"/>
          </w:tcPr>
          <w:p w14:paraId="36D7950E" w14:textId="77777777" w:rsidR="006D5036" w:rsidRDefault="006D5036" w:rsidP="0030220C">
            <w:pPr>
              <w:rPr>
                <w:rFonts w:ascii="Arial" w:hAnsi="Arial" w:cs="Arial"/>
                <w:sz w:val="20"/>
                <w:szCs w:val="20"/>
              </w:rPr>
            </w:pPr>
          </w:p>
          <w:p w14:paraId="077E1979" w14:textId="77777777" w:rsidR="006D5036" w:rsidRPr="00575350" w:rsidRDefault="006D5036" w:rsidP="0030220C">
            <w:pPr>
              <w:rPr>
                <w:rFonts w:ascii="Arial" w:hAnsi="Arial" w:cs="Arial"/>
                <w:sz w:val="20"/>
                <w:szCs w:val="20"/>
              </w:rPr>
            </w:pPr>
            <w:r>
              <w:rPr>
                <w:rFonts w:ascii="Arial" w:hAnsi="Arial" w:cs="Arial"/>
                <w:sz w:val="20"/>
                <w:szCs w:val="20"/>
              </w:rPr>
              <w:t>657,80</w:t>
            </w:r>
          </w:p>
        </w:tc>
      </w:tr>
      <w:tr w:rsidR="006D5036" w:rsidRPr="00575350" w14:paraId="085D42B1" w14:textId="77777777" w:rsidTr="0030220C">
        <w:trPr>
          <w:trHeight w:val="227"/>
          <w:jc w:val="center"/>
        </w:trPr>
        <w:tc>
          <w:tcPr>
            <w:tcW w:w="0" w:type="auto"/>
          </w:tcPr>
          <w:p w14:paraId="2BB5C6DE" w14:textId="77777777" w:rsidR="006D5036" w:rsidRPr="00575350" w:rsidRDefault="006D5036" w:rsidP="0030220C">
            <w:pPr>
              <w:rPr>
                <w:rFonts w:ascii="Arial" w:hAnsi="Arial" w:cs="Arial"/>
                <w:sz w:val="20"/>
                <w:szCs w:val="20"/>
              </w:rPr>
            </w:pPr>
            <w:r w:rsidRPr="00575350">
              <w:rPr>
                <w:rFonts w:ascii="Arial" w:hAnsi="Arial" w:cs="Arial"/>
                <w:sz w:val="20"/>
                <w:szCs w:val="20"/>
              </w:rPr>
              <w:t>96</w:t>
            </w:r>
          </w:p>
        </w:tc>
        <w:tc>
          <w:tcPr>
            <w:tcW w:w="0" w:type="auto"/>
          </w:tcPr>
          <w:p w14:paraId="779AF63B" w14:textId="77777777" w:rsidR="006D5036" w:rsidRPr="00575350" w:rsidRDefault="006D5036" w:rsidP="0030220C">
            <w:pPr>
              <w:rPr>
                <w:rFonts w:ascii="Arial" w:hAnsi="Arial" w:cs="Arial"/>
                <w:sz w:val="20"/>
                <w:szCs w:val="20"/>
              </w:rPr>
            </w:pPr>
            <w:r w:rsidRPr="00575350">
              <w:rPr>
                <w:rFonts w:ascii="Arial" w:hAnsi="Arial" w:cs="Arial"/>
                <w:sz w:val="20"/>
                <w:szCs w:val="20"/>
              </w:rPr>
              <w:t>464398</w:t>
            </w:r>
          </w:p>
        </w:tc>
        <w:tc>
          <w:tcPr>
            <w:tcW w:w="0" w:type="auto"/>
          </w:tcPr>
          <w:p w14:paraId="0EE52F7F"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LIMÃO TIPO: TAITI, IN NATURA - KG. DEVE POSSUIR CASCA LISA, COM BRILHO, LIVRE DE INSETOS, PARASITAS E LARVAS. </w:t>
            </w:r>
          </w:p>
        </w:tc>
        <w:tc>
          <w:tcPr>
            <w:tcW w:w="0" w:type="auto"/>
          </w:tcPr>
          <w:p w14:paraId="095BCA92" w14:textId="77777777" w:rsidR="006D5036" w:rsidRDefault="006D5036" w:rsidP="0030220C">
            <w:pPr>
              <w:rPr>
                <w:rFonts w:ascii="Arial" w:hAnsi="Arial" w:cs="Arial"/>
                <w:sz w:val="20"/>
                <w:szCs w:val="20"/>
              </w:rPr>
            </w:pPr>
          </w:p>
          <w:p w14:paraId="2176F5B1" w14:textId="77777777" w:rsidR="006D5036" w:rsidRPr="00575350" w:rsidRDefault="006D5036" w:rsidP="0030220C">
            <w:pPr>
              <w:rPr>
                <w:rFonts w:ascii="Arial" w:hAnsi="Arial" w:cs="Arial"/>
                <w:sz w:val="20"/>
                <w:szCs w:val="20"/>
              </w:rPr>
            </w:pPr>
            <w:r w:rsidRPr="00575350">
              <w:rPr>
                <w:rFonts w:ascii="Arial" w:hAnsi="Arial" w:cs="Arial"/>
                <w:sz w:val="20"/>
                <w:szCs w:val="20"/>
              </w:rPr>
              <w:t>KG</w:t>
            </w:r>
          </w:p>
        </w:tc>
        <w:tc>
          <w:tcPr>
            <w:tcW w:w="0" w:type="auto"/>
          </w:tcPr>
          <w:p w14:paraId="6BBC590C" w14:textId="77777777" w:rsidR="006D5036" w:rsidRDefault="006D5036" w:rsidP="0030220C">
            <w:pPr>
              <w:rPr>
                <w:rFonts w:ascii="Arial" w:hAnsi="Arial" w:cs="Arial"/>
                <w:sz w:val="20"/>
                <w:szCs w:val="20"/>
              </w:rPr>
            </w:pPr>
          </w:p>
          <w:p w14:paraId="33B101B8" w14:textId="77777777" w:rsidR="006D5036" w:rsidRPr="00575350" w:rsidRDefault="006D5036" w:rsidP="0030220C">
            <w:pPr>
              <w:rPr>
                <w:rFonts w:ascii="Arial" w:hAnsi="Arial" w:cs="Arial"/>
                <w:sz w:val="20"/>
                <w:szCs w:val="20"/>
              </w:rPr>
            </w:pPr>
            <w:r w:rsidRPr="00575350">
              <w:rPr>
                <w:rFonts w:ascii="Arial" w:hAnsi="Arial" w:cs="Arial"/>
                <w:sz w:val="20"/>
                <w:szCs w:val="20"/>
              </w:rPr>
              <w:t>88</w:t>
            </w:r>
          </w:p>
        </w:tc>
        <w:tc>
          <w:tcPr>
            <w:tcW w:w="0" w:type="auto"/>
          </w:tcPr>
          <w:p w14:paraId="289BBA19" w14:textId="77777777" w:rsidR="006D5036" w:rsidRDefault="006D5036" w:rsidP="0030220C">
            <w:pPr>
              <w:rPr>
                <w:rFonts w:ascii="Arial" w:hAnsi="Arial" w:cs="Arial"/>
                <w:sz w:val="20"/>
                <w:szCs w:val="20"/>
              </w:rPr>
            </w:pPr>
          </w:p>
          <w:p w14:paraId="793F2B25" w14:textId="77777777" w:rsidR="006D5036" w:rsidRPr="00575350" w:rsidRDefault="006D5036" w:rsidP="0030220C">
            <w:pPr>
              <w:rPr>
                <w:rFonts w:ascii="Arial" w:hAnsi="Arial" w:cs="Arial"/>
                <w:sz w:val="20"/>
                <w:szCs w:val="20"/>
              </w:rPr>
            </w:pPr>
            <w:r>
              <w:rPr>
                <w:rFonts w:ascii="Arial" w:hAnsi="Arial" w:cs="Arial"/>
                <w:sz w:val="20"/>
                <w:szCs w:val="20"/>
              </w:rPr>
              <w:t>9,82</w:t>
            </w:r>
          </w:p>
        </w:tc>
        <w:tc>
          <w:tcPr>
            <w:tcW w:w="0" w:type="auto"/>
          </w:tcPr>
          <w:p w14:paraId="07671106" w14:textId="77777777" w:rsidR="006D5036" w:rsidRDefault="006D5036" w:rsidP="0030220C">
            <w:pPr>
              <w:rPr>
                <w:rFonts w:ascii="Arial" w:hAnsi="Arial" w:cs="Arial"/>
                <w:sz w:val="20"/>
                <w:szCs w:val="20"/>
              </w:rPr>
            </w:pPr>
          </w:p>
          <w:p w14:paraId="1804B9EC" w14:textId="77777777" w:rsidR="006D5036" w:rsidRPr="00575350" w:rsidRDefault="006D5036" w:rsidP="0030220C">
            <w:pPr>
              <w:rPr>
                <w:rFonts w:ascii="Arial" w:hAnsi="Arial" w:cs="Arial"/>
                <w:sz w:val="20"/>
                <w:szCs w:val="20"/>
              </w:rPr>
            </w:pPr>
            <w:r>
              <w:rPr>
                <w:rFonts w:ascii="Arial" w:hAnsi="Arial" w:cs="Arial"/>
                <w:sz w:val="20"/>
                <w:szCs w:val="20"/>
              </w:rPr>
              <w:t>864,16</w:t>
            </w:r>
          </w:p>
        </w:tc>
      </w:tr>
      <w:tr w:rsidR="006D5036" w:rsidRPr="00575350" w14:paraId="4869FAEC" w14:textId="77777777" w:rsidTr="0030220C">
        <w:trPr>
          <w:trHeight w:val="227"/>
          <w:jc w:val="center"/>
        </w:trPr>
        <w:tc>
          <w:tcPr>
            <w:tcW w:w="0" w:type="auto"/>
          </w:tcPr>
          <w:p w14:paraId="7CD43D5D" w14:textId="77777777" w:rsidR="006D5036" w:rsidRPr="00575350" w:rsidRDefault="006D5036" w:rsidP="0030220C">
            <w:pPr>
              <w:rPr>
                <w:rFonts w:ascii="Arial" w:hAnsi="Arial" w:cs="Arial"/>
                <w:sz w:val="20"/>
                <w:szCs w:val="20"/>
              </w:rPr>
            </w:pPr>
            <w:r w:rsidRPr="00575350">
              <w:rPr>
                <w:rFonts w:ascii="Arial" w:hAnsi="Arial" w:cs="Arial"/>
                <w:sz w:val="20"/>
                <w:szCs w:val="20"/>
              </w:rPr>
              <w:t>97</w:t>
            </w:r>
          </w:p>
        </w:tc>
        <w:tc>
          <w:tcPr>
            <w:tcW w:w="0" w:type="auto"/>
          </w:tcPr>
          <w:p w14:paraId="75431A68" w14:textId="77777777" w:rsidR="006D5036" w:rsidRPr="00575350" w:rsidRDefault="006D5036" w:rsidP="0030220C">
            <w:pPr>
              <w:rPr>
                <w:rFonts w:ascii="Arial" w:hAnsi="Arial" w:cs="Arial"/>
                <w:sz w:val="20"/>
                <w:szCs w:val="20"/>
              </w:rPr>
            </w:pPr>
            <w:r w:rsidRPr="00575350">
              <w:rPr>
                <w:rFonts w:ascii="Arial" w:hAnsi="Arial" w:cs="Arial"/>
                <w:sz w:val="20"/>
                <w:szCs w:val="20"/>
              </w:rPr>
              <w:t>463904</w:t>
            </w:r>
          </w:p>
        </w:tc>
        <w:tc>
          <w:tcPr>
            <w:tcW w:w="0" w:type="auto"/>
          </w:tcPr>
          <w:p w14:paraId="2A591147"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LOURO - FOLHAS DESIDRATADAS, EMBALAGEM DE APROXIMADAMENTE 10 G, SIMILAR A KITANO, DONANA E KODILAR. </w:t>
            </w:r>
          </w:p>
        </w:tc>
        <w:tc>
          <w:tcPr>
            <w:tcW w:w="0" w:type="auto"/>
          </w:tcPr>
          <w:p w14:paraId="35F89042" w14:textId="77777777" w:rsidR="006D5036" w:rsidRDefault="006D5036" w:rsidP="0030220C">
            <w:pPr>
              <w:rPr>
                <w:rFonts w:ascii="Arial" w:hAnsi="Arial" w:cs="Arial"/>
                <w:sz w:val="20"/>
                <w:szCs w:val="20"/>
              </w:rPr>
            </w:pPr>
          </w:p>
          <w:p w14:paraId="1BC3080C"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tcPr>
          <w:p w14:paraId="2418868F" w14:textId="77777777" w:rsidR="006D5036" w:rsidRDefault="006D5036" w:rsidP="0030220C">
            <w:pPr>
              <w:rPr>
                <w:rFonts w:ascii="Arial" w:hAnsi="Arial" w:cs="Arial"/>
                <w:sz w:val="20"/>
                <w:szCs w:val="20"/>
              </w:rPr>
            </w:pPr>
          </w:p>
          <w:p w14:paraId="5BEED964" w14:textId="77777777" w:rsidR="006D5036" w:rsidRPr="00575350" w:rsidRDefault="006D5036" w:rsidP="0030220C">
            <w:pPr>
              <w:rPr>
                <w:rFonts w:ascii="Arial" w:hAnsi="Arial" w:cs="Arial"/>
                <w:sz w:val="20"/>
                <w:szCs w:val="20"/>
              </w:rPr>
            </w:pPr>
            <w:r w:rsidRPr="00575350">
              <w:rPr>
                <w:rFonts w:ascii="Arial" w:hAnsi="Arial" w:cs="Arial"/>
                <w:sz w:val="20"/>
                <w:szCs w:val="20"/>
              </w:rPr>
              <w:t>10</w:t>
            </w:r>
          </w:p>
        </w:tc>
        <w:tc>
          <w:tcPr>
            <w:tcW w:w="0" w:type="auto"/>
          </w:tcPr>
          <w:p w14:paraId="7516A911" w14:textId="77777777" w:rsidR="006D5036" w:rsidRDefault="006D5036" w:rsidP="0030220C">
            <w:pPr>
              <w:rPr>
                <w:rFonts w:ascii="Arial" w:hAnsi="Arial" w:cs="Arial"/>
                <w:sz w:val="20"/>
                <w:szCs w:val="20"/>
              </w:rPr>
            </w:pPr>
          </w:p>
          <w:p w14:paraId="0160E5EB" w14:textId="77777777" w:rsidR="006D5036" w:rsidRPr="00575350" w:rsidRDefault="006D5036" w:rsidP="0030220C">
            <w:pPr>
              <w:rPr>
                <w:rFonts w:ascii="Arial" w:hAnsi="Arial" w:cs="Arial"/>
                <w:sz w:val="20"/>
                <w:szCs w:val="20"/>
              </w:rPr>
            </w:pPr>
            <w:r>
              <w:rPr>
                <w:rFonts w:ascii="Arial" w:hAnsi="Arial" w:cs="Arial"/>
                <w:sz w:val="20"/>
                <w:szCs w:val="20"/>
              </w:rPr>
              <w:t>5,87</w:t>
            </w:r>
          </w:p>
        </w:tc>
        <w:tc>
          <w:tcPr>
            <w:tcW w:w="0" w:type="auto"/>
          </w:tcPr>
          <w:p w14:paraId="7D611BD8" w14:textId="77777777" w:rsidR="006D5036" w:rsidRDefault="006D5036" w:rsidP="0030220C">
            <w:pPr>
              <w:rPr>
                <w:rFonts w:ascii="Arial" w:hAnsi="Arial" w:cs="Arial"/>
                <w:sz w:val="20"/>
                <w:szCs w:val="20"/>
              </w:rPr>
            </w:pPr>
          </w:p>
          <w:p w14:paraId="11762582" w14:textId="77777777" w:rsidR="006D5036" w:rsidRDefault="006D5036" w:rsidP="0030220C">
            <w:pPr>
              <w:rPr>
                <w:rFonts w:ascii="Arial" w:hAnsi="Arial" w:cs="Arial"/>
                <w:sz w:val="20"/>
                <w:szCs w:val="20"/>
              </w:rPr>
            </w:pPr>
            <w:r>
              <w:rPr>
                <w:rFonts w:ascii="Arial" w:hAnsi="Arial" w:cs="Arial"/>
                <w:sz w:val="20"/>
                <w:szCs w:val="20"/>
              </w:rPr>
              <w:t>58,70</w:t>
            </w:r>
          </w:p>
          <w:p w14:paraId="7C89AACA" w14:textId="77777777" w:rsidR="006D5036" w:rsidRPr="00575350" w:rsidRDefault="006D5036" w:rsidP="0030220C">
            <w:pPr>
              <w:rPr>
                <w:rFonts w:ascii="Arial" w:hAnsi="Arial" w:cs="Arial"/>
                <w:sz w:val="20"/>
                <w:szCs w:val="20"/>
              </w:rPr>
            </w:pPr>
          </w:p>
        </w:tc>
      </w:tr>
      <w:tr w:rsidR="006D5036" w:rsidRPr="00575350" w14:paraId="0835B35D" w14:textId="77777777" w:rsidTr="0030220C">
        <w:trPr>
          <w:trHeight w:val="227"/>
          <w:jc w:val="center"/>
        </w:trPr>
        <w:tc>
          <w:tcPr>
            <w:tcW w:w="0" w:type="auto"/>
          </w:tcPr>
          <w:p w14:paraId="24CC0D2C" w14:textId="77777777" w:rsidR="006D5036" w:rsidRPr="00575350" w:rsidRDefault="006D5036" w:rsidP="0030220C">
            <w:pPr>
              <w:rPr>
                <w:rFonts w:ascii="Arial" w:hAnsi="Arial" w:cs="Arial"/>
                <w:sz w:val="20"/>
                <w:szCs w:val="20"/>
              </w:rPr>
            </w:pPr>
            <w:r w:rsidRPr="00575350">
              <w:rPr>
                <w:rFonts w:ascii="Arial" w:hAnsi="Arial" w:cs="Arial"/>
                <w:sz w:val="20"/>
                <w:szCs w:val="20"/>
              </w:rPr>
              <w:t>98</w:t>
            </w:r>
          </w:p>
        </w:tc>
        <w:tc>
          <w:tcPr>
            <w:tcW w:w="0" w:type="auto"/>
          </w:tcPr>
          <w:p w14:paraId="432217DE" w14:textId="77777777" w:rsidR="006D5036" w:rsidRPr="00575350" w:rsidRDefault="006D5036" w:rsidP="0030220C">
            <w:pPr>
              <w:rPr>
                <w:rFonts w:ascii="Arial" w:hAnsi="Arial" w:cs="Arial"/>
                <w:sz w:val="20"/>
                <w:szCs w:val="20"/>
              </w:rPr>
            </w:pPr>
            <w:r w:rsidRPr="00575350">
              <w:rPr>
                <w:rFonts w:ascii="Arial" w:hAnsi="Arial" w:cs="Arial"/>
                <w:sz w:val="20"/>
                <w:szCs w:val="20"/>
              </w:rPr>
              <w:t>458988</w:t>
            </w:r>
          </w:p>
        </w:tc>
        <w:tc>
          <w:tcPr>
            <w:tcW w:w="0" w:type="auto"/>
          </w:tcPr>
          <w:p w14:paraId="0DFA730C"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MACARRÃO INTEGRAL, TIPO: PARAFUSO - EMBALAGEM APROXIMADAMENTE 500 G, SIMILAR A VILMA, URBANO E GALO.  </w:t>
            </w:r>
          </w:p>
        </w:tc>
        <w:tc>
          <w:tcPr>
            <w:tcW w:w="0" w:type="auto"/>
          </w:tcPr>
          <w:p w14:paraId="5C1C4D34" w14:textId="77777777" w:rsidR="006D5036" w:rsidRDefault="006D5036" w:rsidP="0030220C">
            <w:pPr>
              <w:rPr>
                <w:rFonts w:ascii="Arial" w:hAnsi="Arial" w:cs="Arial"/>
                <w:sz w:val="20"/>
                <w:szCs w:val="20"/>
              </w:rPr>
            </w:pPr>
          </w:p>
          <w:p w14:paraId="44CAA66C" w14:textId="77777777" w:rsidR="006D5036" w:rsidRPr="00575350" w:rsidRDefault="006D5036" w:rsidP="0030220C">
            <w:pPr>
              <w:rPr>
                <w:rFonts w:ascii="Arial" w:hAnsi="Arial" w:cs="Arial"/>
                <w:sz w:val="20"/>
                <w:szCs w:val="20"/>
              </w:rPr>
            </w:pPr>
            <w:r w:rsidRPr="00575350">
              <w:rPr>
                <w:rFonts w:ascii="Arial" w:hAnsi="Arial" w:cs="Arial"/>
                <w:sz w:val="20"/>
                <w:szCs w:val="20"/>
              </w:rPr>
              <w:t>PACOTE</w:t>
            </w:r>
          </w:p>
        </w:tc>
        <w:tc>
          <w:tcPr>
            <w:tcW w:w="0" w:type="auto"/>
          </w:tcPr>
          <w:p w14:paraId="2D5F519B" w14:textId="77777777" w:rsidR="006D5036" w:rsidRDefault="006D5036" w:rsidP="0030220C">
            <w:pPr>
              <w:rPr>
                <w:rFonts w:ascii="Arial" w:hAnsi="Arial" w:cs="Arial"/>
                <w:sz w:val="20"/>
                <w:szCs w:val="20"/>
              </w:rPr>
            </w:pPr>
          </w:p>
          <w:p w14:paraId="3CCA6F04" w14:textId="77777777" w:rsidR="006D5036" w:rsidRPr="00575350" w:rsidRDefault="006D5036" w:rsidP="0030220C">
            <w:pPr>
              <w:rPr>
                <w:rFonts w:ascii="Arial" w:hAnsi="Arial" w:cs="Arial"/>
                <w:sz w:val="20"/>
                <w:szCs w:val="20"/>
              </w:rPr>
            </w:pPr>
            <w:r>
              <w:rPr>
                <w:rFonts w:ascii="Arial" w:hAnsi="Arial" w:cs="Arial"/>
                <w:sz w:val="20"/>
                <w:szCs w:val="20"/>
              </w:rPr>
              <w:t>100</w:t>
            </w:r>
          </w:p>
        </w:tc>
        <w:tc>
          <w:tcPr>
            <w:tcW w:w="0" w:type="auto"/>
          </w:tcPr>
          <w:p w14:paraId="3D11BFC6" w14:textId="77777777" w:rsidR="006D5036" w:rsidRDefault="006D5036" w:rsidP="0030220C">
            <w:pPr>
              <w:rPr>
                <w:rFonts w:ascii="Arial" w:hAnsi="Arial" w:cs="Arial"/>
                <w:sz w:val="20"/>
                <w:szCs w:val="20"/>
              </w:rPr>
            </w:pPr>
          </w:p>
          <w:p w14:paraId="6CF6E82B" w14:textId="77777777" w:rsidR="006D5036" w:rsidRPr="00575350" w:rsidRDefault="006D5036" w:rsidP="0030220C">
            <w:pPr>
              <w:rPr>
                <w:rFonts w:ascii="Arial" w:hAnsi="Arial" w:cs="Arial"/>
                <w:sz w:val="20"/>
                <w:szCs w:val="20"/>
              </w:rPr>
            </w:pPr>
            <w:r>
              <w:rPr>
                <w:rFonts w:ascii="Arial" w:hAnsi="Arial" w:cs="Arial"/>
                <w:sz w:val="20"/>
                <w:szCs w:val="20"/>
              </w:rPr>
              <w:t>8,89</w:t>
            </w:r>
          </w:p>
        </w:tc>
        <w:tc>
          <w:tcPr>
            <w:tcW w:w="0" w:type="auto"/>
          </w:tcPr>
          <w:p w14:paraId="5735A046" w14:textId="77777777" w:rsidR="006D5036" w:rsidRDefault="006D5036" w:rsidP="0030220C">
            <w:pPr>
              <w:rPr>
                <w:rFonts w:ascii="Arial" w:hAnsi="Arial" w:cs="Arial"/>
                <w:sz w:val="20"/>
                <w:szCs w:val="20"/>
              </w:rPr>
            </w:pPr>
          </w:p>
          <w:p w14:paraId="3F527193" w14:textId="77777777" w:rsidR="006D5036" w:rsidRDefault="006D5036" w:rsidP="0030220C">
            <w:pPr>
              <w:rPr>
                <w:rFonts w:ascii="Arial" w:hAnsi="Arial" w:cs="Arial"/>
                <w:sz w:val="20"/>
                <w:szCs w:val="20"/>
              </w:rPr>
            </w:pPr>
            <w:r>
              <w:rPr>
                <w:rFonts w:ascii="Arial" w:hAnsi="Arial" w:cs="Arial"/>
                <w:sz w:val="20"/>
                <w:szCs w:val="20"/>
              </w:rPr>
              <w:t>889,00</w:t>
            </w:r>
          </w:p>
          <w:p w14:paraId="58DBED91" w14:textId="77777777" w:rsidR="006D5036" w:rsidRPr="00575350" w:rsidRDefault="006D5036" w:rsidP="0030220C">
            <w:pPr>
              <w:rPr>
                <w:rFonts w:ascii="Arial" w:hAnsi="Arial" w:cs="Arial"/>
                <w:sz w:val="20"/>
                <w:szCs w:val="20"/>
              </w:rPr>
            </w:pPr>
          </w:p>
        </w:tc>
      </w:tr>
      <w:tr w:rsidR="006D5036" w:rsidRPr="00575350" w14:paraId="0CEEF598" w14:textId="77777777" w:rsidTr="0030220C">
        <w:trPr>
          <w:trHeight w:val="227"/>
          <w:jc w:val="center"/>
        </w:trPr>
        <w:tc>
          <w:tcPr>
            <w:tcW w:w="0" w:type="auto"/>
          </w:tcPr>
          <w:p w14:paraId="0F2EA88A" w14:textId="77777777" w:rsidR="006D5036" w:rsidRPr="00575350" w:rsidRDefault="006D5036" w:rsidP="0030220C">
            <w:pPr>
              <w:rPr>
                <w:rFonts w:ascii="Arial" w:hAnsi="Arial" w:cs="Arial"/>
                <w:sz w:val="20"/>
                <w:szCs w:val="20"/>
              </w:rPr>
            </w:pPr>
            <w:r w:rsidRPr="00575350">
              <w:rPr>
                <w:rFonts w:ascii="Arial" w:hAnsi="Arial" w:cs="Arial"/>
                <w:sz w:val="20"/>
                <w:szCs w:val="20"/>
              </w:rPr>
              <w:t>99</w:t>
            </w:r>
          </w:p>
        </w:tc>
        <w:tc>
          <w:tcPr>
            <w:tcW w:w="0" w:type="auto"/>
          </w:tcPr>
          <w:p w14:paraId="0C0480FD" w14:textId="77777777" w:rsidR="006D5036" w:rsidRPr="00575350" w:rsidRDefault="006D5036" w:rsidP="0030220C">
            <w:pPr>
              <w:rPr>
                <w:rFonts w:ascii="Arial" w:hAnsi="Arial" w:cs="Arial"/>
                <w:sz w:val="20"/>
                <w:szCs w:val="20"/>
              </w:rPr>
            </w:pPr>
            <w:r w:rsidRPr="00575350">
              <w:rPr>
                <w:rFonts w:ascii="Arial" w:hAnsi="Arial" w:cs="Arial"/>
                <w:sz w:val="20"/>
                <w:szCs w:val="20"/>
              </w:rPr>
              <w:t>459001</w:t>
            </w:r>
          </w:p>
        </w:tc>
        <w:tc>
          <w:tcPr>
            <w:tcW w:w="0" w:type="auto"/>
          </w:tcPr>
          <w:p w14:paraId="23D52EFF"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MACARRÃO TIPO: LETRINHA - EMBALAGEM DE APROXIMADAMENTE 500 G, SEMELHANTE A ADRIA, RENATA E VILMA. </w:t>
            </w:r>
          </w:p>
        </w:tc>
        <w:tc>
          <w:tcPr>
            <w:tcW w:w="0" w:type="auto"/>
          </w:tcPr>
          <w:p w14:paraId="4478B23F" w14:textId="77777777" w:rsidR="006D5036" w:rsidRDefault="006D5036" w:rsidP="0030220C">
            <w:pPr>
              <w:rPr>
                <w:rFonts w:ascii="Arial" w:hAnsi="Arial" w:cs="Arial"/>
                <w:sz w:val="20"/>
                <w:szCs w:val="20"/>
              </w:rPr>
            </w:pPr>
          </w:p>
          <w:p w14:paraId="655AEAE8"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tcPr>
          <w:p w14:paraId="6BF2C62E" w14:textId="77777777" w:rsidR="006D5036" w:rsidRDefault="006D5036" w:rsidP="0030220C">
            <w:pPr>
              <w:rPr>
                <w:rFonts w:ascii="Arial" w:hAnsi="Arial" w:cs="Arial"/>
                <w:sz w:val="20"/>
                <w:szCs w:val="20"/>
              </w:rPr>
            </w:pPr>
          </w:p>
          <w:p w14:paraId="5BA9D53C" w14:textId="77777777" w:rsidR="006D5036" w:rsidRPr="00575350" w:rsidRDefault="006D5036" w:rsidP="0030220C">
            <w:pPr>
              <w:rPr>
                <w:rFonts w:ascii="Arial" w:hAnsi="Arial" w:cs="Arial"/>
                <w:sz w:val="20"/>
                <w:szCs w:val="20"/>
              </w:rPr>
            </w:pPr>
            <w:r w:rsidRPr="00575350">
              <w:rPr>
                <w:rFonts w:ascii="Arial" w:hAnsi="Arial" w:cs="Arial"/>
                <w:sz w:val="20"/>
                <w:szCs w:val="20"/>
              </w:rPr>
              <w:t>100</w:t>
            </w:r>
          </w:p>
        </w:tc>
        <w:tc>
          <w:tcPr>
            <w:tcW w:w="0" w:type="auto"/>
          </w:tcPr>
          <w:p w14:paraId="1D6648D3" w14:textId="77777777" w:rsidR="006D5036" w:rsidRDefault="006D5036" w:rsidP="0030220C">
            <w:pPr>
              <w:rPr>
                <w:rFonts w:ascii="Arial" w:hAnsi="Arial" w:cs="Arial"/>
                <w:sz w:val="20"/>
                <w:szCs w:val="20"/>
              </w:rPr>
            </w:pPr>
          </w:p>
          <w:p w14:paraId="78047AF3" w14:textId="77777777" w:rsidR="006D5036" w:rsidRDefault="006D5036" w:rsidP="0030220C">
            <w:pPr>
              <w:rPr>
                <w:rFonts w:ascii="Arial" w:hAnsi="Arial" w:cs="Arial"/>
                <w:sz w:val="20"/>
                <w:szCs w:val="20"/>
              </w:rPr>
            </w:pPr>
            <w:r>
              <w:rPr>
                <w:rFonts w:ascii="Arial" w:hAnsi="Arial" w:cs="Arial"/>
                <w:sz w:val="20"/>
                <w:szCs w:val="20"/>
              </w:rPr>
              <w:t>9,03</w:t>
            </w:r>
          </w:p>
          <w:p w14:paraId="5EEDB43C" w14:textId="77777777" w:rsidR="006D5036" w:rsidRPr="00575350" w:rsidRDefault="006D5036" w:rsidP="0030220C">
            <w:pPr>
              <w:rPr>
                <w:rFonts w:ascii="Arial" w:hAnsi="Arial" w:cs="Arial"/>
                <w:sz w:val="20"/>
                <w:szCs w:val="20"/>
              </w:rPr>
            </w:pPr>
          </w:p>
        </w:tc>
        <w:tc>
          <w:tcPr>
            <w:tcW w:w="0" w:type="auto"/>
          </w:tcPr>
          <w:p w14:paraId="60285AA8" w14:textId="77777777" w:rsidR="006D5036" w:rsidRDefault="006D5036" w:rsidP="0030220C">
            <w:pPr>
              <w:rPr>
                <w:rFonts w:ascii="Arial" w:hAnsi="Arial" w:cs="Arial"/>
                <w:sz w:val="20"/>
                <w:szCs w:val="20"/>
              </w:rPr>
            </w:pPr>
          </w:p>
          <w:p w14:paraId="072AB859" w14:textId="77777777" w:rsidR="006D5036" w:rsidRPr="00575350" w:rsidRDefault="006D5036" w:rsidP="0030220C">
            <w:pPr>
              <w:rPr>
                <w:rFonts w:ascii="Arial" w:hAnsi="Arial" w:cs="Arial"/>
                <w:sz w:val="20"/>
                <w:szCs w:val="20"/>
              </w:rPr>
            </w:pPr>
            <w:r>
              <w:rPr>
                <w:rFonts w:ascii="Arial" w:hAnsi="Arial" w:cs="Arial"/>
                <w:sz w:val="20"/>
                <w:szCs w:val="20"/>
              </w:rPr>
              <w:t>903,00</w:t>
            </w:r>
          </w:p>
        </w:tc>
      </w:tr>
      <w:tr w:rsidR="006D5036" w:rsidRPr="00575350" w14:paraId="25137D9E" w14:textId="77777777" w:rsidTr="0030220C">
        <w:trPr>
          <w:trHeight w:val="227"/>
          <w:jc w:val="center"/>
        </w:trPr>
        <w:tc>
          <w:tcPr>
            <w:tcW w:w="0" w:type="auto"/>
          </w:tcPr>
          <w:p w14:paraId="465071BB" w14:textId="77777777" w:rsidR="006D5036" w:rsidRPr="00575350" w:rsidRDefault="006D5036" w:rsidP="0030220C">
            <w:pPr>
              <w:rPr>
                <w:rFonts w:ascii="Arial" w:hAnsi="Arial" w:cs="Arial"/>
                <w:sz w:val="20"/>
                <w:szCs w:val="20"/>
              </w:rPr>
            </w:pPr>
            <w:r w:rsidRPr="00575350">
              <w:rPr>
                <w:rFonts w:ascii="Arial" w:hAnsi="Arial" w:cs="Arial"/>
                <w:sz w:val="20"/>
                <w:szCs w:val="20"/>
              </w:rPr>
              <w:t>100</w:t>
            </w:r>
          </w:p>
        </w:tc>
        <w:tc>
          <w:tcPr>
            <w:tcW w:w="0" w:type="auto"/>
          </w:tcPr>
          <w:p w14:paraId="1727DE8A" w14:textId="77777777" w:rsidR="006D5036" w:rsidRPr="00575350" w:rsidRDefault="006D5036" w:rsidP="0030220C">
            <w:pPr>
              <w:rPr>
                <w:rFonts w:ascii="Arial" w:hAnsi="Arial" w:cs="Arial"/>
                <w:sz w:val="20"/>
                <w:szCs w:val="20"/>
              </w:rPr>
            </w:pPr>
            <w:r w:rsidRPr="00575350">
              <w:rPr>
                <w:rFonts w:ascii="Arial" w:hAnsi="Arial" w:cs="Arial"/>
                <w:sz w:val="20"/>
                <w:szCs w:val="20"/>
              </w:rPr>
              <w:t>458979</w:t>
            </w:r>
          </w:p>
        </w:tc>
        <w:tc>
          <w:tcPr>
            <w:tcW w:w="0" w:type="auto"/>
          </w:tcPr>
          <w:p w14:paraId="6F91122C"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MACARRÃO, TIPO CONCHINHA - BASE DE FARINHA DE TRIGO, COM OVOS, EMBALAGEM DE APROXIMADAMENTE 500 G, SIMILAR A ADRIA, RENATA E GALO. </w:t>
            </w:r>
          </w:p>
        </w:tc>
        <w:tc>
          <w:tcPr>
            <w:tcW w:w="0" w:type="auto"/>
          </w:tcPr>
          <w:p w14:paraId="2B730B1C" w14:textId="77777777" w:rsidR="006D5036" w:rsidRDefault="006D5036" w:rsidP="0030220C">
            <w:pPr>
              <w:rPr>
                <w:rFonts w:ascii="Arial" w:hAnsi="Arial" w:cs="Arial"/>
                <w:sz w:val="20"/>
                <w:szCs w:val="20"/>
              </w:rPr>
            </w:pPr>
          </w:p>
          <w:p w14:paraId="777E0503"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tcPr>
          <w:p w14:paraId="38934E1C" w14:textId="77777777" w:rsidR="006D5036" w:rsidRDefault="006D5036" w:rsidP="0030220C">
            <w:pPr>
              <w:rPr>
                <w:rFonts w:ascii="Arial" w:hAnsi="Arial" w:cs="Arial"/>
                <w:sz w:val="20"/>
                <w:szCs w:val="20"/>
              </w:rPr>
            </w:pPr>
          </w:p>
          <w:p w14:paraId="06285221" w14:textId="77777777" w:rsidR="006D5036" w:rsidRPr="00575350" w:rsidRDefault="006D5036" w:rsidP="0030220C">
            <w:pPr>
              <w:rPr>
                <w:rFonts w:ascii="Arial" w:hAnsi="Arial" w:cs="Arial"/>
                <w:sz w:val="20"/>
                <w:szCs w:val="20"/>
              </w:rPr>
            </w:pPr>
            <w:r w:rsidRPr="00575350">
              <w:rPr>
                <w:rFonts w:ascii="Arial" w:hAnsi="Arial" w:cs="Arial"/>
                <w:sz w:val="20"/>
                <w:szCs w:val="20"/>
              </w:rPr>
              <w:t>150</w:t>
            </w:r>
          </w:p>
        </w:tc>
        <w:tc>
          <w:tcPr>
            <w:tcW w:w="0" w:type="auto"/>
          </w:tcPr>
          <w:p w14:paraId="53E37A2E" w14:textId="77777777" w:rsidR="006D5036" w:rsidRDefault="006D5036" w:rsidP="0030220C">
            <w:pPr>
              <w:rPr>
                <w:rFonts w:ascii="Arial" w:hAnsi="Arial" w:cs="Arial"/>
                <w:sz w:val="20"/>
                <w:szCs w:val="20"/>
              </w:rPr>
            </w:pPr>
          </w:p>
          <w:p w14:paraId="58D30768" w14:textId="77777777" w:rsidR="006D5036" w:rsidRPr="00575350" w:rsidRDefault="006D5036" w:rsidP="0030220C">
            <w:pPr>
              <w:rPr>
                <w:rFonts w:ascii="Arial" w:hAnsi="Arial" w:cs="Arial"/>
                <w:sz w:val="20"/>
                <w:szCs w:val="20"/>
              </w:rPr>
            </w:pPr>
            <w:r>
              <w:rPr>
                <w:rFonts w:ascii="Arial" w:hAnsi="Arial" w:cs="Arial"/>
                <w:sz w:val="20"/>
                <w:szCs w:val="20"/>
              </w:rPr>
              <w:t>7,20</w:t>
            </w:r>
          </w:p>
        </w:tc>
        <w:tc>
          <w:tcPr>
            <w:tcW w:w="0" w:type="auto"/>
          </w:tcPr>
          <w:p w14:paraId="32D012AC" w14:textId="77777777" w:rsidR="006D5036" w:rsidRDefault="006D5036" w:rsidP="0030220C">
            <w:pPr>
              <w:rPr>
                <w:rFonts w:ascii="Arial" w:hAnsi="Arial" w:cs="Arial"/>
                <w:sz w:val="20"/>
                <w:szCs w:val="20"/>
              </w:rPr>
            </w:pPr>
          </w:p>
          <w:p w14:paraId="73692DEB" w14:textId="77777777" w:rsidR="006D5036" w:rsidRPr="00575350" w:rsidRDefault="006D5036" w:rsidP="0030220C">
            <w:pPr>
              <w:rPr>
                <w:rFonts w:ascii="Arial" w:hAnsi="Arial" w:cs="Arial"/>
                <w:sz w:val="20"/>
                <w:szCs w:val="20"/>
              </w:rPr>
            </w:pPr>
            <w:r>
              <w:rPr>
                <w:rFonts w:ascii="Arial" w:hAnsi="Arial" w:cs="Arial"/>
                <w:sz w:val="20"/>
                <w:szCs w:val="20"/>
              </w:rPr>
              <w:t>1.080,00</w:t>
            </w:r>
          </w:p>
        </w:tc>
      </w:tr>
      <w:tr w:rsidR="006D5036" w:rsidRPr="00575350" w14:paraId="460E87D7" w14:textId="77777777" w:rsidTr="0030220C">
        <w:trPr>
          <w:trHeight w:val="227"/>
          <w:jc w:val="center"/>
        </w:trPr>
        <w:tc>
          <w:tcPr>
            <w:tcW w:w="0" w:type="auto"/>
          </w:tcPr>
          <w:p w14:paraId="77C6E9F1" w14:textId="77777777" w:rsidR="006D5036" w:rsidRPr="00575350" w:rsidRDefault="006D5036" w:rsidP="0030220C">
            <w:pPr>
              <w:rPr>
                <w:rFonts w:ascii="Arial" w:hAnsi="Arial" w:cs="Arial"/>
                <w:sz w:val="20"/>
                <w:szCs w:val="20"/>
              </w:rPr>
            </w:pPr>
            <w:r w:rsidRPr="00575350">
              <w:rPr>
                <w:rFonts w:ascii="Arial" w:hAnsi="Arial" w:cs="Arial"/>
                <w:sz w:val="20"/>
                <w:szCs w:val="20"/>
              </w:rPr>
              <w:t>101</w:t>
            </w:r>
          </w:p>
        </w:tc>
        <w:tc>
          <w:tcPr>
            <w:tcW w:w="0" w:type="auto"/>
          </w:tcPr>
          <w:p w14:paraId="2509B0B3" w14:textId="77777777" w:rsidR="006D5036" w:rsidRPr="00575350" w:rsidRDefault="006D5036" w:rsidP="0030220C">
            <w:pPr>
              <w:rPr>
                <w:rFonts w:ascii="Arial" w:hAnsi="Arial" w:cs="Arial"/>
                <w:sz w:val="20"/>
                <w:szCs w:val="20"/>
              </w:rPr>
            </w:pPr>
            <w:r w:rsidRPr="00575350">
              <w:rPr>
                <w:rFonts w:ascii="Arial" w:hAnsi="Arial" w:cs="Arial"/>
                <w:sz w:val="20"/>
                <w:szCs w:val="20"/>
              </w:rPr>
              <w:t>458953</w:t>
            </w:r>
          </w:p>
        </w:tc>
        <w:tc>
          <w:tcPr>
            <w:tcW w:w="0" w:type="auto"/>
          </w:tcPr>
          <w:p w14:paraId="7FCC7719"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MACARRÃO, TIPO ESPAGUETE - BASE DE FARINHA DE TRIGO, COM OVOS, EMBALAGEM DE APROXIMADAMENTE 500 G, SIMILAR A DALLAS, ADRIA E GALO. </w:t>
            </w:r>
          </w:p>
        </w:tc>
        <w:tc>
          <w:tcPr>
            <w:tcW w:w="0" w:type="auto"/>
          </w:tcPr>
          <w:p w14:paraId="62020380" w14:textId="77777777" w:rsidR="006D5036" w:rsidRDefault="006D5036" w:rsidP="0030220C">
            <w:pPr>
              <w:rPr>
                <w:rFonts w:ascii="Arial" w:hAnsi="Arial" w:cs="Arial"/>
                <w:sz w:val="20"/>
                <w:szCs w:val="20"/>
              </w:rPr>
            </w:pPr>
          </w:p>
          <w:p w14:paraId="024D2470"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tcPr>
          <w:p w14:paraId="647B957B" w14:textId="77777777" w:rsidR="006D5036" w:rsidRDefault="006D5036" w:rsidP="0030220C">
            <w:pPr>
              <w:rPr>
                <w:rFonts w:ascii="Arial" w:hAnsi="Arial" w:cs="Arial"/>
                <w:sz w:val="20"/>
                <w:szCs w:val="20"/>
              </w:rPr>
            </w:pPr>
          </w:p>
          <w:p w14:paraId="742283BF" w14:textId="77777777" w:rsidR="006D5036" w:rsidRPr="00575350" w:rsidRDefault="006D5036" w:rsidP="0030220C">
            <w:pPr>
              <w:rPr>
                <w:rFonts w:ascii="Arial" w:hAnsi="Arial" w:cs="Arial"/>
                <w:sz w:val="20"/>
                <w:szCs w:val="20"/>
              </w:rPr>
            </w:pPr>
            <w:r w:rsidRPr="00575350">
              <w:rPr>
                <w:rFonts w:ascii="Arial" w:hAnsi="Arial" w:cs="Arial"/>
                <w:sz w:val="20"/>
                <w:szCs w:val="20"/>
              </w:rPr>
              <w:t>2</w:t>
            </w:r>
            <w:r>
              <w:rPr>
                <w:rFonts w:ascii="Arial" w:hAnsi="Arial" w:cs="Arial"/>
                <w:sz w:val="20"/>
                <w:szCs w:val="20"/>
              </w:rPr>
              <w:t>9</w:t>
            </w:r>
            <w:r w:rsidRPr="00575350">
              <w:rPr>
                <w:rFonts w:ascii="Arial" w:hAnsi="Arial" w:cs="Arial"/>
                <w:sz w:val="20"/>
                <w:szCs w:val="20"/>
              </w:rPr>
              <w:t>0</w:t>
            </w:r>
          </w:p>
        </w:tc>
        <w:tc>
          <w:tcPr>
            <w:tcW w:w="0" w:type="auto"/>
          </w:tcPr>
          <w:p w14:paraId="6B253517" w14:textId="77777777" w:rsidR="006D5036" w:rsidRDefault="006D5036" w:rsidP="0030220C">
            <w:pPr>
              <w:rPr>
                <w:rFonts w:ascii="Arial" w:hAnsi="Arial" w:cs="Arial"/>
                <w:sz w:val="20"/>
                <w:szCs w:val="20"/>
              </w:rPr>
            </w:pPr>
          </w:p>
          <w:p w14:paraId="0D729331" w14:textId="77777777" w:rsidR="006D5036" w:rsidRPr="00575350" w:rsidRDefault="006D5036" w:rsidP="0030220C">
            <w:pPr>
              <w:rPr>
                <w:rFonts w:ascii="Arial" w:hAnsi="Arial" w:cs="Arial"/>
                <w:sz w:val="20"/>
                <w:szCs w:val="20"/>
              </w:rPr>
            </w:pPr>
            <w:r>
              <w:rPr>
                <w:rFonts w:ascii="Arial" w:hAnsi="Arial" w:cs="Arial"/>
                <w:sz w:val="20"/>
                <w:szCs w:val="20"/>
              </w:rPr>
              <w:t>8,91</w:t>
            </w:r>
          </w:p>
        </w:tc>
        <w:tc>
          <w:tcPr>
            <w:tcW w:w="0" w:type="auto"/>
          </w:tcPr>
          <w:p w14:paraId="7F857E90" w14:textId="77777777" w:rsidR="006D5036" w:rsidRDefault="006D5036" w:rsidP="0030220C">
            <w:pPr>
              <w:rPr>
                <w:rFonts w:ascii="Arial" w:hAnsi="Arial" w:cs="Arial"/>
                <w:sz w:val="20"/>
                <w:szCs w:val="20"/>
              </w:rPr>
            </w:pPr>
          </w:p>
          <w:p w14:paraId="3F554A41" w14:textId="77777777" w:rsidR="006D5036" w:rsidRPr="00575350" w:rsidRDefault="006D5036" w:rsidP="0030220C">
            <w:pPr>
              <w:rPr>
                <w:rFonts w:ascii="Arial" w:hAnsi="Arial" w:cs="Arial"/>
                <w:sz w:val="20"/>
                <w:szCs w:val="20"/>
              </w:rPr>
            </w:pPr>
            <w:r>
              <w:rPr>
                <w:rFonts w:ascii="Arial" w:hAnsi="Arial" w:cs="Arial"/>
                <w:sz w:val="20"/>
                <w:szCs w:val="20"/>
              </w:rPr>
              <w:t>2.583,90</w:t>
            </w:r>
          </w:p>
        </w:tc>
      </w:tr>
      <w:tr w:rsidR="006D5036" w:rsidRPr="00575350" w14:paraId="2494BB72" w14:textId="77777777" w:rsidTr="0030220C">
        <w:trPr>
          <w:trHeight w:val="227"/>
          <w:jc w:val="center"/>
        </w:trPr>
        <w:tc>
          <w:tcPr>
            <w:tcW w:w="0" w:type="auto"/>
          </w:tcPr>
          <w:p w14:paraId="367E0FFC" w14:textId="77777777" w:rsidR="006D5036" w:rsidRPr="00575350" w:rsidRDefault="006D5036" w:rsidP="0030220C">
            <w:pPr>
              <w:rPr>
                <w:rFonts w:ascii="Arial" w:hAnsi="Arial" w:cs="Arial"/>
                <w:sz w:val="20"/>
                <w:szCs w:val="20"/>
              </w:rPr>
            </w:pPr>
            <w:r w:rsidRPr="00575350">
              <w:rPr>
                <w:rFonts w:ascii="Arial" w:hAnsi="Arial" w:cs="Arial"/>
                <w:sz w:val="20"/>
                <w:szCs w:val="20"/>
              </w:rPr>
              <w:t>102</w:t>
            </w:r>
          </w:p>
        </w:tc>
        <w:tc>
          <w:tcPr>
            <w:tcW w:w="0" w:type="auto"/>
          </w:tcPr>
          <w:p w14:paraId="1D37F7F6" w14:textId="77777777" w:rsidR="006D5036" w:rsidRPr="00575350" w:rsidRDefault="006D5036" w:rsidP="0030220C">
            <w:pPr>
              <w:rPr>
                <w:rFonts w:ascii="Arial" w:hAnsi="Arial" w:cs="Arial"/>
                <w:sz w:val="20"/>
                <w:szCs w:val="20"/>
              </w:rPr>
            </w:pPr>
            <w:r w:rsidRPr="00575350">
              <w:rPr>
                <w:rFonts w:ascii="Arial" w:hAnsi="Arial" w:cs="Arial"/>
                <w:sz w:val="20"/>
                <w:szCs w:val="20"/>
              </w:rPr>
              <w:t>217243</w:t>
            </w:r>
          </w:p>
        </w:tc>
        <w:tc>
          <w:tcPr>
            <w:tcW w:w="0" w:type="auto"/>
          </w:tcPr>
          <w:p w14:paraId="073061CD"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MACARRÃO, TIPO PARAFUSO, A BASE DE FARINHA, SEM OVOS, EMBALAGEM DE APROXIMADAMENTE 500 G, SIMILAR A ADRIA, LIANE E DALLAS. </w:t>
            </w:r>
          </w:p>
        </w:tc>
        <w:tc>
          <w:tcPr>
            <w:tcW w:w="0" w:type="auto"/>
          </w:tcPr>
          <w:p w14:paraId="6624A93F" w14:textId="77777777" w:rsidR="006D5036" w:rsidRDefault="006D5036" w:rsidP="0030220C">
            <w:pPr>
              <w:rPr>
                <w:rFonts w:ascii="Arial" w:hAnsi="Arial" w:cs="Arial"/>
                <w:sz w:val="20"/>
                <w:szCs w:val="20"/>
              </w:rPr>
            </w:pPr>
          </w:p>
          <w:p w14:paraId="277DC36F"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tcPr>
          <w:p w14:paraId="1EBF423B" w14:textId="77777777" w:rsidR="006D5036" w:rsidRDefault="006D5036" w:rsidP="0030220C">
            <w:pPr>
              <w:rPr>
                <w:rFonts w:ascii="Arial" w:hAnsi="Arial" w:cs="Arial"/>
                <w:sz w:val="20"/>
                <w:szCs w:val="20"/>
              </w:rPr>
            </w:pPr>
          </w:p>
          <w:p w14:paraId="2A5CA129" w14:textId="77777777" w:rsidR="006D5036" w:rsidRPr="00575350" w:rsidRDefault="006D5036" w:rsidP="0030220C">
            <w:pPr>
              <w:rPr>
                <w:rFonts w:ascii="Arial" w:hAnsi="Arial" w:cs="Arial"/>
                <w:sz w:val="20"/>
                <w:szCs w:val="20"/>
              </w:rPr>
            </w:pPr>
            <w:r w:rsidRPr="00575350">
              <w:rPr>
                <w:rFonts w:ascii="Arial" w:hAnsi="Arial" w:cs="Arial"/>
                <w:sz w:val="20"/>
                <w:szCs w:val="20"/>
              </w:rPr>
              <w:t>340</w:t>
            </w:r>
          </w:p>
        </w:tc>
        <w:tc>
          <w:tcPr>
            <w:tcW w:w="0" w:type="auto"/>
          </w:tcPr>
          <w:p w14:paraId="3E9F5F90" w14:textId="77777777" w:rsidR="006D5036" w:rsidRDefault="006D5036" w:rsidP="0030220C">
            <w:pPr>
              <w:rPr>
                <w:rFonts w:ascii="Arial" w:hAnsi="Arial" w:cs="Arial"/>
                <w:sz w:val="20"/>
                <w:szCs w:val="20"/>
              </w:rPr>
            </w:pPr>
          </w:p>
          <w:p w14:paraId="0321DD99" w14:textId="77777777" w:rsidR="006D5036" w:rsidRPr="00575350" w:rsidRDefault="006D5036" w:rsidP="0030220C">
            <w:pPr>
              <w:rPr>
                <w:rFonts w:ascii="Arial" w:hAnsi="Arial" w:cs="Arial"/>
                <w:sz w:val="20"/>
                <w:szCs w:val="20"/>
              </w:rPr>
            </w:pPr>
            <w:r>
              <w:rPr>
                <w:rFonts w:ascii="Arial" w:hAnsi="Arial" w:cs="Arial"/>
                <w:sz w:val="20"/>
                <w:szCs w:val="20"/>
              </w:rPr>
              <w:t>9,35</w:t>
            </w:r>
          </w:p>
        </w:tc>
        <w:tc>
          <w:tcPr>
            <w:tcW w:w="0" w:type="auto"/>
          </w:tcPr>
          <w:p w14:paraId="453EF898" w14:textId="77777777" w:rsidR="006D5036" w:rsidRDefault="006D5036" w:rsidP="0030220C">
            <w:pPr>
              <w:rPr>
                <w:rFonts w:ascii="Arial" w:hAnsi="Arial" w:cs="Arial"/>
                <w:sz w:val="20"/>
                <w:szCs w:val="20"/>
              </w:rPr>
            </w:pPr>
          </w:p>
          <w:p w14:paraId="1BD3BA09" w14:textId="77777777" w:rsidR="006D5036" w:rsidRPr="00575350" w:rsidRDefault="006D5036" w:rsidP="0030220C">
            <w:pPr>
              <w:rPr>
                <w:rFonts w:ascii="Arial" w:hAnsi="Arial" w:cs="Arial"/>
                <w:sz w:val="20"/>
                <w:szCs w:val="20"/>
              </w:rPr>
            </w:pPr>
            <w:r>
              <w:rPr>
                <w:rFonts w:ascii="Arial" w:hAnsi="Arial" w:cs="Arial"/>
                <w:sz w:val="20"/>
                <w:szCs w:val="20"/>
              </w:rPr>
              <w:t>3.179,00</w:t>
            </w:r>
          </w:p>
        </w:tc>
      </w:tr>
      <w:tr w:rsidR="006D5036" w:rsidRPr="00575350" w14:paraId="05D6990D" w14:textId="77777777" w:rsidTr="0030220C">
        <w:trPr>
          <w:trHeight w:val="227"/>
          <w:jc w:val="center"/>
        </w:trPr>
        <w:tc>
          <w:tcPr>
            <w:tcW w:w="0" w:type="auto"/>
          </w:tcPr>
          <w:p w14:paraId="78E7C586" w14:textId="77777777" w:rsidR="006D5036" w:rsidRPr="00575350" w:rsidRDefault="006D5036" w:rsidP="0030220C">
            <w:pPr>
              <w:rPr>
                <w:rFonts w:ascii="Arial" w:hAnsi="Arial" w:cs="Arial"/>
                <w:sz w:val="20"/>
                <w:szCs w:val="20"/>
              </w:rPr>
            </w:pPr>
            <w:r w:rsidRPr="00575350">
              <w:rPr>
                <w:rFonts w:ascii="Arial" w:hAnsi="Arial" w:cs="Arial"/>
                <w:sz w:val="20"/>
                <w:szCs w:val="20"/>
              </w:rPr>
              <w:t>103</w:t>
            </w:r>
          </w:p>
        </w:tc>
        <w:tc>
          <w:tcPr>
            <w:tcW w:w="0" w:type="auto"/>
          </w:tcPr>
          <w:p w14:paraId="6E919FF6" w14:textId="77777777" w:rsidR="006D5036" w:rsidRPr="00575350" w:rsidRDefault="006D5036" w:rsidP="0030220C">
            <w:pPr>
              <w:rPr>
                <w:rFonts w:ascii="Arial" w:hAnsi="Arial" w:cs="Arial"/>
                <w:sz w:val="20"/>
                <w:szCs w:val="20"/>
              </w:rPr>
            </w:pPr>
            <w:r w:rsidRPr="00575350">
              <w:rPr>
                <w:rFonts w:ascii="Arial" w:hAnsi="Arial" w:cs="Arial"/>
                <w:sz w:val="20"/>
                <w:szCs w:val="20"/>
              </w:rPr>
              <w:t>458975</w:t>
            </w:r>
          </w:p>
        </w:tc>
        <w:tc>
          <w:tcPr>
            <w:tcW w:w="0" w:type="auto"/>
          </w:tcPr>
          <w:p w14:paraId="63B28AFD" w14:textId="77777777" w:rsidR="006D5036" w:rsidRPr="00575350" w:rsidRDefault="006D5036" w:rsidP="0030220C">
            <w:pPr>
              <w:rPr>
                <w:rFonts w:ascii="Arial" w:hAnsi="Arial" w:cs="Arial"/>
                <w:sz w:val="20"/>
                <w:szCs w:val="20"/>
              </w:rPr>
            </w:pPr>
            <w:r w:rsidRPr="00575350">
              <w:rPr>
                <w:rFonts w:ascii="Arial" w:hAnsi="Arial" w:cs="Arial"/>
                <w:sz w:val="20"/>
                <w:szCs w:val="20"/>
              </w:rPr>
              <w:t>MACARRÃO, TIPO PENNE - BASE DE FARINHA DE TRIGO, COM OVOS, EMBALAGEM DE APROXIMADAMENTE 500 G, SIMILAR A DALLAS, DONA BENTA E QUALITÁ.</w:t>
            </w:r>
          </w:p>
        </w:tc>
        <w:tc>
          <w:tcPr>
            <w:tcW w:w="0" w:type="auto"/>
          </w:tcPr>
          <w:p w14:paraId="538AF808" w14:textId="77777777" w:rsidR="006D5036" w:rsidRDefault="006D5036" w:rsidP="0030220C">
            <w:pPr>
              <w:rPr>
                <w:rFonts w:ascii="Arial" w:hAnsi="Arial" w:cs="Arial"/>
                <w:sz w:val="20"/>
                <w:szCs w:val="20"/>
              </w:rPr>
            </w:pPr>
          </w:p>
          <w:p w14:paraId="155A28DF"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tcPr>
          <w:p w14:paraId="3EDE9DF2" w14:textId="77777777" w:rsidR="006D5036" w:rsidRDefault="006D5036" w:rsidP="0030220C">
            <w:pPr>
              <w:rPr>
                <w:rFonts w:ascii="Arial" w:hAnsi="Arial" w:cs="Arial"/>
                <w:sz w:val="20"/>
                <w:szCs w:val="20"/>
              </w:rPr>
            </w:pPr>
          </w:p>
          <w:p w14:paraId="7D5E29D2" w14:textId="77777777" w:rsidR="006D5036" w:rsidRPr="00575350" w:rsidRDefault="006D5036" w:rsidP="0030220C">
            <w:pPr>
              <w:rPr>
                <w:rFonts w:ascii="Arial" w:hAnsi="Arial" w:cs="Arial"/>
                <w:sz w:val="20"/>
                <w:szCs w:val="20"/>
              </w:rPr>
            </w:pPr>
            <w:r w:rsidRPr="00575350">
              <w:rPr>
                <w:rFonts w:ascii="Arial" w:hAnsi="Arial" w:cs="Arial"/>
                <w:sz w:val="20"/>
                <w:szCs w:val="20"/>
              </w:rPr>
              <w:t>100</w:t>
            </w:r>
          </w:p>
        </w:tc>
        <w:tc>
          <w:tcPr>
            <w:tcW w:w="0" w:type="auto"/>
          </w:tcPr>
          <w:p w14:paraId="2077667C" w14:textId="77777777" w:rsidR="006D5036" w:rsidRDefault="006D5036" w:rsidP="0030220C">
            <w:pPr>
              <w:rPr>
                <w:rFonts w:ascii="Arial" w:hAnsi="Arial" w:cs="Arial"/>
                <w:sz w:val="20"/>
                <w:szCs w:val="20"/>
              </w:rPr>
            </w:pPr>
          </w:p>
          <w:p w14:paraId="1FA36D01" w14:textId="77777777" w:rsidR="006D5036" w:rsidRPr="00575350" w:rsidRDefault="006D5036" w:rsidP="0030220C">
            <w:pPr>
              <w:rPr>
                <w:rFonts w:ascii="Arial" w:hAnsi="Arial" w:cs="Arial"/>
                <w:sz w:val="20"/>
                <w:szCs w:val="20"/>
              </w:rPr>
            </w:pPr>
            <w:r>
              <w:rPr>
                <w:rFonts w:ascii="Arial" w:hAnsi="Arial" w:cs="Arial"/>
                <w:sz w:val="20"/>
                <w:szCs w:val="20"/>
              </w:rPr>
              <w:t>9,08</w:t>
            </w:r>
          </w:p>
        </w:tc>
        <w:tc>
          <w:tcPr>
            <w:tcW w:w="0" w:type="auto"/>
          </w:tcPr>
          <w:p w14:paraId="5B997D8D" w14:textId="77777777" w:rsidR="006D5036" w:rsidRDefault="006D5036" w:rsidP="0030220C">
            <w:pPr>
              <w:rPr>
                <w:rFonts w:ascii="Arial" w:hAnsi="Arial" w:cs="Arial"/>
                <w:sz w:val="20"/>
                <w:szCs w:val="20"/>
              </w:rPr>
            </w:pPr>
          </w:p>
          <w:p w14:paraId="2A728149" w14:textId="77777777" w:rsidR="006D5036" w:rsidRPr="00575350" w:rsidRDefault="006D5036" w:rsidP="0030220C">
            <w:pPr>
              <w:rPr>
                <w:rFonts w:ascii="Arial" w:hAnsi="Arial" w:cs="Arial"/>
                <w:sz w:val="20"/>
                <w:szCs w:val="20"/>
              </w:rPr>
            </w:pPr>
            <w:r>
              <w:rPr>
                <w:rFonts w:ascii="Arial" w:hAnsi="Arial" w:cs="Arial"/>
                <w:sz w:val="20"/>
                <w:szCs w:val="20"/>
              </w:rPr>
              <w:t>908,00</w:t>
            </w:r>
          </w:p>
        </w:tc>
      </w:tr>
      <w:tr w:rsidR="006D5036" w:rsidRPr="00575350" w14:paraId="6D30EF48" w14:textId="77777777" w:rsidTr="0030220C">
        <w:trPr>
          <w:trHeight w:val="227"/>
          <w:jc w:val="center"/>
        </w:trPr>
        <w:tc>
          <w:tcPr>
            <w:tcW w:w="0" w:type="auto"/>
          </w:tcPr>
          <w:p w14:paraId="14BA3ECC" w14:textId="77777777" w:rsidR="006D5036" w:rsidRPr="00575350" w:rsidRDefault="006D5036" w:rsidP="0030220C">
            <w:pPr>
              <w:rPr>
                <w:rFonts w:ascii="Arial" w:hAnsi="Arial" w:cs="Arial"/>
                <w:sz w:val="20"/>
                <w:szCs w:val="20"/>
              </w:rPr>
            </w:pPr>
            <w:r w:rsidRPr="00575350">
              <w:rPr>
                <w:rFonts w:ascii="Arial" w:hAnsi="Arial" w:cs="Arial"/>
                <w:sz w:val="20"/>
                <w:szCs w:val="20"/>
              </w:rPr>
              <w:lastRenderedPageBreak/>
              <w:t>104</w:t>
            </w:r>
          </w:p>
        </w:tc>
        <w:tc>
          <w:tcPr>
            <w:tcW w:w="0" w:type="auto"/>
          </w:tcPr>
          <w:p w14:paraId="4807DEFE" w14:textId="77777777" w:rsidR="006D5036" w:rsidRPr="00575350" w:rsidRDefault="006D5036" w:rsidP="0030220C">
            <w:pPr>
              <w:rPr>
                <w:rFonts w:ascii="Arial" w:hAnsi="Arial" w:cs="Arial"/>
                <w:sz w:val="20"/>
                <w:szCs w:val="20"/>
              </w:rPr>
            </w:pPr>
            <w:r w:rsidRPr="00575350">
              <w:rPr>
                <w:rFonts w:ascii="Arial" w:hAnsi="Arial" w:cs="Arial"/>
                <w:sz w:val="20"/>
                <w:szCs w:val="20"/>
              </w:rPr>
              <w:t>458962</w:t>
            </w:r>
          </w:p>
        </w:tc>
        <w:tc>
          <w:tcPr>
            <w:tcW w:w="0" w:type="auto"/>
          </w:tcPr>
          <w:p w14:paraId="710289AA" w14:textId="77777777" w:rsidR="006D5036" w:rsidRPr="00575350" w:rsidRDefault="006D5036" w:rsidP="0030220C">
            <w:pPr>
              <w:rPr>
                <w:rFonts w:ascii="Arial" w:hAnsi="Arial" w:cs="Arial"/>
                <w:sz w:val="20"/>
                <w:szCs w:val="20"/>
              </w:rPr>
            </w:pPr>
            <w:r w:rsidRPr="00575350">
              <w:rPr>
                <w:rFonts w:ascii="Arial" w:hAnsi="Arial" w:cs="Arial"/>
                <w:sz w:val="20"/>
                <w:szCs w:val="20"/>
              </w:rPr>
              <w:t>MACARRÃO, TIPO: AVE MARIA OU PAI NOSSO - EMBALAGEM DE APROXIMADAMENTE 500 G, SEMELHANTE A ADRIA, RENATA E GALO.</w:t>
            </w:r>
          </w:p>
        </w:tc>
        <w:tc>
          <w:tcPr>
            <w:tcW w:w="0" w:type="auto"/>
          </w:tcPr>
          <w:p w14:paraId="09684555" w14:textId="77777777" w:rsidR="006D5036" w:rsidRDefault="006D5036" w:rsidP="0030220C">
            <w:pPr>
              <w:rPr>
                <w:rFonts w:ascii="Arial" w:hAnsi="Arial" w:cs="Arial"/>
                <w:sz w:val="20"/>
                <w:szCs w:val="20"/>
              </w:rPr>
            </w:pPr>
          </w:p>
          <w:p w14:paraId="00388A0D"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tcPr>
          <w:p w14:paraId="1414C2BB" w14:textId="77777777" w:rsidR="006D5036" w:rsidRDefault="006D5036" w:rsidP="0030220C">
            <w:pPr>
              <w:rPr>
                <w:rFonts w:ascii="Arial" w:hAnsi="Arial" w:cs="Arial"/>
                <w:sz w:val="20"/>
                <w:szCs w:val="20"/>
              </w:rPr>
            </w:pPr>
          </w:p>
          <w:p w14:paraId="7B7F47A3" w14:textId="77777777" w:rsidR="006D5036" w:rsidRPr="00575350" w:rsidRDefault="006D5036" w:rsidP="0030220C">
            <w:pPr>
              <w:rPr>
                <w:rFonts w:ascii="Arial" w:hAnsi="Arial" w:cs="Arial"/>
                <w:sz w:val="20"/>
                <w:szCs w:val="20"/>
              </w:rPr>
            </w:pPr>
            <w:r w:rsidRPr="00575350">
              <w:rPr>
                <w:rFonts w:ascii="Arial" w:hAnsi="Arial" w:cs="Arial"/>
                <w:sz w:val="20"/>
                <w:szCs w:val="20"/>
              </w:rPr>
              <w:t>150</w:t>
            </w:r>
          </w:p>
        </w:tc>
        <w:tc>
          <w:tcPr>
            <w:tcW w:w="0" w:type="auto"/>
          </w:tcPr>
          <w:p w14:paraId="5CEC4044" w14:textId="77777777" w:rsidR="006D5036" w:rsidRDefault="006D5036" w:rsidP="0030220C">
            <w:pPr>
              <w:rPr>
                <w:rFonts w:ascii="Arial" w:hAnsi="Arial" w:cs="Arial"/>
                <w:sz w:val="20"/>
                <w:szCs w:val="20"/>
              </w:rPr>
            </w:pPr>
          </w:p>
          <w:p w14:paraId="6E6A4D16" w14:textId="77777777" w:rsidR="006D5036" w:rsidRPr="00575350" w:rsidRDefault="006D5036" w:rsidP="0030220C">
            <w:pPr>
              <w:rPr>
                <w:rFonts w:ascii="Arial" w:hAnsi="Arial" w:cs="Arial"/>
                <w:sz w:val="20"/>
                <w:szCs w:val="20"/>
              </w:rPr>
            </w:pPr>
            <w:r>
              <w:rPr>
                <w:rFonts w:ascii="Arial" w:hAnsi="Arial" w:cs="Arial"/>
                <w:sz w:val="20"/>
                <w:szCs w:val="20"/>
              </w:rPr>
              <w:t>9,23</w:t>
            </w:r>
          </w:p>
        </w:tc>
        <w:tc>
          <w:tcPr>
            <w:tcW w:w="0" w:type="auto"/>
          </w:tcPr>
          <w:p w14:paraId="7F1C43C4" w14:textId="77777777" w:rsidR="006D5036" w:rsidRDefault="006D5036" w:rsidP="0030220C">
            <w:pPr>
              <w:rPr>
                <w:rFonts w:ascii="Arial" w:hAnsi="Arial" w:cs="Arial"/>
                <w:sz w:val="20"/>
                <w:szCs w:val="20"/>
              </w:rPr>
            </w:pPr>
          </w:p>
          <w:p w14:paraId="7A60C34A" w14:textId="77777777" w:rsidR="006D5036" w:rsidRPr="00575350" w:rsidRDefault="006D5036" w:rsidP="0030220C">
            <w:pPr>
              <w:rPr>
                <w:rFonts w:ascii="Arial" w:hAnsi="Arial" w:cs="Arial"/>
                <w:sz w:val="20"/>
                <w:szCs w:val="20"/>
              </w:rPr>
            </w:pPr>
            <w:r>
              <w:rPr>
                <w:rFonts w:ascii="Arial" w:hAnsi="Arial" w:cs="Arial"/>
                <w:sz w:val="20"/>
                <w:szCs w:val="20"/>
              </w:rPr>
              <w:t>1.384,50</w:t>
            </w:r>
          </w:p>
        </w:tc>
      </w:tr>
      <w:tr w:rsidR="006D5036" w:rsidRPr="00575350" w14:paraId="0894C15E" w14:textId="77777777" w:rsidTr="0030220C">
        <w:trPr>
          <w:trHeight w:val="227"/>
          <w:jc w:val="center"/>
        </w:trPr>
        <w:tc>
          <w:tcPr>
            <w:tcW w:w="0" w:type="auto"/>
          </w:tcPr>
          <w:p w14:paraId="095891AC" w14:textId="77777777" w:rsidR="006D5036" w:rsidRPr="00575350" w:rsidRDefault="006D5036" w:rsidP="0030220C">
            <w:pPr>
              <w:rPr>
                <w:rFonts w:ascii="Arial" w:hAnsi="Arial" w:cs="Arial"/>
                <w:sz w:val="20"/>
                <w:szCs w:val="20"/>
              </w:rPr>
            </w:pPr>
            <w:r w:rsidRPr="00575350">
              <w:rPr>
                <w:rFonts w:ascii="Arial" w:hAnsi="Arial" w:cs="Arial"/>
                <w:sz w:val="20"/>
                <w:szCs w:val="20"/>
              </w:rPr>
              <w:t>105</w:t>
            </w:r>
          </w:p>
        </w:tc>
        <w:tc>
          <w:tcPr>
            <w:tcW w:w="0" w:type="auto"/>
          </w:tcPr>
          <w:p w14:paraId="25D93858" w14:textId="77777777" w:rsidR="006D5036" w:rsidRPr="00575350" w:rsidRDefault="006D5036" w:rsidP="0030220C">
            <w:pPr>
              <w:rPr>
                <w:rFonts w:ascii="Arial" w:hAnsi="Arial" w:cs="Arial"/>
                <w:sz w:val="20"/>
                <w:szCs w:val="20"/>
              </w:rPr>
            </w:pPr>
            <w:r w:rsidRPr="00575350">
              <w:rPr>
                <w:rFonts w:ascii="Arial" w:hAnsi="Arial" w:cs="Arial"/>
                <w:sz w:val="20"/>
                <w:szCs w:val="20"/>
              </w:rPr>
              <w:t>480340</w:t>
            </w:r>
          </w:p>
        </w:tc>
        <w:tc>
          <w:tcPr>
            <w:tcW w:w="0" w:type="auto"/>
          </w:tcPr>
          <w:p w14:paraId="19535F0A" w14:textId="77777777" w:rsidR="006D5036" w:rsidRPr="00575350" w:rsidRDefault="006D5036" w:rsidP="0030220C">
            <w:pPr>
              <w:rPr>
                <w:rFonts w:ascii="Arial" w:hAnsi="Arial" w:cs="Arial"/>
                <w:sz w:val="20"/>
                <w:szCs w:val="20"/>
              </w:rPr>
            </w:pPr>
            <w:r w:rsidRPr="00575350">
              <w:rPr>
                <w:rFonts w:ascii="Arial" w:hAnsi="Arial" w:cs="Arial"/>
                <w:sz w:val="20"/>
                <w:szCs w:val="20"/>
              </w:rPr>
              <w:t>MACARRÃO, TIPO: ESPAGUETE, SEM GLÚTEN - EMBALAGEM APROXIMADAMENTE 500 G, SIMILAR A URBANO, RENATA E DONA BENTA.</w:t>
            </w:r>
          </w:p>
        </w:tc>
        <w:tc>
          <w:tcPr>
            <w:tcW w:w="0" w:type="auto"/>
          </w:tcPr>
          <w:p w14:paraId="2E71B8A8" w14:textId="77777777" w:rsidR="006D5036" w:rsidRDefault="006D5036" w:rsidP="0030220C">
            <w:pPr>
              <w:rPr>
                <w:rFonts w:ascii="Arial" w:hAnsi="Arial" w:cs="Arial"/>
                <w:sz w:val="20"/>
                <w:szCs w:val="20"/>
              </w:rPr>
            </w:pPr>
          </w:p>
          <w:p w14:paraId="5BC5DD72"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tcPr>
          <w:p w14:paraId="50CD4524" w14:textId="77777777" w:rsidR="006D5036" w:rsidRDefault="006D5036" w:rsidP="0030220C">
            <w:pPr>
              <w:rPr>
                <w:rFonts w:ascii="Arial" w:hAnsi="Arial" w:cs="Arial"/>
                <w:sz w:val="20"/>
                <w:szCs w:val="20"/>
              </w:rPr>
            </w:pPr>
          </w:p>
          <w:p w14:paraId="6DE2510A" w14:textId="77777777" w:rsidR="006D5036" w:rsidRPr="00575350" w:rsidRDefault="006D5036" w:rsidP="0030220C">
            <w:pPr>
              <w:rPr>
                <w:rFonts w:ascii="Arial" w:hAnsi="Arial" w:cs="Arial"/>
                <w:sz w:val="20"/>
                <w:szCs w:val="20"/>
              </w:rPr>
            </w:pPr>
            <w:r w:rsidRPr="00575350">
              <w:rPr>
                <w:rFonts w:ascii="Arial" w:hAnsi="Arial" w:cs="Arial"/>
                <w:sz w:val="20"/>
                <w:szCs w:val="20"/>
              </w:rPr>
              <w:t>50</w:t>
            </w:r>
          </w:p>
        </w:tc>
        <w:tc>
          <w:tcPr>
            <w:tcW w:w="0" w:type="auto"/>
          </w:tcPr>
          <w:p w14:paraId="1E4BDA1B" w14:textId="77777777" w:rsidR="006D5036" w:rsidRDefault="006D5036" w:rsidP="0030220C">
            <w:pPr>
              <w:rPr>
                <w:rFonts w:ascii="Arial" w:hAnsi="Arial" w:cs="Arial"/>
                <w:sz w:val="20"/>
                <w:szCs w:val="20"/>
              </w:rPr>
            </w:pPr>
          </w:p>
          <w:p w14:paraId="5EFAFFD2" w14:textId="77777777" w:rsidR="006D5036" w:rsidRPr="00575350" w:rsidRDefault="006D5036" w:rsidP="0030220C">
            <w:pPr>
              <w:rPr>
                <w:rFonts w:ascii="Arial" w:hAnsi="Arial" w:cs="Arial"/>
                <w:sz w:val="20"/>
                <w:szCs w:val="20"/>
              </w:rPr>
            </w:pPr>
            <w:r>
              <w:rPr>
                <w:rFonts w:ascii="Arial" w:hAnsi="Arial" w:cs="Arial"/>
                <w:sz w:val="20"/>
                <w:szCs w:val="20"/>
              </w:rPr>
              <w:t>10,38</w:t>
            </w:r>
          </w:p>
        </w:tc>
        <w:tc>
          <w:tcPr>
            <w:tcW w:w="0" w:type="auto"/>
          </w:tcPr>
          <w:p w14:paraId="5E34F61A" w14:textId="77777777" w:rsidR="006D5036" w:rsidRDefault="006D5036" w:rsidP="0030220C">
            <w:pPr>
              <w:rPr>
                <w:rFonts w:ascii="Arial" w:hAnsi="Arial" w:cs="Arial"/>
                <w:sz w:val="20"/>
                <w:szCs w:val="20"/>
              </w:rPr>
            </w:pPr>
          </w:p>
          <w:p w14:paraId="30D222FB" w14:textId="77777777" w:rsidR="006D5036" w:rsidRPr="00575350" w:rsidRDefault="006D5036" w:rsidP="0030220C">
            <w:pPr>
              <w:rPr>
                <w:rFonts w:ascii="Arial" w:hAnsi="Arial" w:cs="Arial"/>
                <w:sz w:val="20"/>
                <w:szCs w:val="20"/>
              </w:rPr>
            </w:pPr>
            <w:r>
              <w:rPr>
                <w:rFonts w:ascii="Arial" w:hAnsi="Arial" w:cs="Arial"/>
                <w:sz w:val="20"/>
                <w:szCs w:val="20"/>
              </w:rPr>
              <w:t>519,00</w:t>
            </w:r>
          </w:p>
        </w:tc>
      </w:tr>
      <w:tr w:rsidR="006D5036" w:rsidRPr="00575350" w14:paraId="6BDE84D1" w14:textId="77777777" w:rsidTr="0030220C">
        <w:trPr>
          <w:trHeight w:val="227"/>
          <w:jc w:val="center"/>
        </w:trPr>
        <w:tc>
          <w:tcPr>
            <w:tcW w:w="0" w:type="auto"/>
          </w:tcPr>
          <w:p w14:paraId="4DCADFE1" w14:textId="77777777" w:rsidR="006D5036" w:rsidRPr="00575350" w:rsidRDefault="006D5036" w:rsidP="0030220C">
            <w:pPr>
              <w:rPr>
                <w:rFonts w:ascii="Arial" w:hAnsi="Arial" w:cs="Arial"/>
                <w:sz w:val="20"/>
                <w:szCs w:val="20"/>
              </w:rPr>
            </w:pPr>
            <w:r w:rsidRPr="00575350">
              <w:rPr>
                <w:rFonts w:ascii="Arial" w:hAnsi="Arial" w:cs="Arial"/>
                <w:sz w:val="20"/>
                <w:szCs w:val="20"/>
              </w:rPr>
              <w:t>106</w:t>
            </w:r>
          </w:p>
        </w:tc>
        <w:tc>
          <w:tcPr>
            <w:tcW w:w="0" w:type="auto"/>
          </w:tcPr>
          <w:p w14:paraId="7AFBA56F" w14:textId="77777777" w:rsidR="006D5036" w:rsidRPr="00575350" w:rsidRDefault="006D5036" w:rsidP="0030220C">
            <w:pPr>
              <w:rPr>
                <w:rFonts w:ascii="Arial" w:hAnsi="Arial" w:cs="Arial"/>
                <w:sz w:val="20"/>
                <w:szCs w:val="20"/>
              </w:rPr>
            </w:pPr>
            <w:r w:rsidRPr="00575350">
              <w:rPr>
                <w:rFonts w:ascii="Arial" w:hAnsi="Arial" w:cs="Arial"/>
                <w:sz w:val="20"/>
                <w:szCs w:val="20"/>
              </w:rPr>
              <w:t>326927</w:t>
            </w:r>
          </w:p>
        </w:tc>
        <w:tc>
          <w:tcPr>
            <w:tcW w:w="0" w:type="auto"/>
          </w:tcPr>
          <w:p w14:paraId="23068657"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MAIONESE - EMBALAGEM APROXIMADAMENTE 500 G, SIMILAR A HELLMANNS, HEINZ E HEMMER. </w:t>
            </w:r>
          </w:p>
        </w:tc>
        <w:tc>
          <w:tcPr>
            <w:tcW w:w="0" w:type="auto"/>
          </w:tcPr>
          <w:p w14:paraId="4C5C8A8D"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tcPr>
          <w:p w14:paraId="153C1FFD" w14:textId="77777777" w:rsidR="006D5036" w:rsidRPr="00575350" w:rsidRDefault="006D5036" w:rsidP="0030220C">
            <w:pPr>
              <w:rPr>
                <w:rFonts w:ascii="Arial" w:hAnsi="Arial" w:cs="Arial"/>
                <w:sz w:val="20"/>
                <w:szCs w:val="20"/>
              </w:rPr>
            </w:pPr>
            <w:r w:rsidRPr="00575350">
              <w:rPr>
                <w:rFonts w:ascii="Arial" w:hAnsi="Arial" w:cs="Arial"/>
                <w:sz w:val="20"/>
                <w:szCs w:val="20"/>
              </w:rPr>
              <w:t>970</w:t>
            </w:r>
          </w:p>
        </w:tc>
        <w:tc>
          <w:tcPr>
            <w:tcW w:w="0" w:type="auto"/>
          </w:tcPr>
          <w:p w14:paraId="3EA3DB71" w14:textId="77777777" w:rsidR="006D5036" w:rsidRPr="00575350" w:rsidRDefault="006D5036" w:rsidP="0030220C">
            <w:pPr>
              <w:rPr>
                <w:rFonts w:ascii="Arial" w:hAnsi="Arial" w:cs="Arial"/>
                <w:sz w:val="20"/>
                <w:szCs w:val="20"/>
              </w:rPr>
            </w:pPr>
            <w:r>
              <w:rPr>
                <w:rFonts w:ascii="Arial" w:hAnsi="Arial" w:cs="Arial"/>
                <w:sz w:val="20"/>
                <w:szCs w:val="20"/>
              </w:rPr>
              <w:t>10,31</w:t>
            </w:r>
          </w:p>
        </w:tc>
        <w:tc>
          <w:tcPr>
            <w:tcW w:w="0" w:type="auto"/>
          </w:tcPr>
          <w:p w14:paraId="2F26502C" w14:textId="77777777" w:rsidR="006D5036" w:rsidRPr="00575350" w:rsidRDefault="006D5036" w:rsidP="0030220C">
            <w:pPr>
              <w:rPr>
                <w:rFonts w:ascii="Arial" w:hAnsi="Arial" w:cs="Arial"/>
                <w:sz w:val="20"/>
                <w:szCs w:val="20"/>
              </w:rPr>
            </w:pPr>
            <w:r>
              <w:rPr>
                <w:rFonts w:ascii="Arial" w:hAnsi="Arial" w:cs="Arial"/>
                <w:sz w:val="20"/>
                <w:szCs w:val="20"/>
              </w:rPr>
              <w:t>10.000,70</w:t>
            </w:r>
          </w:p>
        </w:tc>
      </w:tr>
      <w:tr w:rsidR="006D5036" w:rsidRPr="00575350" w14:paraId="768CDA58" w14:textId="77777777" w:rsidTr="0030220C">
        <w:trPr>
          <w:trHeight w:val="227"/>
          <w:jc w:val="center"/>
        </w:trPr>
        <w:tc>
          <w:tcPr>
            <w:tcW w:w="0" w:type="auto"/>
          </w:tcPr>
          <w:p w14:paraId="529A4826" w14:textId="77777777" w:rsidR="006D5036" w:rsidRPr="00575350" w:rsidRDefault="006D5036" w:rsidP="0030220C">
            <w:pPr>
              <w:rPr>
                <w:rFonts w:ascii="Arial" w:hAnsi="Arial" w:cs="Arial"/>
                <w:sz w:val="20"/>
                <w:szCs w:val="20"/>
              </w:rPr>
            </w:pPr>
            <w:r w:rsidRPr="00575350">
              <w:rPr>
                <w:rFonts w:ascii="Arial" w:hAnsi="Arial" w:cs="Arial"/>
                <w:sz w:val="20"/>
                <w:szCs w:val="20"/>
              </w:rPr>
              <w:t>107</w:t>
            </w:r>
          </w:p>
        </w:tc>
        <w:tc>
          <w:tcPr>
            <w:tcW w:w="0" w:type="auto"/>
          </w:tcPr>
          <w:p w14:paraId="03CECE52" w14:textId="77777777" w:rsidR="006D5036" w:rsidRPr="00575350" w:rsidRDefault="006D5036" w:rsidP="0030220C">
            <w:pPr>
              <w:rPr>
                <w:rFonts w:ascii="Arial" w:hAnsi="Arial" w:cs="Arial"/>
                <w:sz w:val="20"/>
                <w:szCs w:val="20"/>
              </w:rPr>
            </w:pPr>
            <w:r w:rsidRPr="00575350">
              <w:rPr>
                <w:rFonts w:ascii="Arial" w:hAnsi="Arial" w:cs="Arial"/>
                <w:sz w:val="20"/>
                <w:szCs w:val="20"/>
              </w:rPr>
              <w:t>464405</w:t>
            </w:r>
          </w:p>
        </w:tc>
        <w:tc>
          <w:tcPr>
            <w:tcW w:w="0" w:type="auto"/>
          </w:tcPr>
          <w:p w14:paraId="2FCDE493" w14:textId="77777777" w:rsidR="006D5036" w:rsidRPr="00575350" w:rsidRDefault="006D5036" w:rsidP="0030220C">
            <w:pPr>
              <w:rPr>
                <w:rFonts w:ascii="Arial" w:hAnsi="Arial" w:cs="Arial"/>
                <w:sz w:val="20"/>
                <w:szCs w:val="20"/>
              </w:rPr>
            </w:pPr>
            <w:r w:rsidRPr="00575350">
              <w:rPr>
                <w:rFonts w:ascii="Arial" w:hAnsi="Arial" w:cs="Arial"/>
                <w:sz w:val="20"/>
                <w:szCs w:val="20"/>
              </w:rPr>
              <w:t>MAMÃO, TIPO: FORMOSA, IN NATURA - KG. CASCA FIRME, LISA, LIVRE DE SUJIDADES.</w:t>
            </w:r>
          </w:p>
        </w:tc>
        <w:tc>
          <w:tcPr>
            <w:tcW w:w="0" w:type="auto"/>
          </w:tcPr>
          <w:p w14:paraId="08C6AB81" w14:textId="77777777" w:rsidR="006D5036" w:rsidRPr="00575350" w:rsidRDefault="006D5036" w:rsidP="0030220C">
            <w:pPr>
              <w:rPr>
                <w:rFonts w:ascii="Arial" w:hAnsi="Arial" w:cs="Arial"/>
                <w:sz w:val="20"/>
                <w:szCs w:val="20"/>
              </w:rPr>
            </w:pPr>
            <w:r w:rsidRPr="00575350">
              <w:rPr>
                <w:rFonts w:ascii="Arial" w:hAnsi="Arial" w:cs="Arial"/>
                <w:sz w:val="20"/>
                <w:szCs w:val="20"/>
              </w:rPr>
              <w:t>KG</w:t>
            </w:r>
          </w:p>
        </w:tc>
        <w:tc>
          <w:tcPr>
            <w:tcW w:w="0" w:type="auto"/>
          </w:tcPr>
          <w:p w14:paraId="48AE2E02" w14:textId="77777777" w:rsidR="006D5036" w:rsidRPr="00575350" w:rsidRDefault="006D5036" w:rsidP="0030220C">
            <w:pPr>
              <w:rPr>
                <w:rFonts w:ascii="Arial" w:hAnsi="Arial" w:cs="Arial"/>
                <w:sz w:val="20"/>
                <w:szCs w:val="20"/>
              </w:rPr>
            </w:pPr>
            <w:r w:rsidRPr="00575350">
              <w:rPr>
                <w:rFonts w:ascii="Arial" w:hAnsi="Arial" w:cs="Arial"/>
                <w:sz w:val="20"/>
                <w:szCs w:val="20"/>
              </w:rPr>
              <w:t>497</w:t>
            </w:r>
          </w:p>
        </w:tc>
        <w:tc>
          <w:tcPr>
            <w:tcW w:w="0" w:type="auto"/>
          </w:tcPr>
          <w:p w14:paraId="5D27DAC4" w14:textId="77777777" w:rsidR="006D5036" w:rsidRPr="00575350" w:rsidRDefault="006D5036" w:rsidP="0030220C">
            <w:pPr>
              <w:rPr>
                <w:rFonts w:ascii="Arial" w:hAnsi="Arial" w:cs="Arial"/>
                <w:sz w:val="20"/>
                <w:szCs w:val="20"/>
              </w:rPr>
            </w:pPr>
            <w:r>
              <w:rPr>
                <w:rFonts w:ascii="Arial" w:hAnsi="Arial" w:cs="Arial"/>
                <w:sz w:val="20"/>
                <w:szCs w:val="20"/>
              </w:rPr>
              <w:t>16,59</w:t>
            </w:r>
          </w:p>
        </w:tc>
        <w:tc>
          <w:tcPr>
            <w:tcW w:w="0" w:type="auto"/>
          </w:tcPr>
          <w:p w14:paraId="5D007B73" w14:textId="77777777" w:rsidR="006D5036" w:rsidRPr="00575350" w:rsidRDefault="006D5036" w:rsidP="0030220C">
            <w:pPr>
              <w:rPr>
                <w:rFonts w:ascii="Arial" w:hAnsi="Arial" w:cs="Arial"/>
                <w:sz w:val="20"/>
                <w:szCs w:val="20"/>
              </w:rPr>
            </w:pPr>
            <w:r>
              <w:rPr>
                <w:rFonts w:ascii="Arial" w:hAnsi="Arial" w:cs="Arial"/>
                <w:sz w:val="20"/>
                <w:szCs w:val="20"/>
              </w:rPr>
              <w:t>8.245,23</w:t>
            </w:r>
          </w:p>
        </w:tc>
      </w:tr>
      <w:tr w:rsidR="006D5036" w:rsidRPr="00575350" w14:paraId="67896D76" w14:textId="77777777" w:rsidTr="0030220C">
        <w:trPr>
          <w:trHeight w:val="227"/>
          <w:jc w:val="center"/>
        </w:trPr>
        <w:tc>
          <w:tcPr>
            <w:tcW w:w="0" w:type="auto"/>
          </w:tcPr>
          <w:p w14:paraId="14A14D92" w14:textId="77777777" w:rsidR="006D5036" w:rsidRPr="00575350" w:rsidRDefault="006D5036" w:rsidP="0030220C">
            <w:pPr>
              <w:rPr>
                <w:rFonts w:ascii="Arial" w:hAnsi="Arial" w:cs="Arial"/>
                <w:sz w:val="20"/>
                <w:szCs w:val="20"/>
              </w:rPr>
            </w:pPr>
            <w:r w:rsidRPr="00575350">
              <w:rPr>
                <w:rFonts w:ascii="Arial" w:hAnsi="Arial" w:cs="Arial"/>
                <w:sz w:val="20"/>
                <w:szCs w:val="20"/>
              </w:rPr>
              <w:t>108</w:t>
            </w:r>
          </w:p>
        </w:tc>
        <w:tc>
          <w:tcPr>
            <w:tcW w:w="0" w:type="auto"/>
          </w:tcPr>
          <w:p w14:paraId="0B298739" w14:textId="77777777" w:rsidR="006D5036" w:rsidRPr="00575350" w:rsidRDefault="006D5036" w:rsidP="0030220C">
            <w:pPr>
              <w:rPr>
                <w:rFonts w:ascii="Arial" w:hAnsi="Arial" w:cs="Arial"/>
                <w:sz w:val="20"/>
                <w:szCs w:val="20"/>
              </w:rPr>
            </w:pPr>
            <w:r w:rsidRPr="00575350">
              <w:rPr>
                <w:rFonts w:ascii="Arial" w:hAnsi="Arial" w:cs="Arial"/>
                <w:sz w:val="20"/>
                <w:szCs w:val="20"/>
              </w:rPr>
              <w:t>464410</w:t>
            </w:r>
          </w:p>
        </w:tc>
        <w:tc>
          <w:tcPr>
            <w:tcW w:w="0" w:type="auto"/>
          </w:tcPr>
          <w:p w14:paraId="53355D7D" w14:textId="77777777" w:rsidR="006D5036" w:rsidRPr="00575350" w:rsidRDefault="006D5036" w:rsidP="0030220C">
            <w:pPr>
              <w:rPr>
                <w:rFonts w:ascii="Arial" w:hAnsi="Arial" w:cs="Arial"/>
                <w:sz w:val="20"/>
                <w:szCs w:val="20"/>
              </w:rPr>
            </w:pPr>
            <w:r w:rsidRPr="00575350">
              <w:rPr>
                <w:rFonts w:ascii="Arial" w:hAnsi="Arial" w:cs="Arial"/>
                <w:sz w:val="20"/>
                <w:szCs w:val="20"/>
              </w:rPr>
              <w:t>MANGA, TIPO: ROSA, IN NATURA - KG.  FRUTOS DE TAMANHO MÉDIO, GRAU MÁXIMO DE MATURAÇÃO, SEM FERIMENTOS OU PERFURAÇÕES.</w:t>
            </w:r>
          </w:p>
        </w:tc>
        <w:tc>
          <w:tcPr>
            <w:tcW w:w="0" w:type="auto"/>
          </w:tcPr>
          <w:p w14:paraId="41505EB3" w14:textId="77777777" w:rsidR="006D5036" w:rsidRDefault="006D5036" w:rsidP="0030220C">
            <w:pPr>
              <w:rPr>
                <w:rFonts w:ascii="Arial" w:hAnsi="Arial" w:cs="Arial"/>
                <w:sz w:val="20"/>
                <w:szCs w:val="20"/>
              </w:rPr>
            </w:pPr>
          </w:p>
          <w:p w14:paraId="434DCE25" w14:textId="77777777" w:rsidR="006D5036" w:rsidRPr="00575350" w:rsidRDefault="006D5036" w:rsidP="0030220C">
            <w:pPr>
              <w:rPr>
                <w:rFonts w:ascii="Arial" w:hAnsi="Arial" w:cs="Arial"/>
                <w:sz w:val="20"/>
                <w:szCs w:val="20"/>
              </w:rPr>
            </w:pPr>
            <w:r w:rsidRPr="00575350">
              <w:rPr>
                <w:rFonts w:ascii="Arial" w:hAnsi="Arial" w:cs="Arial"/>
                <w:sz w:val="20"/>
                <w:szCs w:val="20"/>
              </w:rPr>
              <w:t>KG</w:t>
            </w:r>
          </w:p>
        </w:tc>
        <w:tc>
          <w:tcPr>
            <w:tcW w:w="0" w:type="auto"/>
          </w:tcPr>
          <w:p w14:paraId="1AEA4878" w14:textId="77777777" w:rsidR="006D5036" w:rsidRDefault="006D5036" w:rsidP="0030220C">
            <w:pPr>
              <w:rPr>
                <w:rFonts w:ascii="Arial" w:hAnsi="Arial" w:cs="Arial"/>
                <w:sz w:val="20"/>
                <w:szCs w:val="20"/>
              </w:rPr>
            </w:pPr>
          </w:p>
          <w:p w14:paraId="28EAF412" w14:textId="77777777" w:rsidR="006D5036" w:rsidRPr="00575350" w:rsidRDefault="006D5036" w:rsidP="0030220C">
            <w:pPr>
              <w:rPr>
                <w:rFonts w:ascii="Arial" w:hAnsi="Arial" w:cs="Arial"/>
                <w:sz w:val="20"/>
                <w:szCs w:val="20"/>
              </w:rPr>
            </w:pPr>
            <w:r w:rsidRPr="00575350">
              <w:rPr>
                <w:rFonts w:ascii="Arial" w:hAnsi="Arial" w:cs="Arial"/>
                <w:sz w:val="20"/>
                <w:szCs w:val="20"/>
              </w:rPr>
              <w:t>185</w:t>
            </w:r>
          </w:p>
        </w:tc>
        <w:tc>
          <w:tcPr>
            <w:tcW w:w="0" w:type="auto"/>
          </w:tcPr>
          <w:p w14:paraId="58A20D29" w14:textId="77777777" w:rsidR="006D5036" w:rsidRDefault="006D5036" w:rsidP="0030220C">
            <w:pPr>
              <w:rPr>
                <w:rFonts w:ascii="Arial" w:hAnsi="Arial" w:cs="Arial"/>
                <w:sz w:val="20"/>
                <w:szCs w:val="20"/>
              </w:rPr>
            </w:pPr>
          </w:p>
          <w:p w14:paraId="5BDFC7B1" w14:textId="77777777" w:rsidR="006D5036" w:rsidRPr="00575350" w:rsidRDefault="006D5036" w:rsidP="0030220C">
            <w:pPr>
              <w:rPr>
                <w:rFonts w:ascii="Arial" w:hAnsi="Arial" w:cs="Arial"/>
                <w:sz w:val="20"/>
                <w:szCs w:val="20"/>
              </w:rPr>
            </w:pPr>
            <w:r>
              <w:rPr>
                <w:rFonts w:ascii="Arial" w:hAnsi="Arial" w:cs="Arial"/>
                <w:sz w:val="20"/>
                <w:szCs w:val="20"/>
              </w:rPr>
              <w:t>8,54</w:t>
            </w:r>
          </w:p>
        </w:tc>
        <w:tc>
          <w:tcPr>
            <w:tcW w:w="0" w:type="auto"/>
          </w:tcPr>
          <w:p w14:paraId="32FCBD6C" w14:textId="77777777" w:rsidR="006D5036" w:rsidRDefault="006D5036" w:rsidP="0030220C">
            <w:pPr>
              <w:rPr>
                <w:rFonts w:ascii="Arial" w:hAnsi="Arial" w:cs="Arial"/>
                <w:sz w:val="20"/>
                <w:szCs w:val="20"/>
              </w:rPr>
            </w:pPr>
          </w:p>
          <w:p w14:paraId="24FBB632" w14:textId="77777777" w:rsidR="006D5036" w:rsidRPr="00575350" w:rsidRDefault="006D5036" w:rsidP="0030220C">
            <w:pPr>
              <w:rPr>
                <w:rFonts w:ascii="Arial" w:hAnsi="Arial" w:cs="Arial"/>
                <w:sz w:val="20"/>
                <w:szCs w:val="20"/>
              </w:rPr>
            </w:pPr>
            <w:r>
              <w:rPr>
                <w:rFonts w:ascii="Arial" w:hAnsi="Arial" w:cs="Arial"/>
                <w:sz w:val="20"/>
                <w:szCs w:val="20"/>
              </w:rPr>
              <w:t>1579,90</w:t>
            </w:r>
          </w:p>
        </w:tc>
      </w:tr>
      <w:tr w:rsidR="006D5036" w:rsidRPr="00575350" w14:paraId="2B478287" w14:textId="77777777" w:rsidTr="0030220C">
        <w:trPr>
          <w:trHeight w:val="227"/>
          <w:jc w:val="center"/>
        </w:trPr>
        <w:tc>
          <w:tcPr>
            <w:tcW w:w="0" w:type="auto"/>
          </w:tcPr>
          <w:p w14:paraId="1E3924C8" w14:textId="77777777" w:rsidR="006D5036" w:rsidRPr="00575350" w:rsidRDefault="006D5036" w:rsidP="0030220C">
            <w:pPr>
              <w:rPr>
                <w:rFonts w:ascii="Arial" w:hAnsi="Arial" w:cs="Arial"/>
                <w:sz w:val="20"/>
                <w:szCs w:val="20"/>
              </w:rPr>
            </w:pPr>
            <w:r w:rsidRPr="00575350">
              <w:rPr>
                <w:rFonts w:ascii="Arial" w:hAnsi="Arial" w:cs="Arial"/>
                <w:sz w:val="20"/>
                <w:szCs w:val="20"/>
              </w:rPr>
              <w:t>109</w:t>
            </w:r>
          </w:p>
        </w:tc>
        <w:tc>
          <w:tcPr>
            <w:tcW w:w="0" w:type="auto"/>
          </w:tcPr>
          <w:p w14:paraId="1144C920" w14:textId="77777777" w:rsidR="006D5036" w:rsidRPr="00575350" w:rsidRDefault="006D5036" w:rsidP="0030220C">
            <w:pPr>
              <w:rPr>
                <w:rFonts w:ascii="Arial" w:hAnsi="Arial" w:cs="Arial"/>
                <w:sz w:val="20"/>
                <w:szCs w:val="20"/>
              </w:rPr>
            </w:pPr>
            <w:r w:rsidRPr="00575350">
              <w:rPr>
                <w:rFonts w:ascii="Arial" w:hAnsi="Arial" w:cs="Arial"/>
                <w:sz w:val="20"/>
                <w:szCs w:val="20"/>
              </w:rPr>
              <w:t>464415</w:t>
            </w:r>
          </w:p>
        </w:tc>
        <w:tc>
          <w:tcPr>
            <w:tcW w:w="0" w:type="auto"/>
          </w:tcPr>
          <w:p w14:paraId="16E49A82" w14:textId="77777777" w:rsidR="006D5036" w:rsidRPr="00575350" w:rsidRDefault="006D5036" w:rsidP="0030220C">
            <w:pPr>
              <w:rPr>
                <w:rFonts w:ascii="Arial" w:hAnsi="Arial" w:cs="Arial"/>
                <w:sz w:val="20"/>
                <w:szCs w:val="20"/>
              </w:rPr>
            </w:pPr>
            <w:r w:rsidRPr="00575350">
              <w:rPr>
                <w:rFonts w:ascii="Arial" w:hAnsi="Arial" w:cs="Arial"/>
                <w:sz w:val="20"/>
                <w:szCs w:val="20"/>
              </w:rPr>
              <w:t>MARACUJÁ, TIPO: AZEDO, IN NATURA - KG. DEVE APRESENTAR COLORAÇÃO UNIFORME, SEM MANCHAS ESCURAS, RACHADURAS, PERFURAÇÕES, SUJIDADES OU A PRESENÇA DE LARVAS E INSETOS.</w:t>
            </w:r>
          </w:p>
        </w:tc>
        <w:tc>
          <w:tcPr>
            <w:tcW w:w="0" w:type="auto"/>
          </w:tcPr>
          <w:p w14:paraId="5B082473" w14:textId="77777777" w:rsidR="006D5036" w:rsidRDefault="006D5036" w:rsidP="0030220C">
            <w:pPr>
              <w:rPr>
                <w:rFonts w:ascii="Arial" w:hAnsi="Arial" w:cs="Arial"/>
                <w:sz w:val="20"/>
                <w:szCs w:val="20"/>
              </w:rPr>
            </w:pPr>
          </w:p>
          <w:p w14:paraId="626B2498" w14:textId="77777777" w:rsidR="006D5036" w:rsidRPr="00575350" w:rsidRDefault="006D5036" w:rsidP="0030220C">
            <w:pPr>
              <w:rPr>
                <w:rFonts w:ascii="Arial" w:hAnsi="Arial" w:cs="Arial"/>
                <w:sz w:val="20"/>
                <w:szCs w:val="20"/>
              </w:rPr>
            </w:pPr>
            <w:r w:rsidRPr="00575350">
              <w:rPr>
                <w:rFonts w:ascii="Arial" w:hAnsi="Arial" w:cs="Arial"/>
                <w:sz w:val="20"/>
                <w:szCs w:val="20"/>
              </w:rPr>
              <w:t>KG</w:t>
            </w:r>
          </w:p>
        </w:tc>
        <w:tc>
          <w:tcPr>
            <w:tcW w:w="0" w:type="auto"/>
          </w:tcPr>
          <w:p w14:paraId="4367CCBC" w14:textId="77777777" w:rsidR="006D5036" w:rsidRDefault="006D5036" w:rsidP="0030220C">
            <w:pPr>
              <w:rPr>
                <w:rFonts w:ascii="Arial" w:hAnsi="Arial" w:cs="Arial"/>
                <w:sz w:val="20"/>
                <w:szCs w:val="20"/>
              </w:rPr>
            </w:pPr>
          </w:p>
          <w:p w14:paraId="00262942" w14:textId="77777777" w:rsidR="006D5036" w:rsidRPr="00575350" w:rsidRDefault="006D5036" w:rsidP="0030220C">
            <w:pPr>
              <w:rPr>
                <w:rFonts w:ascii="Arial" w:hAnsi="Arial" w:cs="Arial"/>
                <w:sz w:val="20"/>
                <w:szCs w:val="20"/>
              </w:rPr>
            </w:pPr>
            <w:r w:rsidRPr="00575350">
              <w:rPr>
                <w:rFonts w:ascii="Arial" w:hAnsi="Arial" w:cs="Arial"/>
                <w:sz w:val="20"/>
                <w:szCs w:val="20"/>
              </w:rPr>
              <w:t>30</w:t>
            </w:r>
          </w:p>
        </w:tc>
        <w:tc>
          <w:tcPr>
            <w:tcW w:w="0" w:type="auto"/>
          </w:tcPr>
          <w:p w14:paraId="53097E1A" w14:textId="77777777" w:rsidR="006D5036" w:rsidRDefault="006D5036" w:rsidP="0030220C">
            <w:pPr>
              <w:rPr>
                <w:rFonts w:ascii="Arial" w:hAnsi="Arial" w:cs="Arial"/>
                <w:sz w:val="20"/>
                <w:szCs w:val="20"/>
              </w:rPr>
            </w:pPr>
          </w:p>
          <w:p w14:paraId="2E377CF8" w14:textId="77777777" w:rsidR="006D5036" w:rsidRPr="00575350" w:rsidRDefault="006D5036" w:rsidP="0030220C">
            <w:pPr>
              <w:rPr>
                <w:rFonts w:ascii="Arial" w:hAnsi="Arial" w:cs="Arial"/>
                <w:sz w:val="20"/>
                <w:szCs w:val="20"/>
              </w:rPr>
            </w:pPr>
            <w:r>
              <w:rPr>
                <w:rFonts w:ascii="Arial" w:hAnsi="Arial" w:cs="Arial"/>
                <w:sz w:val="20"/>
                <w:szCs w:val="20"/>
              </w:rPr>
              <w:t>18,33</w:t>
            </w:r>
          </w:p>
        </w:tc>
        <w:tc>
          <w:tcPr>
            <w:tcW w:w="0" w:type="auto"/>
          </w:tcPr>
          <w:p w14:paraId="21C20FEF" w14:textId="77777777" w:rsidR="006D5036" w:rsidRDefault="006D5036" w:rsidP="0030220C">
            <w:pPr>
              <w:rPr>
                <w:rFonts w:ascii="Arial" w:hAnsi="Arial" w:cs="Arial"/>
                <w:sz w:val="20"/>
                <w:szCs w:val="20"/>
              </w:rPr>
            </w:pPr>
          </w:p>
          <w:p w14:paraId="2CEA157F" w14:textId="77777777" w:rsidR="006D5036" w:rsidRPr="00575350" w:rsidRDefault="006D5036" w:rsidP="0030220C">
            <w:pPr>
              <w:rPr>
                <w:rFonts w:ascii="Arial" w:hAnsi="Arial" w:cs="Arial"/>
                <w:sz w:val="20"/>
                <w:szCs w:val="20"/>
              </w:rPr>
            </w:pPr>
            <w:r>
              <w:rPr>
                <w:rFonts w:ascii="Arial" w:hAnsi="Arial" w:cs="Arial"/>
                <w:sz w:val="20"/>
                <w:szCs w:val="20"/>
              </w:rPr>
              <w:t>549,90</w:t>
            </w:r>
          </w:p>
        </w:tc>
      </w:tr>
      <w:tr w:rsidR="006D5036" w:rsidRPr="00575350" w14:paraId="69E95C65" w14:textId="77777777" w:rsidTr="0030220C">
        <w:trPr>
          <w:trHeight w:val="227"/>
          <w:jc w:val="center"/>
        </w:trPr>
        <w:tc>
          <w:tcPr>
            <w:tcW w:w="0" w:type="auto"/>
          </w:tcPr>
          <w:p w14:paraId="71674344" w14:textId="77777777" w:rsidR="006D5036" w:rsidRPr="00575350" w:rsidRDefault="006D5036" w:rsidP="0030220C">
            <w:pPr>
              <w:rPr>
                <w:rFonts w:ascii="Arial" w:hAnsi="Arial" w:cs="Arial"/>
                <w:sz w:val="20"/>
                <w:szCs w:val="20"/>
              </w:rPr>
            </w:pPr>
            <w:r w:rsidRPr="00575350">
              <w:rPr>
                <w:rFonts w:ascii="Arial" w:hAnsi="Arial" w:cs="Arial"/>
                <w:sz w:val="20"/>
                <w:szCs w:val="20"/>
              </w:rPr>
              <w:t>110</w:t>
            </w:r>
          </w:p>
        </w:tc>
        <w:tc>
          <w:tcPr>
            <w:tcW w:w="0" w:type="auto"/>
          </w:tcPr>
          <w:p w14:paraId="218C79D2" w14:textId="77777777" w:rsidR="006D5036" w:rsidRPr="00575350" w:rsidRDefault="006D5036" w:rsidP="0030220C">
            <w:pPr>
              <w:rPr>
                <w:rFonts w:ascii="Arial" w:hAnsi="Arial" w:cs="Arial"/>
                <w:sz w:val="20"/>
                <w:szCs w:val="20"/>
              </w:rPr>
            </w:pPr>
            <w:r w:rsidRPr="00575350">
              <w:rPr>
                <w:rFonts w:ascii="Arial" w:hAnsi="Arial" w:cs="Arial"/>
                <w:sz w:val="20"/>
                <w:szCs w:val="20"/>
              </w:rPr>
              <w:t>458998</w:t>
            </w:r>
          </w:p>
        </w:tc>
        <w:tc>
          <w:tcPr>
            <w:tcW w:w="0" w:type="auto"/>
          </w:tcPr>
          <w:p w14:paraId="252A3958" w14:textId="77777777" w:rsidR="006D5036" w:rsidRPr="00575350" w:rsidRDefault="006D5036" w:rsidP="0030220C">
            <w:pPr>
              <w:rPr>
                <w:rFonts w:ascii="Arial" w:hAnsi="Arial" w:cs="Arial"/>
                <w:sz w:val="20"/>
                <w:szCs w:val="20"/>
              </w:rPr>
            </w:pPr>
            <w:r w:rsidRPr="00575350">
              <w:rPr>
                <w:rFonts w:ascii="Arial" w:hAnsi="Arial" w:cs="Arial"/>
                <w:sz w:val="20"/>
                <w:szCs w:val="20"/>
              </w:rPr>
              <w:t>MASSA PRONTA PARA LASANHA - MASSA DE SÊMOLA DE TRIGO, EMBALAGEM APROXIMADAMENTE 500 G, SIMILAR A ADRIA, DONA BENTA E PETYBON.</w:t>
            </w:r>
          </w:p>
        </w:tc>
        <w:tc>
          <w:tcPr>
            <w:tcW w:w="0" w:type="auto"/>
          </w:tcPr>
          <w:p w14:paraId="5FE6A674" w14:textId="77777777" w:rsidR="006D5036" w:rsidRDefault="006D5036" w:rsidP="0030220C">
            <w:pPr>
              <w:rPr>
                <w:rFonts w:ascii="Arial" w:hAnsi="Arial" w:cs="Arial"/>
                <w:sz w:val="20"/>
                <w:szCs w:val="20"/>
              </w:rPr>
            </w:pPr>
          </w:p>
          <w:p w14:paraId="2E8CA6E7" w14:textId="77777777" w:rsidR="006D5036" w:rsidRPr="00575350" w:rsidRDefault="006D5036" w:rsidP="0030220C">
            <w:pPr>
              <w:rPr>
                <w:rFonts w:ascii="Arial" w:hAnsi="Arial" w:cs="Arial"/>
                <w:sz w:val="20"/>
                <w:szCs w:val="20"/>
              </w:rPr>
            </w:pPr>
            <w:r w:rsidRPr="00575350">
              <w:rPr>
                <w:rFonts w:ascii="Arial" w:hAnsi="Arial" w:cs="Arial"/>
                <w:sz w:val="20"/>
                <w:szCs w:val="20"/>
              </w:rPr>
              <w:t>UN</w:t>
            </w:r>
          </w:p>
        </w:tc>
        <w:tc>
          <w:tcPr>
            <w:tcW w:w="0" w:type="auto"/>
          </w:tcPr>
          <w:p w14:paraId="64EBC1EF" w14:textId="77777777" w:rsidR="006D5036" w:rsidRDefault="006D5036" w:rsidP="0030220C">
            <w:pPr>
              <w:rPr>
                <w:rFonts w:ascii="Arial" w:hAnsi="Arial" w:cs="Arial"/>
                <w:sz w:val="20"/>
                <w:szCs w:val="20"/>
              </w:rPr>
            </w:pPr>
          </w:p>
          <w:p w14:paraId="437BDBBE" w14:textId="77777777" w:rsidR="006D5036" w:rsidRPr="00575350" w:rsidRDefault="006D5036" w:rsidP="0030220C">
            <w:pPr>
              <w:rPr>
                <w:rFonts w:ascii="Arial" w:hAnsi="Arial" w:cs="Arial"/>
                <w:sz w:val="20"/>
                <w:szCs w:val="20"/>
              </w:rPr>
            </w:pPr>
            <w:r w:rsidRPr="00575350">
              <w:rPr>
                <w:rFonts w:ascii="Arial" w:hAnsi="Arial" w:cs="Arial"/>
                <w:sz w:val="20"/>
                <w:szCs w:val="20"/>
              </w:rPr>
              <w:t>110</w:t>
            </w:r>
          </w:p>
        </w:tc>
        <w:tc>
          <w:tcPr>
            <w:tcW w:w="0" w:type="auto"/>
          </w:tcPr>
          <w:p w14:paraId="01A9F3C6" w14:textId="77777777" w:rsidR="006D5036" w:rsidRDefault="006D5036" w:rsidP="0030220C">
            <w:pPr>
              <w:rPr>
                <w:rFonts w:ascii="Arial" w:hAnsi="Arial" w:cs="Arial"/>
                <w:sz w:val="20"/>
                <w:szCs w:val="20"/>
              </w:rPr>
            </w:pPr>
          </w:p>
          <w:p w14:paraId="6FF9AE0C" w14:textId="77777777" w:rsidR="006D5036" w:rsidRPr="00575350" w:rsidRDefault="006D5036" w:rsidP="0030220C">
            <w:pPr>
              <w:rPr>
                <w:rFonts w:ascii="Arial" w:hAnsi="Arial" w:cs="Arial"/>
                <w:sz w:val="20"/>
                <w:szCs w:val="20"/>
              </w:rPr>
            </w:pPr>
            <w:r>
              <w:rPr>
                <w:rFonts w:ascii="Arial" w:hAnsi="Arial" w:cs="Arial"/>
                <w:sz w:val="20"/>
                <w:szCs w:val="20"/>
              </w:rPr>
              <w:t>9,30</w:t>
            </w:r>
          </w:p>
        </w:tc>
        <w:tc>
          <w:tcPr>
            <w:tcW w:w="0" w:type="auto"/>
          </w:tcPr>
          <w:p w14:paraId="5896E843" w14:textId="77777777" w:rsidR="006D5036" w:rsidRDefault="006D5036" w:rsidP="0030220C">
            <w:pPr>
              <w:rPr>
                <w:rFonts w:ascii="Arial" w:hAnsi="Arial" w:cs="Arial"/>
                <w:sz w:val="20"/>
                <w:szCs w:val="20"/>
              </w:rPr>
            </w:pPr>
          </w:p>
          <w:p w14:paraId="305938EB" w14:textId="77777777" w:rsidR="006D5036" w:rsidRPr="00575350" w:rsidRDefault="006D5036" w:rsidP="0030220C">
            <w:pPr>
              <w:rPr>
                <w:rFonts w:ascii="Arial" w:hAnsi="Arial" w:cs="Arial"/>
                <w:sz w:val="20"/>
                <w:szCs w:val="20"/>
              </w:rPr>
            </w:pPr>
            <w:r>
              <w:rPr>
                <w:rFonts w:ascii="Arial" w:hAnsi="Arial" w:cs="Arial"/>
                <w:sz w:val="20"/>
                <w:szCs w:val="20"/>
              </w:rPr>
              <w:t>1.023,00</w:t>
            </w:r>
          </w:p>
        </w:tc>
      </w:tr>
      <w:tr w:rsidR="006D5036" w:rsidRPr="00575350" w14:paraId="5253FFF5" w14:textId="77777777" w:rsidTr="0030220C">
        <w:trPr>
          <w:trHeight w:val="227"/>
          <w:jc w:val="center"/>
        </w:trPr>
        <w:tc>
          <w:tcPr>
            <w:tcW w:w="0" w:type="auto"/>
          </w:tcPr>
          <w:p w14:paraId="388A8468" w14:textId="77777777" w:rsidR="006D5036" w:rsidRPr="00575350" w:rsidRDefault="006D5036" w:rsidP="0030220C">
            <w:pPr>
              <w:rPr>
                <w:rFonts w:ascii="Arial" w:hAnsi="Arial" w:cs="Arial"/>
                <w:sz w:val="20"/>
                <w:szCs w:val="20"/>
              </w:rPr>
            </w:pPr>
            <w:r w:rsidRPr="00575350">
              <w:rPr>
                <w:rFonts w:ascii="Arial" w:hAnsi="Arial" w:cs="Arial"/>
                <w:sz w:val="20"/>
                <w:szCs w:val="20"/>
              </w:rPr>
              <w:t>111</w:t>
            </w:r>
          </w:p>
        </w:tc>
        <w:tc>
          <w:tcPr>
            <w:tcW w:w="0" w:type="auto"/>
          </w:tcPr>
          <w:p w14:paraId="35064AF8" w14:textId="77777777" w:rsidR="006D5036" w:rsidRPr="00575350" w:rsidRDefault="006D5036" w:rsidP="0030220C">
            <w:pPr>
              <w:rPr>
                <w:rFonts w:ascii="Arial" w:hAnsi="Arial" w:cs="Arial"/>
                <w:sz w:val="20"/>
                <w:szCs w:val="20"/>
              </w:rPr>
            </w:pPr>
            <w:r w:rsidRPr="00575350">
              <w:rPr>
                <w:rFonts w:ascii="Arial" w:hAnsi="Arial" w:cs="Arial"/>
                <w:sz w:val="20"/>
                <w:szCs w:val="20"/>
              </w:rPr>
              <w:t>463791</w:t>
            </w:r>
          </w:p>
        </w:tc>
        <w:tc>
          <w:tcPr>
            <w:tcW w:w="0" w:type="auto"/>
          </w:tcPr>
          <w:p w14:paraId="4D76E6FB"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MAXIXE, IN NATURA - KG. ISENTO DE SUJIDADES, INSETOS E PRAGAS. </w:t>
            </w:r>
          </w:p>
        </w:tc>
        <w:tc>
          <w:tcPr>
            <w:tcW w:w="0" w:type="auto"/>
          </w:tcPr>
          <w:p w14:paraId="658811AF" w14:textId="77777777" w:rsidR="006D5036" w:rsidRPr="00575350" w:rsidRDefault="006D5036" w:rsidP="0030220C">
            <w:pPr>
              <w:rPr>
                <w:rFonts w:ascii="Arial" w:hAnsi="Arial" w:cs="Arial"/>
                <w:sz w:val="20"/>
                <w:szCs w:val="20"/>
              </w:rPr>
            </w:pPr>
            <w:r w:rsidRPr="00575350">
              <w:rPr>
                <w:rFonts w:ascii="Arial" w:hAnsi="Arial" w:cs="Arial"/>
                <w:sz w:val="20"/>
                <w:szCs w:val="20"/>
              </w:rPr>
              <w:t>KG</w:t>
            </w:r>
          </w:p>
        </w:tc>
        <w:tc>
          <w:tcPr>
            <w:tcW w:w="0" w:type="auto"/>
          </w:tcPr>
          <w:p w14:paraId="301B52FF" w14:textId="77777777" w:rsidR="006D5036" w:rsidRPr="00575350" w:rsidRDefault="006D5036" w:rsidP="0030220C">
            <w:pPr>
              <w:rPr>
                <w:rFonts w:ascii="Arial" w:hAnsi="Arial" w:cs="Arial"/>
                <w:sz w:val="20"/>
                <w:szCs w:val="20"/>
              </w:rPr>
            </w:pPr>
            <w:r w:rsidRPr="00575350">
              <w:rPr>
                <w:rFonts w:ascii="Arial" w:hAnsi="Arial" w:cs="Arial"/>
                <w:sz w:val="20"/>
                <w:szCs w:val="20"/>
              </w:rPr>
              <w:t>50</w:t>
            </w:r>
          </w:p>
        </w:tc>
        <w:tc>
          <w:tcPr>
            <w:tcW w:w="0" w:type="auto"/>
          </w:tcPr>
          <w:p w14:paraId="234BD41C" w14:textId="77777777" w:rsidR="006D5036" w:rsidRPr="00575350" w:rsidRDefault="006D5036" w:rsidP="0030220C">
            <w:pPr>
              <w:rPr>
                <w:rFonts w:ascii="Arial" w:hAnsi="Arial" w:cs="Arial"/>
                <w:sz w:val="20"/>
                <w:szCs w:val="20"/>
              </w:rPr>
            </w:pPr>
            <w:r>
              <w:rPr>
                <w:rFonts w:ascii="Arial" w:hAnsi="Arial" w:cs="Arial"/>
                <w:sz w:val="20"/>
                <w:szCs w:val="20"/>
              </w:rPr>
              <w:t>17,20</w:t>
            </w:r>
          </w:p>
        </w:tc>
        <w:tc>
          <w:tcPr>
            <w:tcW w:w="0" w:type="auto"/>
          </w:tcPr>
          <w:p w14:paraId="2F14F6FC" w14:textId="77777777" w:rsidR="006D5036" w:rsidRPr="00575350" w:rsidRDefault="006D5036" w:rsidP="0030220C">
            <w:pPr>
              <w:rPr>
                <w:rFonts w:ascii="Arial" w:hAnsi="Arial" w:cs="Arial"/>
                <w:sz w:val="20"/>
                <w:szCs w:val="20"/>
              </w:rPr>
            </w:pPr>
            <w:r>
              <w:rPr>
                <w:rFonts w:ascii="Arial" w:hAnsi="Arial" w:cs="Arial"/>
                <w:sz w:val="20"/>
                <w:szCs w:val="20"/>
              </w:rPr>
              <w:t>860,00</w:t>
            </w:r>
          </w:p>
        </w:tc>
      </w:tr>
      <w:tr w:rsidR="006D5036" w:rsidRPr="00575350" w14:paraId="5251AD2A" w14:textId="77777777" w:rsidTr="0030220C">
        <w:trPr>
          <w:trHeight w:val="227"/>
          <w:jc w:val="center"/>
        </w:trPr>
        <w:tc>
          <w:tcPr>
            <w:tcW w:w="0" w:type="auto"/>
            <w:vAlign w:val="center"/>
          </w:tcPr>
          <w:p w14:paraId="7B8F2EBF"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112</w:t>
            </w:r>
          </w:p>
        </w:tc>
        <w:tc>
          <w:tcPr>
            <w:tcW w:w="0" w:type="auto"/>
            <w:vAlign w:val="center"/>
          </w:tcPr>
          <w:p w14:paraId="3F013FEF"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464401</w:t>
            </w:r>
          </w:p>
        </w:tc>
        <w:tc>
          <w:tcPr>
            <w:tcW w:w="0" w:type="auto"/>
            <w:vAlign w:val="center"/>
          </w:tcPr>
          <w:p w14:paraId="2DFE990E"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MAÇA, TIPO: NACIONAL, IN NATURA - KG. FRUTOS DE TAMANHO</w:t>
            </w:r>
            <w:r w:rsidRPr="00575350">
              <w:rPr>
                <w:rFonts w:ascii="Arial" w:eastAsia="Times New Roman" w:hAnsi="Arial" w:cs="Arial"/>
                <w:sz w:val="18"/>
                <w:szCs w:val="18"/>
                <w:lang w:eastAsia="pt-BR"/>
              </w:rPr>
              <w:br/>
              <w:t>MÉDIO, GRAU MÁXIMO DE MATURAÇÃO, SEM FERIMENTOS, PERFURAÇÕES, INSETOS OU LARVAS.</w:t>
            </w:r>
          </w:p>
        </w:tc>
        <w:tc>
          <w:tcPr>
            <w:tcW w:w="0" w:type="auto"/>
            <w:vAlign w:val="center"/>
          </w:tcPr>
          <w:p w14:paraId="1B4270C6"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KG</w:t>
            </w:r>
          </w:p>
        </w:tc>
        <w:tc>
          <w:tcPr>
            <w:tcW w:w="0" w:type="auto"/>
            <w:vAlign w:val="center"/>
          </w:tcPr>
          <w:p w14:paraId="5EED28BB"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500</w:t>
            </w:r>
          </w:p>
        </w:tc>
        <w:tc>
          <w:tcPr>
            <w:tcW w:w="0" w:type="auto"/>
          </w:tcPr>
          <w:p w14:paraId="4B406EBE" w14:textId="77777777" w:rsidR="006D5036" w:rsidRPr="00575350" w:rsidRDefault="006D5036" w:rsidP="0030220C">
            <w:pPr>
              <w:rPr>
                <w:rFonts w:ascii="Arial" w:hAnsi="Arial" w:cs="Arial"/>
                <w:sz w:val="20"/>
                <w:szCs w:val="20"/>
              </w:rPr>
            </w:pPr>
            <w:r>
              <w:rPr>
                <w:rFonts w:ascii="Arial" w:hAnsi="Arial" w:cs="Arial"/>
                <w:sz w:val="20"/>
                <w:szCs w:val="20"/>
              </w:rPr>
              <w:t>17,09</w:t>
            </w:r>
          </w:p>
        </w:tc>
        <w:tc>
          <w:tcPr>
            <w:tcW w:w="0" w:type="auto"/>
          </w:tcPr>
          <w:p w14:paraId="01E53C94" w14:textId="77777777" w:rsidR="006D5036" w:rsidRPr="00575350" w:rsidRDefault="006D5036" w:rsidP="0030220C">
            <w:pPr>
              <w:rPr>
                <w:rFonts w:ascii="Arial" w:hAnsi="Arial" w:cs="Arial"/>
                <w:sz w:val="20"/>
                <w:szCs w:val="20"/>
              </w:rPr>
            </w:pPr>
            <w:r>
              <w:rPr>
                <w:rFonts w:ascii="Arial" w:hAnsi="Arial" w:cs="Arial"/>
                <w:sz w:val="20"/>
                <w:szCs w:val="20"/>
              </w:rPr>
              <w:t>8.545,00</w:t>
            </w:r>
          </w:p>
        </w:tc>
      </w:tr>
      <w:tr w:rsidR="006D5036" w:rsidRPr="00575350" w14:paraId="168241ED" w14:textId="77777777" w:rsidTr="0030220C">
        <w:trPr>
          <w:trHeight w:val="227"/>
          <w:jc w:val="center"/>
        </w:trPr>
        <w:tc>
          <w:tcPr>
            <w:tcW w:w="0" w:type="auto"/>
            <w:vAlign w:val="center"/>
          </w:tcPr>
          <w:p w14:paraId="226D1554" w14:textId="77777777" w:rsidR="006D5036" w:rsidRPr="00575350" w:rsidRDefault="006D5036" w:rsidP="0030220C">
            <w:pPr>
              <w:rPr>
                <w:rFonts w:ascii="Arial" w:hAnsi="Arial" w:cs="Arial"/>
                <w:sz w:val="20"/>
                <w:szCs w:val="20"/>
              </w:rPr>
            </w:pPr>
            <w:r w:rsidRPr="00575350">
              <w:rPr>
                <w:rFonts w:ascii="Arial" w:hAnsi="Arial" w:cs="Arial"/>
                <w:sz w:val="20"/>
                <w:szCs w:val="20"/>
              </w:rPr>
              <w:t>113</w:t>
            </w:r>
          </w:p>
        </w:tc>
        <w:tc>
          <w:tcPr>
            <w:tcW w:w="0" w:type="auto"/>
            <w:vAlign w:val="center"/>
          </w:tcPr>
          <w:p w14:paraId="4DD805AA" w14:textId="77777777" w:rsidR="006D5036" w:rsidRPr="00575350" w:rsidRDefault="006D5036" w:rsidP="0030220C">
            <w:pPr>
              <w:rPr>
                <w:rFonts w:ascii="Arial" w:hAnsi="Arial" w:cs="Arial"/>
                <w:sz w:val="20"/>
                <w:szCs w:val="20"/>
              </w:rPr>
            </w:pPr>
            <w:r w:rsidRPr="00575350">
              <w:rPr>
                <w:rFonts w:ascii="Arial" w:hAnsi="Arial" w:cs="Arial"/>
                <w:sz w:val="20"/>
                <w:szCs w:val="20"/>
              </w:rPr>
              <w:t>467419</w:t>
            </w:r>
          </w:p>
        </w:tc>
        <w:tc>
          <w:tcPr>
            <w:tcW w:w="0" w:type="auto"/>
            <w:vAlign w:val="center"/>
          </w:tcPr>
          <w:p w14:paraId="735E35E7"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MELANCIA, IN NATURA - KG. DEVERA APRESENTAR CONSISTENCIA FIRME, SEM PERFURACÃES OU MACHUCADOS, NÃO CONTER LARVAS E INSETOS. </w:t>
            </w:r>
          </w:p>
        </w:tc>
        <w:tc>
          <w:tcPr>
            <w:tcW w:w="0" w:type="auto"/>
            <w:vAlign w:val="center"/>
          </w:tcPr>
          <w:p w14:paraId="0046D562" w14:textId="77777777" w:rsidR="006D5036" w:rsidRPr="00575350" w:rsidRDefault="006D5036" w:rsidP="0030220C">
            <w:pPr>
              <w:rPr>
                <w:rFonts w:ascii="Arial" w:hAnsi="Arial" w:cs="Arial"/>
                <w:sz w:val="20"/>
                <w:szCs w:val="20"/>
              </w:rPr>
            </w:pPr>
            <w:r w:rsidRPr="00575350">
              <w:rPr>
                <w:rFonts w:ascii="Arial" w:hAnsi="Arial" w:cs="Arial"/>
                <w:sz w:val="20"/>
                <w:szCs w:val="20"/>
              </w:rPr>
              <w:t>KG</w:t>
            </w:r>
          </w:p>
        </w:tc>
        <w:tc>
          <w:tcPr>
            <w:tcW w:w="0" w:type="auto"/>
            <w:vAlign w:val="center"/>
          </w:tcPr>
          <w:p w14:paraId="3874CAD2" w14:textId="77777777" w:rsidR="006D5036" w:rsidRPr="00575350" w:rsidRDefault="006D5036" w:rsidP="0030220C">
            <w:pPr>
              <w:rPr>
                <w:rFonts w:ascii="Arial" w:hAnsi="Arial" w:cs="Arial"/>
                <w:sz w:val="20"/>
                <w:szCs w:val="20"/>
              </w:rPr>
            </w:pPr>
            <w:r w:rsidRPr="00575350">
              <w:rPr>
                <w:rFonts w:ascii="Arial" w:hAnsi="Arial" w:cs="Arial"/>
                <w:sz w:val="20"/>
                <w:szCs w:val="20"/>
              </w:rPr>
              <w:t>1810</w:t>
            </w:r>
          </w:p>
        </w:tc>
        <w:tc>
          <w:tcPr>
            <w:tcW w:w="0" w:type="auto"/>
          </w:tcPr>
          <w:p w14:paraId="7395B94C" w14:textId="77777777" w:rsidR="006D5036" w:rsidRDefault="006D5036" w:rsidP="0030220C">
            <w:pPr>
              <w:rPr>
                <w:rFonts w:ascii="Arial" w:hAnsi="Arial" w:cs="Arial"/>
                <w:sz w:val="20"/>
                <w:szCs w:val="20"/>
              </w:rPr>
            </w:pPr>
          </w:p>
          <w:p w14:paraId="51F28D1F" w14:textId="77777777" w:rsidR="006D5036" w:rsidRPr="00575350" w:rsidRDefault="006D5036" w:rsidP="0030220C">
            <w:pPr>
              <w:rPr>
                <w:rFonts w:ascii="Arial" w:hAnsi="Arial" w:cs="Arial"/>
                <w:sz w:val="20"/>
                <w:szCs w:val="20"/>
              </w:rPr>
            </w:pPr>
            <w:r>
              <w:rPr>
                <w:rFonts w:ascii="Arial" w:hAnsi="Arial" w:cs="Arial"/>
                <w:sz w:val="20"/>
                <w:szCs w:val="20"/>
              </w:rPr>
              <w:t>13,67</w:t>
            </w:r>
          </w:p>
        </w:tc>
        <w:tc>
          <w:tcPr>
            <w:tcW w:w="0" w:type="auto"/>
          </w:tcPr>
          <w:p w14:paraId="611CC97B" w14:textId="77777777" w:rsidR="006D5036" w:rsidRDefault="006D5036" w:rsidP="0030220C">
            <w:pPr>
              <w:rPr>
                <w:rFonts w:ascii="Arial" w:hAnsi="Arial" w:cs="Arial"/>
                <w:sz w:val="20"/>
                <w:szCs w:val="20"/>
              </w:rPr>
            </w:pPr>
          </w:p>
          <w:p w14:paraId="286A711E" w14:textId="77777777" w:rsidR="006D5036" w:rsidRPr="00575350" w:rsidRDefault="006D5036" w:rsidP="0030220C">
            <w:pPr>
              <w:rPr>
                <w:rFonts w:ascii="Arial" w:hAnsi="Arial" w:cs="Arial"/>
                <w:sz w:val="20"/>
                <w:szCs w:val="20"/>
              </w:rPr>
            </w:pPr>
            <w:r>
              <w:rPr>
                <w:rFonts w:ascii="Arial" w:hAnsi="Arial" w:cs="Arial"/>
                <w:sz w:val="20"/>
                <w:szCs w:val="20"/>
              </w:rPr>
              <w:t>24.742,70</w:t>
            </w:r>
          </w:p>
        </w:tc>
      </w:tr>
      <w:tr w:rsidR="006D5036" w:rsidRPr="00575350" w14:paraId="297F0C02" w14:textId="77777777" w:rsidTr="0030220C">
        <w:trPr>
          <w:trHeight w:val="227"/>
          <w:jc w:val="center"/>
        </w:trPr>
        <w:tc>
          <w:tcPr>
            <w:tcW w:w="0" w:type="auto"/>
            <w:vAlign w:val="center"/>
          </w:tcPr>
          <w:p w14:paraId="1E27D327" w14:textId="77777777" w:rsidR="006D5036" w:rsidRPr="00575350" w:rsidRDefault="006D5036" w:rsidP="0030220C">
            <w:pPr>
              <w:rPr>
                <w:rFonts w:ascii="Arial" w:hAnsi="Arial" w:cs="Arial"/>
                <w:sz w:val="20"/>
                <w:szCs w:val="20"/>
              </w:rPr>
            </w:pPr>
            <w:r w:rsidRPr="00575350">
              <w:rPr>
                <w:rFonts w:ascii="Arial" w:hAnsi="Arial" w:cs="Arial"/>
                <w:sz w:val="20"/>
                <w:szCs w:val="20"/>
              </w:rPr>
              <w:t>114</w:t>
            </w:r>
          </w:p>
        </w:tc>
        <w:tc>
          <w:tcPr>
            <w:tcW w:w="0" w:type="auto"/>
            <w:vAlign w:val="center"/>
          </w:tcPr>
          <w:p w14:paraId="78DC3F87" w14:textId="77777777" w:rsidR="006D5036" w:rsidRPr="00575350" w:rsidRDefault="006D5036" w:rsidP="0030220C">
            <w:pPr>
              <w:rPr>
                <w:rFonts w:ascii="Arial" w:hAnsi="Arial" w:cs="Arial"/>
                <w:sz w:val="20"/>
                <w:szCs w:val="20"/>
              </w:rPr>
            </w:pPr>
            <w:r w:rsidRPr="00575350">
              <w:rPr>
                <w:rFonts w:ascii="Arial" w:hAnsi="Arial" w:cs="Arial"/>
                <w:sz w:val="20"/>
                <w:szCs w:val="20"/>
              </w:rPr>
              <w:t>467420</w:t>
            </w:r>
          </w:p>
        </w:tc>
        <w:tc>
          <w:tcPr>
            <w:tcW w:w="0" w:type="auto"/>
            <w:vAlign w:val="center"/>
          </w:tcPr>
          <w:p w14:paraId="347E1F5F"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MELÃO, IN NATURA - KG. DEVE APRESENTAR COR UNIFORME, ESTAR LIVRE DE FUROS OU RACHADURAS, SEM PARTES ESCURAS OU MOLES, NEM PRESENÇA DE LARVAS E INSETOS. </w:t>
            </w:r>
          </w:p>
        </w:tc>
        <w:tc>
          <w:tcPr>
            <w:tcW w:w="0" w:type="auto"/>
            <w:vAlign w:val="center"/>
          </w:tcPr>
          <w:p w14:paraId="658646C4" w14:textId="77777777" w:rsidR="006D5036" w:rsidRPr="00575350" w:rsidRDefault="006D5036" w:rsidP="0030220C">
            <w:pPr>
              <w:rPr>
                <w:rFonts w:ascii="Arial" w:hAnsi="Arial" w:cs="Arial"/>
                <w:sz w:val="20"/>
                <w:szCs w:val="20"/>
              </w:rPr>
            </w:pPr>
            <w:r w:rsidRPr="00575350">
              <w:rPr>
                <w:rFonts w:ascii="Arial" w:hAnsi="Arial" w:cs="Arial"/>
                <w:sz w:val="20"/>
                <w:szCs w:val="20"/>
              </w:rPr>
              <w:t>KG</w:t>
            </w:r>
          </w:p>
        </w:tc>
        <w:tc>
          <w:tcPr>
            <w:tcW w:w="0" w:type="auto"/>
            <w:vAlign w:val="center"/>
          </w:tcPr>
          <w:p w14:paraId="6B55C370" w14:textId="77777777" w:rsidR="006D5036" w:rsidRPr="00575350" w:rsidRDefault="006D5036" w:rsidP="0030220C">
            <w:pPr>
              <w:rPr>
                <w:rFonts w:ascii="Arial" w:hAnsi="Arial" w:cs="Arial"/>
                <w:sz w:val="20"/>
                <w:szCs w:val="20"/>
              </w:rPr>
            </w:pPr>
            <w:r>
              <w:rPr>
                <w:rFonts w:ascii="Arial" w:hAnsi="Arial" w:cs="Arial"/>
                <w:sz w:val="20"/>
                <w:szCs w:val="20"/>
              </w:rPr>
              <w:t>385</w:t>
            </w:r>
          </w:p>
        </w:tc>
        <w:tc>
          <w:tcPr>
            <w:tcW w:w="0" w:type="auto"/>
          </w:tcPr>
          <w:p w14:paraId="543791A7" w14:textId="77777777" w:rsidR="006D5036" w:rsidRDefault="006D5036" w:rsidP="0030220C">
            <w:pPr>
              <w:rPr>
                <w:rFonts w:ascii="Arial" w:hAnsi="Arial" w:cs="Arial"/>
                <w:sz w:val="20"/>
                <w:szCs w:val="20"/>
              </w:rPr>
            </w:pPr>
          </w:p>
          <w:p w14:paraId="72DB9825" w14:textId="77777777" w:rsidR="006D5036" w:rsidRPr="00575350" w:rsidRDefault="006D5036" w:rsidP="0030220C">
            <w:pPr>
              <w:rPr>
                <w:rFonts w:ascii="Arial" w:hAnsi="Arial" w:cs="Arial"/>
                <w:sz w:val="20"/>
                <w:szCs w:val="20"/>
              </w:rPr>
            </w:pPr>
            <w:r>
              <w:rPr>
                <w:rFonts w:ascii="Arial" w:hAnsi="Arial" w:cs="Arial"/>
                <w:sz w:val="20"/>
                <w:szCs w:val="20"/>
              </w:rPr>
              <w:t>12,64</w:t>
            </w:r>
          </w:p>
        </w:tc>
        <w:tc>
          <w:tcPr>
            <w:tcW w:w="0" w:type="auto"/>
          </w:tcPr>
          <w:p w14:paraId="6D68B388" w14:textId="77777777" w:rsidR="006D5036" w:rsidRDefault="006D5036" w:rsidP="0030220C">
            <w:pPr>
              <w:rPr>
                <w:rFonts w:ascii="Arial" w:hAnsi="Arial" w:cs="Arial"/>
                <w:sz w:val="20"/>
                <w:szCs w:val="20"/>
              </w:rPr>
            </w:pPr>
          </w:p>
          <w:p w14:paraId="64BC5E6B" w14:textId="77777777" w:rsidR="006D5036" w:rsidRPr="00575350" w:rsidRDefault="006D5036" w:rsidP="0030220C">
            <w:pPr>
              <w:rPr>
                <w:rFonts w:ascii="Arial" w:hAnsi="Arial" w:cs="Arial"/>
                <w:sz w:val="20"/>
                <w:szCs w:val="20"/>
              </w:rPr>
            </w:pPr>
            <w:r>
              <w:rPr>
                <w:rFonts w:ascii="Arial" w:hAnsi="Arial" w:cs="Arial"/>
                <w:sz w:val="20"/>
                <w:szCs w:val="20"/>
              </w:rPr>
              <w:t>4.866,40</w:t>
            </w:r>
          </w:p>
        </w:tc>
      </w:tr>
      <w:tr w:rsidR="006D5036" w:rsidRPr="00575350" w14:paraId="79E5EBE7" w14:textId="77777777" w:rsidTr="0030220C">
        <w:trPr>
          <w:trHeight w:val="227"/>
          <w:jc w:val="center"/>
        </w:trPr>
        <w:tc>
          <w:tcPr>
            <w:tcW w:w="0" w:type="auto"/>
            <w:vAlign w:val="center"/>
          </w:tcPr>
          <w:p w14:paraId="09FC7A1A" w14:textId="77777777" w:rsidR="006D5036" w:rsidRPr="00575350" w:rsidRDefault="006D5036" w:rsidP="0030220C">
            <w:pPr>
              <w:rPr>
                <w:rFonts w:ascii="Arial" w:hAnsi="Arial" w:cs="Arial"/>
                <w:sz w:val="20"/>
                <w:szCs w:val="20"/>
              </w:rPr>
            </w:pPr>
            <w:r w:rsidRPr="00575350">
              <w:rPr>
                <w:rFonts w:ascii="Arial" w:hAnsi="Arial" w:cs="Arial"/>
                <w:sz w:val="20"/>
                <w:szCs w:val="20"/>
              </w:rPr>
              <w:lastRenderedPageBreak/>
              <w:t>115</w:t>
            </w:r>
          </w:p>
        </w:tc>
        <w:tc>
          <w:tcPr>
            <w:tcW w:w="0" w:type="auto"/>
            <w:vAlign w:val="center"/>
          </w:tcPr>
          <w:p w14:paraId="35E4F4F6" w14:textId="77777777" w:rsidR="006D5036" w:rsidRPr="00575350" w:rsidRDefault="006D5036" w:rsidP="0030220C">
            <w:pPr>
              <w:rPr>
                <w:rFonts w:ascii="Arial" w:hAnsi="Arial" w:cs="Arial"/>
                <w:sz w:val="20"/>
                <w:szCs w:val="20"/>
              </w:rPr>
            </w:pPr>
            <w:r w:rsidRPr="00575350">
              <w:rPr>
                <w:rFonts w:ascii="Arial" w:hAnsi="Arial" w:cs="Arial"/>
                <w:sz w:val="20"/>
                <w:szCs w:val="20"/>
              </w:rPr>
              <w:t>462122</w:t>
            </w:r>
          </w:p>
        </w:tc>
        <w:tc>
          <w:tcPr>
            <w:tcW w:w="0" w:type="auto"/>
            <w:vAlign w:val="center"/>
          </w:tcPr>
          <w:p w14:paraId="2B966014"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MILHO PARA PIPOCA - EMBALAGEM DE APROXIMADAMENTE 500 G, SIMILAR A YOKI, DONANA E ZAELI. </w:t>
            </w:r>
          </w:p>
        </w:tc>
        <w:tc>
          <w:tcPr>
            <w:tcW w:w="0" w:type="auto"/>
            <w:vAlign w:val="center"/>
          </w:tcPr>
          <w:p w14:paraId="42F0A985"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vAlign w:val="center"/>
          </w:tcPr>
          <w:p w14:paraId="25A42D62" w14:textId="77777777" w:rsidR="006D5036" w:rsidRPr="00575350" w:rsidRDefault="006D5036" w:rsidP="0030220C">
            <w:pPr>
              <w:rPr>
                <w:rFonts w:ascii="Arial" w:hAnsi="Arial" w:cs="Arial"/>
                <w:sz w:val="20"/>
                <w:szCs w:val="20"/>
              </w:rPr>
            </w:pPr>
            <w:r w:rsidRPr="00575350">
              <w:rPr>
                <w:rFonts w:ascii="Arial" w:hAnsi="Arial" w:cs="Arial"/>
                <w:sz w:val="20"/>
                <w:szCs w:val="20"/>
              </w:rPr>
              <w:t>10</w:t>
            </w:r>
            <w:r>
              <w:rPr>
                <w:rFonts w:ascii="Arial" w:hAnsi="Arial" w:cs="Arial"/>
                <w:sz w:val="20"/>
                <w:szCs w:val="20"/>
              </w:rPr>
              <w:t>7</w:t>
            </w:r>
            <w:r w:rsidRPr="00575350">
              <w:rPr>
                <w:rFonts w:ascii="Arial" w:hAnsi="Arial" w:cs="Arial"/>
                <w:sz w:val="20"/>
                <w:szCs w:val="20"/>
              </w:rPr>
              <w:t>0</w:t>
            </w:r>
          </w:p>
        </w:tc>
        <w:tc>
          <w:tcPr>
            <w:tcW w:w="0" w:type="auto"/>
          </w:tcPr>
          <w:p w14:paraId="266DC8D1" w14:textId="77777777" w:rsidR="006D5036" w:rsidRDefault="006D5036" w:rsidP="0030220C">
            <w:pPr>
              <w:rPr>
                <w:rFonts w:ascii="Arial" w:hAnsi="Arial" w:cs="Arial"/>
                <w:sz w:val="20"/>
                <w:szCs w:val="20"/>
              </w:rPr>
            </w:pPr>
          </w:p>
          <w:p w14:paraId="5CBDC6F3" w14:textId="77777777" w:rsidR="006D5036" w:rsidRPr="00575350" w:rsidRDefault="006D5036" w:rsidP="0030220C">
            <w:pPr>
              <w:rPr>
                <w:rFonts w:ascii="Arial" w:hAnsi="Arial" w:cs="Arial"/>
                <w:sz w:val="20"/>
                <w:szCs w:val="20"/>
              </w:rPr>
            </w:pPr>
            <w:r>
              <w:rPr>
                <w:rFonts w:ascii="Arial" w:hAnsi="Arial" w:cs="Arial"/>
                <w:sz w:val="20"/>
                <w:szCs w:val="20"/>
              </w:rPr>
              <w:t>6,90</w:t>
            </w:r>
          </w:p>
        </w:tc>
        <w:tc>
          <w:tcPr>
            <w:tcW w:w="0" w:type="auto"/>
          </w:tcPr>
          <w:p w14:paraId="77864DFD" w14:textId="77777777" w:rsidR="006D5036" w:rsidRDefault="006D5036" w:rsidP="0030220C">
            <w:pPr>
              <w:rPr>
                <w:rFonts w:ascii="Arial" w:hAnsi="Arial" w:cs="Arial"/>
                <w:sz w:val="20"/>
                <w:szCs w:val="20"/>
              </w:rPr>
            </w:pPr>
          </w:p>
          <w:p w14:paraId="766ACA75" w14:textId="77777777" w:rsidR="006D5036" w:rsidRPr="00575350" w:rsidRDefault="006D5036" w:rsidP="0030220C">
            <w:pPr>
              <w:rPr>
                <w:rFonts w:ascii="Arial" w:hAnsi="Arial" w:cs="Arial"/>
                <w:sz w:val="20"/>
                <w:szCs w:val="20"/>
              </w:rPr>
            </w:pPr>
            <w:r>
              <w:rPr>
                <w:rFonts w:ascii="Arial" w:hAnsi="Arial" w:cs="Arial"/>
                <w:sz w:val="20"/>
                <w:szCs w:val="20"/>
              </w:rPr>
              <w:t>7.383,00</w:t>
            </w:r>
          </w:p>
        </w:tc>
      </w:tr>
      <w:tr w:rsidR="006D5036" w:rsidRPr="00575350" w14:paraId="07A0A073" w14:textId="77777777" w:rsidTr="0030220C">
        <w:trPr>
          <w:trHeight w:val="227"/>
          <w:jc w:val="center"/>
        </w:trPr>
        <w:tc>
          <w:tcPr>
            <w:tcW w:w="0" w:type="auto"/>
            <w:vAlign w:val="center"/>
          </w:tcPr>
          <w:p w14:paraId="0497F16F" w14:textId="77777777" w:rsidR="006D5036" w:rsidRPr="00575350" w:rsidRDefault="006D5036" w:rsidP="0030220C">
            <w:pPr>
              <w:rPr>
                <w:rFonts w:ascii="Arial" w:hAnsi="Arial" w:cs="Arial"/>
                <w:sz w:val="20"/>
                <w:szCs w:val="20"/>
              </w:rPr>
            </w:pPr>
            <w:r w:rsidRPr="00575350">
              <w:rPr>
                <w:rFonts w:ascii="Arial" w:hAnsi="Arial" w:cs="Arial"/>
                <w:sz w:val="20"/>
                <w:szCs w:val="20"/>
              </w:rPr>
              <w:t>116</w:t>
            </w:r>
          </w:p>
        </w:tc>
        <w:tc>
          <w:tcPr>
            <w:tcW w:w="0" w:type="auto"/>
            <w:vAlign w:val="center"/>
          </w:tcPr>
          <w:p w14:paraId="5415F42F" w14:textId="77777777" w:rsidR="006D5036" w:rsidRPr="00575350" w:rsidRDefault="006D5036" w:rsidP="0030220C">
            <w:pPr>
              <w:rPr>
                <w:rFonts w:ascii="Arial" w:hAnsi="Arial" w:cs="Arial"/>
                <w:sz w:val="20"/>
                <w:szCs w:val="20"/>
              </w:rPr>
            </w:pPr>
            <w:r w:rsidRPr="00575350">
              <w:rPr>
                <w:rFonts w:ascii="Arial" w:hAnsi="Arial" w:cs="Arial"/>
                <w:sz w:val="20"/>
                <w:szCs w:val="20"/>
              </w:rPr>
              <w:t>462832</w:t>
            </w:r>
          </w:p>
        </w:tc>
        <w:tc>
          <w:tcPr>
            <w:tcW w:w="0" w:type="auto"/>
            <w:vAlign w:val="center"/>
          </w:tcPr>
          <w:p w14:paraId="69458624"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MILHO VERDE EM CONSERVA - EMBALAGEM CONTENDO APROXIMADAMENTE 200 G, SIMILAR A QUERO, FUGINI E PREDILECTA. </w:t>
            </w:r>
          </w:p>
        </w:tc>
        <w:tc>
          <w:tcPr>
            <w:tcW w:w="0" w:type="auto"/>
            <w:vAlign w:val="center"/>
          </w:tcPr>
          <w:p w14:paraId="2B37EF77" w14:textId="77777777" w:rsidR="006D5036" w:rsidRPr="00575350" w:rsidRDefault="006D5036" w:rsidP="0030220C">
            <w:pPr>
              <w:rPr>
                <w:rFonts w:ascii="Arial" w:hAnsi="Arial" w:cs="Arial"/>
                <w:sz w:val="20"/>
                <w:szCs w:val="20"/>
              </w:rPr>
            </w:pPr>
            <w:r w:rsidRPr="00575350">
              <w:rPr>
                <w:rFonts w:ascii="Arial" w:hAnsi="Arial" w:cs="Arial"/>
                <w:sz w:val="20"/>
                <w:szCs w:val="20"/>
              </w:rPr>
              <w:t>SAC</w:t>
            </w:r>
          </w:p>
        </w:tc>
        <w:tc>
          <w:tcPr>
            <w:tcW w:w="0" w:type="auto"/>
            <w:vAlign w:val="center"/>
          </w:tcPr>
          <w:p w14:paraId="1BEA80A6" w14:textId="77777777" w:rsidR="006D5036" w:rsidRPr="00575350" w:rsidRDefault="006D5036" w:rsidP="0030220C">
            <w:pPr>
              <w:rPr>
                <w:rFonts w:ascii="Arial" w:hAnsi="Arial" w:cs="Arial"/>
                <w:sz w:val="20"/>
                <w:szCs w:val="20"/>
              </w:rPr>
            </w:pPr>
            <w:r>
              <w:rPr>
                <w:rFonts w:ascii="Arial" w:hAnsi="Arial" w:cs="Arial"/>
                <w:sz w:val="20"/>
                <w:szCs w:val="20"/>
              </w:rPr>
              <w:t>975</w:t>
            </w:r>
          </w:p>
        </w:tc>
        <w:tc>
          <w:tcPr>
            <w:tcW w:w="0" w:type="auto"/>
          </w:tcPr>
          <w:p w14:paraId="0E5620AC" w14:textId="77777777" w:rsidR="006D5036" w:rsidRDefault="006D5036" w:rsidP="0030220C">
            <w:pPr>
              <w:rPr>
                <w:rFonts w:ascii="Arial" w:hAnsi="Arial" w:cs="Arial"/>
                <w:sz w:val="20"/>
                <w:szCs w:val="20"/>
              </w:rPr>
            </w:pPr>
          </w:p>
          <w:p w14:paraId="19301B16" w14:textId="77777777" w:rsidR="006D5036" w:rsidRPr="00575350" w:rsidRDefault="006D5036" w:rsidP="0030220C">
            <w:pPr>
              <w:rPr>
                <w:rFonts w:ascii="Arial" w:hAnsi="Arial" w:cs="Arial"/>
                <w:sz w:val="20"/>
                <w:szCs w:val="20"/>
              </w:rPr>
            </w:pPr>
            <w:r>
              <w:rPr>
                <w:rFonts w:ascii="Arial" w:hAnsi="Arial" w:cs="Arial"/>
                <w:sz w:val="20"/>
                <w:szCs w:val="20"/>
              </w:rPr>
              <w:t>7,82</w:t>
            </w:r>
          </w:p>
        </w:tc>
        <w:tc>
          <w:tcPr>
            <w:tcW w:w="0" w:type="auto"/>
          </w:tcPr>
          <w:p w14:paraId="658BE219" w14:textId="77777777" w:rsidR="006D5036" w:rsidRDefault="006D5036" w:rsidP="0030220C">
            <w:pPr>
              <w:rPr>
                <w:rFonts w:ascii="Arial" w:hAnsi="Arial" w:cs="Arial"/>
                <w:sz w:val="20"/>
                <w:szCs w:val="20"/>
              </w:rPr>
            </w:pPr>
          </w:p>
          <w:p w14:paraId="426DC162" w14:textId="77777777" w:rsidR="006D5036" w:rsidRPr="00575350" w:rsidRDefault="006D5036" w:rsidP="0030220C">
            <w:pPr>
              <w:rPr>
                <w:rFonts w:ascii="Arial" w:hAnsi="Arial" w:cs="Arial"/>
                <w:sz w:val="20"/>
                <w:szCs w:val="20"/>
              </w:rPr>
            </w:pPr>
            <w:r>
              <w:rPr>
                <w:rFonts w:ascii="Arial" w:hAnsi="Arial" w:cs="Arial"/>
                <w:sz w:val="20"/>
                <w:szCs w:val="20"/>
              </w:rPr>
              <w:t>7.624,50</w:t>
            </w:r>
          </w:p>
        </w:tc>
      </w:tr>
      <w:tr w:rsidR="006D5036" w:rsidRPr="00575350" w14:paraId="0C3DAE7E" w14:textId="77777777" w:rsidTr="0030220C">
        <w:trPr>
          <w:trHeight w:val="227"/>
          <w:jc w:val="center"/>
        </w:trPr>
        <w:tc>
          <w:tcPr>
            <w:tcW w:w="0" w:type="auto"/>
            <w:vAlign w:val="center"/>
          </w:tcPr>
          <w:p w14:paraId="38381912" w14:textId="77777777" w:rsidR="006D5036" w:rsidRPr="00575350" w:rsidRDefault="006D5036" w:rsidP="0030220C">
            <w:pPr>
              <w:rPr>
                <w:rFonts w:ascii="Arial" w:hAnsi="Arial" w:cs="Arial"/>
                <w:sz w:val="20"/>
                <w:szCs w:val="20"/>
              </w:rPr>
            </w:pPr>
            <w:r w:rsidRPr="00575350">
              <w:rPr>
                <w:rFonts w:ascii="Arial" w:hAnsi="Arial" w:cs="Arial"/>
                <w:sz w:val="20"/>
                <w:szCs w:val="20"/>
              </w:rPr>
              <w:t>117</w:t>
            </w:r>
          </w:p>
        </w:tc>
        <w:tc>
          <w:tcPr>
            <w:tcW w:w="0" w:type="auto"/>
            <w:vAlign w:val="center"/>
          </w:tcPr>
          <w:p w14:paraId="5B269158" w14:textId="77777777" w:rsidR="006D5036" w:rsidRPr="00575350" w:rsidRDefault="006D5036" w:rsidP="0030220C">
            <w:pPr>
              <w:rPr>
                <w:rFonts w:ascii="Arial" w:hAnsi="Arial" w:cs="Arial"/>
                <w:sz w:val="20"/>
                <w:szCs w:val="20"/>
              </w:rPr>
            </w:pPr>
            <w:r w:rsidRPr="00575350">
              <w:rPr>
                <w:rFonts w:ascii="Arial" w:hAnsi="Arial" w:cs="Arial"/>
                <w:sz w:val="20"/>
                <w:szCs w:val="20"/>
              </w:rPr>
              <w:t>242452</w:t>
            </w:r>
          </w:p>
        </w:tc>
        <w:tc>
          <w:tcPr>
            <w:tcW w:w="0" w:type="auto"/>
            <w:vAlign w:val="center"/>
          </w:tcPr>
          <w:p w14:paraId="71A2B395"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MISTURA PARA BOLO, SABOR BAUNILHA - EMBALAGEM APROXIMADAMENTE 450 G, SIMILAR A DONA BENTA, FLEISCHMANN, DR. OETKER. </w:t>
            </w:r>
          </w:p>
        </w:tc>
        <w:tc>
          <w:tcPr>
            <w:tcW w:w="0" w:type="auto"/>
            <w:vAlign w:val="center"/>
          </w:tcPr>
          <w:p w14:paraId="09D05A70" w14:textId="77777777" w:rsidR="006D5036" w:rsidRPr="00575350" w:rsidRDefault="006D5036" w:rsidP="0030220C">
            <w:pPr>
              <w:rPr>
                <w:rFonts w:ascii="Arial" w:hAnsi="Arial" w:cs="Arial"/>
                <w:sz w:val="20"/>
                <w:szCs w:val="20"/>
              </w:rPr>
            </w:pPr>
            <w:r w:rsidRPr="00575350">
              <w:rPr>
                <w:rFonts w:ascii="Arial" w:hAnsi="Arial" w:cs="Arial"/>
                <w:sz w:val="20"/>
                <w:szCs w:val="20"/>
              </w:rPr>
              <w:t>UN</w:t>
            </w:r>
          </w:p>
        </w:tc>
        <w:tc>
          <w:tcPr>
            <w:tcW w:w="0" w:type="auto"/>
            <w:vAlign w:val="center"/>
          </w:tcPr>
          <w:p w14:paraId="192A1F2E" w14:textId="77777777" w:rsidR="006D5036" w:rsidRPr="00575350" w:rsidRDefault="006D5036" w:rsidP="0030220C">
            <w:pPr>
              <w:rPr>
                <w:rFonts w:ascii="Arial" w:hAnsi="Arial" w:cs="Arial"/>
                <w:sz w:val="20"/>
                <w:szCs w:val="20"/>
              </w:rPr>
            </w:pPr>
            <w:r w:rsidRPr="00575350">
              <w:rPr>
                <w:rFonts w:ascii="Arial" w:hAnsi="Arial" w:cs="Arial"/>
                <w:sz w:val="20"/>
                <w:szCs w:val="20"/>
              </w:rPr>
              <w:t>355</w:t>
            </w:r>
          </w:p>
        </w:tc>
        <w:tc>
          <w:tcPr>
            <w:tcW w:w="0" w:type="auto"/>
          </w:tcPr>
          <w:p w14:paraId="7FFAECCB" w14:textId="77777777" w:rsidR="006D5036" w:rsidRDefault="006D5036" w:rsidP="0030220C">
            <w:pPr>
              <w:rPr>
                <w:rFonts w:ascii="Arial" w:hAnsi="Arial" w:cs="Arial"/>
                <w:sz w:val="20"/>
                <w:szCs w:val="20"/>
              </w:rPr>
            </w:pPr>
          </w:p>
          <w:p w14:paraId="585B13B7" w14:textId="77777777" w:rsidR="006D5036" w:rsidRPr="00575350" w:rsidRDefault="006D5036" w:rsidP="0030220C">
            <w:pPr>
              <w:rPr>
                <w:rFonts w:ascii="Arial" w:hAnsi="Arial" w:cs="Arial"/>
                <w:sz w:val="20"/>
                <w:szCs w:val="20"/>
              </w:rPr>
            </w:pPr>
            <w:r>
              <w:rPr>
                <w:rFonts w:ascii="Arial" w:hAnsi="Arial" w:cs="Arial"/>
                <w:sz w:val="20"/>
                <w:szCs w:val="20"/>
              </w:rPr>
              <w:t>5,70</w:t>
            </w:r>
          </w:p>
        </w:tc>
        <w:tc>
          <w:tcPr>
            <w:tcW w:w="0" w:type="auto"/>
          </w:tcPr>
          <w:p w14:paraId="391049F1" w14:textId="77777777" w:rsidR="006D5036" w:rsidRDefault="006D5036" w:rsidP="0030220C">
            <w:pPr>
              <w:rPr>
                <w:rFonts w:ascii="Arial" w:hAnsi="Arial" w:cs="Arial"/>
                <w:sz w:val="20"/>
                <w:szCs w:val="20"/>
              </w:rPr>
            </w:pPr>
          </w:p>
          <w:p w14:paraId="40F1830F" w14:textId="77777777" w:rsidR="006D5036" w:rsidRPr="00575350" w:rsidRDefault="006D5036" w:rsidP="0030220C">
            <w:pPr>
              <w:rPr>
                <w:rFonts w:ascii="Arial" w:hAnsi="Arial" w:cs="Arial"/>
                <w:sz w:val="20"/>
                <w:szCs w:val="20"/>
              </w:rPr>
            </w:pPr>
            <w:r>
              <w:rPr>
                <w:rFonts w:ascii="Arial" w:hAnsi="Arial" w:cs="Arial"/>
                <w:sz w:val="20"/>
                <w:szCs w:val="20"/>
              </w:rPr>
              <w:t>2.023,50</w:t>
            </w:r>
          </w:p>
        </w:tc>
      </w:tr>
      <w:tr w:rsidR="006D5036" w:rsidRPr="00575350" w14:paraId="645FF9FE" w14:textId="77777777" w:rsidTr="0030220C">
        <w:trPr>
          <w:trHeight w:val="227"/>
          <w:jc w:val="center"/>
        </w:trPr>
        <w:tc>
          <w:tcPr>
            <w:tcW w:w="0" w:type="auto"/>
            <w:vAlign w:val="center"/>
          </w:tcPr>
          <w:p w14:paraId="355BDBA9" w14:textId="77777777" w:rsidR="006D5036" w:rsidRPr="00575350" w:rsidRDefault="006D5036" w:rsidP="0030220C">
            <w:pPr>
              <w:rPr>
                <w:rFonts w:ascii="Arial" w:hAnsi="Arial" w:cs="Arial"/>
                <w:sz w:val="20"/>
                <w:szCs w:val="20"/>
              </w:rPr>
            </w:pPr>
            <w:r w:rsidRPr="00575350">
              <w:rPr>
                <w:rFonts w:ascii="Arial" w:hAnsi="Arial" w:cs="Arial"/>
                <w:sz w:val="20"/>
                <w:szCs w:val="20"/>
              </w:rPr>
              <w:t>118</w:t>
            </w:r>
          </w:p>
        </w:tc>
        <w:tc>
          <w:tcPr>
            <w:tcW w:w="0" w:type="auto"/>
            <w:vAlign w:val="center"/>
          </w:tcPr>
          <w:p w14:paraId="2006AB9A" w14:textId="77777777" w:rsidR="006D5036" w:rsidRPr="00575350" w:rsidRDefault="006D5036" w:rsidP="0030220C">
            <w:pPr>
              <w:rPr>
                <w:rFonts w:ascii="Arial" w:hAnsi="Arial" w:cs="Arial"/>
                <w:sz w:val="20"/>
                <w:szCs w:val="20"/>
              </w:rPr>
            </w:pPr>
            <w:r w:rsidRPr="00575350">
              <w:rPr>
                <w:rFonts w:ascii="Arial" w:hAnsi="Arial" w:cs="Arial"/>
                <w:sz w:val="20"/>
                <w:szCs w:val="20"/>
              </w:rPr>
              <w:t>272886</w:t>
            </w:r>
          </w:p>
        </w:tc>
        <w:tc>
          <w:tcPr>
            <w:tcW w:w="0" w:type="auto"/>
            <w:vAlign w:val="center"/>
          </w:tcPr>
          <w:p w14:paraId="3AF1F82E" w14:textId="77777777" w:rsidR="006D5036" w:rsidRPr="00575350" w:rsidRDefault="006D5036" w:rsidP="0030220C">
            <w:pPr>
              <w:rPr>
                <w:rFonts w:ascii="Arial" w:hAnsi="Arial" w:cs="Arial"/>
                <w:sz w:val="20"/>
                <w:szCs w:val="20"/>
              </w:rPr>
            </w:pPr>
            <w:r w:rsidRPr="00575350">
              <w:rPr>
                <w:rFonts w:ascii="Arial" w:hAnsi="Arial" w:cs="Arial"/>
                <w:sz w:val="20"/>
                <w:szCs w:val="20"/>
              </w:rPr>
              <w:t>MISTURA PARA BOLO, SABOR CHOCOLATE - EMBALAGEM APROXIMADAMENTE 450 G, SIMILAR A DONA BENTA, FLEISCHMANN, DR. OETKER.</w:t>
            </w:r>
          </w:p>
        </w:tc>
        <w:tc>
          <w:tcPr>
            <w:tcW w:w="0" w:type="auto"/>
            <w:vAlign w:val="center"/>
          </w:tcPr>
          <w:p w14:paraId="6FCAD041" w14:textId="77777777" w:rsidR="006D5036" w:rsidRPr="00575350" w:rsidRDefault="006D5036" w:rsidP="0030220C">
            <w:pPr>
              <w:rPr>
                <w:rFonts w:ascii="Arial" w:hAnsi="Arial" w:cs="Arial"/>
                <w:sz w:val="20"/>
                <w:szCs w:val="20"/>
              </w:rPr>
            </w:pPr>
            <w:r w:rsidRPr="00575350">
              <w:rPr>
                <w:rFonts w:ascii="Arial" w:hAnsi="Arial" w:cs="Arial"/>
                <w:sz w:val="20"/>
                <w:szCs w:val="20"/>
              </w:rPr>
              <w:t>UN</w:t>
            </w:r>
          </w:p>
        </w:tc>
        <w:tc>
          <w:tcPr>
            <w:tcW w:w="0" w:type="auto"/>
            <w:vAlign w:val="center"/>
          </w:tcPr>
          <w:p w14:paraId="52A43BC2" w14:textId="77777777" w:rsidR="006D5036" w:rsidRPr="00575350" w:rsidRDefault="006D5036" w:rsidP="0030220C">
            <w:pPr>
              <w:rPr>
                <w:rFonts w:ascii="Arial" w:hAnsi="Arial" w:cs="Arial"/>
                <w:sz w:val="20"/>
                <w:szCs w:val="20"/>
              </w:rPr>
            </w:pPr>
            <w:r w:rsidRPr="00575350">
              <w:rPr>
                <w:rFonts w:ascii="Arial" w:hAnsi="Arial" w:cs="Arial"/>
                <w:sz w:val="20"/>
                <w:szCs w:val="20"/>
              </w:rPr>
              <w:t>625</w:t>
            </w:r>
          </w:p>
        </w:tc>
        <w:tc>
          <w:tcPr>
            <w:tcW w:w="0" w:type="auto"/>
          </w:tcPr>
          <w:p w14:paraId="01955BEB" w14:textId="77777777" w:rsidR="006D5036" w:rsidRDefault="006D5036" w:rsidP="0030220C">
            <w:pPr>
              <w:rPr>
                <w:rFonts w:ascii="Arial" w:hAnsi="Arial" w:cs="Arial"/>
                <w:sz w:val="20"/>
                <w:szCs w:val="20"/>
              </w:rPr>
            </w:pPr>
          </w:p>
          <w:p w14:paraId="59F40310" w14:textId="77777777" w:rsidR="006D5036" w:rsidRPr="00575350" w:rsidRDefault="006D5036" w:rsidP="0030220C">
            <w:pPr>
              <w:rPr>
                <w:rFonts w:ascii="Arial" w:hAnsi="Arial" w:cs="Arial"/>
                <w:sz w:val="20"/>
                <w:szCs w:val="20"/>
              </w:rPr>
            </w:pPr>
            <w:r>
              <w:rPr>
                <w:rFonts w:ascii="Arial" w:hAnsi="Arial" w:cs="Arial"/>
                <w:sz w:val="20"/>
                <w:szCs w:val="20"/>
              </w:rPr>
              <w:t>5,74</w:t>
            </w:r>
          </w:p>
        </w:tc>
        <w:tc>
          <w:tcPr>
            <w:tcW w:w="0" w:type="auto"/>
          </w:tcPr>
          <w:p w14:paraId="01265B9A" w14:textId="77777777" w:rsidR="006D5036" w:rsidRDefault="006D5036" w:rsidP="0030220C">
            <w:pPr>
              <w:rPr>
                <w:rFonts w:ascii="Arial" w:hAnsi="Arial" w:cs="Arial"/>
                <w:sz w:val="20"/>
                <w:szCs w:val="20"/>
              </w:rPr>
            </w:pPr>
          </w:p>
          <w:p w14:paraId="3794D945" w14:textId="77777777" w:rsidR="006D5036" w:rsidRPr="00575350" w:rsidRDefault="006D5036" w:rsidP="0030220C">
            <w:pPr>
              <w:rPr>
                <w:rFonts w:ascii="Arial" w:hAnsi="Arial" w:cs="Arial"/>
                <w:sz w:val="20"/>
                <w:szCs w:val="20"/>
              </w:rPr>
            </w:pPr>
            <w:r>
              <w:rPr>
                <w:rFonts w:ascii="Arial" w:hAnsi="Arial" w:cs="Arial"/>
                <w:sz w:val="20"/>
                <w:szCs w:val="20"/>
              </w:rPr>
              <w:t>3.587,50</w:t>
            </w:r>
          </w:p>
        </w:tc>
      </w:tr>
      <w:tr w:rsidR="006D5036" w:rsidRPr="00575350" w14:paraId="79107EAE" w14:textId="77777777" w:rsidTr="0030220C">
        <w:trPr>
          <w:trHeight w:val="227"/>
          <w:jc w:val="center"/>
        </w:trPr>
        <w:tc>
          <w:tcPr>
            <w:tcW w:w="0" w:type="auto"/>
            <w:vAlign w:val="center"/>
          </w:tcPr>
          <w:p w14:paraId="510666FB" w14:textId="77777777" w:rsidR="006D5036" w:rsidRPr="00575350" w:rsidRDefault="006D5036" w:rsidP="0030220C">
            <w:pPr>
              <w:rPr>
                <w:rFonts w:ascii="Arial" w:hAnsi="Arial" w:cs="Arial"/>
                <w:sz w:val="20"/>
                <w:szCs w:val="20"/>
              </w:rPr>
            </w:pPr>
            <w:r w:rsidRPr="00575350">
              <w:rPr>
                <w:rFonts w:ascii="Arial" w:hAnsi="Arial" w:cs="Arial"/>
                <w:sz w:val="20"/>
                <w:szCs w:val="20"/>
              </w:rPr>
              <w:t>119</w:t>
            </w:r>
          </w:p>
        </w:tc>
        <w:tc>
          <w:tcPr>
            <w:tcW w:w="0" w:type="auto"/>
            <w:vAlign w:val="center"/>
          </w:tcPr>
          <w:p w14:paraId="7DA97FA0" w14:textId="77777777" w:rsidR="006D5036" w:rsidRPr="00575350" w:rsidRDefault="006D5036" w:rsidP="0030220C">
            <w:pPr>
              <w:rPr>
                <w:rFonts w:ascii="Arial" w:hAnsi="Arial" w:cs="Arial"/>
                <w:sz w:val="20"/>
                <w:szCs w:val="20"/>
              </w:rPr>
            </w:pPr>
            <w:r w:rsidRPr="00575350">
              <w:rPr>
                <w:rFonts w:ascii="Arial" w:hAnsi="Arial" w:cs="Arial"/>
                <w:sz w:val="20"/>
                <w:szCs w:val="20"/>
              </w:rPr>
              <w:t>242453</w:t>
            </w:r>
          </w:p>
        </w:tc>
        <w:tc>
          <w:tcPr>
            <w:tcW w:w="0" w:type="auto"/>
            <w:vAlign w:val="center"/>
          </w:tcPr>
          <w:p w14:paraId="6A921229" w14:textId="77777777" w:rsidR="006D5036" w:rsidRPr="00575350" w:rsidRDefault="006D5036" w:rsidP="0030220C">
            <w:pPr>
              <w:rPr>
                <w:rFonts w:ascii="Arial" w:hAnsi="Arial" w:cs="Arial"/>
                <w:sz w:val="20"/>
                <w:szCs w:val="20"/>
              </w:rPr>
            </w:pPr>
            <w:r w:rsidRPr="00575350">
              <w:rPr>
                <w:rFonts w:ascii="Arial" w:hAnsi="Arial" w:cs="Arial"/>
                <w:sz w:val="20"/>
                <w:szCs w:val="20"/>
              </w:rPr>
              <w:t>MISTURA PARA BOLO, SABOR COCO - EMBALAGEM APROXIMADAMENTE 450 G, SIMILAR A DONA BENTA, FLEISCHMANN, DR. OETKER.</w:t>
            </w:r>
          </w:p>
        </w:tc>
        <w:tc>
          <w:tcPr>
            <w:tcW w:w="0" w:type="auto"/>
            <w:vAlign w:val="center"/>
          </w:tcPr>
          <w:p w14:paraId="00CFA49C" w14:textId="77777777" w:rsidR="006D5036" w:rsidRPr="00575350" w:rsidRDefault="006D5036" w:rsidP="0030220C">
            <w:pPr>
              <w:rPr>
                <w:rFonts w:ascii="Arial" w:hAnsi="Arial" w:cs="Arial"/>
                <w:sz w:val="20"/>
                <w:szCs w:val="20"/>
              </w:rPr>
            </w:pPr>
            <w:r w:rsidRPr="00575350">
              <w:rPr>
                <w:rFonts w:ascii="Arial" w:hAnsi="Arial" w:cs="Arial"/>
                <w:sz w:val="20"/>
                <w:szCs w:val="20"/>
              </w:rPr>
              <w:t>UN</w:t>
            </w:r>
          </w:p>
        </w:tc>
        <w:tc>
          <w:tcPr>
            <w:tcW w:w="0" w:type="auto"/>
            <w:vAlign w:val="center"/>
          </w:tcPr>
          <w:p w14:paraId="38EAB5DC" w14:textId="77777777" w:rsidR="006D5036" w:rsidRPr="00575350" w:rsidRDefault="006D5036" w:rsidP="0030220C">
            <w:pPr>
              <w:rPr>
                <w:rFonts w:ascii="Arial" w:hAnsi="Arial" w:cs="Arial"/>
                <w:sz w:val="20"/>
                <w:szCs w:val="20"/>
              </w:rPr>
            </w:pPr>
            <w:r w:rsidRPr="00575350">
              <w:rPr>
                <w:rFonts w:ascii="Arial" w:hAnsi="Arial" w:cs="Arial"/>
                <w:sz w:val="20"/>
                <w:szCs w:val="20"/>
              </w:rPr>
              <w:t>675</w:t>
            </w:r>
          </w:p>
        </w:tc>
        <w:tc>
          <w:tcPr>
            <w:tcW w:w="0" w:type="auto"/>
          </w:tcPr>
          <w:p w14:paraId="1F4F93D0" w14:textId="77777777" w:rsidR="006D5036" w:rsidRDefault="006D5036" w:rsidP="0030220C">
            <w:pPr>
              <w:rPr>
                <w:rFonts w:ascii="Arial" w:hAnsi="Arial" w:cs="Arial"/>
                <w:sz w:val="20"/>
                <w:szCs w:val="20"/>
              </w:rPr>
            </w:pPr>
          </w:p>
          <w:p w14:paraId="4AE65E2A" w14:textId="77777777" w:rsidR="006D5036" w:rsidRPr="00575350" w:rsidRDefault="006D5036" w:rsidP="0030220C">
            <w:pPr>
              <w:rPr>
                <w:rFonts w:ascii="Arial" w:hAnsi="Arial" w:cs="Arial"/>
                <w:sz w:val="20"/>
                <w:szCs w:val="20"/>
              </w:rPr>
            </w:pPr>
            <w:r>
              <w:rPr>
                <w:rFonts w:ascii="Arial" w:hAnsi="Arial" w:cs="Arial"/>
                <w:sz w:val="20"/>
                <w:szCs w:val="20"/>
              </w:rPr>
              <w:t>5,92</w:t>
            </w:r>
          </w:p>
        </w:tc>
        <w:tc>
          <w:tcPr>
            <w:tcW w:w="0" w:type="auto"/>
          </w:tcPr>
          <w:p w14:paraId="02B755AA" w14:textId="77777777" w:rsidR="006D5036" w:rsidRDefault="006D5036" w:rsidP="0030220C">
            <w:pPr>
              <w:rPr>
                <w:rFonts w:ascii="Arial" w:hAnsi="Arial" w:cs="Arial"/>
                <w:sz w:val="20"/>
                <w:szCs w:val="20"/>
              </w:rPr>
            </w:pPr>
          </w:p>
          <w:p w14:paraId="4E5E1D85" w14:textId="77777777" w:rsidR="006D5036" w:rsidRDefault="006D5036" w:rsidP="0030220C">
            <w:pPr>
              <w:rPr>
                <w:rFonts w:ascii="Arial" w:hAnsi="Arial" w:cs="Arial"/>
                <w:sz w:val="20"/>
                <w:szCs w:val="20"/>
              </w:rPr>
            </w:pPr>
            <w:r>
              <w:rPr>
                <w:rFonts w:ascii="Arial" w:hAnsi="Arial" w:cs="Arial"/>
                <w:sz w:val="20"/>
                <w:szCs w:val="20"/>
              </w:rPr>
              <w:t>3.996,00</w:t>
            </w:r>
          </w:p>
          <w:p w14:paraId="0B9F4B18" w14:textId="77777777" w:rsidR="006D5036" w:rsidRPr="00575350" w:rsidRDefault="006D5036" w:rsidP="0030220C">
            <w:pPr>
              <w:rPr>
                <w:rFonts w:ascii="Arial" w:hAnsi="Arial" w:cs="Arial"/>
                <w:sz w:val="20"/>
                <w:szCs w:val="20"/>
              </w:rPr>
            </w:pPr>
          </w:p>
        </w:tc>
      </w:tr>
      <w:tr w:rsidR="006D5036" w:rsidRPr="00575350" w14:paraId="0AB5E1EB" w14:textId="77777777" w:rsidTr="0030220C">
        <w:trPr>
          <w:trHeight w:val="227"/>
          <w:jc w:val="center"/>
        </w:trPr>
        <w:tc>
          <w:tcPr>
            <w:tcW w:w="0" w:type="auto"/>
            <w:vAlign w:val="center"/>
          </w:tcPr>
          <w:p w14:paraId="08D8C470" w14:textId="77777777" w:rsidR="006D5036" w:rsidRPr="00575350" w:rsidRDefault="006D5036" w:rsidP="0030220C">
            <w:pPr>
              <w:rPr>
                <w:rFonts w:ascii="Arial" w:hAnsi="Arial" w:cs="Arial"/>
                <w:sz w:val="20"/>
                <w:szCs w:val="20"/>
              </w:rPr>
            </w:pPr>
            <w:r w:rsidRPr="00575350">
              <w:rPr>
                <w:rFonts w:ascii="Arial" w:hAnsi="Arial" w:cs="Arial"/>
                <w:sz w:val="20"/>
                <w:szCs w:val="20"/>
              </w:rPr>
              <w:t>120</w:t>
            </w:r>
          </w:p>
        </w:tc>
        <w:tc>
          <w:tcPr>
            <w:tcW w:w="0" w:type="auto"/>
            <w:vAlign w:val="center"/>
          </w:tcPr>
          <w:p w14:paraId="7EF4AD76" w14:textId="77777777" w:rsidR="006D5036" w:rsidRPr="00575350" w:rsidRDefault="006D5036" w:rsidP="0030220C">
            <w:pPr>
              <w:rPr>
                <w:rFonts w:ascii="Arial" w:hAnsi="Arial" w:cs="Arial"/>
                <w:sz w:val="20"/>
                <w:szCs w:val="20"/>
              </w:rPr>
            </w:pPr>
            <w:r w:rsidRPr="00575350">
              <w:rPr>
                <w:rFonts w:ascii="Arial" w:hAnsi="Arial" w:cs="Arial"/>
                <w:sz w:val="20"/>
                <w:szCs w:val="20"/>
              </w:rPr>
              <w:t>272885</w:t>
            </w:r>
          </w:p>
        </w:tc>
        <w:tc>
          <w:tcPr>
            <w:tcW w:w="0" w:type="auto"/>
            <w:vAlign w:val="center"/>
          </w:tcPr>
          <w:p w14:paraId="0BAF9197"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MISTURA PARA BOLO, SABOR LARANJA - EMBALAGEM APROXIMADAMENTE 450 G, SIMILAR A DONA BENTA, FLEISCHMANN, DR. OETKER. </w:t>
            </w:r>
          </w:p>
        </w:tc>
        <w:tc>
          <w:tcPr>
            <w:tcW w:w="0" w:type="auto"/>
            <w:vAlign w:val="center"/>
          </w:tcPr>
          <w:p w14:paraId="6970FBEF" w14:textId="77777777" w:rsidR="006D5036" w:rsidRPr="00575350" w:rsidRDefault="006D5036" w:rsidP="0030220C">
            <w:pPr>
              <w:rPr>
                <w:rFonts w:ascii="Arial" w:hAnsi="Arial" w:cs="Arial"/>
                <w:sz w:val="20"/>
                <w:szCs w:val="20"/>
              </w:rPr>
            </w:pPr>
            <w:r w:rsidRPr="00575350">
              <w:rPr>
                <w:rFonts w:ascii="Arial" w:hAnsi="Arial" w:cs="Arial"/>
                <w:sz w:val="20"/>
                <w:szCs w:val="20"/>
              </w:rPr>
              <w:t>UN</w:t>
            </w:r>
          </w:p>
        </w:tc>
        <w:tc>
          <w:tcPr>
            <w:tcW w:w="0" w:type="auto"/>
            <w:vAlign w:val="center"/>
          </w:tcPr>
          <w:p w14:paraId="2E7DF4DD" w14:textId="77777777" w:rsidR="006D5036" w:rsidRPr="00575350" w:rsidRDefault="006D5036" w:rsidP="0030220C">
            <w:pPr>
              <w:rPr>
                <w:rFonts w:ascii="Arial" w:hAnsi="Arial" w:cs="Arial"/>
                <w:sz w:val="20"/>
                <w:szCs w:val="20"/>
              </w:rPr>
            </w:pPr>
            <w:r w:rsidRPr="00575350">
              <w:rPr>
                <w:rFonts w:ascii="Arial" w:hAnsi="Arial" w:cs="Arial"/>
                <w:sz w:val="20"/>
                <w:szCs w:val="20"/>
              </w:rPr>
              <w:t>485</w:t>
            </w:r>
          </w:p>
        </w:tc>
        <w:tc>
          <w:tcPr>
            <w:tcW w:w="0" w:type="auto"/>
          </w:tcPr>
          <w:p w14:paraId="3127917C" w14:textId="77777777" w:rsidR="006D5036" w:rsidRDefault="006D5036" w:rsidP="0030220C">
            <w:pPr>
              <w:rPr>
                <w:rFonts w:ascii="Arial" w:hAnsi="Arial" w:cs="Arial"/>
                <w:sz w:val="20"/>
                <w:szCs w:val="20"/>
              </w:rPr>
            </w:pPr>
          </w:p>
          <w:p w14:paraId="56051BA9" w14:textId="77777777" w:rsidR="006D5036" w:rsidRDefault="006D5036" w:rsidP="0030220C">
            <w:pPr>
              <w:rPr>
                <w:rFonts w:ascii="Arial" w:hAnsi="Arial" w:cs="Arial"/>
                <w:sz w:val="20"/>
                <w:szCs w:val="20"/>
              </w:rPr>
            </w:pPr>
            <w:r>
              <w:rPr>
                <w:rFonts w:ascii="Arial" w:hAnsi="Arial" w:cs="Arial"/>
                <w:sz w:val="20"/>
                <w:szCs w:val="20"/>
              </w:rPr>
              <w:t>5,94</w:t>
            </w:r>
          </w:p>
          <w:p w14:paraId="1D030587" w14:textId="77777777" w:rsidR="006D5036" w:rsidRPr="00575350" w:rsidRDefault="006D5036" w:rsidP="0030220C">
            <w:pPr>
              <w:rPr>
                <w:rFonts w:ascii="Arial" w:hAnsi="Arial" w:cs="Arial"/>
                <w:sz w:val="20"/>
                <w:szCs w:val="20"/>
              </w:rPr>
            </w:pPr>
          </w:p>
        </w:tc>
        <w:tc>
          <w:tcPr>
            <w:tcW w:w="0" w:type="auto"/>
          </w:tcPr>
          <w:p w14:paraId="17F7CB6F" w14:textId="77777777" w:rsidR="006D5036" w:rsidRDefault="006D5036" w:rsidP="0030220C">
            <w:pPr>
              <w:rPr>
                <w:rFonts w:ascii="Arial" w:hAnsi="Arial" w:cs="Arial"/>
                <w:sz w:val="20"/>
                <w:szCs w:val="20"/>
              </w:rPr>
            </w:pPr>
          </w:p>
          <w:p w14:paraId="18442E6E" w14:textId="77777777" w:rsidR="006D5036" w:rsidRPr="00575350" w:rsidRDefault="006D5036" w:rsidP="0030220C">
            <w:pPr>
              <w:rPr>
                <w:rFonts w:ascii="Arial" w:hAnsi="Arial" w:cs="Arial"/>
                <w:sz w:val="20"/>
                <w:szCs w:val="20"/>
              </w:rPr>
            </w:pPr>
            <w:r>
              <w:rPr>
                <w:rFonts w:ascii="Arial" w:hAnsi="Arial" w:cs="Arial"/>
                <w:sz w:val="20"/>
                <w:szCs w:val="20"/>
              </w:rPr>
              <w:t>2.880,90</w:t>
            </w:r>
          </w:p>
        </w:tc>
      </w:tr>
      <w:tr w:rsidR="006D5036" w:rsidRPr="00575350" w14:paraId="2934E247" w14:textId="77777777" w:rsidTr="0030220C">
        <w:trPr>
          <w:trHeight w:val="227"/>
          <w:jc w:val="center"/>
        </w:trPr>
        <w:tc>
          <w:tcPr>
            <w:tcW w:w="0" w:type="auto"/>
          </w:tcPr>
          <w:p w14:paraId="7EA8B16F" w14:textId="77777777" w:rsidR="006D5036" w:rsidRPr="00575350" w:rsidRDefault="006D5036" w:rsidP="0030220C">
            <w:pPr>
              <w:rPr>
                <w:rFonts w:ascii="Arial" w:hAnsi="Arial" w:cs="Arial"/>
                <w:sz w:val="20"/>
                <w:szCs w:val="20"/>
              </w:rPr>
            </w:pPr>
            <w:r w:rsidRPr="00575350">
              <w:rPr>
                <w:rFonts w:ascii="Arial" w:hAnsi="Arial" w:cs="Arial"/>
                <w:sz w:val="20"/>
                <w:szCs w:val="20"/>
              </w:rPr>
              <w:t>121</w:t>
            </w:r>
          </w:p>
        </w:tc>
        <w:tc>
          <w:tcPr>
            <w:tcW w:w="0" w:type="auto"/>
          </w:tcPr>
          <w:p w14:paraId="28ABF0F4" w14:textId="77777777" w:rsidR="006D5036" w:rsidRPr="00575350" w:rsidRDefault="006D5036" w:rsidP="0030220C">
            <w:pPr>
              <w:rPr>
                <w:rFonts w:ascii="Arial" w:hAnsi="Arial" w:cs="Arial"/>
                <w:sz w:val="20"/>
                <w:szCs w:val="20"/>
              </w:rPr>
            </w:pPr>
            <w:r w:rsidRPr="00575350">
              <w:rPr>
                <w:rFonts w:ascii="Arial" w:hAnsi="Arial" w:cs="Arial"/>
                <w:sz w:val="20"/>
                <w:szCs w:val="20"/>
              </w:rPr>
              <w:t>242450</w:t>
            </w:r>
          </w:p>
        </w:tc>
        <w:tc>
          <w:tcPr>
            <w:tcW w:w="0" w:type="auto"/>
          </w:tcPr>
          <w:p w14:paraId="67477D68" w14:textId="77777777" w:rsidR="006D5036" w:rsidRPr="00575350" w:rsidRDefault="006D5036" w:rsidP="0030220C">
            <w:pPr>
              <w:rPr>
                <w:rFonts w:ascii="Arial" w:hAnsi="Arial" w:cs="Arial"/>
                <w:sz w:val="20"/>
                <w:szCs w:val="20"/>
              </w:rPr>
            </w:pPr>
            <w:r w:rsidRPr="00575350">
              <w:rPr>
                <w:rFonts w:ascii="Arial" w:hAnsi="Arial" w:cs="Arial"/>
                <w:sz w:val="20"/>
                <w:szCs w:val="20"/>
              </w:rPr>
              <w:t>MISTURA PARA BOLO, SABOR LIMÃO- EMBALAGEM APROXIMADAMENTE 450 G, SIMILAR A DONA BENTA, FLEISCHMANN, DR. OETKER.</w:t>
            </w:r>
          </w:p>
        </w:tc>
        <w:tc>
          <w:tcPr>
            <w:tcW w:w="0" w:type="auto"/>
          </w:tcPr>
          <w:p w14:paraId="3CA2E489" w14:textId="77777777" w:rsidR="006D5036" w:rsidRDefault="006D5036" w:rsidP="0030220C">
            <w:pPr>
              <w:rPr>
                <w:rFonts w:ascii="Arial" w:hAnsi="Arial" w:cs="Arial"/>
                <w:sz w:val="20"/>
                <w:szCs w:val="20"/>
              </w:rPr>
            </w:pPr>
          </w:p>
          <w:p w14:paraId="502628DF" w14:textId="77777777" w:rsidR="006D5036" w:rsidRPr="00575350" w:rsidRDefault="006D5036" w:rsidP="0030220C">
            <w:pPr>
              <w:rPr>
                <w:rFonts w:ascii="Arial" w:hAnsi="Arial" w:cs="Arial"/>
                <w:sz w:val="20"/>
                <w:szCs w:val="20"/>
              </w:rPr>
            </w:pPr>
            <w:r w:rsidRPr="00575350">
              <w:rPr>
                <w:rFonts w:ascii="Arial" w:hAnsi="Arial" w:cs="Arial"/>
                <w:sz w:val="20"/>
                <w:szCs w:val="20"/>
              </w:rPr>
              <w:t>UN</w:t>
            </w:r>
          </w:p>
        </w:tc>
        <w:tc>
          <w:tcPr>
            <w:tcW w:w="0" w:type="auto"/>
          </w:tcPr>
          <w:p w14:paraId="62FAC954" w14:textId="77777777" w:rsidR="006D5036" w:rsidRDefault="006D5036" w:rsidP="0030220C">
            <w:pPr>
              <w:rPr>
                <w:rFonts w:ascii="Arial" w:hAnsi="Arial" w:cs="Arial"/>
                <w:sz w:val="20"/>
                <w:szCs w:val="20"/>
              </w:rPr>
            </w:pPr>
          </w:p>
          <w:p w14:paraId="4A0A7EF2" w14:textId="77777777" w:rsidR="006D5036" w:rsidRPr="00575350" w:rsidRDefault="006D5036" w:rsidP="0030220C">
            <w:pPr>
              <w:rPr>
                <w:rFonts w:ascii="Arial" w:hAnsi="Arial" w:cs="Arial"/>
                <w:sz w:val="20"/>
                <w:szCs w:val="20"/>
              </w:rPr>
            </w:pPr>
            <w:r w:rsidRPr="00575350">
              <w:rPr>
                <w:rFonts w:ascii="Arial" w:hAnsi="Arial" w:cs="Arial"/>
                <w:sz w:val="20"/>
                <w:szCs w:val="20"/>
              </w:rPr>
              <w:t>295</w:t>
            </w:r>
          </w:p>
        </w:tc>
        <w:tc>
          <w:tcPr>
            <w:tcW w:w="0" w:type="auto"/>
          </w:tcPr>
          <w:p w14:paraId="0FB4E52E" w14:textId="77777777" w:rsidR="006D5036" w:rsidRDefault="006D5036" w:rsidP="0030220C">
            <w:pPr>
              <w:rPr>
                <w:rFonts w:ascii="Arial" w:hAnsi="Arial" w:cs="Arial"/>
                <w:sz w:val="20"/>
                <w:szCs w:val="20"/>
              </w:rPr>
            </w:pPr>
          </w:p>
          <w:p w14:paraId="29C8D254" w14:textId="77777777" w:rsidR="006D5036" w:rsidRPr="00575350" w:rsidRDefault="006D5036" w:rsidP="0030220C">
            <w:pPr>
              <w:rPr>
                <w:rFonts w:ascii="Arial" w:hAnsi="Arial" w:cs="Arial"/>
                <w:sz w:val="20"/>
                <w:szCs w:val="20"/>
              </w:rPr>
            </w:pPr>
            <w:r>
              <w:rPr>
                <w:rFonts w:ascii="Arial" w:hAnsi="Arial" w:cs="Arial"/>
                <w:sz w:val="20"/>
                <w:szCs w:val="20"/>
              </w:rPr>
              <w:t>5,63</w:t>
            </w:r>
          </w:p>
        </w:tc>
        <w:tc>
          <w:tcPr>
            <w:tcW w:w="0" w:type="auto"/>
          </w:tcPr>
          <w:p w14:paraId="1839B856" w14:textId="77777777" w:rsidR="006D5036" w:rsidRDefault="006D5036" w:rsidP="0030220C">
            <w:pPr>
              <w:rPr>
                <w:rFonts w:ascii="Arial" w:hAnsi="Arial" w:cs="Arial"/>
                <w:sz w:val="20"/>
                <w:szCs w:val="20"/>
              </w:rPr>
            </w:pPr>
          </w:p>
          <w:p w14:paraId="79616A38" w14:textId="77777777" w:rsidR="006D5036" w:rsidRPr="00575350" w:rsidRDefault="006D5036" w:rsidP="0030220C">
            <w:pPr>
              <w:rPr>
                <w:rFonts w:ascii="Arial" w:hAnsi="Arial" w:cs="Arial"/>
                <w:sz w:val="20"/>
                <w:szCs w:val="20"/>
              </w:rPr>
            </w:pPr>
            <w:r>
              <w:rPr>
                <w:rFonts w:ascii="Arial" w:hAnsi="Arial" w:cs="Arial"/>
                <w:sz w:val="20"/>
                <w:szCs w:val="20"/>
              </w:rPr>
              <w:t>1.660,85</w:t>
            </w:r>
          </w:p>
        </w:tc>
      </w:tr>
      <w:tr w:rsidR="006D5036" w:rsidRPr="00575350" w14:paraId="2929A724" w14:textId="77777777" w:rsidTr="0030220C">
        <w:trPr>
          <w:trHeight w:val="227"/>
          <w:jc w:val="center"/>
        </w:trPr>
        <w:tc>
          <w:tcPr>
            <w:tcW w:w="0" w:type="auto"/>
          </w:tcPr>
          <w:p w14:paraId="6CD9820D" w14:textId="77777777" w:rsidR="006D5036" w:rsidRPr="00575350" w:rsidRDefault="006D5036" w:rsidP="0030220C">
            <w:pPr>
              <w:rPr>
                <w:rFonts w:ascii="Arial" w:hAnsi="Arial" w:cs="Arial"/>
                <w:sz w:val="20"/>
                <w:szCs w:val="20"/>
              </w:rPr>
            </w:pPr>
            <w:r w:rsidRPr="00575350">
              <w:rPr>
                <w:rFonts w:ascii="Arial" w:hAnsi="Arial" w:cs="Arial"/>
                <w:sz w:val="20"/>
                <w:szCs w:val="20"/>
              </w:rPr>
              <w:t>122</w:t>
            </w:r>
          </w:p>
        </w:tc>
        <w:tc>
          <w:tcPr>
            <w:tcW w:w="0" w:type="auto"/>
          </w:tcPr>
          <w:p w14:paraId="6F5F18C4" w14:textId="77777777" w:rsidR="006D5036" w:rsidRPr="00575350" w:rsidRDefault="006D5036" w:rsidP="0030220C">
            <w:pPr>
              <w:rPr>
                <w:rFonts w:ascii="Arial" w:hAnsi="Arial" w:cs="Arial"/>
                <w:sz w:val="20"/>
                <w:szCs w:val="20"/>
              </w:rPr>
            </w:pPr>
            <w:r w:rsidRPr="00575350">
              <w:rPr>
                <w:rFonts w:ascii="Arial" w:hAnsi="Arial" w:cs="Arial"/>
                <w:sz w:val="20"/>
                <w:szCs w:val="20"/>
              </w:rPr>
              <w:t>459671</w:t>
            </w:r>
          </w:p>
        </w:tc>
        <w:tc>
          <w:tcPr>
            <w:tcW w:w="0" w:type="auto"/>
          </w:tcPr>
          <w:p w14:paraId="2E4614B6" w14:textId="77777777" w:rsidR="006D5036" w:rsidRPr="00575350" w:rsidRDefault="006D5036" w:rsidP="0030220C">
            <w:pPr>
              <w:rPr>
                <w:rFonts w:ascii="Arial" w:hAnsi="Arial" w:cs="Arial"/>
                <w:sz w:val="20"/>
                <w:szCs w:val="20"/>
              </w:rPr>
            </w:pPr>
            <w:r w:rsidRPr="00575350">
              <w:rPr>
                <w:rFonts w:ascii="Arial" w:hAnsi="Arial" w:cs="Arial"/>
                <w:sz w:val="20"/>
                <w:szCs w:val="20"/>
              </w:rPr>
              <w:t>MOLHO DE TOMATE - MASSA DE TOMATE, TIPO MOLHO PRONTO, TRADICIONAL, EMBALAGEM DE APROXIMADAMENTE 340 G, SIMILAR A HEINZ, FUGINI E QUERO.</w:t>
            </w:r>
          </w:p>
        </w:tc>
        <w:tc>
          <w:tcPr>
            <w:tcW w:w="0" w:type="auto"/>
          </w:tcPr>
          <w:p w14:paraId="5195472F" w14:textId="77777777" w:rsidR="006D5036" w:rsidRDefault="006D5036" w:rsidP="0030220C">
            <w:pPr>
              <w:rPr>
                <w:rFonts w:ascii="Arial" w:hAnsi="Arial" w:cs="Arial"/>
                <w:sz w:val="20"/>
                <w:szCs w:val="20"/>
              </w:rPr>
            </w:pPr>
          </w:p>
          <w:p w14:paraId="66D8B156" w14:textId="77777777" w:rsidR="006D5036" w:rsidRPr="00575350" w:rsidRDefault="006D5036" w:rsidP="0030220C">
            <w:pPr>
              <w:rPr>
                <w:rFonts w:ascii="Arial" w:hAnsi="Arial" w:cs="Arial"/>
                <w:sz w:val="20"/>
                <w:szCs w:val="20"/>
              </w:rPr>
            </w:pPr>
            <w:r w:rsidRPr="00575350">
              <w:rPr>
                <w:rFonts w:ascii="Arial" w:hAnsi="Arial" w:cs="Arial"/>
                <w:sz w:val="20"/>
                <w:szCs w:val="20"/>
              </w:rPr>
              <w:t>SAC</w:t>
            </w:r>
          </w:p>
        </w:tc>
        <w:tc>
          <w:tcPr>
            <w:tcW w:w="0" w:type="auto"/>
          </w:tcPr>
          <w:p w14:paraId="2218133A" w14:textId="77777777" w:rsidR="006D5036" w:rsidRDefault="006D5036" w:rsidP="0030220C">
            <w:pPr>
              <w:rPr>
                <w:rFonts w:ascii="Arial" w:hAnsi="Arial" w:cs="Arial"/>
                <w:sz w:val="20"/>
                <w:szCs w:val="20"/>
              </w:rPr>
            </w:pPr>
          </w:p>
          <w:p w14:paraId="10A64987" w14:textId="77777777" w:rsidR="006D5036" w:rsidRPr="00575350" w:rsidRDefault="006D5036" w:rsidP="0030220C">
            <w:pPr>
              <w:rPr>
                <w:rFonts w:ascii="Arial" w:hAnsi="Arial" w:cs="Arial"/>
                <w:sz w:val="20"/>
                <w:szCs w:val="20"/>
              </w:rPr>
            </w:pPr>
            <w:r w:rsidRPr="00575350">
              <w:rPr>
                <w:rFonts w:ascii="Arial" w:hAnsi="Arial" w:cs="Arial"/>
                <w:sz w:val="20"/>
                <w:szCs w:val="20"/>
              </w:rPr>
              <w:t>1240</w:t>
            </w:r>
          </w:p>
        </w:tc>
        <w:tc>
          <w:tcPr>
            <w:tcW w:w="0" w:type="auto"/>
          </w:tcPr>
          <w:p w14:paraId="565F6F06" w14:textId="77777777" w:rsidR="006D5036" w:rsidRDefault="006D5036" w:rsidP="0030220C">
            <w:pPr>
              <w:rPr>
                <w:rFonts w:ascii="Arial" w:hAnsi="Arial" w:cs="Arial"/>
                <w:sz w:val="20"/>
                <w:szCs w:val="20"/>
              </w:rPr>
            </w:pPr>
          </w:p>
          <w:p w14:paraId="26330EC0" w14:textId="77777777" w:rsidR="006D5036" w:rsidRPr="00575350" w:rsidRDefault="006D5036" w:rsidP="0030220C">
            <w:pPr>
              <w:rPr>
                <w:rFonts w:ascii="Arial" w:hAnsi="Arial" w:cs="Arial"/>
                <w:sz w:val="20"/>
                <w:szCs w:val="20"/>
              </w:rPr>
            </w:pPr>
            <w:r>
              <w:rPr>
                <w:rFonts w:ascii="Arial" w:hAnsi="Arial" w:cs="Arial"/>
                <w:sz w:val="20"/>
                <w:szCs w:val="20"/>
              </w:rPr>
              <w:t>7,70</w:t>
            </w:r>
          </w:p>
        </w:tc>
        <w:tc>
          <w:tcPr>
            <w:tcW w:w="0" w:type="auto"/>
          </w:tcPr>
          <w:p w14:paraId="0FC99FDD" w14:textId="77777777" w:rsidR="006D5036" w:rsidRDefault="006D5036" w:rsidP="0030220C">
            <w:pPr>
              <w:rPr>
                <w:rFonts w:ascii="Arial" w:hAnsi="Arial" w:cs="Arial"/>
                <w:sz w:val="20"/>
                <w:szCs w:val="20"/>
              </w:rPr>
            </w:pPr>
          </w:p>
          <w:p w14:paraId="45069908" w14:textId="77777777" w:rsidR="006D5036" w:rsidRPr="00575350" w:rsidRDefault="006D5036" w:rsidP="0030220C">
            <w:pPr>
              <w:rPr>
                <w:rFonts w:ascii="Arial" w:hAnsi="Arial" w:cs="Arial"/>
                <w:sz w:val="20"/>
                <w:szCs w:val="20"/>
              </w:rPr>
            </w:pPr>
            <w:r>
              <w:rPr>
                <w:rFonts w:ascii="Arial" w:hAnsi="Arial" w:cs="Arial"/>
                <w:sz w:val="20"/>
                <w:szCs w:val="20"/>
              </w:rPr>
              <w:t>9.548,00</w:t>
            </w:r>
          </w:p>
        </w:tc>
      </w:tr>
      <w:tr w:rsidR="006D5036" w:rsidRPr="00575350" w14:paraId="2E99386D" w14:textId="77777777" w:rsidTr="0030220C">
        <w:trPr>
          <w:trHeight w:val="227"/>
          <w:jc w:val="center"/>
        </w:trPr>
        <w:tc>
          <w:tcPr>
            <w:tcW w:w="0" w:type="auto"/>
          </w:tcPr>
          <w:p w14:paraId="3DFDE4BF" w14:textId="77777777" w:rsidR="006D5036" w:rsidRPr="00575350" w:rsidRDefault="006D5036" w:rsidP="0030220C">
            <w:pPr>
              <w:rPr>
                <w:rFonts w:ascii="Arial" w:hAnsi="Arial" w:cs="Arial"/>
                <w:sz w:val="20"/>
                <w:szCs w:val="20"/>
              </w:rPr>
            </w:pPr>
            <w:r w:rsidRPr="00575350">
              <w:rPr>
                <w:rFonts w:ascii="Arial" w:hAnsi="Arial" w:cs="Arial"/>
                <w:sz w:val="20"/>
                <w:szCs w:val="20"/>
              </w:rPr>
              <w:t>123</w:t>
            </w:r>
          </w:p>
        </w:tc>
        <w:tc>
          <w:tcPr>
            <w:tcW w:w="0" w:type="auto"/>
          </w:tcPr>
          <w:p w14:paraId="503D56F7" w14:textId="77777777" w:rsidR="006D5036" w:rsidRPr="00575350" w:rsidRDefault="006D5036" w:rsidP="0030220C">
            <w:pPr>
              <w:rPr>
                <w:rFonts w:ascii="Arial" w:hAnsi="Arial" w:cs="Arial"/>
                <w:sz w:val="20"/>
                <w:szCs w:val="20"/>
              </w:rPr>
            </w:pPr>
            <w:r w:rsidRPr="00575350">
              <w:rPr>
                <w:rFonts w:ascii="Arial" w:hAnsi="Arial" w:cs="Arial"/>
                <w:sz w:val="20"/>
                <w:szCs w:val="20"/>
              </w:rPr>
              <w:t>463916</w:t>
            </w:r>
          </w:p>
        </w:tc>
        <w:tc>
          <w:tcPr>
            <w:tcW w:w="0" w:type="auto"/>
          </w:tcPr>
          <w:p w14:paraId="5C3E2AEE" w14:textId="77777777" w:rsidR="006D5036" w:rsidRPr="00575350" w:rsidRDefault="006D5036" w:rsidP="0030220C">
            <w:pPr>
              <w:rPr>
                <w:rFonts w:ascii="Arial" w:hAnsi="Arial" w:cs="Arial"/>
                <w:sz w:val="20"/>
                <w:szCs w:val="20"/>
              </w:rPr>
            </w:pPr>
            <w:r w:rsidRPr="00575350">
              <w:rPr>
                <w:rFonts w:ascii="Arial" w:hAnsi="Arial" w:cs="Arial"/>
                <w:sz w:val="20"/>
                <w:szCs w:val="20"/>
              </w:rPr>
              <w:t>ORÉGANO - EMBALAGEM DE APROXIMADAMENTE 500 GR SIMILAR A KITANO, KODILAR E CALDOBOM.</w:t>
            </w:r>
          </w:p>
        </w:tc>
        <w:tc>
          <w:tcPr>
            <w:tcW w:w="0" w:type="auto"/>
          </w:tcPr>
          <w:p w14:paraId="5801C733" w14:textId="77777777" w:rsidR="006D5036" w:rsidRDefault="006D5036" w:rsidP="0030220C">
            <w:pPr>
              <w:rPr>
                <w:rFonts w:ascii="Arial" w:hAnsi="Arial" w:cs="Arial"/>
                <w:sz w:val="20"/>
                <w:szCs w:val="20"/>
              </w:rPr>
            </w:pPr>
            <w:r>
              <w:rPr>
                <w:rFonts w:ascii="Arial" w:hAnsi="Arial" w:cs="Arial"/>
                <w:sz w:val="20"/>
                <w:szCs w:val="20"/>
              </w:rPr>
              <w:t xml:space="preserve">  </w:t>
            </w:r>
          </w:p>
          <w:p w14:paraId="5743C817"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tcPr>
          <w:p w14:paraId="5E600F04" w14:textId="77777777" w:rsidR="006D5036" w:rsidRDefault="006D5036" w:rsidP="0030220C">
            <w:pPr>
              <w:rPr>
                <w:rFonts w:ascii="Arial" w:hAnsi="Arial" w:cs="Arial"/>
                <w:sz w:val="20"/>
                <w:szCs w:val="20"/>
              </w:rPr>
            </w:pPr>
          </w:p>
          <w:p w14:paraId="262D058A" w14:textId="77777777" w:rsidR="006D5036" w:rsidRPr="00575350" w:rsidRDefault="006D5036" w:rsidP="0030220C">
            <w:pPr>
              <w:rPr>
                <w:rFonts w:ascii="Arial" w:hAnsi="Arial" w:cs="Arial"/>
                <w:sz w:val="20"/>
                <w:szCs w:val="20"/>
              </w:rPr>
            </w:pPr>
            <w:r w:rsidRPr="00575350">
              <w:rPr>
                <w:rFonts w:ascii="Arial" w:hAnsi="Arial" w:cs="Arial"/>
                <w:sz w:val="20"/>
                <w:szCs w:val="20"/>
              </w:rPr>
              <w:t>63</w:t>
            </w:r>
          </w:p>
        </w:tc>
        <w:tc>
          <w:tcPr>
            <w:tcW w:w="0" w:type="auto"/>
          </w:tcPr>
          <w:p w14:paraId="283A46FE" w14:textId="77777777" w:rsidR="006D5036" w:rsidRDefault="006D5036" w:rsidP="0030220C">
            <w:pPr>
              <w:rPr>
                <w:rFonts w:ascii="Arial" w:hAnsi="Arial" w:cs="Arial"/>
                <w:sz w:val="20"/>
                <w:szCs w:val="20"/>
              </w:rPr>
            </w:pPr>
          </w:p>
          <w:p w14:paraId="5EC2392A" w14:textId="77777777" w:rsidR="006D5036" w:rsidRPr="00575350" w:rsidRDefault="006D5036" w:rsidP="0030220C">
            <w:pPr>
              <w:rPr>
                <w:rFonts w:ascii="Arial" w:hAnsi="Arial" w:cs="Arial"/>
                <w:sz w:val="20"/>
                <w:szCs w:val="20"/>
              </w:rPr>
            </w:pPr>
            <w:r>
              <w:rPr>
                <w:rFonts w:ascii="Arial" w:hAnsi="Arial" w:cs="Arial"/>
                <w:sz w:val="20"/>
                <w:szCs w:val="20"/>
              </w:rPr>
              <w:t>27,99</w:t>
            </w:r>
          </w:p>
        </w:tc>
        <w:tc>
          <w:tcPr>
            <w:tcW w:w="0" w:type="auto"/>
          </w:tcPr>
          <w:p w14:paraId="5C17F79E" w14:textId="77777777" w:rsidR="006D5036" w:rsidRDefault="006D5036" w:rsidP="0030220C">
            <w:pPr>
              <w:rPr>
                <w:rFonts w:ascii="Arial" w:hAnsi="Arial" w:cs="Arial"/>
                <w:sz w:val="20"/>
                <w:szCs w:val="20"/>
              </w:rPr>
            </w:pPr>
          </w:p>
          <w:p w14:paraId="1E834FCD" w14:textId="77777777" w:rsidR="006D5036" w:rsidRPr="00575350" w:rsidRDefault="006D5036" w:rsidP="0030220C">
            <w:pPr>
              <w:rPr>
                <w:rFonts w:ascii="Arial" w:hAnsi="Arial" w:cs="Arial"/>
                <w:sz w:val="20"/>
                <w:szCs w:val="20"/>
              </w:rPr>
            </w:pPr>
            <w:r>
              <w:rPr>
                <w:rFonts w:ascii="Arial" w:hAnsi="Arial" w:cs="Arial"/>
                <w:sz w:val="20"/>
                <w:szCs w:val="20"/>
              </w:rPr>
              <w:t>1.763,37</w:t>
            </w:r>
          </w:p>
        </w:tc>
      </w:tr>
      <w:tr w:rsidR="006D5036" w:rsidRPr="00575350" w14:paraId="5EF5B3BD" w14:textId="77777777" w:rsidTr="0030220C">
        <w:trPr>
          <w:trHeight w:val="227"/>
          <w:jc w:val="center"/>
        </w:trPr>
        <w:tc>
          <w:tcPr>
            <w:tcW w:w="0" w:type="auto"/>
          </w:tcPr>
          <w:p w14:paraId="471675FA" w14:textId="77777777" w:rsidR="006D5036" w:rsidRPr="00575350" w:rsidRDefault="006D5036" w:rsidP="0030220C">
            <w:pPr>
              <w:rPr>
                <w:rFonts w:ascii="Arial" w:hAnsi="Arial" w:cs="Arial"/>
                <w:sz w:val="20"/>
                <w:szCs w:val="20"/>
              </w:rPr>
            </w:pPr>
            <w:r w:rsidRPr="00575350">
              <w:rPr>
                <w:rFonts w:ascii="Arial" w:hAnsi="Arial" w:cs="Arial"/>
                <w:sz w:val="20"/>
                <w:szCs w:val="20"/>
              </w:rPr>
              <w:t>124</w:t>
            </w:r>
          </w:p>
          <w:p w14:paraId="43B8E37E" w14:textId="77777777" w:rsidR="006D5036" w:rsidRPr="00575350" w:rsidRDefault="006D5036" w:rsidP="0030220C">
            <w:pPr>
              <w:rPr>
                <w:rFonts w:ascii="Arial" w:hAnsi="Arial" w:cs="Arial"/>
                <w:sz w:val="20"/>
                <w:szCs w:val="20"/>
              </w:rPr>
            </w:pPr>
          </w:p>
        </w:tc>
        <w:tc>
          <w:tcPr>
            <w:tcW w:w="0" w:type="auto"/>
          </w:tcPr>
          <w:p w14:paraId="26FC334A" w14:textId="77777777" w:rsidR="006D5036" w:rsidRPr="00575350" w:rsidRDefault="006D5036" w:rsidP="0030220C">
            <w:pPr>
              <w:rPr>
                <w:rFonts w:ascii="Arial" w:hAnsi="Arial" w:cs="Arial"/>
                <w:sz w:val="20"/>
                <w:szCs w:val="20"/>
              </w:rPr>
            </w:pPr>
            <w:r w:rsidRPr="00575350">
              <w:rPr>
                <w:rFonts w:ascii="Arial" w:hAnsi="Arial" w:cs="Arial"/>
                <w:sz w:val="20"/>
                <w:szCs w:val="20"/>
              </w:rPr>
              <w:t>308435</w:t>
            </w:r>
          </w:p>
        </w:tc>
        <w:tc>
          <w:tcPr>
            <w:tcW w:w="0" w:type="auto"/>
          </w:tcPr>
          <w:p w14:paraId="3448618B" w14:textId="77777777" w:rsidR="006D5036" w:rsidRPr="00575350" w:rsidRDefault="006D5036" w:rsidP="0030220C">
            <w:pPr>
              <w:rPr>
                <w:rFonts w:ascii="Arial" w:hAnsi="Arial" w:cs="Arial"/>
                <w:sz w:val="20"/>
                <w:szCs w:val="20"/>
              </w:rPr>
            </w:pPr>
            <w:r w:rsidRPr="00575350">
              <w:rPr>
                <w:rFonts w:ascii="Arial" w:hAnsi="Arial" w:cs="Arial"/>
                <w:sz w:val="20"/>
                <w:szCs w:val="20"/>
              </w:rPr>
              <w:t>OVOS DE GALINHA - EM CARTELA COM 30 UNIDADES, COM INFORMAÇÕES DO FABRICANTE, DATA DE FABRICAÇÃO E VALIDADE, REGISTRO NO MA.</w:t>
            </w:r>
          </w:p>
        </w:tc>
        <w:tc>
          <w:tcPr>
            <w:tcW w:w="0" w:type="auto"/>
          </w:tcPr>
          <w:p w14:paraId="57D2EC28" w14:textId="77777777" w:rsidR="006D5036" w:rsidRDefault="006D5036" w:rsidP="0030220C">
            <w:pPr>
              <w:rPr>
                <w:rFonts w:ascii="Arial" w:hAnsi="Arial" w:cs="Arial"/>
                <w:sz w:val="20"/>
                <w:szCs w:val="20"/>
              </w:rPr>
            </w:pPr>
          </w:p>
          <w:p w14:paraId="51BAB27E" w14:textId="77777777" w:rsidR="006D5036" w:rsidRPr="00575350" w:rsidRDefault="006D5036" w:rsidP="0030220C">
            <w:pPr>
              <w:rPr>
                <w:rFonts w:ascii="Arial" w:hAnsi="Arial" w:cs="Arial"/>
                <w:sz w:val="20"/>
                <w:szCs w:val="20"/>
              </w:rPr>
            </w:pPr>
            <w:r w:rsidRPr="00575350">
              <w:rPr>
                <w:rFonts w:ascii="Arial" w:hAnsi="Arial" w:cs="Arial"/>
                <w:sz w:val="20"/>
                <w:szCs w:val="20"/>
              </w:rPr>
              <w:t>CTL</w:t>
            </w:r>
          </w:p>
        </w:tc>
        <w:tc>
          <w:tcPr>
            <w:tcW w:w="0" w:type="auto"/>
          </w:tcPr>
          <w:p w14:paraId="025E5E33" w14:textId="77777777" w:rsidR="006D5036" w:rsidRDefault="006D5036" w:rsidP="0030220C">
            <w:pPr>
              <w:rPr>
                <w:rFonts w:ascii="Arial" w:hAnsi="Arial" w:cs="Arial"/>
                <w:sz w:val="20"/>
                <w:szCs w:val="20"/>
              </w:rPr>
            </w:pPr>
          </w:p>
          <w:p w14:paraId="79507682" w14:textId="77777777" w:rsidR="006D5036" w:rsidRPr="00575350" w:rsidRDefault="006D5036" w:rsidP="0030220C">
            <w:pPr>
              <w:rPr>
                <w:rFonts w:ascii="Arial" w:hAnsi="Arial" w:cs="Arial"/>
                <w:sz w:val="20"/>
                <w:szCs w:val="20"/>
              </w:rPr>
            </w:pPr>
            <w:r w:rsidRPr="00575350">
              <w:rPr>
                <w:rFonts w:ascii="Arial" w:hAnsi="Arial" w:cs="Arial"/>
                <w:sz w:val="20"/>
                <w:szCs w:val="20"/>
              </w:rPr>
              <w:t>537</w:t>
            </w:r>
          </w:p>
        </w:tc>
        <w:tc>
          <w:tcPr>
            <w:tcW w:w="0" w:type="auto"/>
          </w:tcPr>
          <w:p w14:paraId="1EDF4AF9" w14:textId="77777777" w:rsidR="006D5036" w:rsidRDefault="006D5036" w:rsidP="0030220C">
            <w:pPr>
              <w:rPr>
                <w:rFonts w:ascii="Arial" w:hAnsi="Arial" w:cs="Arial"/>
                <w:sz w:val="20"/>
                <w:szCs w:val="20"/>
              </w:rPr>
            </w:pPr>
          </w:p>
          <w:p w14:paraId="774BF2AB" w14:textId="77777777" w:rsidR="006D5036" w:rsidRPr="00575350" w:rsidRDefault="006D5036" w:rsidP="0030220C">
            <w:pPr>
              <w:rPr>
                <w:rFonts w:ascii="Arial" w:hAnsi="Arial" w:cs="Arial"/>
                <w:sz w:val="20"/>
                <w:szCs w:val="20"/>
              </w:rPr>
            </w:pPr>
            <w:r>
              <w:rPr>
                <w:rFonts w:ascii="Arial" w:hAnsi="Arial" w:cs="Arial"/>
                <w:sz w:val="20"/>
                <w:szCs w:val="20"/>
              </w:rPr>
              <w:t>33,78</w:t>
            </w:r>
          </w:p>
        </w:tc>
        <w:tc>
          <w:tcPr>
            <w:tcW w:w="0" w:type="auto"/>
          </w:tcPr>
          <w:p w14:paraId="37A97D83" w14:textId="77777777" w:rsidR="006D5036" w:rsidRDefault="006D5036" w:rsidP="0030220C">
            <w:pPr>
              <w:rPr>
                <w:rFonts w:ascii="Arial" w:hAnsi="Arial" w:cs="Arial"/>
                <w:sz w:val="20"/>
                <w:szCs w:val="20"/>
              </w:rPr>
            </w:pPr>
          </w:p>
          <w:p w14:paraId="7C40D9F0" w14:textId="77777777" w:rsidR="006D5036" w:rsidRPr="00575350" w:rsidRDefault="006D5036" w:rsidP="0030220C">
            <w:pPr>
              <w:rPr>
                <w:rFonts w:ascii="Arial" w:hAnsi="Arial" w:cs="Arial"/>
                <w:sz w:val="20"/>
                <w:szCs w:val="20"/>
              </w:rPr>
            </w:pPr>
            <w:r>
              <w:rPr>
                <w:rFonts w:ascii="Arial" w:hAnsi="Arial" w:cs="Arial"/>
                <w:sz w:val="20"/>
                <w:szCs w:val="20"/>
              </w:rPr>
              <w:t>18.139,86</w:t>
            </w:r>
          </w:p>
        </w:tc>
      </w:tr>
      <w:tr w:rsidR="006D5036" w:rsidRPr="00575350" w14:paraId="4CD7ABAC" w14:textId="77777777" w:rsidTr="0030220C">
        <w:trPr>
          <w:trHeight w:val="227"/>
          <w:jc w:val="center"/>
        </w:trPr>
        <w:tc>
          <w:tcPr>
            <w:tcW w:w="0" w:type="auto"/>
            <w:vAlign w:val="center"/>
          </w:tcPr>
          <w:p w14:paraId="12FD34B3"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125</w:t>
            </w:r>
          </w:p>
        </w:tc>
        <w:tc>
          <w:tcPr>
            <w:tcW w:w="0" w:type="auto"/>
            <w:vAlign w:val="center"/>
          </w:tcPr>
          <w:p w14:paraId="16DB851B"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257762</w:t>
            </w:r>
          </w:p>
        </w:tc>
        <w:tc>
          <w:tcPr>
            <w:tcW w:w="0" w:type="auto"/>
            <w:vAlign w:val="center"/>
          </w:tcPr>
          <w:p w14:paraId="7E8E1A9F"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 xml:space="preserve">PANETONE - BOLO ALIMENTÍCIO, SABOR FRUTAS CRISTALIZADAS E PASSAS, EMBALAGEM </w:t>
            </w:r>
            <w:r w:rsidRPr="00575350">
              <w:rPr>
                <w:rFonts w:ascii="Arial" w:eastAsia="Times New Roman" w:hAnsi="Arial" w:cs="Arial"/>
                <w:sz w:val="18"/>
                <w:szCs w:val="18"/>
                <w:lang w:eastAsia="pt-BR"/>
              </w:rPr>
              <w:lastRenderedPageBreak/>
              <w:t xml:space="preserve">APROXIMADAMENTE 400 G. </w:t>
            </w:r>
            <w:r w:rsidRPr="00575350">
              <w:rPr>
                <w:rFonts w:ascii="Arial" w:eastAsia="Times New Roman" w:hAnsi="Arial" w:cs="Arial"/>
                <w:sz w:val="18"/>
                <w:szCs w:val="18"/>
                <w:lang w:eastAsia="pt-BR"/>
              </w:rPr>
              <w:br/>
              <w:t>(SIMILAR A BAUDUCCO, VISCONDI, DI FIORI)</w:t>
            </w:r>
          </w:p>
        </w:tc>
        <w:tc>
          <w:tcPr>
            <w:tcW w:w="0" w:type="auto"/>
            <w:vAlign w:val="center"/>
          </w:tcPr>
          <w:p w14:paraId="2CA04059"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lastRenderedPageBreak/>
              <w:t>CAIXA</w:t>
            </w:r>
          </w:p>
        </w:tc>
        <w:tc>
          <w:tcPr>
            <w:tcW w:w="0" w:type="auto"/>
            <w:vAlign w:val="center"/>
          </w:tcPr>
          <w:p w14:paraId="1AD1501B"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3070</w:t>
            </w:r>
          </w:p>
        </w:tc>
        <w:tc>
          <w:tcPr>
            <w:tcW w:w="0" w:type="auto"/>
          </w:tcPr>
          <w:p w14:paraId="6AFAD101" w14:textId="77777777" w:rsidR="006D5036" w:rsidRDefault="006D5036" w:rsidP="0030220C">
            <w:pPr>
              <w:rPr>
                <w:rFonts w:ascii="Arial" w:hAnsi="Arial" w:cs="Arial"/>
                <w:sz w:val="20"/>
                <w:szCs w:val="20"/>
              </w:rPr>
            </w:pPr>
          </w:p>
          <w:p w14:paraId="33311238" w14:textId="77777777" w:rsidR="006D5036" w:rsidRPr="00575350" w:rsidRDefault="006D5036" w:rsidP="0030220C">
            <w:pPr>
              <w:rPr>
                <w:rFonts w:ascii="Arial" w:hAnsi="Arial" w:cs="Arial"/>
                <w:sz w:val="20"/>
                <w:szCs w:val="20"/>
              </w:rPr>
            </w:pPr>
            <w:r>
              <w:rPr>
                <w:rFonts w:ascii="Arial" w:hAnsi="Arial" w:cs="Arial"/>
                <w:sz w:val="20"/>
                <w:szCs w:val="20"/>
              </w:rPr>
              <w:t>18,81</w:t>
            </w:r>
          </w:p>
        </w:tc>
        <w:tc>
          <w:tcPr>
            <w:tcW w:w="0" w:type="auto"/>
          </w:tcPr>
          <w:p w14:paraId="7C94B5BF" w14:textId="77777777" w:rsidR="006D5036" w:rsidRDefault="006D5036" w:rsidP="0030220C">
            <w:pPr>
              <w:rPr>
                <w:rFonts w:ascii="Arial" w:hAnsi="Arial" w:cs="Arial"/>
                <w:sz w:val="20"/>
                <w:szCs w:val="20"/>
              </w:rPr>
            </w:pPr>
          </w:p>
          <w:p w14:paraId="700D648F" w14:textId="77777777" w:rsidR="006D5036" w:rsidRPr="00575350" w:rsidRDefault="006D5036" w:rsidP="0030220C">
            <w:pPr>
              <w:rPr>
                <w:rFonts w:ascii="Arial" w:hAnsi="Arial" w:cs="Arial"/>
                <w:sz w:val="20"/>
                <w:szCs w:val="20"/>
              </w:rPr>
            </w:pPr>
            <w:r>
              <w:rPr>
                <w:rFonts w:ascii="Arial" w:hAnsi="Arial" w:cs="Arial"/>
                <w:sz w:val="20"/>
                <w:szCs w:val="20"/>
              </w:rPr>
              <w:t>57.746,70</w:t>
            </w:r>
          </w:p>
        </w:tc>
      </w:tr>
      <w:tr w:rsidR="006D5036" w:rsidRPr="00575350" w14:paraId="027801EF" w14:textId="77777777" w:rsidTr="0030220C">
        <w:trPr>
          <w:trHeight w:val="227"/>
          <w:jc w:val="center"/>
        </w:trPr>
        <w:tc>
          <w:tcPr>
            <w:tcW w:w="0" w:type="auto"/>
            <w:vAlign w:val="center"/>
          </w:tcPr>
          <w:p w14:paraId="08E1CAB7" w14:textId="77777777" w:rsidR="006D5036" w:rsidRPr="00575350" w:rsidRDefault="006D5036" w:rsidP="0030220C">
            <w:pPr>
              <w:rPr>
                <w:rFonts w:ascii="Arial" w:hAnsi="Arial" w:cs="Arial"/>
                <w:sz w:val="20"/>
                <w:szCs w:val="20"/>
              </w:rPr>
            </w:pPr>
            <w:r w:rsidRPr="00575350">
              <w:rPr>
                <w:rFonts w:ascii="Arial" w:hAnsi="Arial" w:cs="Arial"/>
                <w:sz w:val="20"/>
                <w:szCs w:val="20"/>
              </w:rPr>
              <w:t>126</w:t>
            </w:r>
          </w:p>
        </w:tc>
        <w:tc>
          <w:tcPr>
            <w:tcW w:w="0" w:type="auto"/>
            <w:vAlign w:val="center"/>
          </w:tcPr>
          <w:p w14:paraId="592A912A" w14:textId="77777777" w:rsidR="006D5036" w:rsidRPr="00575350" w:rsidRDefault="006D5036" w:rsidP="0030220C">
            <w:pPr>
              <w:rPr>
                <w:rFonts w:ascii="Arial" w:hAnsi="Arial" w:cs="Arial"/>
                <w:sz w:val="20"/>
                <w:szCs w:val="20"/>
              </w:rPr>
            </w:pPr>
            <w:r w:rsidRPr="00575350">
              <w:rPr>
                <w:rFonts w:ascii="Arial" w:hAnsi="Arial" w:cs="Arial"/>
                <w:sz w:val="20"/>
                <w:szCs w:val="20"/>
              </w:rPr>
              <w:t>462638</w:t>
            </w:r>
          </w:p>
        </w:tc>
        <w:tc>
          <w:tcPr>
            <w:tcW w:w="0" w:type="auto"/>
            <w:vAlign w:val="center"/>
          </w:tcPr>
          <w:p w14:paraId="510FEB6C" w14:textId="77777777" w:rsidR="006D5036" w:rsidRPr="00575350" w:rsidRDefault="006D5036" w:rsidP="0030220C">
            <w:pPr>
              <w:rPr>
                <w:rFonts w:ascii="Arial" w:hAnsi="Arial" w:cs="Arial"/>
                <w:sz w:val="20"/>
                <w:szCs w:val="20"/>
              </w:rPr>
            </w:pPr>
            <w:r w:rsidRPr="00575350">
              <w:rPr>
                <w:rFonts w:ascii="Arial" w:hAnsi="Arial" w:cs="Arial"/>
                <w:sz w:val="20"/>
                <w:szCs w:val="20"/>
              </w:rPr>
              <w:t>PAÇOCA ROLHA, POTE COM CERCA 50 UNIDADES, EMBALADAS INDIDUALMENTE, COM PESO TOTAL DE APROXIMADAMENTE 750 G.</w:t>
            </w:r>
          </w:p>
        </w:tc>
        <w:tc>
          <w:tcPr>
            <w:tcW w:w="0" w:type="auto"/>
            <w:vAlign w:val="center"/>
          </w:tcPr>
          <w:p w14:paraId="6AC76F0A" w14:textId="77777777" w:rsidR="006D5036" w:rsidRPr="00575350" w:rsidRDefault="006D5036" w:rsidP="0030220C">
            <w:pPr>
              <w:rPr>
                <w:rFonts w:ascii="Arial" w:hAnsi="Arial" w:cs="Arial"/>
                <w:sz w:val="20"/>
                <w:szCs w:val="20"/>
              </w:rPr>
            </w:pPr>
            <w:r w:rsidRPr="00575350">
              <w:rPr>
                <w:rFonts w:ascii="Arial" w:hAnsi="Arial" w:cs="Arial"/>
                <w:sz w:val="20"/>
                <w:szCs w:val="20"/>
              </w:rPr>
              <w:t>POTE</w:t>
            </w:r>
          </w:p>
        </w:tc>
        <w:tc>
          <w:tcPr>
            <w:tcW w:w="0" w:type="auto"/>
            <w:vAlign w:val="center"/>
          </w:tcPr>
          <w:p w14:paraId="7FFBC68B" w14:textId="77777777" w:rsidR="006D5036" w:rsidRPr="00575350" w:rsidRDefault="006D5036" w:rsidP="0030220C">
            <w:pPr>
              <w:rPr>
                <w:rFonts w:ascii="Arial" w:hAnsi="Arial" w:cs="Arial"/>
                <w:sz w:val="20"/>
                <w:szCs w:val="20"/>
              </w:rPr>
            </w:pPr>
            <w:r w:rsidRPr="00575350">
              <w:rPr>
                <w:rFonts w:ascii="Arial" w:hAnsi="Arial" w:cs="Arial"/>
                <w:sz w:val="20"/>
                <w:szCs w:val="20"/>
              </w:rPr>
              <w:t>107</w:t>
            </w:r>
          </w:p>
        </w:tc>
        <w:tc>
          <w:tcPr>
            <w:tcW w:w="0" w:type="auto"/>
          </w:tcPr>
          <w:p w14:paraId="78FCC2B2" w14:textId="77777777" w:rsidR="006D5036" w:rsidRDefault="006D5036" w:rsidP="0030220C">
            <w:pPr>
              <w:rPr>
                <w:rFonts w:ascii="Arial" w:hAnsi="Arial" w:cs="Arial"/>
                <w:sz w:val="20"/>
                <w:szCs w:val="20"/>
              </w:rPr>
            </w:pPr>
          </w:p>
          <w:p w14:paraId="13C61EC7" w14:textId="77777777" w:rsidR="006D5036" w:rsidRPr="00575350" w:rsidRDefault="006D5036" w:rsidP="0030220C">
            <w:pPr>
              <w:rPr>
                <w:rFonts w:ascii="Arial" w:hAnsi="Arial" w:cs="Arial"/>
                <w:sz w:val="20"/>
                <w:szCs w:val="20"/>
              </w:rPr>
            </w:pPr>
            <w:r>
              <w:rPr>
                <w:rFonts w:ascii="Arial" w:hAnsi="Arial" w:cs="Arial"/>
                <w:sz w:val="20"/>
                <w:szCs w:val="20"/>
              </w:rPr>
              <w:t>26,96</w:t>
            </w:r>
          </w:p>
        </w:tc>
        <w:tc>
          <w:tcPr>
            <w:tcW w:w="0" w:type="auto"/>
          </w:tcPr>
          <w:p w14:paraId="3297725D" w14:textId="77777777" w:rsidR="006D5036" w:rsidRDefault="006D5036" w:rsidP="0030220C">
            <w:pPr>
              <w:rPr>
                <w:rFonts w:ascii="Arial" w:hAnsi="Arial" w:cs="Arial"/>
                <w:sz w:val="20"/>
                <w:szCs w:val="20"/>
              </w:rPr>
            </w:pPr>
          </w:p>
          <w:p w14:paraId="770B2ADB" w14:textId="77777777" w:rsidR="006D5036" w:rsidRPr="00575350" w:rsidRDefault="006D5036" w:rsidP="0030220C">
            <w:pPr>
              <w:rPr>
                <w:rFonts w:ascii="Arial" w:hAnsi="Arial" w:cs="Arial"/>
                <w:sz w:val="20"/>
                <w:szCs w:val="20"/>
              </w:rPr>
            </w:pPr>
            <w:r>
              <w:rPr>
                <w:rFonts w:ascii="Arial" w:hAnsi="Arial" w:cs="Arial"/>
                <w:sz w:val="20"/>
                <w:szCs w:val="20"/>
              </w:rPr>
              <w:t>2.884,72</w:t>
            </w:r>
          </w:p>
        </w:tc>
      </w:tr>
      <w:tr w:rsidR="006D5036" w:rsidRPr="00575350" w14:paraId="768985CE" w14:textId="77777777" w:rsidTr="0030220C">
        <w:trPr>
          <w:trHeight w:val="227"/>
          <w:jc w:val="center"/>
        </w:trPr>
        <w:tc>
          <w:tcPr>
            <w:tcW w:w="0" w:type="auto"/>
            <w:vAlign w:val="center"/>
          </w:tcPr>
          <w:p w14:paraId="50EED05E" w14:textId="77777777" w:rsidR="006D5036" w:rsidRPr="00575350" w:rsidRDefault="006D5036" w:rsidP="0030220C">
            <w:pPr>
              <w:rPr>
                <w:rFonts w:ascii="Arial" w:hAnsi="Arial" w:cs="Arial"/>
                <w:sz w:val="20"/>
                <w:szCs w:val="20"/>
              </w:rPr>
            </w:pPr>
            <w:r w:rsidRPr="00575350">
              <w:rPr>
                <w:rFonts w:ascii="Arial" w:hAnsi="Arial" w:cs="Arial"/>
                <w:sz w:val="20"/>
                <w:szCs w:val="20"/>
              </w:rPr>
              <w:t>127</w:t>
            </w:r>
          </w:p>
        </w:tc>
        <w:tc>
          <w:tcPr>
            <w:tcW w:w="0" w:type="auto"/>
            <w:vAlign w:val="center"/>
          </w:tcPr>
          <w:p w14:paraId="74BC75DF" w14:textId="77777777" w:rsidR="006D5036" w:rsidRPr="00575350" w:rsidRDefault="006D5036" w:rsidP="0030220C">
            <w:pPr>
              <w:rPr>
                <w:rFonts w:ascii="Arial" w:hAnsi="Arial" w:cs="Arial"/>
                <w:sz w:val="20"/>
                <w:szCs w:val="20"/>
              </w:rPr>
            </w:pPr>
            <w:r w:rsidRPr="00575350">
              <w:rPr>
                <w:rFonts w:ascii="Arial" w:hAnsi="Arial" w:cs="Arial"/>
                <w:sz w:val="20"/>
                <w:szCs w:val="20"/>
              </w:rPr>
              <w:t>463800</w:t>
            </w:r>
          </w:p>
        </w:tc>
        <w:tc>
          <w:tcPr>
            <w:tcW w:w="0" w:type="auto"/>
            <w:vAlign w:val="center"/>
          </w:tcPr>
          <w:p w14:paraId="7D02E70A" w14:textId="77777777" w:rsidR="006D5036" w:rsidRPr="00575350" w:rsidRDefault="006D5036" w:rsidP="0030220C">
            <w:pPr>
              <w:rPr>
                <w:rFonts w:ascii="Arial" w:hAnsi="Arial" w:cs="Arial"/>
                <w:sz w:val="20"/>
                <w:szCs w:val="20"/>
              </w:rPr>
            </w:pPr>
            <w:r w:rsidRPr="00575350">
              <w:rPr>
                <w:rFonts w:ascii="Arial" w:hAnsi="Arial" w:cs="Arial"/>
                <w:sz w:val="20"/>
                <w:szCs w:val="20"/>
              </w:rPr>
              <w:t>PEPINO, IN NATURA - KG. DEVEM ESTAR FIRMES, LIVRE DE SUJIDADES, SEM PARTES MOLES OU PERFURAÇÕES, NEM MANCHAS AMARELAS.</w:t>
            </w:r>
          </w:p>
        </w:tc>
        <w:tc>
          <w:tcPr>
            <w:tcW w:w="0" w:type="auto"/>
            <w:vAlign w:val="center"/>
          </w:tcPr>
          <w:p w14:paraId="736674B9" w14:textId="77777777" w:rsidR="006D5036" w:rsidRPr="00575350" w:rsidRDefault="006D5036" w:rsidP="0030220C">
            <w:pPr>
              <w:rPr>
                <w:rFonts w:ascii="Arial" w:hAnsi="Arial" w:cs="Arial"/>
                <w:sz w:val="20"/>
                <w:szCs w:val="20"/>
              </w:rPr>
            </w:pPr>
            <w:r w:rsidRPr="00575350">
              <w:rPr>
                <w:rFonts w:ascii="Arial" w:hAnsi="Arial" w:cs="Arial"/>
                <w:sz w:val="20"/>
                <w:szCs w:val="20"/>
              </w:rPr>
              <w:t>KG</w:t>
            </w:r>
          </w:p>
        </w:tc>
        <w:tc>
          <w:tcPr>
            <w:tcW w:w="0" w:type="auto"/>
            <w:vAlign w:val="center"/>
          </w:tcPr>
          <w:p w14:paraId="3C98D46B" w14:textId="77777777" w:rsidR="006D5036" w:rsidRPr="00575350" w:rsidRDefault="006D5036" w:rsidP="0030220C">
            <w:pPr>
              <w:rPr>
                <w:rFonts w:ascii="Arial" w:hAnsi="Arial" w:cs="Arial"/>
                <w:sz w:val="20"/>
                <w:szCs w:val="20"/>
              </w:rPr>
            </w:pPr>
            <w:r w:rsidRPr="00575350">
              <w:rPr>
                <w:rFonts w:ascii="Arial" w:hAnsi="Arial" w:cs="Arial"/>
                <w:sz w:val="20"/>
                <w:szCs w:val="20"/>
              </w:rPr>
              <w:t>150</w:t>
            </w:r>
          </w:p>
        </w:tc>
        <w:tc>
          <w:tcPr>
            <w:tcW w:w="0" w:type="auto"/>
          </w:tcPr>
          <w:p w14:paraId="4E19E669" w14:textId="77777777" w:rsidR="006D5036" w:rsidRDefault="006D5036" w:rsidP="0030220C">
            <w:pPr>
              <w:rPr>
                <w:rFonts w:ascii="Arial" w:hAnsi="Arial" w:cs="Arial"/>
                <w:sz w:val="20"/>
                <w:szCs w:val="20"/>
              </w:rPr>
            </w:pPr>
          </w:p>
          <w:p w14:paraId="52A9264E" w14:textId="77777777" w:rsidR="006D5036" w:rsidRPr="00575350" w:rsidRDefault="006D5036" w:rsidP="0030220C">
            <w:pPr>
              <w:rPr>
                <w:rFonts w:ascii="Arial" w:hAnsi="Arial" w:cs="Arial"/>
                <w:sz w:val="20"/>
                <w:szCs w:val="20"/>
              </w:rPr>
            </w:pPr>
            <w:r>
              <w:rPr>
                <w:rFonts w:ascii="Arial" w:hAnsi="Arial" w:cs="Arial"/>
                <w:sz w:val="20"/>
                <w:szCs w:val="20"/>
              </w:rPr>
              <w:t>7,84</w:t>
            </w:r>
          </w:p>
        </w:tc>
        <w:tc>
          <w:tcPr>
            <w:tcW w:w="0" w:type="auto"/>
          </w:tcPr>
          <w:p w14:paraId="3E2F6836" w14:textId="77777777" w:rsidR="006D5036" w:rsidRDefault="006D5036" w:rsidP="0030220C">
            <w:pPr>
              <w:rPr>
                <w:rFonts w:ascii="Arial" w:hAnsi="Arial" w:cs="Arial"/>
                <w:sz w:val="20"/>
                <w:szCs w:val="20"/>
              </w:rPr>
            </w:pPr>
          </w:p>
          <w:p w14:paraId="3BBDAC58" w14:textId="77777777" w:rsidR="006D5036" w:rsidRPr="00575350" w:rsidRDefault="006D5036" w:rsidP="0030220C">
            <w:pPr>
              <w:rPr>
                <w:rFonts w:ascii="Arial" w:hAnsi="Arial" w:cs="Arial"/>
                <w:sz w:val="20"/>
                <w:szCs w:val="20"/>
              </w:rPr>
            </w:pPr>
            <w:r>
              <w:rPr>
                <w:rFonts w:ascii="Arial" w:hAnsi="Arial" w:cs="Arial"/>
                <w:sz w:val="20"/>
                <w:szCs w:val="20"/>
              </w:rPr>
              <w:t>1.176,00</w:t>
            </w:r>
          </w:p>
        </w:tc>
      </w:tr>
      <w:tr w:rsidR="006D5036" w:rsidRPr="00575350" w14:paraId="3CDAA338" w14:textId="77777777" w:rsidTr="0030220C">
        <w:trPr>
          <w:trHeight w:val="227"/>
          <w:jc w:val="center"/>
        </w:trPr>
        <w:tc>
          <w:tcPr>
            <w:tcW w:w="0" w:type="auto"/>
            <w:vAlign w:val="center"/>
          </w:tcPr>
          <w:p w14:paraId="14DF27E0" w14:textId="77777777" w:rsidR="006D5036" w:rsidRPr="00575350" w:rsidRDefault="006D5036" w:rsidP="0030220C">
            <w:pPr>
              <w:rPr>
                <w:rFonts w:ascii="Arial" w:hAnsi="Arial" w:cs="Arial"/>
                <w:sz w:val="20"/>
                <w:szCs w:val="20"/>
              </w:rPr>
            </w:pPr>
            <w:r w:rsidRPr="00575350">
              <w:rPr>
                <w:rFonts w:ascii="Arial" w:hAnsi="Arial" w:cs="Arial"/>
                <w:sz w:val="20"/>
                <w:szCs w:val="20"/>
              </w:rPr>
              <w:t>128</w:t>
            </w:r>
          </w:p>
        </w:tc>
        <w:tc>
          <w:tcPr>
            <w:tcW w:w="0" w:type="auto"/>
            <w:vAlign w:val="center"/>
          </w:tcPr>
          <w:p w14:paraId="50096F8D" w14:textId="77777777" w:rsidR="006D5036" w:rsidRPr="00575350" w:rsidRDefault="006D5036" w:rsidP="0030220C">
            <w:pPr>
              <w:rPr>
                <w:rFonts w:ascii="Arial" w:hAnsi="Arial" w:cs="Arial"/>
                <w:sz w:val="20"/>
                <w:szCs w:val="20"/>
              </w:rPr>
            </w:pPr>
            <w:r w:rsidRPr="00575350">
              <w:rPr>
                <w:rFonts w:ascii="Arial" w:hAnsi="Arial" w:cs="Arial"/>
                <w:sz w:val="20"/>
                <w:szCs w:val="20"/>
              </w:rPr>
              <w:t>464425</w:t>
            </w:r>
          </w:p>
        </w:tc>
        <w:tc>
          <w:tcPr>
            <w:tcW w:w="0" w:type="auto"/>
            <w:vAlign w:val="center"/>
          </w:tcPr>
          <w:p w14:paraId="15095063" w14:textId="77777777" w:rsidR="006D5036" w:rsidRPr="00575350" w:rsidRDefault="006D5036" w:rsidP="0030220C">
            <w:pPr>
              <w:rPr>
                <w:rFonts w:ascii="Arial" w:hAnsi="Arial" w:cs="Arial"/>
                <w:sz w:val="20"/>
                <w:szCs w:val="20"/>
              </w:rPr>
            </w:pPr>
            <w:r w:rsidRPr="00575350">
              <w:rPr>
                <w:rFonts w:ascii="Arial" w:hAnsi="Arial" w:cs="Arial"/>
                <w:sz w:val="20"/>
                <w:szCs w:val="20"/>
              </w:rPr>
              <w:t>PERA, IN NATURA - KG. FRESCA, SEM APRESENTAR AVARIAS NA CASCA, NEM SUJIDADES, ESTAR LIVRE DE ENFERMIDADES, INSETOS, PARASITAS E LARVAS.</w:t>
            </w:r>
          </w:p>
        </w:tc>
        <w:tc>
          <w:tcPr>
            <w:tcW w:w="0" w:type="auto"/>
            <w:vAlign w:val="center"/>
          </w:tcPr>
          <w:p w14:paraId="215DA97A" w14:textId="77777777" w:rsidR="006D5036" w:rsidRPr="00575350" w:rsidRDefault="006D5036" w:rsidP="0030220C">
            <w:pPr>
              <w:rPr>
                <w:rFonts w:ascii="Arial" w:hAnsi="Arial" w:cs="Arial"/>
                <w:sz w:val="20"/>
                <w:szCs w:val="20"/>
              </w:rPr>
            </w:pPr>
            <w:r w:rsidRPr="00575350">
              <w:rPr>
                <w:rFonts w:ascii="Arial" w:hAnsi="Arial" w:cs="Arial"/>
                <w:sz w:val="20"/>
                <w:szCs w:val="20"/>
              </w:rPr>
              <w:t>KG</w:t>
            </w:r>
          </w:p>
        </w:tc>
        <w:tc>
          <w:tcPr>
            <w:tcW w:w="0" w:type="auto"/>
            <w:vAlign w:val="center"/>
          </w:tcPr>
          <w:p w14:paraId="213B7A0D" w14:textId="77777777" w:rsidR="006D5036" w:rsidRPr="00575350" w:rsidRDefault="006D5036" w:rsidP="0030220C">
            <w:pPr>
              <w:rPr>
                <w:rFonts w:ascii="Arial" w:hAnsi="Arial" w:cs="Arial"/>
                <w:sz w:val="20"/>
                <w:szCs w:val="20"/>
              </w:rPr>
            </w:pPr>
            <w:r w:rsidRPr="00575350">
              <w:rPr>
                <w:rFonts w:ascii="Arial" w:hAnsi="Arial" w:cs="Arial"/>
                <w:sz w:val="20"/>
                <w:szCs w:val="20"/>
              </w:rPr>
              <w:t>195</w:t>
            </w:r>
          </w:p>
        </w:tc>
        <w:tc>
          <w:tcPr>
            <w:tcW w:w="0" w:type="auto"/>
          </w:tcPr>
          <w:p w14:paraId="01C5F834" w14:textId="77777777" w:rsidR="006D5036" w:rsidRDefault="006D5036" w:rsidP="0030220C">
            <w:pPr>
              <w:rPr>
                <w:rFonts w:ascii="Arial" w:hAnsi="Arial" w:cs="Arial"/>
                <w:sz w:val="20"/>
                <w:szCs w:val="20"/>
              </w:rPr>
            </w:pPr>
          </w:p>
          <w:p w14:paraId="22CF8E34" w14:textId="77777777" w:rsidR="006D5036" w:rsidRDefault="006D5036" w:rsidP="0030220C">
            <w:pPr>
              <w:rPr>
                <w:rFonts w:ascii="Arial" w:hAnsi="Arial" w:cs="Arial"/>
                <w:sz w:val="20"/>
                <w:szCs w:val="20"/>
              </w:rPr>
            </w:pPr>
          </w:p>
          <w:p w14:paraId="0F8F13EC" w14:textId="77777777" w:rsidR="006D5036" w:rsidRPr="00575350" w:rsidRDefault="006D5036" w:rsidP="0030220C">
            <w:pPr>
              <w:rPr>
                <w:rFonts w:ascii="Arial" w:hAnsi="Arial" w:cs="Arial"/>
                <w:sz w:val="20"/>
                <w:szCs w:val="20"/>
              </w:rPr>
            </w:pPr>
            <w:r>
              <w:rPr>
                <w:rFonts w:ascii="Arial" w:hAnsi="Arial" w:cs="Arial"/>
                <w:sz w:val="20"/>
                <w:szCs w:val="20"/>
              </w:rPr>
              <w:t>12,30</w:t>
            </w:r>
          </w:p>
        </w:tc>
        <w:tc>
          <w:tcPr>
            <w:tcW w:w="0" w:type="auto"/>
          </w:tcPr>
          <w:p w14:paraId="7EFC0398" w14:textId="77777777" w:rsidR="006D5036" w:rsidRDefault="006D5036" w:rsidP="0030220C">
            <w:pPr>
              <w:rPr>
                <w:rFonts w:ascii="Arial" w:hAnsi="Arial" w:cs="Arial"/>
                <w:sz w:val="20"/>
                <w:szCs w:val="20"/>
              </w:rPr>
            </w:pPr>
          </w:p>
          <w:p w14:paraId="2522EDA2" w14:textId="77777777" w:rsidR="006D5036" w:rsidRDefault="006D5036" w:rsidP="0030220C">
            <w:pPr>
              <w:rPr>
                <w:rFonts w:ascii="Arial" w:hAnsi="Arial" w:cs="Arial"/>
                <w:sz w:val="20"/>
                <w:szCs w:val="20"/>
              </w:rPr>
            </w:pPr>
          </w:p>
          <w:p w14:paraId="48032CCE" w14:textId="77777777" w:rsidR="006D5036" w:rsidRPr="00575350" w:rsidRDefault="006D5036" w:rsidP="0030220C">
            <w:pPr>
              <w:rPr>
                <w:rFonts w:ascii="Arial" w:hAnsi="Arial" w:cs="Arial"/>
                <w:sz w:val="20"/>
                <w:szCs w:val="20"/>
              </w:rPr>
            </w:pPr>
            <w:r>
              <w:rPr>
                <w:rFonts w:ascii="Arial" w:hAnsi="Arial" w:cs="Arial"/>
                <w:sz w:val="20"/>
                <w:szCs w:val="20"/>
              </w:rPr>
              <w:t>2.398,50</w:t>
            </w:r>
          </w:p>
        </w:tc>
      </w:tr>
      <w:tr w:rsidR="006D5036" w:rsidRPr="00575350" w14:paraId="1877C737" w14:textId="77777777" w:rsidTr="0030220C">
        <w:trPr>
          <w:trHeight w:val="1029"/>
          <w:jc w:val="center"/>
        </w:trPr>
        <w:tc>
          <w:tcPr>
            <w:tcW w:w="0" w:type="auto"/>
            <w:vAlign w:val="center"/>
          </w:tcPr>
          <w:p w14:paraId="2AB460A7" w14:textId="77777777" w:rsidR="006D5036" w:rsidRPr="00575350" w:rsidRDefault="006D5036" w:rsidP="0030220C">
            <w:pPr>
              <w:rPr>
                <w:rFonts w:ascii="Arial" w:hAnsi="Arial" w:cs="Arial"/>
                <w:sz w:val="20"/>
                <w:szCs w:val="20"/>
              </w:rPr>
            </w:pPr>
            <w:r w:rsidRPr="00575350">
              <w:rPr>
                <w:rFonts w:ascii="Arial" w:hAnsi="Arial" w:cs="Arial"/>
                <w:sz w:val="20"/>
                <w:szCs w:val="20"/>
              </w:rPr>
              <w:t>129</w:t>
            </w:r>
          </w:p>
        </w:tc>
        <w:tc>
          <w:tcPr>
            <w:tcW w:w="0" w:type="auto"/>
            <w:vAlign w:val="center"/>
          </w:tcPr>
          <w:p w14:paraId="64ECC12E" w14:textId="77777777" w:rsidR="006D5036" w:rsidRPr="00575350" w:rsidRDefault="006D5036" w:rsidP="0030220C">
            <w:pPr>
              <w:rPr>
                <w:rFonts w:ascii="Arial" w:hAnsi="Arial" w:cs="Arial"/>
                <w:sz w:val="20"/>
                <w:szCs w:val="20"/>
              </w:rPr>
            </w:pPr>
            <w:r w:rsidRPr="00575350">
              <w:rPr>
                <w:rFonts w:ascii="Arial" w:hAnsi="Arial" w:cs="Arial"/>
                <w:sz w:val="20"/>
                <w:szCs w:val="20"/>
              </w:rPr>
              <w:t>374948</w:t>
            </w:r>
          </w:p>
        </w:tc>
        <w:tc>
          <w:tcPr>
            <w:tcW w:w="0" w:type="auto"/>
            <w:vAlign w:val="center"/>
          </w:tcPr>
          <w:p w14:paraId="69BBEBBB"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Pipoca Doce - Doce confeitado, tipo: pipoca doce, peso: aprox 10 gramas, Ingredientes: milho. açúcar. Deve conter informações do fabricante, data de fabricação e validade mínima de 12 meses. </w:t>
            </w:r>
          </w:p>
        </w:tc>
        <w:tc>
          <w:tcPr>
            <w:tcW w:w="0" w:type="auto"/>
            <w:vAlign w:val="center"/>
          </w:tcPr>
          <w:p w14:paraId="694F65F5"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vAlign w:val="center"/>
          </w:tcPr>
          <w:p w14:paraId="26075FF7" w14:textId="77777777" w:rsidR="006D5036" w:rsidRPr="00575350" w:rsidRDefault="006D5036" w:rsidP="0030220C">
            <w:pPr>
              <w:rPr>
                <w:rFonts w:ascii="Arial" w:hAnsi="Arial" w:cs="Arial"/>
                <w:sz w:val="20"/>
                <w:szCs w:val="20"/>
              </w:rPr>
            </w:pPr>
            <w:r w:rsidRPr="00575350">
              <w:rPr>
                <w:rFonts w:ascii="Arial" w:hAnsi="Arial" w:cs="Arial"/>
                <w:sz w:val="20"/>
                <w:szCs w:val="20"/>
              </w:rPr>
              <w:t>900</w:t>
            </w:r>
          </w:p>
        </w:tc>
        <w:tc>
          <w:tcPr>
            <w:tcW w:w="0" w:type="auto"/>
          </w:tcPr>
          <w:p w14:paraId="03F95928" w14:textId="77777777" w:rsidR="006D5036" w:rsidRDefault="006D5036" w:rsidP="0030220C">
            <w:pPr>
              <w:rPr>
                <w:rFonts w:ascii="Arial" w:hAnsi="Arial" w:cs="Arial"/>
                <w:sz w:val="20"/>
                <w:szCs w:val="20"/>
              </w:rPr>
            </w:pPr>
          </w:p>
          <w:p w14:paraId="0FDDFF84" w14:textId="77777777" w:rsidR="006D5036" w:rsidRDefault="006D5036" w:rsidP="0030220C">
            <w:pPr>
              <w:rPr>
                <w:rFonts w:ascii="Arial" w:hAnsi="Arial" w:cs="Arial"/>
                <w:sz w:val="20"/>
                <w:szCs w:val="20"/>
              </w:rPr>
            </w:pPr>
            <w:r>
              <w:rPr>
                <w:rFonts w:ascii="Arial" w:hAnsi="Arial" w:cs="Arial"/>
                <w:sz w:val="20"/>
                <w:szCs w:val="20"/>
              </w:rPr>
              <w:t>1,49</w:t>
            </w:r>
          </w:p>
          <w:p w14:paraId="52A03655" w14:textId="77777777" w:rsidR="006D5036" w:rsidRDefault="006D5036" w:rsidP="0030220C">
            <w:pPr>
              <w:rPr>
                <w:rFonts w:ascii="Arial" w:hAnsi="Arial" w:cs="Arial"/>
                <w:sz w:val="20"/>
                <w:szCs w:val="20"/>
              </w:rPr>
            </w:pPr>
          </w:p>
          <w:p w14:paraId="67512A60" w14:textId="77777777" w:rsidR="006D5036" w:rsidRPr="00575350" w:rsidRDefault="006D5036" w:rsidP="0030220C">
            <w:pPr>
              <w:rPr>
                <w:rFonts w:ascii="Arial" w:hAnsi="Arial" w:cs="Arial"/>
                <w:sz w:val="20"/>
                <w:szCs w:val="20"/>
              </w:rPr>
            </w:pPr>
          </w:p>
        </w:tc>
        <w:tc>
          <w:tcPr>
            <w:tcW w:w="0" w:type="auto"/>
          </w:tcPr>
          <w:p w14:paraId="2FD39A5D" w14:textId="77777777" w:rsidR="006D5036" w:rsidRDefault="006D5036" w:rsidP="0030220C">
            <w:pPr>
              <w:rPr>
                <w:rFonts w:ascii="Arial" w:hAnsi="Arial" w:cs="Arial"/>
                <w:sz w:val="20"/>
                <w:szCs w:val="20"/>
              </w:rPr>
            </w:pPr>
          </w:p>
          <w:p w14:paraId="63D5B46E" w14:textId="77777777" w:rsidR="006D5036" w:rsidRPr="00575350" w:rsidRDefault="006D5036" w:rsidP="0030220C">
            <w:pPr>
              <w:rPr>
                <w:rFonts w:ascii="Arial" w:hAnsi="Arial" w:cs="Arial"/>
                <w:sz w:val="20"/>
                <w:szCs w:val="20"/>
              </w:rPr>
            </w:pPr>
            <w:r>
              <w:rPr>
                <w:rFonts w:ascii="Arial" w:hAnsi="Arial" w:cs="Arial"/>
                <w:sz w:val="20"/>
                <w:szCs w:val="20"/>
              </w:rPr>
              <w:t>1.341,00</w:t>
            </w:r>
          </w:p>
        </w:tc>
      </w:tr>
      <w:tr w:rsidR="006D5036" w:rsidRPr="00575350" w14:paraId="50BB5304" w14:textId="77777777" w:rsidTr="0030220C">
        <w:trPr>
          <w:trHeight w:val="227"/>
          <w:jc w:val="center"/>
        </w:trPr>
        <w:tc>
          <w:tcPr>
            <w:tcW w:w="0" w:type="auto"/>
            <w:vAlign w:val="center"/>
          </w:tcPr>
          <w:p w14:paraId="462247FF" w14:textId="77777777" w:rsidR="006D5036" w:rsidRPr="00575350" w:rsidRDefault="006D5036" w:rsidP="0030220C">
            <w:pPr>
              <w:rPr>
                <w:rFonts w:ascii="Arial" w:hAnsi="Arial" w:cs="Arial"/>
                <w:sz w:val="20"/>
                <w:szCs w:val="20"/>
              </w:rPr>
            </w:pPr>
            <w:r w:rsidRPr="00575350">
              <w:rPr>
                <w:rFonts w:ascii="Arial" w:hAnsi="Arial" w:cs="Arial"/>
                <w:sz w:val="20"/>
                <w:szCs w:val="20"/>
              </w:rPr>
              <w:t>130</w:t>
            </w:r>
          </w:p>
        </w:tc>
        <w:tc>
          <w:tcPr>
            <w:tcW w:w="0" w:type="auto"/>
            <w:vAlign w:val="center"/>
          </w:tcPr>
          <w:p w14:paraId="2C30D243" w14:textId="77777777" w:rsidR="006D5036" w:rsidRPr="00575350" w:rsidRDefault="006D5036" w:rsidP="0030220C">
            <w:pPr>
              <w:rPr>
                <w:rFonts w:ascii="Arial" w:hAnsi="Arial" w:cs="Arial"/>
                <w:sz w:val="20"/>
                <w:szCs w:val="20"/>
              </w:rPr>
            </w:pPr>
            <w:r w:rsidRPr="00575350">
              <w:rPr>
                <w:rFonts w:ascii="Arial" w:hAnsi="Arial" w:cs="Arial"/>
                <w:sz w:val="20"/>
                <w:szCs w:val="20"/>
              </w:rPr>
              <w:t>483634</w:t>
            </w:r>
          </w:p>
        </w:tc>
        <w:tc>
          <w:tcPr>
            <w:tcW w:w="0" w:type="auto"/>
            <w:vAlign w:val="center"/>
          </w:tcPr>
          <w:p w14:paraId="67FF18E6" w14:textId="77777777" w:rsidR="006D5036" w:rsidRPr="00575350" w:rsidRDefault="006D5036" w:rsidP="0030220C">
            <w:pPr>
              <w:rPr>
                <w:rFonts w:ascii="Arial" w:hAnsi="Arial" w:cs="Arial"/>
                <w:sz w:val="20"/>
                <w:szCs w:val="20"/>
              </w:rPr>
            </w:pPr>
            <w:r w:rsidRPr="00575350">
              <w:rPr>
                <w:rFonts w:ascii="Arial" w:hAnsi="Arial" w:cs="Arial"/>
                <w:sz w:val="20"/>
                <w:szCs w:val="20"/>
              </w:rPr>
              <w:t>PIRULITO - DIVERSOS SABORES, EMBALAGEM DE APROXIMADAMENTE 600 G, SIMILAR A ARCOR, FLORESTAL E PECCIN.</w:t>
            </w:r>
          </w:p>
        </w:tc>
        <w:tc>
          <w:tcPr>
            <w:tcW w:w="0" w:type="auto"/>
            <w:vAlign w:val="center"/>
          </w:tcPr>
          <w:p w14:paraId="406B111D"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vAlign w:val="center"/>
          </w:tcPr>
          <w:p w14:paraId="667C4C0A" w14:textId="77777777" w:rsidR="006D5036" w:rsidRPr="00575350" w:rsidRDefault="006D5036" w:rsidP="0030220C">
            <w:pPr>
              <w:rPr>
                <w:rFonts w:ascii="Arial" w:hAnsi="Arial" w:cs="Arial"/>
                <w:sz w:val="20"/>
                <w:szCs w:val="20"/>
              </w:rPr>
            </w:pPr>
            <w:r w:rsidRPr="00575350">
              <w:rPr>
                <w:rFonts w:ascii="Arial" w:hAnsi="Arial" w:cs="Arial"/>
                <w:sz w:val="20"/>
                <w:szCs w:val="20"/>
              </w:rPr>
              <w:t>605</w:t>
            </w:r>
          </w:p>
        </w:tc>
        <w:tc>
          <w:tcPr>
            <w:tcW w:w="0" w:type="auto"/>
          </w:tcPr>
          <w:p w14:paraId="497E18EA" w14:textId="77777777" w:rsidR="006D5036" w:rsidRDefault="006D5036" w:rsidP="0030220C">
            <w:pPr>
              <w:rPr>
                <w:rFonts w:ascii="Arial" w:hAnsi="Arial" w:cs="Arial"/>
                <w:sz w:val="20"/>
                <w:szCs w:val="20"/>
              </w:rPr>
            </w:pPr>
          </w:p>
          <w:p w14:paraId="058E9776" w14:textId="77777777" w:rsidR="006D5036" w:rsidRPr="00575350" w:rsidRDefault="006D5036" w:rsidP="0030220C">
            <w:pPr>
              <w:rPr>
                <w:rFonts w:ascii="Arial" w:hAnsi="Arial" w:cs="Arial"/>
                <w:sz w:val="20"/>
                <w:szCs w:val="20"/>
              </w:rPr>
            </w:pPr>
            <w:r>
              <w:rPr>
                <w:rFonts w:ascii="Arial" w:hAnsi="Arial" w:cs="Arial"/>
                <w:sz w:val="20"/>
                <w:szCs w:val="20"/>
              </w:rPr>
              <w:t>18,65</w:t>
            </w:r>
          </w:p>
        </w:tc>
        <w:tc>
          <w:tcPr>
            <w:tcW w:w="0" w:type="auto"/>
          </w:tcPr>
          <w:p w14:paraId="4A554429" w14:textId="77777777" w:rsidR="006D5036" w:rsidRDefault="006D5036" w:rsidP="0030220C">
            <w:pPr>
              <w:rPr>
                <w:rFonts w:ascii="Arial" w:hAnsi="Arial" w:cs="Arial"/>
                <w:sz w:val="20"/>
                <w:szCs w:val="20"/>
              </w:rPr>
            </w:pPr>
          </w:p>
          <w:p w14:paraId="4424BEDF" w14:textId="77777777" w:rsidR="006D5036" w:rsidRPr="00575350" w:rsidRDefault="006D5036" w:rsidP="0030220C">
            <w:pPr>
              <w:rPr>
                <w:rFonts w:ascii="Arial" w:hAnsi="Arial" w:cs="Arial"/>
                <w:sz w:val="20"/>
                <w:szCs w:val="20"/>
              </w:rPr>
            </w:pPr>
            <w:r>
              <w:rPr>
                <w:rFonts w:ascii="Arial" w:hAnsi="Arial" w:cs="Arial"/>
                <w:sz w:val="20"/>
                <w:szCs w:val="20"/>
              </w:rPr>
              <w:t>11.283,25</w:t>
            </w:r>
          </w:p>
        </w:tc>
      </w:tr>
      <w:tr w:rsidR="006D5036" w:rsidRPr="00575350" w14:paraId="16BE556D" w14:textId="77777777" w:rsidTr="0030220C">
        <w:trPr>
          <w:trHeight w:val="227"/>
          <w:jc w:val="center"/>
        </w:trPr>
        <w:tc>
          <w:tcPr>
            <w:tcW w:w="0" w:type="auto"/>
            <w:vAlign w:val="center"/>
          </w:tcPr>
          <w:p w14:paraId="3D6CB0C5" w14:textId="77777777" w:rsidR="006D5036" w:rsidRPr="00575350" w:rsidRDefault="006D5036" w:rsidP="0030220C">
            <w:pPr>
              <w:rPr>
                <w:rFonts w:ascii="Arial" w:hAnsi="Arial" w:cs="Arial"/>
                <w:sz w:val="20"/>
                <w:szCs w:val="20"/>
              </w:rPr>
            </w:pPr>
            <w:r w:rsidRPr="00575350">
              <w:rPr>
                <w:rFonts w:ascii="Arial" w:hAnsi="Arial" w:cs="Arial"/>
                <w:sz w:val="20"/>
                <w:szCs w:val="20"/>
              </w:rPr>
              <w:t>131</w:t>
            </w:r>
          </w:p>
        </w:tc>
        <w:tc>
          <w:tcPr>
            <w:tcW w:w="0" w:type="auto"/>
            <w:vAlign w:val="center"/>
          </w:tcPr>
          <w:p w14:paraId="0DC65A20" w14:textId="77777777" w:rsidR="006D5036" w:rsidRPr="00575350" w:rsidRDefault="006D5036" w:rsidP="0030220C">
            <w:pPr>
              <w:rPr>
                <w:rFonts w:ascii="Arial" w:hAnsi="Arial" w:cs="Arial"/>
                <w:sz w:val="20"/>
                <w:szCs w:val="20"/>
              </w:rPr>
            </w:pPr>
            <w:r w:rsidRPr="00575350">
              <w:rPr>
                <w:rFonts w:ascii="Arial" w:hAnsi="Arial" w:cs="Arial"/>
                <w:sz w:val="20"/>
                <w:szCs w:val="20"/>
              </w:rPr>
              <w:t>483581</w:t>
            </w:r>
          </w:p>
        </w:tc>
        <w:tc>
          <w:tcPr>
            <w:tcW w:w="0" w:type="auto"/>
            <w:vAlign w:val="center"/>
          </w:tcPr>
          <w:p w14:paraId="0D7C27F7"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Pirulito, Sabor: Morango, Características Adicionais: Formato De Coração, embalagem com no minimo 400 gramas. </w:t>
            </w:r>
          </w:p>
        </w:tc>
        <w:tc>
          <w:tcPr>
            <w:tcW w:w="0" w:type="auto"/>
            <w:vAlign w:val="center"/>
          </w:tcPr>
          <w:p w14:paraId="6F15D3E4"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vAlign w:val="center"/>
          </w:tcPr>
          <w:p w14:paraId="336ED5A1" w14:textId="77777777" w:rsidR="006D5036" w:rsidRPr="00575350" w:rsidRDefault="006D5036" w:rsidP="0030220C">
            <w:pPr>
              <w:rPr>
                <w:rFonts w:ascii="Arial" w:hAnsi="Arial" w:cs="Arial"/>
                <w:sz w:val="20"/>
                <w:szCs w:val="20"/>
              </w:rPr>
            </w:pPr>
            <w:r>
              <w:rPr>
                <w:rFonts w:ascii="Arial" w:hAnsi="Arial" w:cs="Arial"/>
                <w:sz w:val="20"/>
                <w:szCs w:val="20"/>
              </w:rPr>
              <w:t>590</w:t>
            </w:r>
          </w:p>
        </w:tc>
        <w:tc>
          <w:tcPr>
            <w:tcW w:w="0" w:type="auto"/>
          </w:tcPr>
          <w:p w14:paraId="3E064872" w14:textId="77777777" w:rsidR="006D5036" w:rsidRDefault="006D5036" w:rsidP="0030220C">
            <w:pPr>
              <w:rPr>
                <w:rFonts w:ascii="Arial" w:hAnsi="Arial" w:cs="Arial"/>
                <w:sz w:val="20"/>
                <w:szCs w:val="20"/>
              </w:rPr>
            </w:pPr>
          </w:p>
          <w:p w14:paraId="121617C8" w14:textId="77777777" w:rsidR="006D5036" w:rsidRDefault="006D5036" w:rsidP="0030220C">
            <w:pPr>
              <w:rPr>
                <w:rFonts w:ascii="Arial" w:hAnsi="Arial" w:cs="Arial"/>
                <w:sz w:val="20"/>
                <w:szCs w:val="20"/>
              </w:rPr>
            </w:pPr>
            <w:r>
              <w:rPr>
                <w:rFonts w:ascii="Arial" w:hAnsi="Arial" w:cs="Arial"/>
                <w:sz w:val="20"/>
                <w:szCs w:val="20"/>
              </w:rPr>
              <w:t>13,65</w:t>
            </w:r>
          </w:p>
          <w:p w14:paraId="749B0961" w14:textId="77777777" w:rsidR="006D5036" w:rsidRPr="00575350" w:rsidRDefault="006D5036" w:rsidP="0030220C">
            <w:pPr>
              <w:rPr>
                <w:rFonts w:ascii="Arial" w:hAnsi="Arial" w:cs="Arial"/>
                <w:sz w:val="20"/>
                <w:szCs w:val="20"/>
              </w:rPr>
            </w:pPr>
          </w:p>
        </w:tc>
        <w:tc>
          <w:tcPr>
            <w:tcW w:w="0" w:type="auto"/>
          </w:tcPr>
          <w:p w14:paraId="7AC3B124" w14:textId="77777777" w:rsidR="006D5036" w:rsidRDefault="006D5036" w:rsidP="0030220C">
            <w:pPr>
              <w:rPr>
                <w:rFonts w:ascii="Arial" w:hAnsi="Arial" w:cs="Arial"/>
                <w:sz w:val="20"/>
                <w:szCs w:val="20"/>
              </w:rPr>
            </w:pPr>
          </w:p>
          <w:p w14:paraId="406FA94A" w14:textId="77777777" w:rsidR="006D5036" w:rsidRPr="00575350" w:rsidRDefault="006D5036" w:rsidP="0030220C">
            <w:pPr>
              <w:rPr>
                <w:rFonts w:ascii="Arial" w:hAnsi="Arial" w:cs="Arial"/>
                <w:sz w:val="20"/>
                <w:szCs w:val="20"/>
              </w:rPr>
            </w:pPr>
            <w:r>
              <w:rPr>
                <w:rFonts w:ascii="Arial" w:hAnsi="Arial" w:cs="Arial"/>
                <w:sz w:val="20"/>
                <w:szCs w:val="20"/>
              </w:rPr>
              <w:t>8.053,50</w:t>
            </w:r>
          </w:p>
        </w:tc>
      </w:tr>
      <w:tr w:rsidR="006D5036" w:rsidRPr="00575350" w14:paraId="641DAAB0" w14:textId="77777777" w:rsidTr="0030220C">
        <w:trPr>
          <w:trHeight w:val="227"/>
          <w:jc w:val="center"/>
        </w:trPr>
        <w:tc>
          <w:tcPr>
            <w:tcW w:w="0" w:type="auto"/>
            <w:vAlign w:val="center"/>
          </w:tcPr>
          <w:p w14:paraId="1EDFEC66" w14:textId="77777777" w:rsidR="006D5036" w:rsidRPr="00575350" w:rsidRDefault="006D5036" w:rsidP="0030220C">
            <w:pPr>
              <w:rPr>
                <w:rFonts w:ascii="Arial" w:hAnsi="Arial" w:cs="Arial"/>
                <w:sz w:val="20"/>
                <w:szCs w:val="20"/>
              </w:rPr>
            </w:pPr>
            <w:r w:rsidRPr="00575350">
              <w:rPr>
                <w:rFonts w:ascii="Arial" w:hAnsi="Arial" w:cs="Arial"/>
                <w:sz w:val="20"/>
                <w:szCs w:val="20"/>
              </w:rPr>
              <w:t>132</w:t>
            </w:r>
          </w:p>
        </w:tc>
        <w:tc>
          <w:tcPr>
            <w:tcW w:w="0" w:type="auto"/>
            <w:vAlign w:val="center"/>
          </w:tcPr>
          <w:p w14:paraId="0F7CC892" w14:textId="77777777" w:rsidR="006D5036" w:rsidRPr="00575350" w:rsidRDefault="006D5036" w:rsidP="0030220C">
            <w:pPr>
              <w:rPr>
                <w:rFonts w:ascii="Arial" w:hAnsi="Arial" w:cs="Arial"/>
                <w:sz w:val="20"/>
                <w:szCs w:val="20"/>
              </w:rPr>
            </w:pPr>
            <w:r w:rsidRPr="00575350">
              <w:rPr>
                <w:rFonts w:ascii="Arial" w:hAnsi="Arial" w:cs="Arial"/>
                <w:sz w:val="20"/>
                <w:szCs w:val="20"/>
              </w:rPr>
              <w:t>464474</w:t>
            </w:r>
          </w:p>
        </w:tc>
        <w:tc>
          <w:tcPr>
            <w:tcW w:w="0" w:type="auto"/>
            <w:vAlign w:val="center"/>
          </w:tcPr>
          <w:p w14:paraId="41272F67" w14:textId="77777777" w:rsidR="006D5036" w:rsidRPr="00575350" w:rsidRDefault="006D5036" w:rsidP="0030220C">
            <w:pPr>
              <w:rPr>
                <w:rFonts w:ascii="Arial" w:hAnsi="Arial" w:cs="Arial"/>
                <w:sz w:val="20"/>
                <w:szCs w:val="20"/>
              </w:rPr>
            </w:pPr>
            <w:r w:rsidRPr="00575350">
              <w:rPr>
                <w:rFonts w:ascii="Arial" w:hAnsi="Arial" w:cs="Arial"/>
                <w:sz w:val="20"/>
                <w:szCs w:val="20"/>
              </w:rPr>
              <w:t>Polpa De Fruta, Tipo: Maracujá, Apresentação: Congelada, embaladas em plástico atóxico com aprox 100 gramas.</w:t>
            </w:r>
          </w:p>
        </w:tc>
        <w:tc>
          <w:tcPr>
            <w:tcW w:w="0" w:type="auto"/>
            <w:vAlign w:val="center"/>
          </w:tcPr>
          <w:p w14:paraId="17525C43" w14:textId="77777777" w:rsidR="006D5036" w:rsidRPr="00575350" w:rsidRDefault="006D5036" w:rsidP="0030220C">
            <w:pPr>
              <w:rPr>
                <w:rFonts w:ascii="Arial" w:hAnsi="Arial" w:cs="Arial"/>
                <w:sz w:val="20"/>
                <w:szCs w:val="20"/>
              </w:rPr>
            </w:pPr>
            <w:r w:rsidRPr="00575350">
              <w:rPr>
                <w:rFonts w:ascii="Arial" w:hAnsi="Arial" w:cs="Arial"/>
                <w:sz w:val="20"/>
                <w:szCs w:val="20"/>
              </w:rPr>
              <w:t>UN</w:t>
            </w:r>
          </w:p>
        </w:tc>
        <w:tc>
          <w:tcPr>
            <w:tcW w:w="0" w:type="auto"/>
            <w:vAlign w:val="center"/>
          </w:tcPr>
          <w:p w14:paraId="4DAA21A6" w14:textId="77777777" w:rsidR="006D5036" w:rsidRPr="00575350" w:rsidRDefault="006D5036" w:rsidP="0030220C">
            <w:pPr>
              <w:rPr>
                <w:rFonts w:ascii="Arial" w:hAnsi="Arial" w:cs="Arial"/>
                <w:sz w:val="20"/>
                <w:szCs w:val="20"/>
              </w:rPr>
            </w:pPr>
            <w:r>
              <w:rPr>
                <w:rFonts w:ascii="Arial" w:hAnsi="Arial" w:cs="Arial"/>
                <w:sz w:val="20"/>
                <w:szCs w:val="20"/>
              </w:rPr>
              <w:t>3</w:t>
            </w:r>
            <w:r w:rsidRPr="00575350">
              <w:rPr>
                <w:rFonts w:ascii="Arial" w:hAnsi="Arial" w:cs="Arial"/>
                <w:sz w:val="20"/>
                <w:szCs w:val="20"/>
              </w:rPr>
              <w:t>70</w:t>
            </w:r>
          </w:p>
        </w:tc>
        <w:tc>
          <w:tcPr>
            <w:tcW w:w="0" w:type="auto"/>
          </w:tcPr>
          <w:p w14:paraId="12D9B6B2" w14:textId="77777777" w:rsidR="006D5036" w:rsidRDefault="006D5036" w:rsidP="0030220C">
            <w:pPr>
              <w:rPr>
                <w:rFonts w:ascii="Arial" w:hAnsi="Arial" w:cs="Arial"/>
                <w:sz w:val="20"/>
                <w:szCs w:val="20"/>
              </w:rPr>
            </w:pPr>
          </w:p>
          <w:p w14:paraId="454298E4" w14:textId="77777777" w:rsidR="006D5036" w:rsidRPr="00575350" w:rsidRDefault="006D5036" w:rsidP="0030220C">
            <w:pPr>
              <w:rPr>
                <w:rFonts w:ascii="Arial" w:hAnsi="Arial" w:cs="Arial"/>
                <w:sz w:val="20"/>
                <w:szCs w:val="20"/>
              </w:rPr>
            </w:pPr>
            <w:r>
              <w:rPr>
                <w:rFonts w:ascii="Arial" w:hAnsi="Arial" w:cs="Arial"/>
                <w:sz w:val="20"/>
                <w:szCs w:val="20"/>
              </w:rPr>
              <w:t>4,95</w:t>
            </w:r>
          </w:p>
        </w:tc>
        <w:tc>
          <w:tcPr>
            <w:tcW w:w="0" w:type="auto"/>
          </w:tcPr>
          <w:p w14:paraId="26F02E95" w14:textId="77777777" w:rsidR="006D5036" w:rsidRDefault="006D5036" w:rsidP="0030220C">
            <w:pPr>
              <w:rPr>
                <w:rFonts w:ascii="Arial" w:hAnsi="Arial" w:cs="Arial"/>
                <w:sz w:val="20"/>
                <w:szCs w:val="20"/>
              </w:rPr>
            </w:pPr>
          </w:p>
          <w:p w14:paraId="6737D61B" w14:textId="77777777" w:rsidR="006D5036" w:rsidRPr="00575350" w:rsidRDefault="006D5036" w:rsidP="0030220C">
            <w:pPr>
              <w:rPr>
                <w:rFonts w:ascii="Arial" w:hAnsi="Arial" w:cs="Arial"/>
                <w:sz w:val="20"/>
                <w:szCs w:val="20"/>
              </w:rPr>
            </w:pPr>
            <w:r>
              <w:rPr>
                <w:rFonts w:ascii="Arial" w:hAnsi="Arial" w:cs="Arial"/>
                <w:sz w:val="20"/>
                <w:szCs w:val="20"/>
              </w:rPr>
              <w:t>1.831,50</w:t>
            </w:r>
          </w:p>
        </w:tc>
      </w:tr>
      <w:tr w:rsidR="006D5036" w:rsidRPr="00575350" w14:paraId="488CAA80" w14:textId="77777777" w:rsidTr="0030220C">
        <w:trPr>
          <w:trHeight w:val="227"/>
          <w:jc w:val="center"/>
        </w:trPr>
        <w:tc>
          <w:tcPr>
            <w:tcW w:w="0" w:type="auto"/>
            <w:vAlign w:val="center"/>
          </w:tcPr>
          <w:p w14:paraId="612A1CD1" w14:textId="77777777" w:rsidR="006D5036" w:rsidRPr="00575350" w:rsidRDefault="006D5036" w:rsidP="0030220C">
            <w:pPr>
              <w:rPr>
                <w:rFonts w:ascii="Arial" w:hAnsi="Arial" w:cs="Arial"/>
                <w:sz w:val="20"/>
                <w:szCs w:val="20"/>
              </w:rPr>
            </w:pPr>
            <w:r w:rsidRPr="00575350">
              <w:rPr>
                <w:rFonts w:ascii="Arial" w:hAnsi="Arial" w:cs="Arial"/>
                <w:sz w:val="20"/>
                <w:szCs w:val="20"/>
              </w:rPr>
              <w:t>133</w:t>
            </w:r>
          </w:p>
        </w:tc>
        <w:tc>
          <w:tcPr>
            <w:tcW w:w="0" w:type="auto"/>
            <w:vAlign w:val="center"/>
          </w:tcPr>
          <w:p w14:paraId="27A079EF" w14:textId="77777777" w:rsidR="006D5036" w:rsidRPr="00575350" w:rsidRDefault="006D5036" w:rsidP="0030220C">
            <w:pPr>
              <w:rPr>
                <w:rFonts w:ascii="Arial" w:hAnsi="Arial" w:cs="Arial"/>
                <w:sz w:val="20"/>
                <w:szCs w:val="20"/>
              </w:rPr>
            </w:pPr>
            <w:r w:rsidRPr="00575350">
              <w:rPr>
                <w:rFonts w:ascii="Arial" w:hAnsi="Arial" w:cs="Arial"/>
                <w:sz w:val="20"/>
                <w:szCs w:val="20"/>
              </w:rPr>
              <w:t>459080</w:t>
            </w:r>
          </w:p>
        </w:tc>
        <w:tc>
          <w:tcPr>
            <w:tcW w:w="0" w:type="auto"/>
            <w:vAlign w:val="center"/>
          </w:tcPr>
          <w:p w14:paraId="527290E7" w14:textId="77777777" w:rsidR="006D5036" w:rsidRPr="00575350" w:rsidRDefault="006D5036" w:rsidP="0030220C">
            <w:pPr>
              <w:rPr>
                <w:rFonts w:ascii="Arial" w:hAnsi="Arial" w:cs="Arial"/>
                <w:sz w:val="20"/>
                <w:szCs w:val="20"/>
              </w:rPr>
            </w:pPr>
            <w:r w:rsidRPr="00575350">
              <w:rPr>
                <w:rFonts w:ascii="Arial" w:hAnsi="Arial" w:cs="Arial"/>
                <w:sz w:val="20"/>
                <w:szCs w:val="20"/>
              </w:rPr>
              <w:t>POLVILHO AZEDO - EMBALAGEM DE APROXIMADAMENTE 500 G, SIMILAR A YOKI, PINDUCA E ALIMENTOS LOPES.</w:t>
            </w:r>
          </w:p>
        </w:tc>
        <w:tc>
          <w:tcPr>
            <w:tcW w:w="0" w:type="auto"/>
            <w:vAlign w:val="center"/>
          </w:tcPr>
          <w:p w14:paraId="102DC7E9"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vAlign w:val="center"/>
          </w:tcPr>
          <w:p w14:paraId="475AEEE4" w14:textId="77777777" w:rsidR="006D5036" w:rsidRPr="00575350" w:rsidRDefault="006D5036" w:rsidP="0030220C">
            <w:pPr>
              <w:rPr>
                <w:rFonts w:ascii="Arial" w:hAnsi="Arial" w:cs="Arial"/>
                <w:sz w:val="20"/>
                <w:szCs w:val="20"/>
              </w:rPr>
            </w:pPr>
            <w:r>
              <w:rPr>
                <w:rFonts w:ascii="Arial" w:hAnsi="Arial" w:cs="Arial"/>
                <w:sz w:val="20"/>
                <w:szCs w:val="20"/>
              </w:rPr>
              <w:t xml:space="preserve"> </w:t>
            </w:r>
            <w:r w:rsidRPr="00575350">
              <w:rPr>
                <w:rFonts w:ascii="Arial" w:hAnsi="Arial" w:cs="Arial"/>
                <w:sz w:val="20"/>
                <w:szCs w:val="20"/>
              </w:rPr>
              <w:t>50</w:t>
            </w:r>
          </w:p>
        </w:tc>
        <w:tc>
          <w:tcPr>
            <w:tcW w:w="0" w:type="auto"/>
          </w:tcPr>
          <w:p w14:paraId="068B71FB" w14:textId="77777777" w:rsidR="006D5036" w:rsidRDefault="006D5036" w:rsidP="0030220C">
            <w:pPr>
              <w:rPr>
                <w:rFonts w:ascii="Arial" w:hAnsi="Arial" w:cs="Arial"/>
                <w:sz w:val="20"/>
                <w:szCs w:val="20"/>
              </w:rPr>
            </w:pPr>
          </w:p>
          <w:p w14:paraId="2EA052CC" w14:textId="77777777" w:rsidR="006D5036" w:rsidRPr="00575350" w:rsidRDefault="006D5036" w:rsidP="0030220C">
            <w:pPr>
              <w:rPr>
                <w:rFonts w:ascii="Arial" w:hAnsi="Arial" w:cs="Arial"/>
                <w:sz w:val="20"/>
                <w:szCs w:val="20"/>
              </w:rPr>
            </w:pPr>
            <w:r>
              <w:rPr>
                <w:rFonts w:ascii="Arial" w:hAnsi="Arial" w:cs="Arial"/>
                <w:sz w:val="20"/>
                <w:szCs w:val="20"/>
              </w:rPr>
              <w:t>13,61</w:t>
            </w:r>
          </w:p>
        </w:tc>
        <w:tc>
          <w:tcPr>
            <w:tcW w:w="0" w:type="auto"/>
          </w:tcPr>
          <w:p w14:paraId="579520D1" w14:textId="77777777" w:rsidR="006D5036" w:rsidRDefault="006D5036" w:rsidP="0030220C">
            <w:pPr>
              <w:rPr>
                <w:rFonts w:ascii="Arial" w:hAnsi="Arial" w:cs="Arial"/>
                <w:sz w:val="20"/>
                <w:szCs w:val="20"/>
              </w:rPr>
            </w:pPr>
          </w:p>
          <w:p w14:paraId="0F18E16C" w14:textId="77777777" w:rsidR="006D5036" w:rsidRPr="00575350" w:rsidRDefault="006D5036" w:rsidP="0030220C">
            <w:pPr>
              <w:rPr>
                <w:rFonts w:ascii="Arial" w:hAnsi="Arial" w:cs="Arial"/>
                <w:sz w:val="20"/>
                <w:szCs w:val="20"/>
              </w:rPr>
            </w:pPr>
            <w:r>
              <w:rPr>
                <w:rFonts w:ascii="Arial" w:hAnsi="Arial" w:cs="Arial"/>
                <w:sz w:val="20"/>
                <w:szCs w:val="20"/>
              </w:rPr>
              <w:t>680,50</w:t>
            </w:r>
          </w:p>
        </w:tc>
      </w:tr>
      <w:tr w:rsidR="006D5036" w:rsidRPr="00575350" w14:paraId="4BDA3AB0" w14:textId="77777777" w:rsidTr="0030220C">
        <w:trPr>
          <w:trHeight w:val="227"/>
          <w:jc w:val="center"/>
        </w:trPr>
        <w:tc>
          <w:tcPr>
            <w:tcW w:w="0" w:type="auto"/>
          </w:tcPr>
          <w:p w14:paraId="5775C82A" w14:textId="77777777" w:rsidR="006D5036" w:rsidRPr="00575350" w:rsidRDefault="006D5036" w:rsidP="0030220C">
            <w:pPr>
              <w:rPr>
                <w:rFonts w:ascii="Arial" w:hAnsi="Arial" w:cs="Arial"/>
                <w:sz w:val="20"/>
                <w:szCs w:val="20"/>
              </w:rPr>
            </w:pPr>
            <w:r w:rsidRPr="00575350">
              <w:rPr>
                <w:rFonts w:ascii="Arial" w:hAnsi="Arial" w:cs="Arial"/>
                <w:sz w:val="20"/>
                <w:szCs w:val="20"/>
              </w:rPr>
              <w:t>134</w:t>
            </w:r>
          </w:p>
        </w:tc>
        <w:tc>
          <w:tcPr>
            <w:tcW w:w="0" w:type="auto"/>
          </w:tcPr>
          <w:p w14:paraId="5C8CE107" w14:textId="77777777" w:rsidR="006D5036" w:rsidRPr="00575350" w:rsidRDefault="006D5036" w:rsidP="0030220C">
            <w:pPr>
              <w:rPr>
                <w:rFonts w:ascii="Arial" w:hAnsi="Arial" w:cs="Arial"/>
                <w:sz w:val="20"/>
                <w:szCs w:val="20"/>
              </w:rPr>
            </w:pPr>
            <w:r w:rsidRPr="00575350">
              <w:rPr>
                <w:rFonts w:ascii="Arial" w:hAnsi="Arial" w:cs="Arial"/>
                <w:sz w:val="20"/>
                <w:szCs w:val="20"/>
              </w:rPr>
              <w:t>459079</w:t>
            </w:r>
          </w:p>
        </w:tc>
        <w:tc>
          <w:tcPr>
            <w:tcW w:w="0" w:type="auto"/>
          </w:tcPr>
          <w:p w14:paraId="23A1A75B" w14:textId="77777777" w:rsidR="006D5036" w:rsidRPr="00575350" w:rsidRDefault="006D5036" w:rsidP="0030220C">
            <w:pPr>
              <w:rPr>
                <w:rFonts w:ascii="Arial" w:hAnsi="Arial" w:cs="Arial"/>
                <w:sz w:val="20"/>
                <w:szCs w:val="20"/>
              </w:rPr>
            </w:pPr>
            <w:r w:rsidRPr="00575350">
              <w:rPr>
                <w:rFonts w:ascii="Arial" w:hAnsi="Arial" w:cs="Arial"/>
                <w:sz w:val="20"/>
                <w:szCs w:val="20"/>
              </w:rPr>
              <w:t>POLVILHO DOCE - EMBALAGEM DE APROXIMADAMENTE 500 G, SIMILAR A YOKI, PINDUCA E ALIMENTOS LOPES.</w:t>
            </w:r>
          </w:p>
        </w:tc>
        <w:tc>
          <w:tcPr>
            <w:tcW w:w="0" w:type="auto"/>
          </w:tcPr>
          <w:p w14:paraId="0B9E116C" w14:textId="77777777" w:rsidR="006D5036" w:rsidRDefault="006D5036" w:rsidP="0030220C">
            <w:pPr>
              <w:rPr>
                <w:rFonts w:ascii="Arial" w:hAnsi="Arial" w:cs="Arial"/>
                <w:sz w:val="20"/>
                <w:szCs w:val="20"/>
              </w:rPr>
            </w:pPr>
          </w:p>
          <w:p w14:paraId="4A0F1B06"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tcPr>
          <w:p w14:paraId="408C9743" w14:textId="77777777" w:rsidR="006D5036" w:rsidRDefault="006D5036" w:rsidP="0030220C">
            <w:pPr>
              <w:rPr>
                <w:rFonts w:ascii="Arial" w:hAnsi="Arial" w:cs="Arial"/>
                <w:sz w:val="20"/>
                <w:szCs w:val="20"/>
              </w:rPr>
            </w:pPr>
          </w:p>
          <w:p w14:paraId="6C93B643" w14:textId="77777777" w:rsidR="006D5036" w:rsidRPr="00575350" w:rsidRDefault="006D5036" w:rsidP="0030220C">
            <w:pPr>
              <w:rPr>
                <w:rFonts w:ascii="Arial" w:hAnsi="Arial" w:cs="Arial"/>
                <w:sz w:val="20"/>
                <w:szCs w:val="20"/>
              </w:rPr>
            </w:pPr>
            <w:r w:rsidRPr="00575350">
              <w:rPr>
                <w:rFonts w:ascii="Arial" w:hAnsi="Arial" w:cs="Arial"/>
                <w:sz w:val="20"/>
                <w:szCs w:val="20"/>
              </w:rPr>
              <w:t>100</w:t>
            </w:r>
          </w:p>
        </w:tc>
        <w:tc>
          <w:tcPr>
            <w:tcW w:w="0" w:type="auto"/>
          </w:tcPr>
          <w:p w14:paraId="79C408C5" w14:textId="77777777" w:rsidR="006D5036" w:rsidRDefault="006D5036" w:rsidP="0030220C">
            <w:pPr>
              <w:rPr>
                <w:rFonts w:ascii="Arial" w:hAnsi="Arial" w:cs="Arial"/>
                <w:sz w:val="20"/>
                <w:szCs w:val="20"/>
              </w:rPr>
            </w:pPr>
          </w:p>
          <w:p w14:paraId="70916513" w14:textId="77777777" w:rsidR="006D5036" w:rsidRPr="00575350" w:rsidRDefault="006D5036" w:rsidP="0030220C">
            <w:pPr>
              <w:rPr>
                <w:rFonts w:ascii="Arial" w:hAnsi="Arial" w:cs="Arial"/>
                <w:sz w:val="20"/>
                <w:szCs w:val="20"/>
              </w:rPr>
            </w:pPr>
            <w:r>
              <w:rPr>
                <w:rFonts w:ascii="Arial" w:hAnsi="Arial" w:cs="Arial"/>
                <w:sz w:val="20"/>
                <w:szCs w:val="20"/>
              </w:rPr>
              <w:t>9,80</w:t>
            </w:r>
          </w:p>
        </w:tc>
        <w:tc>
          <w:tcPr>
            <w:tcW w:w="0" w:type="auto"/>
          </w:tcPr>
          <w:p w14:paraId="14DF7F51" w14:textId="77777777" w:rsidR="006D5036" w:rsidRDefault="006D5036" w:rsidP="0030220C">
            <w:pPr>
              <w:rPr>
                <w:rFonts w:ascii="Arial" w:hAnsi="Arial" w:cs="Arial"/>
                <w:sz w:val="20"/>
                <w:szCs w:val="20"/>
              </w:rPr>
            </w:pPr>
          </w:p>
          <w:p w14:paraId="5D24122D" w14:textId="77777777" w:rsidR="006D5036" w:rsidRPr="00575350" w:rsidRDefault="006D5036" w:rsidP="0030220C">
            <w:pPr>
              <w:rPr>
                <w:rFonts w:ascii="Arial" w:hAnsi="Arial" w:cs="Arial"/>
                <w:sz w:val="20"/>
                <w:szCs w:val="20"/>
              </w:rPr>
            </w:pPr>
            <w:r>
              <w:rPr>
                <w:rFonts w:ascii="Arial" w:hAnsi="Arial" w:cs="Arial"/>
                <w:sz w:val="20"/>
                <w:szCs w:val="20"/>
              </w:rPr>
              <w:t>980,0</w:t>
            </w:r>
          </w:p>
        </w:tc>
      </w:tr>
      <w:tr w:rsidR="006D5036" w:rsidRPr="00575350" w14:paraId="3B4C4426" w14:textId="77777777" w:rsidTr="0030220C">
        <w:trPr>
          <w:trHeight w:val="227"/>
          <w:jc w:val="center"/>
        </w:trPr>
        <w:tc>
          <w:tcPr>
            <w:tcW w:w="0" w:type="auto"/>
          </w:tcPr>
          <w:p w14:paraId="0E0A52D3" w14:textId="77777777" w:rsidR="006D5036" w:rsidRPr="00575350" w:rsidRDefault="006D5036" w:rsidP="0030220C">
            <w:pPr>
              <w:rPr>
                <w:rFonts w:ascii="Arial" w:hAnsi="Arial" w:cs="Arial"/>
                <w:sz w:val="20"/>
                <w:szCs w:val="20"/>
              </w:rPr>
            </w:pPr>
            <w:r w:rsidRPr="00575350">
              <w:rPr>
                <w:rFonts w:ascii="Arial" w:hAnsi="Arial" w:cs="Arial"/>
                <w:sz w:val="20"/>
                <w:szCs w:val="20"/>
              </w:rPr>
              <w:t>135</w:t>
            </w:r>
          </w:p>
        </w:tc>
        <w:tc>
          <w:tcPr>
            <w:tcW w:w="0" w:type="auto"/>
          </w:tcPr>
          <w:p w14:paraId="3D1816CF" w14:textId="77777777" w:rsidR="006D5036" w:rsidRPr="00575350" w:rsidRDefault="006D5036" w:rsidP="0030220C">
            <w:pPr>
              <w:rPr>
                <w:rFonts w:ascii="Arial" w:hAnsi="Arial" w:cs="Arial"/>
                <w:sz w:val="20"/>
                <w:szCs w:val="20"/>
              </w:rPr>
            </w:pPr>
            <w:r w:rsidRPr="00575350">
              <w:rPr>
                <w:rFonts w:ascii="Arial" w:hAnsi="Arial" w:cs="Arial"/>
                <w:sz w:val="20"/>
                <w:szCs w:val="20"/>
              </w:rPr>
              <w:t>460401</w:t>
            </w:r>
          </w:p>
        </w:tc>
        <w:tc>
          <w:tcPr>
            <w:tcW w:w="0" w:type="auto"/>
          </w:tcPr>
          <w:p w14:paraId="602FD8D7" w14:textId="77777777" w:rsidR="006D5036" w:rsidRPr="00575350" w:rsidRDefault="006D5036" w:rsidP="0030220C">
            <w:pPr>
              <w:rPr>
                <w:rFonts w:ascii="Arial" w:hAnsi="Arial" w:cs="Arial"/>
                <w:sz w:val="20"/>
                <w:szCs w:val="20"/>
              </w:rPr>
            </w:pPr>
            <w:r w:rsidRPr="00575350">
              <w:rPr>
                <w:rFonts w:ascii="Arial" w:hAnsi="Arial" w:cs="Arial"/>
                <w:sz w:val="20"/>
                <w:szCs w:val="20"/>
              </w:rPr>
              <w:t>PÃO DE FORMA - BASE DE FARINHA DE TRIGO REFINADA, TRADICIONAL, APRESENTAÇÃO FATIADO, EMBALAGEM APROXIMADAMENTE 400 G.</w:t>
            </w:r>
          </w:p>
        </w:tc>
        <w:tc>
          <w:tcPr>
            <w:tcW w:w="0" w:type="auto"/>
          </w:tcPr>
          <w:p w14:paraId="269EA18C" w14:textId="77777777" w:rsidR="006D5036" w:rsidRDefault="006D5036" w:rsidP="0030220C">
            <w:pPr>
              <w:rPr>
                <w:rFonts w:ascii="Arial" w:hAnsi="Arial" w:cs="Arial"/>
                <w:sz w:val="20"/>
                <w:szCs w:val="20"/>
              </w:rPr>
            </w:pPr>
          </w:p>
          <w:p w14:paraId="2EA851DA"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tcPr>
          <w:p w14:paraId="0A58D172" w14:textId="77777777" w:rsidR="006D5036" w:rsidRDefault="006D5036" w:rsidP="0030220C">
            <w:pPr>
              <w:rPr>
                <w:rFonts w:ascii="Arial" w:hAnsi="Arial" w:cs="Arial"/>
                <w:sz w:val="20"/>
                <w:szCs w:val="20"/>
              </w:rPr>
            </w:pPr>
          </w:p>
          <w:p w14:paraId="0C67AD34" w14:textId="77777777" w:rsidR="006D5036" w:rsidRPr="00575350" w:rsidRDefault="006D5036" w:rsidP="0030220C">
            <w:pPr>
              <w:rPr>
                <w:rFonts w:ascii="Arial" w:hAnsi="Arial" w:cs="Arial"/>
                <w:sz w:val="20"/>
                <w:szCs w:val="20"/>
              </w:rPr>
            </w:pPr>
            <w:r w:rsidRPr="00575350">
              <w:rPr>
                <w:rFonts w:ascii="Arial" w:hAnsi="Arial" w:cs="Arial"/>
                <w:sz w:val="20"/>
                <w:szCs w:val="20"/>
              </w:rPr>
              <w:t>295</w:t>
            </w:r>
          </w:p>
        </w:tc>
        <w:tc>
          <w:tcPr>
            <w:tcW w:w="0" w:type="auto"/>
          </w:tcPr>
          <w:p w14:paraId="006C4C82" w14:textId="77777777" w:rsidR="006D5036" w:rsidRDefault="006D5036" w:rsidP="0030220C">
            <w:pPr>
              <w:rPr>
                <w:rFonts w:ascii="Arial" w:hAnsi="Arial" w:cs="Arial"/>
                <w:sz w:val="20"/>
                <w:szCs w:val="20"/>
              </w:rPr>
            </w:pPr>
          </w:p>
          <w:p w14:paraId="55BFB592" w14:textId="77777777" w:rsidR="006D5036" w:rsidRPr="00575350" w:rsidRDefault="006D5036" w:rsidP="0030220C">
            <w:pPr>
              <w:rPr>
                <w:rFonts w:ascii="Arial" w:hAnsi="Arial" w:cs="Arial"/>
                <w:sz w:val="20"/>
                <w:szCs w:val="20"/>
              </w:rPr>
            </w:pPr>
            <w:r>
              <w:rPr>
                <w:rFonts w:ascii="Arial" w:hAnsi="Arial" w:cs="Arial"/>
                <w:sz w:val="20"/>
                <w:szCs w:val="20"/>
              </w:rPr>
              <w:t>13,59</w:t>
            </w:r>
          </w:p>
        </w:tc>
        <w:tc>
          <w:tcPr>
            <w:tcW w:w="0" w:type="auto"/>
          </w:tcPr>
          <w:p w14:paraId="36A59189" w14:textId="77777777" w:rsidR="006D5036" w:rsidRDefault="006D5036" w:rsidP="0030220C">
            <w:pPr>
              <w:rPr>
                <w:rFonts w:ascii="Arial" w:hAnsi="Arial" w:cs="Arial"/>
                <w:sz w:val="20"/>
                <w:szCs w:val="20"/>
              </w:rPr>
            </w:pPr>
          </w:p>
          <w:p w14:paraId="08CCFE81" w14:textId="77777777" w:rsidR="006D5036" w:rsidRPr="00575350" w:rsidRDefault="006D5036" w:rsidP="0030220C">
            <w:pPr>
              <w:rPr>
                <w:rFonts w:ascii="Arial" w:hAnsi="Arial" w:cs="Arial"/>
                <w:sz w:val="20"/>
                <w:szCs w:val="20"/>
              </w:rPr>
            </w:pPr>
            <w:r>
              <w:rPr>
                <w:rFonts w:ascii="Arial" w:hAnsi="Arial" w:cs="Arial"/>
                <w:sz w:val="20"/>
                <w:szCs w:val="20"/>
              </w:rPr>
              <w:t>4.009,05</w:t>
            </w:r>
          </w:p>
        </w:tc>
      </w:tr>
      <w:tr w:rsidR="006D5036" w:rsidRPr="00575350" w14:paraId="3BB201F3" w14:textId="77777777" w:rsidTr="0030220C">
        <w:trPr>
          <w:trHeight w:val="227"/>
          <w:jc w:val="center"/>
        </w:trPr>
        <w:tc>
          <w:tcPr>
            <w:tcW w:w="0" w:type="auto"/>
          </w:tcPr>
          <w:p w14:paraId="77DF42DD" w14:textId="77777777" w:rsidR="006D5036" w:rsidRPr="00575350" w:rsidRDefault="006D5036" w:rsidP="0030220C">
            <w:pPr>
              <w:rPr>
                <w:rFonts w:ascii="Arial" w:hAnsi="Arial" w:cs="Arial"/>
                <w:sz w:val="20"/>
                <w:szCs w:val="20"/>
              </w:rPr>
            </w:pPr>
            <w:r w:rsidRPr="00575350">
              <w:rPr>
                <w:rFonts w:ascii="Arial" w:hAnsi="Arial" w:cs="Arial"/>
                <w:sz w:val="20"/>
                <w:szCs w:val="20"/>
              </w:rPr>
              <w:lastRenderedPageBreak/>
              <w:t>136</w:t>
            </w:r>
          </w:p>
        </w:tc>
        <w:tc>
          <w:tcPr>
            <w:tcW w:w="0" w:type="auto"/>
          </w:tcPr>
          <w:p w14:paraId="4B15090D" w14:textId="77777777" w:rsidR="006D5036" w:rsidRPr="00575350" w:rsidRDefault="006D5036" w:rsidP="0030220C">
            <w:pPr>
              <w:rPr>
                <w:rFonts w:ascii="Arial" w:hAnsi="Arial" w:cs="Arial"/>
                <w:sz w:val="20"/>
                <w:szCs w:val="20"/>
              </w:rPr>
            </w:pPr>
            <w:r w:rsidRPr="00575350">
              <w:rPr>
                <w:rFonts w:ascii="Arial" w:hAnsi="Arial" w:cs="Arial"/>
                <w:sz w:val="20"/>
                <w:szCs w:val="20"/>
              </w:rPr>
              <w:t>460403</w:t>
            </w:r>
          </w:p>
        </w:tc>
        <w:tc>
          <w:tcPr>
            <w:tcW w:w="0" w:type="auto"/>
          </w:tcPr>
          <w:p w14:paraId="01091FCD" w14:textId="77777777" w:rsidR="006D5036" w:rsidRPr="00575350" w:rsidRDefault="006D5036" w:rsidP="0030220C">
            <w:pPr>
              <w:rPr>
                <w:rFonts w:ascii="Arial" w:hAnsi="Arial" w:cs="Arial"/>
                <w:sz w:val="20"/>
                <w:szCs w:val="20"/>
              </w:rPr>
            </w:pPr>
            <w:r w:rsidRPr="00575350">
              <w:rPr>
                <w:rFonts w:ascii="Arial" w:hAnsi="Arial" w:cs="Arial"/>
                <w:sz w:val="20"/>
                <w:szCs w:val="20"/>
              </w:rPr>
              <w:t>PÃO DE FORMA INTEGRAL - BASE DE FARINHA DE TRIGO INTEGRAL, INGREDIENTES ADICIONAIS: COM GRÃOS, APRESENTAÇÃO FATIADO, EMBALAGEM APROXIMADAMENTE 450 G.</w:t>
            </w:r>
          </w:p>
        </w:tc>
        <w:tc>
          <w:tcPr>
            <w:tcW w:w="0" w:type="auto"/>
          </w:tcPr>
          <w:p w14:paraId="5615BA69" w14:textId="77777777" w:rsidR="006D5036" w:rsidRDefault="006D5036" w:rsidP="0030220C">
            <w:pPr>
              <w:rPr>
                <w:rFonts w:ascii="Arial" w:hAnsi="Arial" w:cs="Arial"/>
                <w:sz w:val="20"/>
                <w:szCs w:val="20"/>
              </w:rPr>
            </w:pPr>
          </w:p>
          <w:p w14:paraId="1A9D3E2B"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tcPr>
          <w:p w14:paraId="1D66A568" w14:textId="77777777" w:rsidR="006D5036" w:rsidRDefault="006D5036" w:rsidP="0030220C">
            <w:pPr>
              <w:rPr>
                <w:rFonts w:ascii="Arial" w:hAnsi="Arial" w:cs="Arial"/>
                <w:sz w:val="20"/>
                <w:szCs w:val="20"/>
              </w:rPr>
            </w:pPr>
          </w:p>
          <w:p w14:paraId="05E43996" w14:textId="77777777" w:rsidR="006D5036" w:rsidRPr="00575350" w:rsidRDefault="006D5036" w:rsidP="0030220C">
            <w:pPr>
              <w:rPr>
                <w:rFonts w:ascii="Arial" w:hAnsi="Arial" w:cs="Arial"/>
                <w:sz w:val="20"/>
                <w:szCs w:val="20"/>
              </w:rPr>
            </w:pPr>
            <w:r w:rsidRPr="00575350">
              <w:rPr>
                <w:rFonts w:ascii="Arial" w:hAnsi="Arial" w:cs="Arial"/>
                <w:sz w:val="20"/>
                <w:szCs w:val="20"/>
              </w:rPr>
              <w:t>230</w:t>
            </w:r>
          </w:p>
        </w:tc>
        <w:tc>
          <w:tcPr>
            <w:tcW w:w="0" w:type="auto"/>
          </w:tcPr>
          <w:p w14:paraId="1F81E8D1" w14:textId="77777777" w:rsidR="006D5036" w:rsidRDefault="006D5036" w:rsidP="0030220C">
            <w:pPr>
              <w:rPr>
                <w:rFonts w:ascii="Arial" w:hAnsi="Arial" w:cs="Arial"/>
                <w:sz w:val="20"/>
                <w:szCs w:val="20"/>
              </w:rPr>
            </w:pPr>
          </w:p>
          <w:p w14:paraId="55CD4BAD" w14:textId="77777777" w:rsidR="006D5036" w:rsidRPr="00575350" w:rsidRDefault="006D5036" w:rsidP="0030220C">
            <w:pPr>
              <w:rPr>
                <w:rFonts w:ascii="Arial" w:hAnsi="Arial" w:cs="Arial"/>
                <w:sz w:val="20"/>
                <w:szCs w:val="20"/>
              </w:rPr>
            </w:pPr>
            <w:r>
              <w:rPr>
                <w:rFonts w:ascii="Arial" w:hAnsi="Arial" w:cs="Arial"/>
                <w:sz w:val="20"/>
                <w:szCs w:val="20"/>
              </w:rPr>
              <w:t>11,72</w:t>
            </w:r>
          </w:p>
        </w:tc>
        <w:tc>
          <w:tcPr>
            <w:tcW w:w="0" w:type="auto"/>
          </w:tcPr>
          <w:p w14:paraId="3FDD1D11" w14:textId="77777777" w:rsidR="006D5036" w:rsidRDefault="006D5036" w:rsidP="0030220C">
            <w:pPr>
              <w:rPr>
                <w:rFonts w:ascii="Arial" w:hAnsi="Arial" w:cs="Arial"/>
                <w:sz w:val="20"/>
                <w:szCs w:val="20"/>
              </w:rPr>
            </w:pPr>
          </w:p>
          <w:p w14:paraId="20B0DA43" w14:textId="77777777" w:rsidR="006D5036" w:rsidRPr="00575350" w:rsidRDefault="006D5036" w:rsidP="0030220C">
            <w:pPr>
              <w:rPr>
                <w:rFonts w:ascii="Arial" w:hAnsi="Arial" w:cs="Arial"/>
                <w:sz w:val="20"/>
                <w:szCs w:val="20"/>
              </w:rPr>
            </w:pPr>
            <w:r>
              <w:rPr>
                <w:rFonts w:ascii="Arial" w:hAnsi="Arial" w:cs="Arial"/>
                <w:sz w:val="20"/>
                <w:szCs w:val="20"/>
              </w:rPr>
              <w:t>2.695,60</w:t>
            </w:r>
          </w:p>
        </w:tc>
      </w:tr>
      <w:tr w:rsidR="006D5036" w:rsidRPr="00575350" w14:paraId="6438E9A9" w14:textId="77777777" w:rsidTr="0030220C">
        <w:trPr>
          <w:trHeight w:val="227"/>
          <w:jc w:val="center"/>
        </w:trPr>
        <w:tc>
          <w:tcPr>
            <w:tcW w:w="0" w:type="auto"/>
          </w:tcPr>
          <w:p w14:paraId="3701974D" w14:textId="77777777" w:rsidR="006D5036" w:rsidRPr="00575350" w:rsidRDefault="006D5036" w:rsidP="0030220C">
            <w:pPr>
              <w:rPr>
                <w:rFonts w:ascii="Arial" w:hAnsi="Arial" w:cs="Arial"/>
                <w:sz w:val="20"/>
                <w:szCs w:val="20"/>
              </w:rPr>
            </w:pPr>
            <w:r w:rsidRPr="00575350">
              <w:rPr>
                <w:rFonts w:ascii="Arial" w:hAnsi="Arial" w:cs="Arial"/>
                <w:sz w:val="20"/>
                <w:szCs w:val="20"/>
              </w:rPr>
              <w:t>137</w:t>
            </w:r>
          </w:p>
          <w:p w14:paraId="53163E83" w14:textId="77777777" w:rsidR="006D5036" w:rsidRPr="00575350" w:rsidRDefault="006D5036" w:rsidP="0030220C">
            <w:pPr>
              <w:rPr>
                <w:rFonts w:ascii="Arial" w:hAnsi="Arial" w:cs="Arial"/>
                <w:sz w:val="20"/>
                <w:szCs w:val="20"/>
              </w:rPr>
            </w:pPr>
          </w:p>
        </w:tc>
        <w:tc>
          <w:tcPr>
            <w:tcW w:w="0" w:type="auto"/>
          </w:tcPr>
          <w:p w14:paraId="176903C1" w14:textId="77777777" w:rsidR="006D5036" w:rsidRPr="00575350" w:rsidRDefault="006D5036" w:rsidP="0030220C">
            <w:pPr>
              <w:rPr>
                <w:rFonts w:ascii="Arial" w:hAnsi="Arial" w:cs="Arial"/>
                <w:sz w:val="20"/>
                <w:szCs w:val="20"/>
              </w:rPr>
            </w:pPr>
            <w:r w:rsidRPr="00575350">
              <w:rPr>
                <w:rFonts w:ascii="Arial" w:hAnsi="Arial" w:cs="Arial"/>
                <w:sz w:val="20"/>
                <w:szCs w:val="20"/>
              </w:rPr>
              <w:t>460386</w:t>
            </w:r>
          </w:p>
        </w:tc>
        <w:tc>
          <w:tcPr>
            <w:tcW w:w="0" w:type="auto"/>
          </w:tcPr>
          <w:p w14:paraId="32C1C6A0" w14:textId="77777777" w:rsidR="006D5036" w:rsidRPr="00575350" w:rsidRDefault="006D5036" w:rsidP="0030220C">
            <w:pPr>
              <w:rPr>
                <w:rFonts w:ascii="Arial" w:hAnsi="Arial" w:cs="Arial"/>
                <w:sz w:val="20"/>
                <w:szCs w:val="20"/>
              </w:rPr>
            </w:pPr>
            <w:r w:rsidRPr="00575350">
              <w:rPr>
                <w:rFonts w:ascii="Arial" w:hAnsi="Arial" w:cs="Arial"/>
                <w:sz w:val="20"/>
                <w:szCs w:val="20"/>
              </w:rPr>
              <w:t>PÃO PARA CACHORRO QUENTE - UNIDADE. PESANDO APROXIMADAMENTE 55 G CADA, DE 1º QUALIDADE, FRESCOS DO DIA DA ENTREGA</w:t>
            </w:r>
          </w:p>
        </w:tc>
        <w:tc>
          <w:tcPr>
            <w:tcW w:w="0" w:type="auto"/>
          </w:tcPr>
          <w:p w14:paraId="4EEDB4DA" w14:textId="77777777" w:rsidR="006D5036" w:rsidRDefault="006D5036" w:rsidP="0030220C">
            <w:pPr>
              <w:rPr>
                <w:rFonts w:ascii="Arial" w:hAnsi="Arial" w:cs="Arial"/>
                <w:sz w:val="20"/>
                <w:szCs w:val="20"/>
              </w:rPr>
            </w:pPr>
          </w:p>
          <w:p w14:paraId="103FE90A" w14:textId="77777777" w:rsidR="006D5036" w:rsidRPr="00575350" w:rsidRDefault="006D5036" w:rsidP="0030220C">
            <w:pPr>
              <w:rPr>
                <w:rFonts w:ascii="Arial" w:hAnsi="Arial" w:cs="Arial"/>
                <w:sz w:val="20"/>
                <w:szCs w:val="20"/>
              </w:rPr>
            </w:pPr>
            <w:r w:rsidRPr="00575350">
              <w:rPr>
                <w:rFonts w:ascii="Arial" w:hAnsi="Arial" w:cs="Arial"/>
                <w:sz w:val="20"/>
                <w:szCs w:val="20"/>
              </w:rPr>
              <w:t>UN</w:t>
            </w:r>
          </w:p>
        </w:tc>
        <w:tc>
          <w:tcPr>
            <w:tcW w:w="0" w:type="auto"/>
          </w:tcPr>
          <w:p w14:paraId="7EDBCFF0" w14:textId="77777777" w:rsidR="006D5036" w:rsidRDefault="006D5036" w:rsidP="0030220C">
            <w:pPr>
              <w:rPr>
                <w:rFonts w:ascii="Arial" w:hAnsi="Arial" w:cs="Arial"/>
                <w:sz w:val="20"/>
                <w:szCs w:val="20"/>
              </w:rPr>
            </w:pPr>
          </w:p>
          <w:p w14:paraId="51C529F1" w14:textId="77777777" w:rsidR="006D5036" w:rsidRPr="00575350" w:rsidRDefault="006D5036" w:rsidP="0030220C">
            <w:pPr>
              <w:rPr>
                <w:rFonts w:ascii="Arial" w:hAnsi="Arial" w:cs="Arial"/>
                <w:sz w:val="20"/>
                <w:szCs w:val="20"/>
              </w:rPr>
            </w:pPr>
            <w:r w:rsidRPr="00575350">
              <w:rPr>
                <w:rFonts w:ascii="Arial" w:hAnsi="Arial" w:cs="Arial"/>
                <w:sz w:val="20"/>
                <w:szCs w:val="20"/>
              </w:rPr>
              <w:t>68</w:t>
            </w:r>
            <w:r>
              <w:rPr>
                <w:rFonts w:ascii="Arial" w:hAnsi="Arial" w:cs="Arial"/>
                <w:sz w:val="20"/>
                <w:szCs w:val="20"/>
              </w:rPr>
              <w:t>8</w:t>
            </w:r>
            <w:r w:rsidRPr="00575350">
              <w:rPr>
                <w:rFonts w:ascii="Arial" w:hAnsi="Arial" w:cs="Arial"/>
                <w:sz w:val="20"/>
                <w:szCs w:val="20"/>
              </w:rPr>
              <w:t>0</w:t>
            </w:r>
          </w:p>
        </w:tc>
        <w:tc>
          <w:tcPr>
            <w:tcW w:w="0" w:type="auto"/>
          </w:tcPr>
          <w:p w14:paraId="13E6D0DB" w14:textId="77777777" w:rsidR="006D5036" w:rsidRDefault="006D5036" w:rsidP="0030220C">
            <w:pPr>
              <w:rPr>
                <w:rFonts w:ascii="Arial" w:hAnsi="Arial" w:cs="Arial"/>
                <w:sz w:val="20"/>
                <w:szCs w:val="20"/>
              </w:rPr>
            </w:pPr>
          </w:p>
          <w:p w14:paraId="18E70DEB" w14:textId="77777777" w:rsidR="006D5036" w:rsidRPr="00575350" w:rsidRDefault="006D5036" w:rsidP="0030220C">
            <w:pPr>
              <w:rPr>
                <w:rFonts w:ascii="Arial" w:hAnsi="Arial" w:cs="Arial"/>
                <w:sz w:val="20"/>
                <w:szCs w:val="20"/>
              </w:rPr>
            </w:pPr>
            <w:r>
              <w:rPr>
                <w:rFonts w:ascii="Arial" w:hAnsi="Arial" w:cs="Arial"/>
                <w:sz w:val="20"/>
                <w:szCs w:val="20"/>
              </w:rPr>
              <w:t>1,21</w:t>
            </w:r>
          </w:p>
        </w:tc>
        <w:tc>
          <w:tcPr>
            <w:tcW w:w="0" w:type="auto"/>
          </w:tcPr>
          <w:p w14:paraId="730DB839" w14:textId="77777777" w:rsidR="006D5036" w:rsidRDefault="006D5036" w:rsidP="0030220C">
            <w:pPr>
              <w:rPr>
                <w:rFonts w:ascii="Arial" w:hAnsi="Arial" w:cs="Arial"/>
                <w:sz w:val="20"/>
                <w:szCs w:val="20"/>
              </w:rPr>
            </w:pPr>
          </w:p>
          <w:p w14:paraId="70616A53" w14:textId="77777777" w:rsidR="006D5036" w:rsidRPr="00575350" w:rsidRDefault="006D5036" w:rsidP="0030220C">
            <w:pPr>
              <w:rPr>
                <w:rFonts w:ascii="Arial" w:hAnsi="Arial" w:cs="Arial"/>
                <w:sz w:val="20"/>
                <w:szCs w:val="20"/>
              </w:rPr>
            </w:pPr>
            <w:r>
              <w:rPr>
                <w:rFonts w:ascii="Arial" w:hAnsi="Arial" w:cs="Arial"/>
                <w:sz w:val="20"/>
                <w:szCs w:val="20"/>
              </w:rPr>
              <w:t>8.324,80</w:t>
            </w:r>
          </w:p>
        </w:tc>
      </w:tr>
      <w:tr w:rsidR="006D5036" w:rsidRPr="00575350" w14:paraId="1ABF09D8" w14:textId="77777777" w:rsidTr="0030220C">
        <w:trPr>
          <w:trHeight w:val="227"/>
          <w:jc w:val="center"/>
        </w:trPr>
        <w:tc>
          <w:tcPr>
            <w:tcW w:w="0" w:type="auto"/>
            <w:vAlign w:val="center"/>
          </w:tcPr>
          <w:p w14:paraId="7668EDCE"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138</w:t>
            </w:r>
          </w:p>
        </w:tc>
        <w:tc>
          <w:tcPr>
            <w:tcW w:w="0" w:type="auto"/>
            <w:vAlign w:val="center"/>
          </w:tcPr>
          <w:p w14:paraId="3277E9E1"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463792</w:t>
            </w:r>
          </w:p>
        </w:tc>
        <w:tc>
          <w:tcPr>
            <w:tcW w:w="0" w:type="auto"/>
            <w:vAlign w:val="center"/>
          </w:tcPr>
          <w:p w14:paraId="3D5421E6"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QUIABO, IN NATURA - KG. SEM MACHUCADOS, SEM MANCHAS ESCURAS, INTACTO E FIRME.</w:t>
            </w:r>
          </w:p>
        </w:tc>
        <w:tc>
          <w:tcPr>
            <w:tcW w:w="0" w:type="auto"/>
            <w:vAlign w:val="center"/>
          </w:tcPr>
          <w:p w14:paraId="5FA54121"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KG</w:t>
            </w:r>
          </w:p>
        </w:tc>
        <w:tc>
          <w:tcPr>
            <w:tcW w:w="0" w:type="auto"/>
          </w:tcPr>
          <w:p w14:paraId="61C08141" w14:textId="77777777" w:rsidR="006D5036" w:rsidRPr="00575350" w:rsidRDefault="006D5036" w:rsidP="0030220C">
            <w:pPr>
              <w:rPr>
                <w:rFonts w:ascii="Arial" w:hAnsi="Arial" w:cs="Arial"/>
                <w:sz w:val="20"/>
                <w:szCs w:val="20"/>
              </w:rPr>
            </w:pPr>
            <w:r>
              <w:rPr>
                <w:rFonts w:ascii="Arial" w:hAnsi="Arial" w:cs="Arial"/>
                <w:sz w:val="20"/>
                <w:szCs w:val="20"/>
              </w:rPr>
              <w:t>100</w:t>
            </w:r>
          </w:p>
        </w:tc>
        <w:tc>
          <w:tcPr>
            <w:tcW w:w="0" w:type="auto"/>
          </w:tcPr>
          <w:p w14:paraId="312B7487" w14:textId="77777777" w:rsidR="006D5036" w:rsidRPr="00575350" w:rsidRDefault="006D5036" w:rsidP="0030220C">
            <w:pPr>
              <w:rPr>
                <w:rFonts w:ascii="Arial" w:hAnsi="Arial" w:cs="Arial"/>
                <w:sz w:val="20"/>
                <w:szCs w:val="20"/>
              </w:rPr>
            </w:pPr>
            <w:r>
              <w:rPr>
                <w:rFonts w:ascii="Arial" w:hAnsi="Arial" w:cs="Arial"/>
                <w:sz w:val="20"/>
                <w:szCs w:val="20"/>
              </w:rPr>
              <w:t>9,94</w:t>
            </w:r>
          </w:p>
        </w:tc>
        <w:tc>
          <w:tcPr>
            <w:tcW w:w="0" w:type="auto"/>
          </w:tcPr>
          <w:p w14:paraId="6B2237AE" w14:textId="77777777" w:rsidR="006D5036" w:rsidRPr="00575350" w:rsidRDefault="006D5036" w:rsidP="0030220C">
            <w:pPr>
              <w:rPr>
                <w:rFonts w:ascii="Arial" w:hAnsi="Arial" w:cs="Arial"/>
                <w:sz w:val="20"/>
                <w:szCs w:val="20"/>
              </w:rPr>
            </w:pPr>
            <w:r>
              <w:rPr>
                <w:rFonts w:ascii="Arial" w:hAnsi="Arial" w:cs="Arial"/>
                <w:sz w:val="20"/>
                <w:szCs w:val="20"/>
              </w:rPr>
              <w:t>994,00</w:t>
            </w:r>
          </w:p>
        </w:tc>
      </w:tr>
      <w:tr w:rsidR="006D5036" w:rsidRPr="00575350" w14:paraId="737B463E" w14:textId="77777777" w:rsidTr="0030220C">
        <w:trPr>
          <w:trHeight w:val="227"/>
          <w:jc w:val="center"/>
        </w:trPr>
        <w:tc>
          <w:tcPr>
            <w:tcW w:w="0" w:type="auto"/>
            <w:vAlign w:val="center"/>
          </w:tcPr>
          <w:p w14:paraId="2DE97238" w14:textId="77777777" w:rsidR="006D5036" w:rsidRPr="00575350" w:rsidRDefault="006D5036" w:rsidP="0030220C">
            <w:pPr>
              <w:rPr>
                <w:rFonts w:ascii="Arial" w:hAnsi="Arial" w:cs="Arial"/>
                <w:sz w:val="20"/>
                <w:szCs w:val="20"/>
              </w:rPr>
            </w:pPr>
            <w:r w:rsidRPr="00575350">
              <w:rPr>
                <w:rFonts w:ascii="Arial" w:hAnsi="Arial" w:cs="Arial"/>
                <w:sz w:val="20"/>
                <w:szCs w:val="20"/>
              </w:rPr>
              <w:t>139</w:t>
            </w:r>
          </w:p>
        </w:tc>
        <w:tc>
          <w:tcPr>
            <w:tcW w:w="0" w:type="auto"/>
            <w:vAlign w:val="center"/>
          </w:tcPr>
          <w:p w14:paraId="6FCFA482" w14:textId="77777777" w:rsidR="006D5036" w:rsidRPr="00575350" w:rsidRDefault="006D5036" w:rsidP="0030220C">
            <w:pPr>
              <w:rPr>
                <w:rFonts w:ascii="Arial" w:hAnsi="Arial" w:cs="Arial"/>
                <w:sz w:val="20"/>
                <w:szCs w:val="20"/>
              </w:rPr>
            </w:pPr>
            <w:r w:rsidRPr="00575350">
              <w:rPr>
                <w:rFonts w:ascii="Arial" w:hAnsi="Arial" w:cs="Arial"/>
                <w:sz w:val="20"/>
                <w:szCs w:val="20"/>
              </w:rPr>
              <w:t>344276</w:t>
            </w:r>
          </w:p>
        </w:tc>
        <w:tc>
          <w:tcPr>
            <w:tcW w:w="0" w:type="auto"/>
            <w:vAlign w:val="center"/>
          </w:tcPr>
          <w:p w14:paraId="0BE70B16" w14:textId="77777777" w:rsidR="006D5036" w:rsidRPr="00575350" w:rsidRDefault="006D5036" w:rsidP="0030220C">
            <w:pPr>
              <w:rPr>
                <w:rFonts w:ascii="Arial" w:hAnsi="Arial" w:cs="Arial"/>
                <w:sz w:val="20"/>
                <w:szCs w:val="20"/>
              </w:rPr>
            </w:pPr>
            <w:r w:rsidRPr="00575350">
              <w:rPr>
                <w:rFonts w:ascii="Arial" w:hAnsi="Arial" w:cs="Arial"/>
                <w:sz w:val="20"/>
                <w:szCs w:val="20"/>
              </w:rPr>
              <w:t>Refresco em pó; Composição: Acidulante/Aromatizante/Maltodextrina/Aspartame/, Sabor: Laranja, Prazo Validade: 1 ANO, embalagem aprox 25 gramas, similar a TANG, MID, FRISCO.</w:t>
            </w:r>
          </w:p>
        </w:tc>
        <w:tc>
          <w:tcPr>
            <w:tcW w:w="0" w:type="auto"/>
            <w:vAlign w:val="center"/>
          </w:tcPr>
          <w:p w14:paraId="39A10836" w14:textId="77777777" w:rsidR="006D5036" w:rsidRPr="00575350" w:rsidRDefault="006D5036" w:rsidP="0030220C">
            <w:pPr>
              <w:rPr>
                <w:rFonts w:ascii="Arial" w:hAnsi="Arial" w:cs="Arial"/>
                <w:sz w:val="20"/>
                <w:szCs w:val="20"/>
              </w:rPr>
            </w:pPr>
            <w:r w:rsidRPr="00575350">
              <w:rPr>
                <w:rFonts w:ascii="Arial" w:hAnsi="Arial" w:cs="Arial"/>
                <w:sz w:val="20"/>
                <w:szCs w:val="20"/>
              </w:rPr>
              <w:t>UN</w:t>
            </w:r>
          </w:p>
        </w:tc>
        <w:tc>
          <w:tcPr>
            <w:tcW w:w="0" w:type="auto"/>
          </w:tcPr>
          <w:p w14:paraId="71C4C273" w14:textId="77777777" w:rsidR="006D5036" w:rsidRDefault="006D5036" w:rsidP="0030220C">
            <w:pPr>
              <w:rPr>
                <w:rFonts w:ascii="Arial" w:hAnsi="Arial" w:cs="Arial"/>
                <w:sz w:val="20"/>
                <w:szCs w:val="20"/>
              </w:rPr>
            </w:pPr>
          </w:p>
          <w:p w14:paraId="2464B6E1" w14:textId="77777777" w:rsidR="006D5036" w:rsidRPr="00575350" w:rsidRDefault="006D5036" w:rsidP="0030220C">
            <w:pPr>
              <w:rPr>
                <w:rFonts w:ascii="Arial" w:hAnsi="Arial" w:cs="Arial"/>
                <w:sz w:val="20"/>
                <w:szCs w:val="20"/>
              </w:rPr>
            </w:pPr>
            <w:r w:rsidRPr="00575350">
              <w:rPr>
                <w:rFonts w:ascii="Arial" w:hAnsi="Arial" w:cs="Arial"/>
                <w:sz w:val="20"/>
                <w:szCs w:val="20"/>
              </w:rPr>
              <w:t>1200</w:t>
            </w:r>
          </w:p>
        </w:tc>
        <w:tc>
          <w:tcPr>
            <w:tcW w:w="0" w:type="auto"/>
          </w:tcPr>
          <w:p w14:paraId="46C8AE61" w14:textId="77777777" w:rsidR="006D5036" w:rsidRDefault="006D5036" w:rsidP="0030220C">
            <w:pPr>
              <w:rPr>
                <w:rFonts w:ascii="Arial" w:hAnsi="Arial" w:cs="Arial"/>
                <w:sz w:val="20"/>
                <w:szCs w:val="20"/>
              </w:rPr>
            </w:pPr>
          </w:p>
          <w:p w14:paraId="1BD69482" w14:textId="77777777" w:rsidR="006D5036" w:rsidRPr="00575350" w:rsidRDefault="006D5036" w:rsidP="0030220C">
            <w:pPr>
              <w:rPr>
                <w:rFonts w:ascii="Arial" w:hAnsi="Arial" w:cs="Arial"/>
                <w:sz w:val="20"/>
                <w:szCs w:val="20"/>
              </w:rPr>
            </w:pPr>
          </w:p>
        </w:tc>
        <w:tc>
          <w:tcPr>
            <w:tcW w:w="0" w:type="auto"/>
          </w:tcPr>
          <w:p w14:paraId="120C0DD4" w14:textId="77777777" w:rsidR="006D5036" w:rsidRPr="00575350" w:rsidRDefault="006D5036" w:rsidP="0030220C">
            <w:pPr>
              <w:rPr>
                <w:rFonts w:ascii="Arial" w:hAnsi="Arial" w:cs="Arial"/>
                <w:sz w:val="20"/>
                <w:szCs w:val="20"/>
              </w:rPr>
            </w:pPr>
          </w:p>
        </w:tc>
      </w:tr>
      <w:tr w:rsidR="006D5036" w:rsidRPr="00575350" w14:paraId="6EF840F0" w14:textId="77777777" w:rsidTr="0030220C">
        <w:trPr>
          <w:trHeight w:val="227"/>
          <w:jc w:val="center"/>
        </w:trPr>
        <w:tc>
          <w:tcPr>
            <w:tcW w:w="0" w:type="auto"/>
            <w:vAlign w:val="center"/>
          </w:tcPr>
          <w:p w14:paraId="5B42BC9F" w14:textId="77777777" w:rsidR="006D5036" w:rsidRPr="00575350" w:rsidRDefault="006D5036" w:rsidP="0030220C">
            <w:pPr>
              <w:rPr>
                <w:rFonts w:ascii="Arial" w:hAnsi="Arial" w:cs="Arial"/>
                <w:sz w:val="20"/>
                <w:szCs w:val="20"/>
              </w:rPr>
            </w:pPr>
            <w:r w:rsidRPr="00575350">
              <w:rPr>
                <w:rFonts w:ascii="Arial" w:hAnsi="Arial" w:cs="Arial"/>
                <w:sz w:val="20"/>
                <w:szCs w:val="20"/>
              </w:rPr>
              <w:t>140</w:t>
            </w:r>
          </w:p>
        </w:tc>
        <w:tc>
          <w:tcPr>
            <w:tcW w:w="0" w:type="auto"/>
            <w:vAlign w:val="center"/>
          </w:tcPr>
          <w:p w14:paraId="2A4B0298" w14:textId="77777777" w:rsidR="006D5036" w:rsidRPr="00575350" w:rsidRDefault="006D5036" w:rsidP="0030220C">
            <w:pPr>
              <w:rPr>
                <w:rFonts w:ascii="Arial" w:hAnsi="Arial" w:cs="Arial"/>
                <w:sz w:val="20"/>
                <w:szCs w:val="20"/>
              </w:rPr>
            </w:pPr>
            <w:r w:rsidRPr="00575350">
              <w:rPr>
                <w:rFonts w:ascii="Arial" w:hAnsi="Arial" w:cs="Arial"/>
                <w:sz w:val="20"/>
                <w:szCs w:val="20"/>
              </w:rPr>
              <w:t>217784</w:t>
            </w:r>
          </w:p>
        </w:tc>
        <w:tc>
          <w:tcPr>
            <w:tcW w:w="0" w:type="auto"/>
            <w:vAlign w:val="center"/>
          </w:tcPr>
          <w:p w14:paraId="1AAF4B1A" w14:textId="77777777" w:rsidR="006D5036" w:rsidRPr="00575350" w:rsidRDefault="006D5036" w:rsidP="0030220C">
            <w:pPr>
              <w:rPr>
                <w:rFonts w:ascii="Arial" w:hAnsi="Arial" w:cs="Arial"/>
                <w:sz w:val="20"/>
                <w:szCs w:val="20"/>
              </w:rPr>
            </w:pPr>
            <w:r w:rsidRPr="00575350">
              <w:rPr>
                <w:rFonts w:ascii="Arial" w:hAnsi="Arial" w:cs="Arial"/>
                <w:sz w:val="20"/>
                <w:szCs w:val="20"/>
              </w:rPr>
              <w:t>REFRIGERANTE, ÁGUA GASOSA/XAROPE, SABOR COLA, EMBALAGEM DE APROXIMADAMENTE 2 LITROS, CONTENDO ROTULO COM INGREDIENTES, INFORMACÃOES DO FABRICANTE, DATA DE FABRICACÃO E VALIDADE.</w:t>
            </w:r>
          </w:p>
        </w:tc>
        <w:tc>
          <w:tcPr>
            <w:tcW w:w="0" w:type="auto"/>
            <w:vAlign w:val="center"/>
          </w:tcPr>
          <w:p w14:paraId="51E0DBAB" w14:textId="77777777" w:rsidR="006D5036" w:rsidRPr="00575350" w:rsidRDefault="006D5036" w:rsidP="0030220C">
            <w:pPr>
              <w:rPr>
                <w:rFonts w:ascii="Arial" w:hAnsi="Arial" w:cs="Arial"/>
                <w:sz w:val="20"/>
                <w:szCs w:val="20"/>
              </w:rPr>
            </w:pPr>
            <w:r w:rsidRPr="00575350">
              <w:rPr>
                <w:rFonts w:ascii="Arial" w:hAnsi="Arial" w:cs="Arial"/>
                <w:sz w:val="20"/>
                <w:szCs w:val="20"/>
              </w:rPr>
              <w:t>GARRAFA</w:t>
            </w:r>
          </w:p>
        </w:tc>
        <w:tc>
          <w:tcPr>
            <w:tcW w:w="0" w:type="auto"/>
          </w:tcPr>
          <w:p w14:paraId="3A5803F1" w14:textId="77777777" w:rsidR="006D5036" w:rsidRDefault="006D5036" w:rsidP="0030220C">
            <w:pPr>
              <w:rPr>
                <w:rFonts w:ascii="Arial" w:hAnsi="Arial" w:cs="Arial"/>
                <w:sz w:val="20"/>
                <w:szCs w:val="20"/>
              </w:rPr>
            </w:pPr>
          </w:p>
          <w:p w14:paraId="5D9BFFB4" w14:textId="77777777" w:rsidR="006D5036" w:rsidRDefault="006D5036" w:rsidP="0030220C">
            <w:pPr>
              <w:rPr>
                <w:rFonts w:ascii="Arial" w:hAnsi="Arial" w:cs="Arial"/>
                <w:sz w:val="20"/>
                <w:szCs w:val="20"/>
              </w:rPr>
            </w:pPr>
          </w:p>
          <w:p w14:paraId="44AD7D59" w14:textId="77777777" w:rsidR="006D5036" w:rsidRPr="00575350" w:rsidRDefault="006D5036" w:rsidP="0030220C">
            <w:pPr>
              <w:rPr>
                <w:rFonts w:ascii="Arial" w:hAnsi="Arial" w:cs="Arial"/>
                <w:sz w:val="20"/>
                <w:szCs w:val="20"/>
              </w:rPr>
            </w:pPr>
            <w:r w:rsidRPr="00575350">
              <w:rPr>
                <w:rFonts w:ascii="Arial" w:hAnsi="Arial" w:cs="Arial"/>
                <w:sz w:val="20"/>
                <w:szCs w:val="20"/>
              </w:rPr>
              <w:t>700</w:t>
            </w:r>
          </w:p>
        </w:tc>
        <w:tc>
          <w:tcPr>
            <w:tcW w:w="0" w:type="auto"/>
          </w:tcPr>
          <w:p w14:paraId="4EAE9AD2" w14:textId="77777777" w:rsidR="006D5036" w:rsidRDefault="006D5036" w:rsidP="0030220C">
            <w:pPr>
              <w:rPr>
                <w:rFonts w:ascii="Arial" w:hAnsi="Arial" w:cs="Arial"/>
                <w:sz w:val="20"/>
                <w:szCs w:val="20"/>
              </w:rPr>
            </w:pPr>
          </w:p>
          <w:p w14:paraId="1B763BD0" w14:textId="77777777" w:rsidR="006D5036" w:rsidRDefault="006D5036" w:rsidP="0030220C">
            <w:pPr>
              <w:rPr>
                <w:rFonts w:ascii="Arial" w:hAnsi="Arial" w:cs="Arial"/>
                <w:sz w:val="20"/>
                <w:szCs w:val="20"/>
              </w:rPr>
            </w:pPr>
          </w:p>
          <w:p w14:paraId="21E16604" w14:textId="77777777" w:rsidR="006D5036" w:rsidRPr="00575350" w:rsidRDefault="006D5036" w:rsidP="0030220C">
            <w:pPr>
              <w:rPr>
                <w:rFonts w:ascii="Arial" w:hAnsi="Arial" w:cs="Arial"/>
                <w:sz w:val="20"/>
                <w:szCs w:val="20"/>
              </w:rPr>
            </w:pPr>
            <w:r>
              <w:rPr>
                <w:rFonts w:ascii="Arial" w:hAnsi="Arial" w:cs="Arial"/>
                <w:sz w:val="20"/>
                <w:szCs w:val="20"/>
              </w:rPr>
              <w:t>14,40</w:t>
            </w:r>
          </w:p>
        </w:tc>
        <w:tc>
          <w:tcPr>
            <w:tcW w:w="0" w:type="auto"/>
          </w:tcPr>
          <w:p w14:paraId="5F137DEB" w14:textId="77777777" w:rsidR="006D5036" w:rsidRDefault="006D5036" w:rsidP="0030220C">
            <w:pPr>
              <w:rPr>
                <w:rFonts w:ascii="Arial" w:hAnsi="Arial" w:cs="Arial"/>
                <w:sz w:val="20"/>
                <w:szCs w:val="20"/>
              </w:rPr>
            </w:pPr>
          </w:p>
          <w:p w14:paraId="09D291BE" w14:textId="77777777" w:rsidR="006D5036" w:rsidRDefault="006D5036" w:rsidP="0030220C">
            <w:pPr>
              <w:rPr>
                <w:rFonts w:ascii="Arial" w:hAnsi="Arial" w:cs="Arial"/>
                <w:sz w:val="20"/>
                <w:szCs w:val="20"/>
              </w:rPr>
            </w:pPr>
          </w:p>
          <w:p w14:paraId="6E2DD2AE" w14:textId="77777777" w:rsidR="006D5036" w:rsidRPr="00575350" w:rsidRDefault="006D5036" w:rsidP="0030220C">
            <w:pPr>
              <w:rPr>
                <w:rFonts w:ascii="Arial" w:hAnsi="Arial" w:cs="Arial"/>
                <w:sz w:val="20"/>
                <w:szCs w:val="20"/>
              </w:rPr>
            </w:pPr>
            <w:r>
              <w:rPr>
                <w:rFonts w:ascii="Arial" w:hAnsi="Arial" w:cs="Arial"/>
                <w:sz w:val="20"/>
                <w:szCs w:val="20"/>
              </w:rPr>
              <w:t>10.080,00</w:t>
            </w:r>
          </w:p>
        </w:tc>
      </w:tr>
      <w:tr w:rsidR="006D5036" w:rsidRPr="00575350" w14:paraId="5F8C4F2B" w14:textId="77777777" w:rsidTr="0030220C">
        <w:trPr>
          <w:trHeight w:val="227"/>
          <w:jc w:val="center"/>
        </w:trPr>
        <w:tc>
          <w:tcPr>
            <w:tcW w:w="0" w:type="auto"/>
            <w:vAlign w:val="center"/>
          </w:tcPr>
          <w:p w14:paraId="44E02E66" w14:textId="77777777" w:rsidR="006D5036" w:rsidRPr="00575350" w:rsidRDefault="006D5036" w:rsidP="0030220C">
            <w:pPr>
              <w:rPr>
                <w:rFonts w:ascii="Arial" w:hAnsi="Arial" w:cs="Arial"/>
                <w:sz w:val="20"/>
                <w:szCs w:val="20"/>
              </w:rPr>
            </w:pPr>
            <w:r w:rsidRPr="00575350">
              <w:rPr>
                <w:rFonts w:ascii="Arial" w:hAnsi="Arial" w:cs="Arial"/>
                <w:sz w:val="20"/>
                <w:szCs w:val="20"/>
              </w:rPr>
              <w:t>141</w:t>
            </w:r>
          </w:p>
        </w:tc>
        <w:tc>
          <w:tcPr>
            <w:tcW w:w="0" w:type="auto"/>
            <w:vAlign w:val="center"/>
          </w:tcPr>
          <w:p w14:paraId="6760D898" w14:textId="77777777" w:rsidR="006D5036" w:rsidRPr="00575350" w:rsidRDefault="006D5036" w:rsidP="0030220C">
            <w:pPr>
              <w:rPr>
                <w:rFonts w:ascii="Arial" w:hAnsi="Arial" w:cs="Arial"/>
                <w:sz w:val="20"/>
                <w:szCs w:val="20"/>
              </w:rPr>
            </w:pPr>
            <w:r w:rsidRPr="00575350">
              <w:rPr>
                <w:rFonts w:ascii="Arial" w:hAnsi="Arial" w:cs="Arial"/>
                <w:sz w:val="20"/>
                <w:szCs w:val="20"/>
              </w:rPr>
              <w:t>217785</w:t>
            </w:r>
          </w:p>
        </w:tc>
        <w:tc>
          <w:tcPr>
            <w:tcW w:w="0" w:type="auto"/>
            <w:vAlign w:val="center"/>
          </w:tcPr>
          <w:p w14:paraId="09621B62" w14:textId="77777777" w:rsidR="006D5036" w:rsidRPr="00575350" w:rsidRDefault="006D5036" w:rsidP="0030220C">
            <w:pPr>
              <w:rPr>
                <w:rFonts w:ascii="Arial" w:hAnsi="Arial" w:cs="Arial"/>
                <w:sz w:val="20"/>
                <w:szCs w:val="20"/>
              </w:rPr>
            </w:pPr>
            <w:r w:rsidRPr="00575350">
              <w:rPr>
                <w:rFonts w:ascii="Arial" w:hAnsi="Arial" w:cs="Arial"/>
                <w:sz w:val="20"/>
                <w:szCs w:val="20"/>
              </w:rPr>
              <w:t>REFRIGERANTE, SABOR GUARANÁ - ÁGUA GASOSA/XAROPE, SABOR GUARANÁ, EMBALAGEM DE APROXIMADAMENTE 2 LITROS, CONTENDO RÓTULO COM INGREDIENTES, INFORMAÇÕES DO FABRICANTE, DATA DE FABRICAÇÃO E VALIDADE</w:t>
            </w:r>
          </w:p>
        </w:tc>
        <w:tc>
          <w:tcPr>
            <w:tcW w:w="0" w:type="auto"/>
            <w:vAlign w:val="center"/>
          </w:tcPr>
          <w:p w14:paraId="13C1421D" w14:textId="77777777" w:rsidR="006D5036" w:rsidRPr="00575350" w:rsidRDefault="006D5036" w:rsidP="0030220C">
            <w:pPr>
              <w:rPr>
                <w:rFonts w:ascii="Arial" w:hAnsi="Arial" w:cs="Arial"/>
                <w:sz w:val="20"/>
                <w:szCs w:val="20"/>
              </w:rPr>
            </w:pPr>
            <w:r w:rsidRPr="00575350">
              <w:rPr>
                <w:rFonts w:ascii="Arial" w:hAnsi="Arial" w:cs="Arial"/>
                <w:sz w:val="20"/>
                <w:szCs w:val="20"/>
              </w:rPr>
              <w:t>GARRAFA</w:t>
            </w:r>
          </w:p>
        </w:tc>
        <w:tc>
          <w:tcPr>
            <w:tcW w:w="0" w:type="auto"/>
          </w:tcPr>
          <w:p w14:paraId="78121F42" w14:textId="77777777" w:rsidR="006D5036" w:rsidRDefault="006D5036" w:rsidP="0030220C">
            <w:pPr>
              <w:rPr>
                <w:rFonts w:ascii="Arial" w:hAnsi="Arial" w:cs="Arial"/>
                <w:sz w:val="20"/>
                <w:szCs w:val="20"/>
              </w:rPr>
            </w:pPr>
          </w:p>
          <w:p w14:paraId="6A46272D" w14:textId="77777777" w:rsidR="006D5036" w:rsidRDefault="006D5036" w:rsidP="0030220C">
            <w:pPr>
              <w:rPr>
                <w:rFonts w:ascii="Arial" w:hAnsi="Arial" w:cs="Arial"/>
                <w:sz w:val="20"/>
                <w:szCs w:val="20"/>
              </w:rPr>
            </w:pPr>
          </w:p>
          <w:p w14:paraId="2059E176" w14:textId="77777777" w:rsidR="006D5036" w:rsidRPr="00575350" w:rsidRDefault="006D5036" w:rsidP="0030220C">
            <w:pPr>
              <w:rPr>
                <w:rFonts w:ascii="Arial" w:hAnsi="Arial" w:cs="Arial"/>
                <w:sz w:val="20"/>
                <w:szCs w:val="20"/>
              </w:rPr>
            </w:pPr>
            <w:r w:rsidRPr="00575350">
              <w:rPr>
                <w:rFonts w:ascii="Arial" w:hAnsi="Arial" w:cs="Arial"/>
                <w:sz w:val="20"/>
                <w:szCs w:val="20"/>
              </w:rPr>
              <w:t>1005</w:t>
            </w:r>
          </w:p>
        </w:tc>
        <w:tc>
          <w:tcPr>
            <w:tcW w:w="0" w:type="auto"/>
          </w:tcPr>
          <w:p w14:paraId="332B25DD" w14:textId="77777777" w:rsidR="006D5036" w:rsidRDefault="006D5036" w:rsidP="0030220C">
            <w:pPr>
              <w:rPr>
                <w:rFonts w:ascii="Arial" w:hAnsi="Arial" w:cs="Arial"/>
                <w:sz w:val="20"/>
                <w:szCs w:val="20"/>
              </w:rPr>
            </w:pPr>
          </w:p>
          <w:p w14:paraId="19585964" w14:textId="77777777" w:rsidR="006D5036" w:rsidRDefault="006D5036" w:rsidP="0030220C">
            <w:pPr>
              <w:rPr>
                <w:rFonts w:ascii="Arial" w:hAnsi="Arial" w:cs="Arial"/>
                <w:sz w:val="20"/>
                <w:szCs w:val="20"/>
              </w:rPr>
            </w:pPr>
          </w:p>
          <w:p w14:paraId="6D6A1D74" w14:textId="77777777" w:rsidR="006D5036" w:rsidRPr="00575350" w:rsidRDefault="006D5036" w:rsidP="0030220C">
            <w:pPr>
              <w:rPr>
                <w:rFonts w:ascii="Arial" w:hAnsi="Arial" w:cs="Arial"/>
                <w:sz w:val="20"/>
                <w:szCs w:val="20"/>
              </w:rPr>
            </w:pPr>
            <w:r>
              <w:rPr>
                <w:rFonts w:ascii="Arial" w:hAnsi="Arial" w:cs="Arial"/>
                <w:sz w:val="20"/>
                <w:szCs w:val="20"/>
              </w:rPr>
              <w:t>13,30</w:t>
            </w:r>
          </w:p>
        </w:tc>
        <w:tc>
          <w:tcPr>
            <w:tcW w:w="0" w:type="auto"/>
          </w:tcPr>
          <w:p w14:paraId="1AF8D9F6" w14:textId="77777777" w:rsidR="006D5036" w:rsidRDefault="006D5036" w:rsidP="0030220C">
            <w:pPr>
              <w:rPr>
                <w:rFonts w:ascii="Arial" w:hAnsi="Arial" w:cs="Arial"/>
                <w:sz w:val="20"/>
                <w:szCs w:val="20"/>
              </w:rPr>
            </w:pPr>
          </w:p>
          <w:p w14:paraId="57CE7EB8" w14:textId="77777777" w:rsidR="006D5036" w:rsidRDefault="006D5036" w:rsidP="0030220C">
            <w:pPr>
              <w:rPr>
                <w:rFonts w:ascii="Arial" w:hAnsi="Arial" w:cs="Arial"/>
                <w:sz w:val="20"/>
                <w:szCs w:val="20"/>
              </w:rPr>
            </w:pPr>
          </w:p>
          <w:p w14:paraId="27E03635" w14:textId="77777777" w:rsidR="006D5036" w:rsidRPr="00575350" w:rsidRDefault="006D5036" w:rsidP="0030220C">
            <w:pPr>
              <w:rPr>
                <w:rFonts w:ascii="Arial" w:hAnsi="Arial" w:cs="Arial"/>
                <w:sz w:val="20"/>
                <w:szCs w:val="20"/>
              </w:rPr>
            </w:pPr>
            <w:r>
              <w:rPr>
                <w:rFonts w:ascii="Arial" w:hAnsi="Arial" w:cs="Arial"/>
                <w:sz w:val="20"/>
                <w:szCs w:val="20"/>
              </w:rPr>
              <w:t>13.366,50</w:t>
            </w:r>
          </w:p>
        </w:tc>
      </w:tr>
      <w:tr w:rsidR="006D5036" w:rsidRPr="00575350" w14:paraId="51AB7C9A" w14:textId="77777777" w:rsidTr="0030220C">
        <w:trPr>
          <w:trHeight w:val="227"/>
          <w:jc w:val="center"/>
        </w:trPr>
        <w:tc>
          <w:tcPr>
            <w:tcW w:w="0" w:type="auto"/>
            <w:vAlign w:val="center"/>
          </w:tcPr>
          <w:p w14:paraId="24C5FC24" w14:textId="77777777" w:rsidR="006D5036" w:rsidRPr="00575350" w:rsidRDefault="006D5036" w:rsidP="0030220C">
            <w:pPr>
              <w:rPr>
                <w:rFonts w:ascii="Arial" w:hAnsi="Arial" w:cs="Arial"/>
                <w:sz w:val="20"/>
                <w:szCs w:val="20"/>
              </w:rPr>
            </w:pPr>
            <w:r w:rsidRPr="00575350">
              <w:rPr>
                <w:rFonts w:ascii="Arial" w:hAnsi="Arial" w:cs="Arial"/>
                <w:sz w:val="20"/>
                <w:szCs w:val="20"/>
              </w:rPr>
              <w:t>142</w:t>
            </w:r>
          </w:p>
        </w:tc>
        <w:tc>
          <w:tcPr>
            <w:tcW w:w="0" w:type="auto"/>
            <w:vAlign w:val="center"/>
          </w:tcPr>
          <w:p w14:paraId="5A66AA8C" w14:textId="77777777" w:rsidR="006D5036" w:rsidRPr="00575350" w:rsidRDefault="006D5036" w:rsidP="0030220C">
            <w:pPr>
              <w:rPr>
                <w:rFonts w:ascii="Arial" w:hAnsi="Arial" w:cs="Arial"/>
                <w:sz w:val="20"/>
                <w:szCs w:val="20"/>
              </w:rPr>
            </w:pPr>
            <w:r w:rsidRPr="00575350">
              <w:rPr>
                <w:rFonts w:ascii="Arial" w:hAnsi="Arial" w:cs="Arial"/>
                <w:sz w:val="20"/>
                <w:szCs w:val="20"/>
              </w:rPr>
              <w:t>217781</w:t>
            </w:r>
          </w:p>
        </w:tc>
        <w:tc>
          <w:tcPr>
            <w:tcW w:w="0" w:type="auto"/>
            <w:vAlign w:val="center"/>
          </w:tcPr>
          <w:p w14:paraId="2FA9A2EA" w14:textId="77777777" w:rsidR="006D5036" w:rsidRPr="00575350" w:rsidRDefault="006D5036" w:rsidP="0030220C">
            <w:pPr>
              <w:rPr>
                <w:rFonts w:ascii="Arial" w:hAnsi="Arial" w:cs="Arial"/>
                <w:sz w:val="20"/>
                <w:szCs w:val="20"/>
              </w:rPr>
            </w:pPr>
            <w:r w:rsidRPr="00575350">
              <w:rPr>
                <w:rFonts w:ascii="Arial" w:hAnsi="Arial" w:cs="Arial"/>
                <w:sz w:val="20"/>
                <w:szCs w:val="20"/>
              </w:rPr>
              <w:t>REFRIGERANTE, SABOR LARANJA - ÁGUA GASOSA/XAROPE, SABOR LARANJA, EMBALAGEM DE APROXIMADAMENTE 2 LITROS, CONTENDO RÓTULO COM INGREDIENTES, INFORMAÇÕES DO FABRICANTE, DATA DE FABRICAÇÃO E VALIDADE.</w:t>
            </w:r>
          </w:p>
        </w:tc>
        <w:tc>
          <w:tcPr>
            <w:tcW w:w="0" w:type="auto"/>
            <w:vAlign w:val="center"/>
          </w:tcPr>
          <w:p w14:paraId="19DBAD9F" w14:textId="77777777" w:rsidR="006D5036" w:rsidRPr="00575350" w:rsidRDefault="006D5036" w:rsidP="0030220C">
            <w:pPr>
              <w:rPr>
                <w:rFonts w:ascii="Arial" w:hAnsi="Arial" w:cs="Arial"/>
                <w:sz w:val="20"/>
                <w:szCs w:val="20"/>
              </w:rPr>
            </w:pPr>
            <w:r w:rsidRPr="00575350">
              <w:rPr>
                <w:rFonts w:ascii="Arial" w:hAnsi="Arial" w:cs="Arial"/>
                <w:sz w:val="20"/>
                <w:szCs w:val="20"/>
              </w:rPr>
              <w:t>GARRAFA</w:t>
            </w:r>
          </w:p>
        </w:tc>
        <w:tc>
          <w:tcPr>
            <w:tcW w:w="0" w:type="auto"/>
          </w:tcPr>
          <w:p w14:paraId="1BA07299" w14:textId="77777777" w:rsidR="006D5036" w:rsidRDefault="006D5036" w:rsidP="0030220C">
            <w:pPr>
              <w:rPr>
                <w:rFonts w:ascii="Arial" w:hAnsi="Arial" w:cs="Arial"/>
                <w:sz w:val="20"/>
                <w:szCs w:val="20"/>
              </w:rPr>
            </w:pPr>
          </w:p>
          <w:p w14:paraId="75591625" w14:textId="77777777" w:rsidR="006D5036" w:rsidRDefault="006D5036" w:rsidP="0030220C">
            <w:pPr>
              <w:rPr>
                <w:rFonts w:ascii="Arial" w:hAnsi="Arial" w:cs="Arial"/>
                <w:sz w:val="20"/>
                <w:szCs w:val="20"/>
              </w:rPr>
            </w:pPr>
          </w:p>
          <w:p w14:paraId="75B37CFA" w14:textId="77777777" w:rsidR="006D5036" w:rsidRPr="00575350" w:rsidRDefault="006D5036" w:rsidP="0030220C">
            <w:pPr>
              <w:rPr>
                <w:rFonts w:ascii="Arial" w:hAnsi="Arial" w:cs="Arial"/>
                <w:sz w:val="20"/>
                <w:szCs w:val="20"/>
              </w:rPr>
            </w:pPr>
            <w:r w:rsidRPr="00575350">
              <w:rPr>
                <w:rFonts w:ascii="Arial" w:hAnsi="Arial" w:cs="Arial"/>
                <w:sz w:val="20"/>
                <w:szCs w:val="20"/>
              </w:rPr>
              <w:t>650</w:t>
            </w:r>
          </w:p>
        </w:tc>
        <w:tc>
          <w:tcPr>
            <w:tcW w:w="0" w:type="auto"/>
          </w:tcPr>
          <w:p w14:paraId="01CE86A0" w14:textId="77777777" w:rsidR="006D5036" w:rsidRDefault="006D5036" w:rsidP="0030220C">
            <w:pPr>
              <w:rPr>
                <w:rFonts w:ascii="Arial" w:hAnsi="Arial" w:cs="Arial"/>
                <w:sz w:val="20"/>
                <w:szCs w:val="20"/>
              </w:rPr>
            </w:pPr>
          </w:p>
          <w:p w14:paraId="6B0F48B7" w14:textId="77777777" w:rsidR="006D5036" w:rsidRDefault="006D5036" w:rsidP="0030220C">
            <w:pPr>
              <w:rPr>
                <w:rFonts w:ascii="Arial" w:hAnsi="Arial" w:cs="Arial"/>
                <w:sz w:val="20"/>
                <w:szCs w:val="20"/>
              </w:rPr>
            </w:pPr>
          </w:p>
          <w:p w14:paraId="44659536" w14:textId="77777777" w:rsidR="006D5036" w:rsidRPr="00575350" w:rsidRDefault="006D5036" w:rsidP="0030220C">
            <w:pPr>
              <w:rPr>
                <w:rFonts w:ascii="Arial" w:hAnsi="Arial" w:cs="Arial"/>
                <w:sz w:val="20"/>
                <w:szCs w:val="20"/>
              </w:rPr>
            </w:pPr>
            <w:r>
              <w:rPr>
                <w:rFonts w:ascii="Arial" w:hAnsi="Arial" w:cs="Arial"/>
                <w:sz w:val="20"/>
                <w:szCs w:val="20"/>
              </w:rPr>
              <w:t>12,50</w:t>
            </w:r>
          </w:p>
        </w:tc>
        <w:tc>
          <w:tcPr>
            <w:tcW w:w="0" w:type="auto"/>
          </w:tcPr>
          <w:p w14:paraId="081A056C" w14:textId="77777777" w:rsidR="006D5036" w:rsidRDefault="006D5036" w:rsidP="0030220C">
            <w:pPr>
              <w:rPr>
                <w:rFonts w:ascii="Arial" w:hAnsi="Arial" w:cs="Arial"/>
                <w:sz w:val="20"/>
                <w:szCs w:val="20"/>
              </w:rPr>
            </w:pPr>
          </w:p>
          <w:p w14:paraId="694EBAAD" w14:textId="77777777" w:rsidR="006D5036" w:rsidRDefault="006D5036" w:rsidP="0030220C">
            <w:pPr>
              <w:rPr>
                <w:rFonts w:ascii="Arial" w:hAnsi="Arial" w:cs="Arial"/>
                <w:sz w:val="20"/>
                <w:szCs w:val="20"/>
              </w:rPr>
            </w:pPr>
          </w:p>
          <w:p w14:paraId="0C5C72C4" w14:textId="77777777" w:rsidR="006D5036" w:rsidRPr="00575350" w:rsidRDefault="006D5036" w:rsidP="0030220C">
            <w:pPr>
              <w:rPr>
                <w:rFonts w:ascii="Arial" w:hAnsi="Arial" w:cs="Arial"/>
                <w:sz w:val="20"/>
                <w:szCs w:val="20"/>
              </w:rPr>
            </w:pPr>
            <w:r>
              <w:rPr>
                <w:rFonts w:ascii="Arial" w:hAnsi="Arial" w:cs="Arial"/>
                <w:sz w:val="20"/>
                <w:szCs w:val="20"/>
              </w:rPr>
              <w:t>8.125,00</w:t>
            </w:r>
          </w:p>
        </w:tc>
      </w:tr>
      <w:tr w:rsidR="006D5036" w:rsidRPr="00575350" w14:paraId="2BFB08AB" w14:textId="77777777" w:rsidTr="0030220C">
        <w:trPr>
          <w:trHeight w:val="227"/>
          <w:jc w:val="center"/>
        </w:trPr>
        <w:tc>
          <w:tcPr>
            <w:tcW w:w="0" w:type="auto"/>
            <w:vAlign w:val="center"/>
          </w:tcPr>
          <w:p w14:paraId="3AD81103" w14:textId="77777777" w:rsidR="006D5036" w:rsidRPr="00575350" w:rsidRDefault="006D5036" w:rsidP="0030220C">
            <w:pPr>
              <w:rPr>
                <w:rFonts w:ascii="Arial" w:hAnsi="Arial" w:cs="Arial"/>
                <w:sz w:val="20"/>
                <w:szCs w:val="20"/>
              </w:rPr>
            </w:pPr>
            <w:r w:rsidRPr="00575350">
              <w:rPr>
                <w:rFonts w:ascii="Arial" w:hAnsi="Arial" w:cs="Arial"/>
                <w:sz w:val="20"/>
                <w:szCs w:val="20"/>
              </w:rPr>
              <w:t>143</w:t>
            </w:r>
          </w:p>
        </w:tc>
        <w:tc>
          <w:tcPr>
            <w:tcW w:w="0" w:type="auto"/>
            <w:vAlign w:val="center"/>
          </w:tcPr>
          <w:p w14:paraId="0E117D9B" w14:textId="77777777" w:rsidR="006D5036" w:rsidRPr="00575350" w:rsidRDefault="006D5036" w:rsidP="0030220C">
            <w:pPr>
              <w:rPr>
                <w:rFonts w:ascii="Arial" w:hAnsi="Arial" w:cs="Arial"/>
                <w:sz w:val="20"/>
                <w:szCs w:val="20"/>
              </w:rPr>
            </w:pPr>
            <w:r w:rsidRPr="00575350">
              <w:rPr>
                <w:rFonts w:ascii="Arial" w:hAnsi="Arial" w:cs="Arial"/>
                <w:sz w:val="20"/>
                <w:szCs w:val="20"/>
              </w:rPr>
              <w:t>217782</w:t>
            </w:r>
          </w:p>
        </w:tc>
        <w:tc>
          <w:tcPr>
            <w:tcW w:w="0" w:type="auto"/>
            <w:vAlign w:val="center"/>
          </w:tcPr>
          <w:p w14:paraId="500C4ACC"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REFRIGERANTE, SABOR LIMÃO - ÁGUA GASOSA/XAROPE, SABOR LIMÃO, EMBALAGEM DE APROXIMADAMENTE 2 LITROS, CONTENDO RÓTULO COM </w:t>
            </w:r>
            <w:r w:rsidRPr="00575350">
              <w:rPr>
                <w:rFonts w:ascii="Arial" w:hAnsi="Arial" w:cs="Arial"/>
                <w:sz w:val="20"/>
                <w:szCs w:val="20"/>
              </w:rPr>
              <w:lastRenderedPageBreak/>
              <w:t>INGREDIENTES, INFORMAÇÕES DO FABRICANTE, DATA DE FABRICAÇÃO E VALIDADE.</w:t>
            </w:r>
          </w:p>
        </w:tc>
        <w:tc>
          <w:tcPr>
            <w:tcW w:w="0" w:type="auto"/>
            <w:vAlign w:val="center"/>
          </w:tcPr>
          <w:p w14:paraId="029E4363" w14:textId="77777777" w:rsidR="006D5036" w:rsidRPr="00575350" w:rsidRDefault="006D5036" w:rsidP="0030220C">
            <w:pPr>
              <w:rPr>
                <w:rFonts w:ascii="Arial" w:hAnsi="Arial" w:cs="Arial"/>
                <w:sz w:val="20"/>
                <w:szCs w:val="20"/>
              </w:rPr>
            </w:pPr>
            <w:r w:rsidRPr="00575350">
              <w:rPr>
                <w:rFonts w:ascii="Arial" w:hAnsi="Arial" w:cs="Arial"/>
                <w:sz w:val="20"/>
                <w:szCs w:val="20"/>
              </w:rPr>
              <w:lastRenderedPageBreak/>
              <w:t>GARRAFA</w:t>
            </w:r>
          </w:p>
        </w:tc>
        <w:tc>
          <w:tcPr>
            <w:tcW w:w="0" w:type="auto"/>
          </w:tcPr>
          <w:p w14:paraId="0C8BE730" w14:textId="77777777" w:rsidR="006D5036" w:rsidRDefault="006D5036" w:rsidP="0030220C">
            <w:pPr>
              <w:rPr>
                <w:rFonts w:ascii="Arial" w:hAnsi="Arial" w:cs="Arial"/>
                <w:sz w:val="20"/>
                <w:szCs w:val="20"/>
              </w:rPr>
            </w:pPr>
          </w:p>
          <w:p w14:paraId="6E30D515" w14:textId="77777777" w:rsidR="006D5036" w:rsidRDefault="006D5036" w:rsidP="0030220C">
            <w:pPr>
              <w:rPr>
                <w:rFonts w:ascii="Arial" w:hAnsi="Arial" w:cs="Arial"/>
                <w:sz w:val="20"/>
                <w:szCs w:val="20"/>
              </w:rPr>
            </w:pPr>
          </w:p>
          <w:p w14:paraId="626B83BF" w14:textId="77777777" w:rsidR="006D5036" w:rsidRPr="00575350" w:rsidRDefault="006D5036" w:rsidP="0030220C">
            <w:pPr>
              <w:rPr>
                <w:rFonts w:ascii="Arial" w:hAnsi="Arial" w:cs="Arial"/>
                <w:sz w:val="20"/>
                <w:szCs w:val="20"/>
              </w:rPr>
            </w:pPr>
            <w:r w:rsidRPr="00575350">
              <w:rPr>
                <w:rFonts w:ascii="Arial" w:hAnsi="Arial" w:cs="Arial"/>
                <w:sz w:val="20"/>
                <w:szCs w:val="20"/>
              </w:rPr>
              <w:t>400</w:t>
            </w:r>
          </w:p>
        </w:tc>
        <w:tc>
          <w:tcPr>
            <w:tcW w:w="0" w:type="auto"/>
          </w:tcPr>
          <w:p w14:paraId="51AA347E" w14:textId="77777777" w:rsidR="006D5036" w:rsidRDefault="006D5036" w:rsidP="0030220C">
            <w:pPr>
              <w:rPr>
                <w:rFonts w:ascii="Arial" w:hAnsi="Arial" w:cs="Arial"/>
                <w:sz w:val="20"/>
                <w:szCs w:val="20"/>
              </w:rPr>
            </w:pPr>
          </w:p>
          <w:p w14:paraId="09AC9427" w14:textId="77777777" w:rsidR="006D5036" w:rsidRDefault="006D5036" w:rsidP="0030220C">
            <w:pPr>
              <w:rPr>
                <w:rFonts w:ascii="Arial" w:hAnsi="Arial" w:cs="Arial"/>
                <w:sz w:val="20"/>
                <w:szCs w:val="20"/>
              </w:rPr>
            </w:pPr>
          </w:p>
          <w:p w14:paraId="3CBC4F7F" w14:textId="77777777" w:rsidR="006D5036" w:rsidRPr="00575350" w:rsidRDefault="006D5036" w:rsidP="0030220C">
            <w:pPr>
              <w:rPr>
                <w:rFonts w:ascii="Arial" w:hAnsi="Arial" w:cs="Arial"/>
                <w:sz w:val="20"/>
                <w:szCs w:val="20"/>
              </w:rPr>
            </w:pPr>
            <w:r>
              <w:rPr>
                <w:rFonts w:ascii="Arial" w:hAnsi="Arial" w:cs="Arial"/>
                <w:sz w:val="20"/>
                <w:szCs w:val="20"/>
              </w:rPr>
              <w:t>13,57</w:t>
            </w:r>
          </w:p>
        </w:tc>
        <w:tc>
          <w:tcPr>
            <w:tcW w:w="0" w:type="auto"/>
          </w:tcPr>
          <w:p w14:paraId="1F427EE0" w14:textId="77777777" w:rsidR="006D5036" w:rsidRDefault="006D5036" w:rsidP="0030220C">
            <w:pPr>
              <w:rPr>
                <w:rFonts w:ascii="Arial" w:hAnsi="Arial" w:cs="Arial"/>
                <w:sz w:val="20"/>
                <w:szCs w:val="20"/>
              </w:rPr>
            </w:pPr>
          </w:p>
          <w:p w14:paraId="550A12A4" w14:textId="77777777" w:rsidR="006D5036" w:rsidRDefault="006D5036" w:rsidP="0030220C">
            <w:pPr>
              <w:rPr>
                <w:rFonts w:ascii="Arial" w:hAnsi="Arial" w:cs="Arial"/>
                <w:sz w:val="20"/>
                <w:szCs w:val="20"/>
              </w:rPr>
            </w:pPr>
          </w:p>
          <w:p w14:paraId="7E7A116A" w14:textId="77777777" w:rsidR="006D5036" w:rsidRPr="00575350" w:rsidRDefault="006D5036" w:rsidP="0030220C">
            <w:pPr>
              <w:rPr>
                <w:rFonts w:ascii="Arial" w:hAnsi="Arial" w:cs="Arial"/>
                <w:sz w:val="20"/>
                <w:szCs w:val="20"/>
              </w:rPr>
            </w:pPr>
            <w:r>
              <w:rPr>
                <w:rFonts w:ascii="Arial" w:hAnsi="Arial" w:cs="Arial"/>
                <w:sz w:val="20"/>
                <w:szCs w:val="20"/>
              </w:rPr>
              <w:t>5.428,00</w:t>
            </w:r>
          </w:p>
        </w:tc>
      </w:tr>
      <w:tr w:rsidR="006D5036" w:rsidRPr="00575350" w14:paraId="7F00080A" w14:textId="77777777" w:rsidTr="0030220C">
        <w:trPr>
          <w:trHeight w:val="227"/>
          <w:jc w:val="center"/>
        </w:trPr>
        <w:tc>
          <w:tcPr>
            <w:tcW w:w="0" w:type="auto"/>
            <w:vAlign w:val="center"/>
          </w:tcPr>
          <w:p w14:paraId="58885705" w14:textId="77777777" w:rsidR="006D5036" w:rsidRPr="00575350" w:rsidRDefault="006D5036" w:rsidP="0030220C">
            <w:pPr>
              <w:rPr>
                <w:rFonts w:ascii="Arial" w:hAnsi="Arial" w:cs="Arial"/>
                <w:sz w:val="20"/>
                <w:szCs w:val="20"/>
              </w:rPr>
            </w:pPr>
            <w:r w:rsidRPr="00575350">
              <w:rPr>
                <w:rFonts w:ascii="Arial" w:hAnsi="Arial" w:cs="Arial"/>
                <w:sz w:val="20"/>
                <w:szCs w:val="20"/>
              </w:rPr>
              <w:t>144</w:t>
            </w:r>
          </w:p>
        </w:tc>
        <w:tc>
          <w:tcPr>
            <w:tcW w:w="0" w:type="auto"/>
            <w:vAlign w:val="center"/>
          </w:tcPr>
          <w:p w14:paraId="017F3EED" w14:textId="77777777" w:rsidR="006D5036" w:rsidRPr="00575350" w:rsidRDefault="006D5036" w:rsidP="0030220C">
            <w:pPr>
              <w:rPr>
                <w:rFonts w:ascii="Arial" w:hAnsi="Arial" w:cs="Arial"/>
                <w:sz w:val="20"/>
                <w:szCs w:val="20"/>
              </w:rPr>
            </w:pPr>
            <w:r w:rsidRPr="00575350">
              <w:rPr>
                <w:rFonts w:ascii="Arial" w:hAnsi="Arial" w:cs="Arial"/>
                <w:sz w:val="20"/>
                <w:szCs w:val="20"/>
              </w:rPr>
              <w:t>481121</w:t>
            </w:r>
          </w:p>
        </w:tc>
        <w:tc>
          <w:tcPr>
            <w:tcW w:w="0" w:type="auto"/>
            <w:vAlign w:val="center"/>
          </w:tcPr>
          <w:p w14:paraId="099DB0FD" w14:textId="77777777" w:rsidR="006D5036" w:rsidRPr="00575350" w:rsidRDefault="006D5036" w:rsidP="0030220C">
            <w:pPr>
              <w:rPr>
                <w:rFonts w:ascii="Arial" w:hAnsi="Arial" w:cs="Arial"/>
                <w:sz w:val="20"/>
                <w:szCs w:val="20"/>
              </w:rPr>
            </w:pPr>
            <w:r w:rsidRPr="00575350">
              <w:rPr>
                <w:rFonts w:ascii="Arial" w:hAnsi="Arial" w:cs="Arial"/>
                <w:sz w:val="20"/>
                <w:szCs w:val="20"/>
              </w:rPr>
              <w:t>REPOLHO VERDE, IN NATURA - KG. SEM FERIMENTOS, DEFEITOS, TENROS, SEM CORPOS ESTRANHOS OU TERRA ADERIDA A SUPERFÍCIE EXTERNA.</w:t>
            </w:r>
          </w:p>
        </w:tc>
        <w:tc>
          <w:tcPr>
            <w:tcW w:w="0" w:type="auto"/>
            <w:vAlign w:val="center"/>
          </w:tcPr>
          <w:p w14:paraId="019B97CE" w14:textId="77777777" w:rsidR="006D5036" w:rsidRPr="00575350" w:rsidRDefault="006D5036" w:rsidP="0030220C">
            <w:pPr>
              <w:rPr>
                <w:rFonts w:ascii="Arial" w:hAnsi="Arial" w:cs="Arial"/>
                <w:sz w:val="20"/>
                <w:szCs w:val="20"/>
              </w:rPr>
            </w:pPr>
            <w:r w:rsidRPr="00575350">
              <w:rPr>
                <w:rFonts w:ascii="Arial" w:hAnsi="Arial" w:cs="Arial"/>
                <w:sz w:val="20"/>
                <w:szCs w:val="20"/>
              </w:rPr>
              <w:t>KG</w:t>
            </w:r>
          </w:p>
        </w:tc>
        <w:tc>
          <w:tcPr>
            <w:tcW w:w="0" w:type="auto"/>
          </w:tcPr>
          <w:p w14:paraId="491B7A29" w14:textId="77777777" w:rsidR="006D5036" w:rsidRDefault="006D5036" w:rsidP="0030220C">
            <w:pPr>
              <w:rPr>
                <w:rFonts w:ascii="Arial" w:hAnsi="Arial" w:cs="Arial"/>
                <w:sz w:val="20"/>
                <w:szCs w:val="20"/>
              </w:rPr>
            </w:pPr>
          </w:p>
          <w:p w14:paraId="3E2A618E" w14:textId="77777777" w:rsidR="006D5036" w:rsidRPr="00575350" w:rsidRDefault="006D5036" w:rsidP="0030220C">
            <w:pPr>
              <w:rPr>
                <w:rFonts w:ascii="Arial" w:hAnsi="Arial" w:cs="Arial"/>
                <w:sz w:val="20"/>
                <w:szCs w:val="20"/>
              </w:rPr>
            </w:pPr>
            <w:r w:rsidRPr="00575350">
              <w:rPr>
                <w:rFonts w:ascii="Arial" w:hAnsi="Arial" w:cs="Arial"/>
                <w:sz w:val="20"/>
                <w:szCs w:val="20"/>
              </w:rPr>
              <w:t>373</w:t>
            </w:r>
          </w:p>
        </w:tc>
        <w:tc>
          <w:tcPr>
            <w:tcW w:w="0" w:type="auto"/>
          </w:tcPr>
          <w:p w14:paraId="7AED6C6F" w14:textId="77777777" w:rsidR="006D5036" w:rsidRDefault="006D5036" w:rsidP="0030220C">
            <w:pPr>
              <w:rPr>
                <w:rFonts w:ascii="Arial" w:hAnsi="Arial" w:cs="Arial"/>
                <w:sz w:val="20"/>
                <w:szCs w:val="20"/>
              </w:rPr>
            </w:pPr>
          </w:p>
          <w:p w14:paraId="0165D517" w14:textId="77777777" w:rsidR="006D5036" w:rsidRPr="00575350" w:rsidRDefault="006D5036" w:rsidP="0030220C">
            <w:pPr>
              <w:rPr>
                <w:rFonts w:ascii="Arial" w:hAnsi="Arial" w:cs="Arial"/>
                <w:sz w:val="20"/>
                <w:szCs w:val="20"/>
              </w:rPr>
            </w:pPr>
            <w:r>
              <w:rPr>
                <w:rFonts w:ascii="Arial" w:hAnsi="Arial" w:cs="Arial"/>
                <w:sz w:val="20"/>
                <w:szCs w:val="20"/>
              </w:rPr>
              <w:t>5,91</w:t>
            </w:r>
          </w:p>
        </w:tc>
        <w:tc>
          <w:tcPr>
            <w:tcW w:w="0" w:type="auto"/>
          </w:tcPr>
          <w:p w14:paraId="3AAC8316" w14:textId="77777777" w:rsidR="006D5036" w:rsidRDefault="006D5036" w:rsidP="0030220C">
            <w:pPr>
              <w:rPr>
                <w:rFonts w:ascii="Arial" w:hAnsi="Arial" w:cs="Arial"/>
                <w:sz w:val="20"/>
                <w:szCs w:val="20"/>
              </w:rPr>
            </w:pPr>
          </w:p>
          <w:p w14:paraId="072DB186" w14:textId="77777777" w:rsidR="006D5036" w:rsidRPr="00575350" w:rsidRDefault="006D5036" w:rsidP="0030220C">
            <w:pPr>
              <w:rPr>
                <w:rFonts w:ascii="Arial" w:hAnsi="Arial" w:cs="Arial"/>
                <w:sz w:val="20"/>
                <w:szCs w:val="20"/>
              </w:rPr>
            </w:pPr>
            <w:r>
              <w:rPr>
                <w:rFonts w:ascii="Arial" w:hAnsi="Arial" w:cs="Arial"/>
                <w:sz w:val="20"/>
                <w:szCs w:val="20"/>
              </w:rPr>
              <w:t>2.204,43</w:t>
            </w:r>
          </w:p>
        </w:tc>
      </w:tr>
      <w:tr w:rsidR="006D5036" w:rsidRPr="00575350" w14:paraId="2407903E" w14:textId="77777777" w:rsidTr="0030220C">
        <w:trPr>
          <w:trHeight w:val="227"/>
          <w:jc w:val="center"/>
        </w:trPr>
        <w:tc>
          <w:tcPr>
            <w:tcW w:w="0" w:type="auto"/>
            <w:vAlign w:val="center"/>
          </w:tcPr>
          <w:p w14:paraId="3F4167D6" w14:textId="77777777" w:rsidR="006D5036" w:rsidRPr="00575350" w:rsidRDefault="006D5036" w:rsidP="0030220C">
            <w:pPr>
              <w:rPr>
                <w:rFonts w:ascii="Arial" w:hAnsi="Arial" w:cs="Arial"/>
                <w:sz w:val="20"/>
                <w:szCs w:val="20"/>
              </w:rPr>
            </w:pPr>
            <w:r w:rsidRPr="00575350">
              <w:rPr>
                <w:rFonts w:ascii="Arial" w:hAnsi="Arial" w:cs="Arial"/>
                <w:sz w:val="20"/>
                <w:szCs w:val="20"/>
              </w:rPr>
              <w:t>145</w:t>
            </w:r>
          </w:p>
        </w:tc>
        <w:tc>
          <w:tcPr>
            <w:tcW w:w="0" w:type="auto"/>
            <w:vAlign w:val="center"/>
          </w:tcPr>
          <w:p w14:paraId="4B394E7D" w14:textId="77777777" w:rsidR="006D5036" w:rsidRPr="00575350" w:rsidRDefault="006D5036" w:rsidP="0030220C">
            <w:pPr>
              <w:rPr>
                <w:rFonts w:ascii="Arial" w:hAnsi="Arial" w:cs="Arial"/>
                <w:sz w:val="20"/>
                <w:szCs w:val="20"/>
              </w:rPr>
            </w:pPr>
            <w:r w:rsidRPr="00575350">
              <w:rPr>
                <w:rFonts w:ascii="Arial" w:hAnsi="Arial" w:cs="Arial"/>
                <w:sz w:val="20"/>
                <w:szCs w:val="20"/>
              </w:rPr>
              <w:t>463826</w:t>
            </w:r>
          </w:p>
        </w:tc>
        <w:tc>
          <w:tcPr>
            <w:tcW w:w="0" w:type="auto"/>
            <w:vAlign w:val="center"/>
          </w:tcPr>
          <w:p w14:paraId="7084F1C4" w14:textId="77777777" w:rsidR="006D5036" w:rsidRPr="00575350" w:rsidRDefault="006D5036" w:rsidP="0030220C">
            <w:pPr>
              <w:rPr>
                <w:rFonts w:ascii="Arial" w:hAnsi="Arial" w:cs="Arial"/>
                <w:sz w:val="20"/>
                <w:szCs w:val="20"/>
              </w:rPr>
            </w:pPr>
            <w:r w:rsidRPr="00575350">
              <w:rPr>
                <w:rFonts w:ascii="Arial" w:hAnsi="Arial" w:cs="Arial"/>
                <w:sz w:val="20"/>
                <w:szCs w:val="20"/>
              </w:rPr>
              <w:t>RÚCULA, IN NATURA. APRESENTAR CONSISTÊNCIA FIRME, NÃO DEVERÁ APRESENTAR PERFURAÇÕES, MACHUCADOS, MANCHAS ESCURAS OU AMARELAS</w:t>
            </w:r>
          </w:p>
        </w:tc>
        <w:tc>
          <w:tcPr>
            <w:tcW w:w="0" w:type="auto"/>
            <w:vAlign w:val="center"/>
          </w:tcPr>
          <w:p w14:paraId="373BDCAC" w14:textId="77777777" w:rsidR="006D5036" w:rsidRPr="00575350" w:rsidRDefault="006D5036" w:rsidP="0030220C">
            <w:pPr>
              <w:rPr>
                <w:rFonts w:ascii="Arial" w:hAnsi="Arial" w:cs="Arial"/>
                <w:sz w:val="20"/>
                <w:szCs w:val="20"/>
              </w:rPr>
            </w:pPr>
            <w:r w:rsidRPr="00575350">
              <w:rPr>
                <w:rFonts w:ascii="Arial" w:hAnsi="Arial" w:cs="Arial"/>
                <w:sz w:val="20"/>
                <w:szCs w:val="20"/>
              </w:rPr>
              <w:t>MAÇO</w:t>
            </w:r>
          </w:p>
        </w:tc>
        <w:tc>
          <w:tcPr>
            <w:tcW w:w="0" w:type="auto"/>
          </w:tcPr>
          <w:p w14:paraId="0E8D7EB1" w14:textId="77777777" w:rsidR="006D5036" w:rsidRDefault="006D5036" w:rsidP="0030220C">
            <w:pPr>
              <w:rPr>
                <w:rFonts w:ascii="Arial" w:hAnsi="Arial" w:cs="Arial"/>
                <w:sz w:val="20"/>
                <w:szCs w:val="20"/>
              </w:rPr>
            </w:pPr>
          </w:p>
          <w:p w14:paraId="6541F55C" w14:textId="77777777" w:rsidR="006D5036" w:rsidRPr="00575350" w:rsidRDefault="006D5036" w:rsidP="0030220C">
            <w:pPr>
              <w:rPr>
                <w:rFonts w:ascii="Arial" w:hAnsi="Arial" w:cs="Arial"/>
                <w:sz w:val="20"/>
                <w:szCs w:val="20"/>
              </w:rPr>
            </w:pPr>
            <w:r w:rsidRPr="00575350">
              <w:rPr>
                <w:rFonts w:ascii="Arial" w:hAnsi="Arial" w:cs="Arial"/>
                <w:sz w:val="20"/>
                <w:szCs w:val="20"/>
              </w:rPr>
              <w:t>200</w:t>
            </w:r>
          </w:p>
        </w:tc>
        <w:tc>
          <w:tcPr>
            <w:tcW w:w="0" w:type="auto"/>
          </w:tcPr>
          <w:p w14:paraId="2E6EB8F1" w14:textId="77777777" w:rsidR="006D5036" w:rsidRDefault="006D5036" w:rsidP="0030220C">
            <w:pPr>
              <w:rPr>
                <w:rFonts w:ascii="Arial" w:hAnsi="Arial" w:cs="Arial"/>
                <w:sz w:val="20"/>
                <w:szCs w:val="20"/>
              </w:rPr>
            </w:pPr>
          </w:p>
          <w:p w14:paraId="68B9CC51" w14:textId="77777777" w:rsidR="006D5036" w:rsidRPr="00575350" w:rsidRDefault="006D5036" w:rsidP="0030220C">
            <w:pPr>
              <w:rPr>
                <w:rFonts w:ascii="Arial" w:hAnsi="Arial" w:cs="Arial"/>
                <w:sz w:val="20"/>
                <w:szCs w:val="20"/>
              </w:rPr>
            </w:pPr>
            <w:r>
              <w:rPr>
                <w:rFonts w:ascii="Arial" w:hAnsi="Arial" w:cs="Arial"/>
                <w:sz w:val="20"/>
                <w:szCs w:val="20"/>
              </w:rPr>
              <w:t>5,61</w:t>
            </w:r>
          </w:p>
        </w:tc>
        <w:tc>
          <w:tcPr>
            <w:tcW w:w="0" w:type="auto"/>
          </w:tcPr>
          <w:p w14:paraId="3AE0264E" w14:textId="77777777" w:rsidR="006D5036" w:rsidRDefault="006D5036" w:rsidP="0030220C">
            <w:pPr>
              <w:rPr>
                <w:rFonts w:ascii="Arial" w:hAnsi="Arial" w:cs="Arial"/>
                <w:sz w:val="20"/>
                <w:szCs w:val="20"/>
              </w:rPr>
            </w:pPr>
          </w:p>
          <w:p w14:paraId="442A40DF" w14:textId="77777777" w:rsidR="006D5036" w:rsidRPr="00575350" w:rsidRDefault="006D5036" w:rsidP="0030220C">
            <w:pPr>
              <w:rPr>
                <w:rFonts w:ascii="Arial" w:hAnsi="Arial" w:cs="Arial"/>
                <w:sz w:val="20"/>
                <w:szCs w:val="20"/>
              </w:rPr>
            </w:pPr>
            <w:r>
              <w:rPr>
                <w:rFonts w:ascii="Arial" w:hAnsi="Arial" w:cs="Arial"/>
                <w:sz w:val="20"/>
                <w:szCs w:val="20"/>
              </w:rPr>
              <w:t>1.122,60</w:t>
            </w:r>
          </w:p>
        </w:tc>
      </w:tr>
      <w:tr w:rsidR="006D5036" w:rsidRPr="00575350" w14:paraId="31F7B4F0" w14:textId="77777777" w:rsidTr="0030220C">
        <w:trPr>
          <w:trHeight w:val="227"/>
          <w:jc w:val="center"/>
        </w:trPr>
        <w:tc>
          <w:tcPr>
            <w:tcW w:w="0" w:type="auto"/>
          </w:tcPr>
          <w:p w14:paraId="51355D35" w14:textId="77777777" w:rsidR="006D5036" w:rsidRPr="00575350" w:rsidRDefault="006D5036" w:rsidP="0030220C">
            <w:pPr>
              <w:rPr>
                <w:rFonts w:ascii="Arial" w:hAnsi="Arial" w:cs="Arial"/>
                <w:sz w:val="20"/>
                <w:szCs w:val="20"/>
              </w:rPr>
            </w:pPr>
            <w:r w:rsidRPr="00575350">
              <w:rPr>
                <w:rFonts w:ascii="Arial" w:hAnsi="Arial" w:cs="Arial"/>
                <w:sz w:val="20"/>
                <w:szCs w:val="20"/>
              </w:rPr>
              <w:t>146</w:t>
            </w:r>
          </w:p>
        </w:tc>
        <w:tc>
          <w:tcPr>
            <w:tcW w:w="0" w:type="auto"/>
          </w:tcPr>
          <w:p w14:paraId="0745AD6C" w14:textId="77777777" w:rsidR="006D5036" w:rsidRPr="00575350" w:rsidRDefault="006D5036" w:rsidP="0030220C">
            <w:pPr>
              <w:rPr>
                <w:rFonts w:ascii="Arial" w:hAnsi="Arial" w:cs="Arial"/>
                <w:sz w:val="20"/>
                <w:szCs w:val="20"/>
              </w:rPr>
            </w:pPr>
            <w:r w:rsidRPr="00575350">
              <w:rPr>
                <w:rFonts w:ascii="Arial" w:hAnsi="Arial" w:cs="Arial"/>
                <w:sz w:val="20"/>
                <w:szCs w:val="20"/>
              </w:rPr>
              <w:t>433275</w:t>
            </w:r>
          </w:p>
        </w:tc>
        <w:tc>
          <w:tcPr>
            <w:tcW w:w="0" w:type="auto"/>
          </w:tcPr>
          <w:p w14:paraId="171AC2AE" w14:textId="77777777" w:rsidR="006D5036" w:rsidRPr="00575350" w:rsidRDefault="006D5036" w:rsidP="0030220C">
            <w:pPr>
              <w:rPr>
                <w:rFonts w:ascii="Arial" w:hAnsi="Arial" w:cs="Arial"/>
                <w:sz w:val="20"/>
                <w:szCs w:val="20"/>
              </w:rPr>
            </w:pPr>
            <w:r w:rsidRPr="00575350">
              <w:rPr>
                <w:rFonts w:ascii="Arial" w:hAnsi="Arial" w:cs="Arial"/>
                <w:sz w:val="20"/>
                <w:szCs w:val="20"/>
              </w:rPr>
              <w:t>SAL REFINADO - SAL, TIPO REFINADO IODADO, EMBALAGEM DE APROXIMADAMENTE 1 KG, SIMILAR A LEBRE, CISNE E UNIÃO</w:t>
            </w:r>
          </w:p>
        </w:tc>
        <w:tc>
          <w:tcPr>
            <w:tcW w:w="0" w:type="auto"/>
          </w:tcPr>
          <w:p w14:paraId="78AB5AC2" w14:textId="77777777" w:rsidR="006D5036" w:rsidRDefault="006D5036" w:rsidP="0030220C">
            <w:pPr>
              <w:rPr>
                <w:rFonts w:ascii="Arial" w:hAnsi="Arial" w:cs="Arial"/>
                <w:sz w:val="20"/>
                <w:szCs w:val="20"/>
              </w:rPr>
            </w:pPr>
          </w:p>
          <w:p w14:paraId="60C5C49A" w14:textId="77777777" w:rsidR="006D5036" w:rsidRPr="00575350" w:rsidRDefault="006D5036" w:rsidP="0030220C">
            <w:pPr>
              <w:rPr>
                <w:rFonts w:ascii="Arial" w:hAnsi="Arial" w:cs="Arial"/>
                <w:sz w:val="20"/>
                <w:szCs w:val="20"/>
              </w:rPr>
            </w:pPr>
            <w:r w:rsidRPr="00575350">
              <w:rPr>
                <w:rFonts w:ascii="Arial" w:hAnsi="Arial" w:cs="Arial"/>
                <w:sz w:val="20"/>
                <w:szCs w:val="20"/>
              </w:rPr>
              <w:t>PCT</w:t>
            </w:r>
          </w:p>
        </w:tc>
        <w:tc>
          <w:tcPr>
            <w:tcW w:w="0" w:type="auto"/>
          </w:tcPr>
          <w:p w14:paraId="1E14392A" w14:textId="77777777" w:rsidR="006D5036" w:rsidRDefault="006D5036" w:rsidP="0030220C">
            <w:pPr>
              <w:rPr>
                <w:rFonts w:ascii="Arial" w:hAnsi="Arial" w:cs="Arial"/>
                <w:sz w:val="20"/>
                <w:szCs w:val="20"/>
              </w:rPr>
            </w:pPr>
          </w:p>
          <w:p w14:paraId="08E1C558" w14:textId="77777777" w:rsidR="006D5036" w:rsidRPr="00575350" w:rsidRDefault="006D5036" w:rsidP="0030220C">
            <w:pPr>
              <w:rPr>
                <w:rFonts w:ascii="Arial" w:hAnsi="Arial" w:cs="Arial"/>
                <w:sz w:val="20"/>
                <w:szCs w:val="20"/>
              </w:rPr>
            </w:pPr>
            <w:r>
              <w:rPr>
                <w:rFonts w:ascii="Arial" w:hAnsi="Arial" w:cs="Arial"/>
                <w:sz w:val="20"/>
                <w:szCs w:val="20"/>
              </w:rPr>
              <w:t>270</w:t>
            </w:r>
          </w:p>
        </w:tc>
        <w:tc>
          <w:tcPr>
            <w:tcW w:w="0" w:type="auto"/>
          </w:tcPr>
          <w:p w14:paraId="585C8693" w14:textId="77777777" w:rsidR="006D5036" w:rsidRDefault="006D5036" w:rsidP="0030220C">
            <w:pPr>
              <w:rPr>
                <w:rFonts w:ascii="Arial" w:hAnsi="Arial" w:cs="Arial"/>
                <w:sz w:val="20"/>
                <w:szCs w:val="20"/>
              </w:rPr>
            </w:pPr>
          </w:p>
          <w:p w14:paraId="70A3ABC9" w14:textId="77777777" w:rsidR="006D5036" w:rsidRPr="00575350" w:rsidRDefault="006D5036" w:rsidP="0030220C">
            <w:pPr>
              <w:rPr>
                <w:rFonts w:ascii="Arial" w:hAnsi="Arial" w:cs="Arial"/>
                <w:sz w:val="20"/>
                <w:szCs w:val="20"/>
              </w:rPr>
            </w:pPr>
            <w:r>
              <w:rPr>
                <w:rFonts w:ascii="Arial" w:hAnsi="Arial" w:cs="Arial"/>
                <w:sz w:val="20"/>
                <w:szCs w:val="20"/>
              </w:rPr>
              <w:t>3,62</w:t>
            </w:r>
          </w:p>
        </w:tc>
        <w:tc>
          <w:tcPr>
            <w:tcW w:w="0" w:type="auto"/>
          </w:tcPr>
          <w:p w14:paraId="52023DEC" w14:textId="77777777" w:rsidR="006D5036" w:rsidRDefault="006D5036" w:rsidP="0030220C">
            <w:pPr>
              <w:rPr>
                <w:rFonts w:ascii="Arial" w:hAnsi="Arial" w:cs="Arial"/>
                <w:sz w:val="20"/>
                <w:szCs w:val="20"/>
              </w:rPr>
            </w:pPr>
          </w:p>
          <w:p w14:paraId="3B0E62F9" w14:textId="77777777" w:rsidR="006D5036" w:rsidRPr="00575350" w:rsidRDefault="006D5036" w:rsidP="0030220C">
            <w:pPr>
              <w:rPr>
                <w:rFonts w:ascii="Arial" w:hAnsi="Arial" w:cs="Arial"/>
                <w:sz w:val="20"/>
                <w:szCs w:val="20"/>
              </w:rPr>
            </w:pPr>
            <w:r>
              <w:rPr>
                <w:rFonts w:ascii="Arial" w:hAnsi="Arial" w:cs="Arial"/>
                <w:sz w:val="20"/>
                <w:szCs w:val="20"/>
              </w:rPr>
              <w:t>977,40</w:t>
            </w:r>
          </w:p>
        </w:tc>
      </w:tr>
      <w:tr w:rsidR="006D5036" w:rsidRPr="00575350" w14:paraId="68080363" w14:textId="77777777" w:rsidTr="0030220C">
        <w:trPr>
          <w:trHeight w:val="227"/>
          <w:jc w:val="center"/>
        </w:trPr>
        <w:tc>
          <w:tcPr>
            <w:tcW w:w="0" w:type="auto"/>
          </w:tcPr>
          <w:p w14:paraId="06E523CC" w14:textId="77777777" w:rsidR="006D5036" w:rsidRPr="00575350" w:rsidRDefault="006D5036" w:rsidP="0030220C">
            <w:pPr>
              <w:rPr>
                <w:rFonts w:ascii="Arial" w:hAnsi="Arial" w:cs="Arial"/>
                <w:sz w:val="20"/>
                <w:szCs w:val="20"/>
              </w:rPr>
            </w:pPr>
            <w:r w:rsidRPr="00575350">
              <w:rPr>
                <w:rFonts w:ascii="Arial" w:hAnsi="Arial" w:cs="Arial"/>
                <w:sz w:val="20"/>
                <w:szCs w:val="20"/>
              </w:rPr>
              <w:t>147</w:t>
            </w:r>
          </w:p>
        </w:tc>
        <w:tc>
          <w:tcPr>
            <w:tcW w:w="0" w:type="auto"/>
          </w:tcPr>
          <w:p w14:paraId="1F9AFCF6" w14:textId="77777777" w:rsidR="006D5036" w:rsidRPr="00575350" w:rsidRDefault="006D5036" w:rsidP="0030220C">
            <w:pPr>
              <w:rPr>
                <w:rFonts w:ascii="Arial" w:hAnsi="Arial" w:cs="Arial"/>
                <w:sz w:val="20"/>
                <w:szCs w:val="20"/>
              </w:rPr>
            </w:pPr>
            <w:r w:rsidRPr="00575350">
              <w:rPr>
                <w:rFonts w:ascii="Arial" w:hAnsi="Arial" w:cs="Arial"/>
                <w:sz w:val="20"/>
                <w:szCs w:val="20"/>
              </w:rPr>
              <w:t>449002</w:t>
            </w:r>
          </w:p>
        </w:tc>
        <w:tc>
          <w:tcPr>
            <w:tcW w:w="0" w:type="auto"/>
          </w:tcPr>
          <w:p w14:paraId="17E73785" w14:textId="77777777" w:rsidR="006D5036" w:rsidRPr="00575350" w:rsidRDefault="006D5036" w:rsidP="0030220C">
            <w:pPr>
              <w:rPr>
                <w:rFonts w:ascii="Arial" w:hAnsi="Arial" w:cs="Arial"/>
                <w:sz w:val="20"/>
                <w:szCs w:val="20"/>
              </w:rPr>
            </w:pPr>
            <w:r w:rsidRPr="00575350">
              <w:rPr>
                <w:rFonts w:ascii="Arial" w:hAnsi="Arial" w:cs="Arial"/>
                <w:sz w:val="20"/>
                <w:szCs w:val="20"/>
              </w:rPr>
              <w:t>SARDINHA COM MOLHO DE TOMATE - EM CONSERVA, DESCABEÇADA E EVISCERADA, EMBALAGEM APROXIMADAMENTE 125 G, SIMILAR A GOMES DA COSTA, COQUEIRO E PESCADOR.</w:t>
            </w:r>
          </w:p>
        </w:tc>
        <w:tc>
          <w:tcPr>
            <w:tcW w:w="0" w:type="auto"/>
          </w:tcPr>
          <w:p w14:paraId="1C49AE1A" w14:textId="77777777" w:rsidR="006D5036" w:rsidRDefault="006D5036" w:rsidP="0030220C">
            <w:pPr>
              <w:rPr>
                <w:rFonts w:ascii="Arial" w:hAnsi="Arial" w:cs="Arial"/>
                <w:sz w:val="20"/>
                <w:szCs w:val="20"/>
              </w:rPr>
            </w:pPr>
          </w:p>
          <w:p w14:paraId="51A8EB8B" w14:textId="77777777" w:rsidR="006D5036" w:rsidRPr="00575350" w:rsidRDefault="006D5036" w:rsidP="0030220C">
            <w:pPr>
              <w:rPr>
                <w:rFonts w:ascii="Arial" w:hAnsi="Arial" w:cs="Arial"/>
                <w:sz w:val="20"/>
                <w:szCs w:val="20"/>
              </w:rPr>
            </w:pPr>
            <w:r w:rsidRPr="00575350">
              <w:rPr>
                <w:rFonts w:ascii="Arial" w:hAnsi="Arial" w:cs="Arial"/>
                <w:sz w:val="20"/>
                <w:szCs w:val="20"/>
              </w:rPr>
              <w:t>LATA</w:t>
            </w:r>
          </w:p>
        </w:tc>
        <w:tc>
          <w:tcPr>
            <w:tcW w:w="0" w:type="auto"/>
          </w:tcPr>
          <w:p w14:paraId="58611401" w14:textId="77777777" w:rsidR="006D5036" w:rsidRDefault="006D5036" w:rsidP="0030220C">
            <w:pPr>
              <w:rPr>
                <w:rFonts w:ascii="Arial" w:hAnsi="Arial" w:cs="Arial"/>
                <w:sz w:val="20"/>
                <w:szCs w:val="20"/>
              </w:rPr>
            </w:pPr>
          </w:p>
          <w:p w14:paraId="1F494268" w14:textId="77777777" w:rsidR="006D5036" w:rsidRPr="00575350" w:rsidRDefault="006D5036" w:rsidP="0030220C">
            <w:pPr>
              <w:rPr>
                <w:rFonts w:ascii="Arial" w:hAnsi="Arial" w:cs="Arial"/>
                <w:sz w:val="20"/>
                <w:szCs w:val="20"/>
              </w:rPr>
            </w:pPr>
            <w:r w:rsidRPr="00575350">
              <w:rPr>
                <w:rFonts w:ascii="Arial" w:hAnsi="Arial" w:cs="Arial"/>
                <w:sz w:val="20"/>
                <w:szCs w:val="20"/>
              </w:rPr>
              <w:t>120</w:t>
            </w:r>
          </w:p>
        </w:tc>
        <w:tc>
          <w:tcPr>
            <w:tcW w:w="0" w:type="auto"/>
          </w:tcPr>
          <w:p w14:paraId="588553AA" w14:textId="77777777" w:rsidR="006D5036" w:rsidRDefault="006D5036" w:rsidP="0030220C">
            <w:pPr>
              <w:rPr>
                <w:rFonts w:ascii="Arial" w:hAnsi="Arial" w:cs="Arial"/>
                <w:sz w:val="20"/>
                <w:szCs w:val="20"/>
              </w:rPr>
            </w:pPr>
          </w:p>
          <w:p w14:paraId="0DE79054" w14:textId="77777777" w:rsidR="006D5036" w:rsidRPr="00575350" w:rsidRDefault="006D5036" w:rsidP="0030220C">
            <w:pPr>
              <w:rPr>
                <w:rFonts w:ascii="Arial" w:hAnsi="Arial" w:cs="Arial"/>
                <w:sz w:val="20"/>
                <w:szCs w:val="20"/>
              </w:rPr>
            </w:pPr>
            <w:r>
              <w:rPr>
                <w:rFonts w:ascii="Arial" w:hAnsi="Arial" w:cs="Arial"/>
                <w:sz w:val="20"/>
                <w:szCs w:val="20"/>
              </w:rPr>
              <w:t>6,58</w:t>
            </w:r>
          </w:p>
        </w:tc>
        <w:tc>
          <w:tcPr>
            <w:tcW w:w="0" w:type="auto"/>
          </w:tcPr>
          <w:p w14:paraId="0798ABC1" w14:textId="77777777" w:rsidR="006D5036" w:rsidRDefault="006D5036" w:rsidP="0030220C">
            <w:pPr>
              <w:rPr>
                <w:rFonts w:ascii="Arial" w:hAnsi="Arial" w:cs="Arial"/>
                <w:sz w:val="20"/>
                <w:szCs w:val="20"/>
              </w:rPr>
            </w:pPr>
          </w:p>
          <w:p w14:paraId="0701B84D" w14:textId="77777777" w:rsidR="006D5036" w:rsidRPr="00575350" w:rsidRDefault="006D5036" w:rsidP="0030220C">
            <w:pPr>
              <w:rPr>
                <w:rFonts w:ascii="Arial" w:hAnsi="Arial" w:cs="Arial"/>
                <w:sz w:val="20"/>
                <w:szCs w:val="20"/>
              </w:rPr>
            </w:pPr>
            <w:r>
              <w:rPr>
                <w:rFonts w:ascii="Arial" w:hAnsi="Arial" w:cs="Arial"/>
                <w:sz w:val="20"/>
                <w:szCs w:val="20"/>
              </w:rPr>
              <w:t>789,60</w:t>
            </w:r>
          </w:p>
        </w:tc>
      </w:tr>
      <w:tr w:rsidR="006D5036" w:rsidRPr="00575350" w14:paraId="72E6E944" w14:textId="77777777" w:rsidTr="0030220C">
        <w:trPr>
          <w:trHeight w:val="227"/>
          <w:jc w:val="center"/>
        </w:trPr>
        <w:tc>
          <w:tcPr>
            <w:tcW w:w="0" w:type="auto"/>
          </w:tcPr>
          <w:p w14:paraId="1676ED9F" w14:textId="77777777" w:rsidR="006D5036" w:rsidRPr="00575350" w:rsidRDefault="006D5036" w:rsidP="0030220C">
            <w:pPr>
              <w:rPr>
                <w:rFonts w:ascii="Arial" w:hAnsi="Arial" w:cs="Arial"/>
                <w:sz w:val="20"/>
                <w:szCs w:val="20"/>
              </w:rPr>
            </w:pPr>
            <w:r w:rsidRPr="00575350">
              <w:rPr>
                <w:rFonts w:ascii="Arial" w:hAnsi="Arial" w:cs="Arial"/>
                <w:sz w:val="20"/>
                <w:szCs w:val="20"/>
              </w:rPr>
              <w:t>148</w:t>
            </w:r>
          </w:p>
        </w:tc>
        <w:tc>
          <w:tcPr>
            <w:tcW w:w="0" w:type="auto"/>
          </w:tcPr>
          <w:p w14:paraId="6B869B84" w14:textId="77777777" w:rsidR="006D5036" w:rsidRPr="00575350" w:rsidRDefault="006D5036" w:rsidP="0030220C">
            <w:pPr>
              <w:rPr>
                <w:rFonts w:ascii="Arial" w:hAnsi="Arial" w:cs="Arial"/>
                <w:sz w:val="20"/>
                <w:szCs w:val="20"/>
              </w:rPr>
            </w:pPr>
            <w:r w:rsidRPr="00575350">
              <w:rPr>
                <w:rFonts w:ascii="Arial" w:hAnsi="Arial" w:cs="Arial"/>
                <w:sz w:val="20"/>
                <w:szCs w:val="20"/>
              </w:rPr>
              <w:t>464575</w:t>
            </w:r>
          </w:p>
        </w:tc>
        <w:tc>
          <w:tcPr>
            <w:tcW w:w="0" w:type="auto"/>
          </w:tcPr>
          <w:p w14:paraId="2608FDFB" w14:textId="77777777" w:rsidR="006D5036" w:rsidRPr="00575350" w:rsidRDefault="006D5036" w:rsidP="0030220C">
            <w:pPr>
              <w:rPr>
                <w:rFonts w:ascii="Arial" w:hAnsi="Arial" w:cs="Arial"/>
                <w:sz w:val="20"/>
                <w:szCs w:val="20"/>
              </w:rPr>
            </w:pPr>
            <w:r w:rsidRPr="00575350">
              <w:rPr>
                <w:rFonts w:ascii="Arial" w:hAnsi="Arial" w:cs="Arial"/>
                <w:sz w:val="20"/>
                <w:szCs w:val="20"/>
              </w:rPr>
              <w:t>SOJA EM GRÃOS - LIVRE DE IMPUREZAS, ACONDICIONADOS EM EMBALAGEM APROXIMADAMENTE 500 G, CONTENDO DADOS DO FABRICANTE, DATA DE FABRICAÇÃO E VALIDADE</w:t>
            </w:r>
          </w:p>
        </w:tc>
        <w:tc>
          <w:tcPr>
            <w:tcW w:w="0" w:type="auto"/>
          </w:tcPr>
          <w:p w14:paraId="420456BB" w14:textId="77777777" w:rsidR="006D5036" w:rsidRDefault="006D5036" w:rsidP="0030220C">
            <w:pPr>
              <w:rPr>
                <w:rFonts w:ascii="Arial" w:hAnsi="Arial" w:cs="Arial"/>
                <w:sz w:val="20"/>
                <w:szCs w:val="20"/>
              </w:rPr>
            </w:pPr>
          </w:p>
          <w:p w14:paraId="3B8027E3" w14:textId="77777777" w:rsidR="006D5036" w:rsidRPr="00575350" w:rsidRDefault="006D5036" w:rsidP="0030220C">
            <w:pPr>
              <w:rPr>
                <w:rFonts w:ascii="Arial" w:hAnsi="Arial" w:cs="Arial"/>
                <w:sz w:val="20"/>
                <w:szCs w:val="20"/>
              </w:rPr>
            </w:pPr>
            <w:r w:rsidRPr="00575350">
              <w:rPr>
                <w:rFonts w:ascii="Arial" w:hAnsi="Arial" w:cs="Arial"/>
                <w:sz w:val="20"/>
                <w:szCs w:val="20"/>
              </w:rPr>
              <w:t>UN</w:t>
            </w:r>
          </w:p>
        </w:tc>
        <w:tc>
          <w:tcPr>
            <w:tcW w:w="0" w:type="auto"/>
          </w:tcPr>
          <w:p w14:paraId="3E871525" w14:textId="77777777" w:rsidR="006D5036" w:rsidRDefault="006D5036" w:rsidP="0030220C">
            <w:pPr>
              <w:rPr>
                <w:rFonts w:ascii="Arial" w:hAnsi="Arial" w:cs="Arial"/>
                <w:sz w:val="20"/>
                <w:szCs w:val="20"/>
              </w:rPr>
            </w:pPr>
          </w:p>
          <w:p w14:paraId="5F42F293" w14:textId="77777777" w:rsidR="006D5036" w:rsidRPr="00575350" w:rsidRDefault="006D5036" w:rsidP="0030220C">
            <w:pPr>
              <w:rPr>
                <w:rFonts w:ascii="Arial" w:hAnsi="Arial" w:cs="Arial"/>
                <w:sz w:val="20"/>
                <w:szCs w:val="20"/>
              </w:rPr>
            </w:pPr>
            <w:r w:rsidRPr="00575350">
              <w:rPr>
                <w:rFonts w:ascii="Arial" w:hAnsi="Arial" w:cs="Arial"/>
                <w:sz w:val="20"/>
                <w:szCs w:val="20"/>
              </w:rPr>
              <w:t>50</w:t>
            </w:r>
          </w:p>
        </w:tc>
        <w:tc>
          <w:tcPr>
            <w:tcW w:w="0" w:type="auto"/>
          </w:tcPr>
          <w:p w14:paraId="2660CBD8" w14:textId="77777777" w:rsidR="006D5036" w:rsidRDefault="006D5036" w:rsidP="0030220C">
            <w:pPr>
              <w:rPr>
                <w:rFonts w:ascii="Arial" w:hAnsi="Arial" w:cs="Arial"/>
                <w:sz w:val="20"/>
                <w:szCs w:val="20"/>
              </w:rPr>
            </w:pPr>
          </w:p>
          <w:p w14:paraId="6A78DA29" w14:textId="77777777" w:rsidR="006D5036" w:rsidRPr="00575350" w:rsidRDefault="006D5036" w:rsidP="0030220C">
            <w:pPr>
              <w:rPr>
                <w:rFonts w:ascii="Arial" w:hAnsi="Arial" w:cs="Arial"/>
                <w:sz w:val="20"/>
                <w:szCs w:val="20"/>
              </w:rPr>
            </w:pPr>
            <w:r>
              <w:rPr>
                <w:rFonts w:ascii="Arial" w:hAnsi="Arial" w:cs="Arial"/>
                <w:sz w:val="20"/>
                <w:szCs w:val="20"/>
              </w:rPr>
              <w:t>8,74</w:t>
            </w:r>
          </w:p>
        </w:tc>
        <w:tc>
          <w:tcPr>
            <w:tcW w:w="0" w:type="auto"/>
          </w:tcPr>
          <w:p w14:paraId="395635AE" w14:textId="77777777" w:rsidR="006D5036" w:rsidRDefault="006D5036" w:rsidP="0030220C">
            <w:pPr>
              <w:rPr>
                <w:rFonts w:ascii="Arial" w:hAnsi="Arial" w:cs="Arial"/>
                <w:sz w:val="20"/>
                <w:szCs w:val="20"/>
              </w:rPr>
            </w:pPr>
          </w:p>
          <w:p w14:paraId="3B56256F" w14:textId="77777777" w:rsidR="006D5036" w:rsidRPr="00575350" w:rsidRDefault="006D5036" w:rsidP="0030220C">
            <w:pPr>
              <w:rPr>
                <w:rFonts w:ascii="Arial" w:hAnsi="Arial" w:cs="Arial"/>
                <w:sz w:val="20"/>
                <w:szCs w:val="20"/>
              </w:rPr>
            </w:pPr>
            <w:r>
              <w:rPr>
                <w:rFonts w:ascii="Arial" w:hAnsi="Arial" w:cs="Arial"/>
                <w:sz w:val="20"/>
                <w:szCs w:val="20"/>
              </w:rPr>
              <w:t>473,00</w:t>
            </w:r>
          </w:p>
        </w:tc>
      </w:tr>
      <w:tr w:rsidR="006D5036" w:rsidRPr="00575350" w14:paraId="6BB32241" w14:textId="77777777" w:rsidTr="0030220C">
        <w:trPr>
          <w:trHeight w:val="227"/>
          <w:jc w:val="center"/>
        </w:trPr>
        <w:tc>
          <w:tcPr>
            <w:tcW w:w="0" w:type="auto"/>
          </w:tcPr>
          <w:p w14:paraId="1F8FBCA8" w14:textId="77777777" w:rsidR="006D5036" w:rsidRPr="00575350" w:rsidRDefault="006D5036" w:rsidP="0030220C">
            <w:pPr>
              <w:rPr>
                <w:rFonts w:ascii="Arial" w:hAnsi="Arial" w:cs="Arial"/>
                <w:sz w:val="20"/>
                <w:szCs w:val="20"/>
              </w:rPr>
            </w:pPr>
            <w:r w:rsidRPr="00575350">
              <w:rPr>
                <w:rFonts w:ascii="Arial" w:hAnsi="Arial" w:cs="Arial"/>
                <w:sz w:val="20"/>
                <w:szCs w:val="20"/>
              </w:rPr>
              <w:t>149</w:t>
            </w:r>
          </w:p>
        </w:tc>
        <w:tc>
          <w:tcPr>
            <w:tcW w:w="0" w:type="auto"/>
          </w:tcPr>
          <w:p w14:paraId="684542AF" w14:textId="77777777" w:rsidR="006D5036" w:rsidRPr="00575350" w:rsidRDefault="006D5036" w:rsidP="0030220C">
            <w:pPr>
              <w:rPr>
                <w:rFonts w:ascii="Arial" w:hAnsi="Arial" w:cs="Arial"/>
                <w:sz w:val="20"/>
                <w:szCs w:val="20"/>
              </w:rPr>
            </w:pPr>
            <w:r w:rsidRPr="00575350">
              <w:rPr>
                <w:rFonts w:ascii="Arial" w:hAnsi="Arial" w:cs="Arial"/>
                <w:sz w:val="20"/>
                <w:szCs w:val="20"/>
              </w:rPr>
              <w:t>217787</w:t>
            </w:r>
          </w:p>
        </w:tc>
        <w:tc>
          <w:tcPr>
            <w:tcW w:w="0" w:type="auto"/>
          </w:tcPr>
          <w:p w14:paraId="441C229E" w14:textId="77777777" w:rsidR="006D5036" w:rsidRPr="00575350" w:rsidRDefault="006D5036" w:rsidP="0030220C">
            <w:pPr>
              <w:rPr>
                <w:rFonts w:ascii="Arial" w:hAnsi="Arial" w:cs="Arial"/>
                <w:sz w:val="20"/>
                <w:szCs w:val="20"/>
              </w:rPr>
            </w:pPr>
            <w:r w:rsidRPr="00575350">
              <w:rPr>
                <w:rFonts w:ascii="Arial" w:hAnsi="Arial" w:cs="Arial"/>
                <w:sz w:val="20"/>
                <w:szCs w:val="20"/>
              </w:rPr>
              <w:t>SUCO - EMBALAGEM DE APROXIMADAMENTE 1 LITRO, CONTER INFORMAÇÕES DO FABRICANTE, DATA DE VALIDADE E FABRICAÇÃO. SIMILAR A ADES, DEL VALLE E PRATS</w:t>
            </w:r>
          </w:p>
        </w:tc>
        <w:tc>
          <w:tcPr>
            <w:tcW w:w="0" w:type="auto"/>
          </w:tcPr>
          <w:p w14:paraId="0668E896" w14:textId="77777777" w:rsidR="006D5036" w:rsidRDefault="006D5036" w:rsidP="0030220C">
            <w:pPr>
              <w:rPr>
                <w:rFonts w:ascii="Arial" w:hAnsi="Arial" w:cs="Arial"/>
                <w:sz w:val="20"/>
                <w:szCs w:val="20"/>
              </w:rPr>
            </w:pPr>
          </w:p>
          <w:p w14:paraId="01AF662A" w14:textId="77777777" w:rsidR="006D5036" w:rsidRPr="00575350" w:rsidRDefault="006D5036" w:rsidP="0030220C">
            <w:pPr>
              <w:rPr>
                <w:rFonts w:ascii="Arial" w:hAnsi="Arial" w:cs="Arial"/>
                <w:sz w:val="20"/>
                <w:szCs w:val="20"/>
              </w:rPr>
            </w:pPr>
            <w:r w:rsidRPr="00575350">
              <w:rPr>
                <w:rFonts w:ascii="Arial" w:hAnsi="Arial" w:cs="Arial"/>
                <w:sz w:val="20"/>
                <w:szCs w:val="20"/>
              </w:rPr>
              <w:t>UN</w:t>
            </w:r>
          </w:p>
        </w:tc>
        <w:tc>
          <w:tcPr>
            <w:tcW w:w="0" w:type="auto"/>
          </w:tcPr>
          <w:p w14:paraId="40EEF80E" w14:textId="77777777" w:rsidR="006D5036" w:rsidRDefault="006D5036" w:rsidP="0030220C">
            <w:pPr>
              <w:rPr>
                <w:rFonts w:ascii="Arial" w:hAnsi="Arial" w:cs="Arial"/>
                <w:sz w:val="20"/>
                <w:szCs w:val="20"/>
              </w:rPr>
            </w:pPr>
          </w:p>
          <w:p w14:paraId="2AAEFDAB" w14:textId="77777777" w:rsidR="006D5036" w:rsidRPr="00575350" w:rsidRDefault="006D5036" w:rsidP="0030220C">
            <w:pPr>
              <w:rPr>
                <w:rFonts w:ascii="Arial" w:hAnsi="Arial" w:cs="Arial"/>
                <w:sz w:val="20"/>
                <w:szCs w:val="20"/>
              </w:rPr>
            </w:pPr>
            <w:r>
              <w:rPr>
                <w:rFonts w:ascii="Arial" w:hAnsi="Arial" w:cs="Arial"/>
                <w:sz w:val="20"/>
                <w:szCs w:val="20"/>
              </w:rPr>
              <w:t>1340</w:t>
            </w:r>
          </w:p>
        </w:tc>
        <w:tc>
          <w:tcPr>
            <w:tcW w:w="0" w:type="auto"/>
          </w:tcPr>
          <w:p w14:paraId="164645AB" w14:textId="77777777" w:rsidR="006D5036" w:rsidRDefault="006D5036" w:rsidP="0030220C">
            <w:pPr>
              <w:rPr>
                <w:rFonts w:ascii="Arial" w:hAnsi="Arial" w:cs="Arial"/>
                <w:sz w:val="20"/>
                <w:szCs w:val="20"/>
              </w:rPr>
            </w:pPr>
          </w:p>
          <w:p w14:paraId="20EB5B9C" w14:textId="77777777" w:rsidR="006D5036" w:rsidRPr="00575350" w:rsidRDefault="006D5036" w:rsidP="0030220C">
            <w:pPr>
              <w:rPr>
                <w:rFonts w:ascii="Arial" w:hAnsi="Arial" w:cs="Arial"/>
                <w:sz w:val="20"/>
                <w:szCs w:val="20"/>
              </w:rPr>
            </w:pPr>
            <w:r>
              <w:rPr>
                <w:rFonts w:ascii="Arial" w:hAnsi="Arial" w:cs="Arial"/>
                <w:sz w:val="20"/>
                <w:szCs w:val="20"/>
              </w:rPr>
              <w:t>9,94</w:t>
            </w:r>
          </w:p>
        </w:tc>
        <w:tc>
          <w:tcPr>
            <w:tcW w:w="0" w:type="auto"/>
          </w:tcPr>
          <w:p w14:paraId="002622C7" w14:textId="77777777" w:rsidR="006D5036" w:rsidRDefault="006D5036" w:rsidP="0030220C">
            <w:pPr>
              <w:rPr>
                <w:rFonts w:ascii="Arial" w:hAnsi="Arial" w:cs="Arial"/>
                <w:sz w:val="20"/>
                <w:szCs w:val="20"/>
              </w:rPr>
            </w:pPr>
          </w:p>
          <w:p w14:paraId="5210DB1F" w14:textId="77777777" w:rsidR="006D5036" w:rsidRPr="00575350" w:rsidRDefault="006D5036" w:rsidP="0030220C">
            <w:pPr>
              <w:rPr>
                <w:rFonts w:ascii="Arial" w:hAnsi="Arial" w:cs="Arial"/>
                <w:sz w:val="20"/>
                <w:szCs w:val="20"/>
              </w:rPr>
            </w:pPr>
            <w:r>
              <w:rPr>
                <w:rFonts w:ascii="Arial" w:hAnsi="Arial" w:cs="Arial"/>
                <w:sz w:val="20"/>
                <w:szCs w:val="20"/>
              </w:rPr>
              <w:t>13,319,60</w:t>
            </w:r>
          </w:p>
        </w:tc>
      </w:tr>
      <w:tr w:rsidR="006D5036" w:rsidRPr="00575350" w14:paraId="263D91C2" w14:textId="77777777" w:rsidTr="0030220C">
        <w:trPr>
          <w:trHeight w:val="227"/>
          <w:jc w:val="center"/>
        </w:trPr>
        <w:tc>
          <w:tcPr>
            <w:tcW w:w="0" w:type="auto"/>
          </w:tcPr>
          <w:p w14:paraId="523618B7" w14:textId="77777777" w:rsidR="006D5036" w:rsidRPr="00575350" w:rsidRDefault="006D5036" w:rsidP="0030220C">
            <w:pPr>
              <w:rPr>
                <w:rFonts w:ascii="Arial" w:hAnsi="Arial" w:cs="Arial"/>
                <w:sz w:val="20"/>
                <w:szCs w:val="20"/>
              </w:rPr>
            </w:pPr>
            <w:r w:rsidRPr="00575350">
              <w:rPr>
                <w:rFonts w:ascii="Arial" w:hAnsi="Arial" w:cs="Arial"/>
                <w:sz w:val="20"/>
                <w:szCs w:val="20"/>
              </w:rPr>
              <w:t>150</w:t>
            </w:r>
          </w:p>
        </w:tc>
        <w:tc>
          <w:tcPr>
            <w:tcW w:w="0" w:type="auto"/>
          </w:tcPr>
          <w:p w14:paraId="005EFD20" w14:textId="77777777" w:rsidR="006D5036" w:rsidRPr="00575350" w:rsidRDefault="006D5036" w:rsidP="0030220C">
            <w:pPr>
              <w:rPr>
                <w:rFonts w:ascii="Arial" w:hAnsi="Arial" w:cs="Arial"/>
                <w:sz w:val="20"/>
                <w:szCs w:val="20"/>
              </w:rPr>
            </w:pPr>
            <w:r w:rsidRPr="00575350">
              <w:rPr>
                <w:rFonts w:ascii="Arial" w:hAnsi="Arial" w:cs="Arial"/>
                <w:sz w:val="20"/>
                <w:szCs w:val="20"/>
              </w:rPr>
              <w:t>252018</w:t>
            </w:r>
          </w:p>
        </w:tc>
        <w:tc>
          <w:tcPr>
            <w:tcW w:w="0" w:type="auto"/>
          </w:tcPr>
          <w:p w14:paraId="57216387" w14:textId="77777777" w:rsidR="006D5036" w:rsidRPr="00575350" w:rsidRDefault="006D5036" w:rsidP="0030220C">
            <w:pPr>
              <w:rPr>
                <w:rFonts w:ascii="Arial" w:hAnsi="Arial" w:cs="Arial"/>
                <w:sz w:val="20"/>
                <w:szCs w:val="20"/>
              </w:rPr>
            </w:pPr>
            <w:r w:rsidRPr="00575350">
              <w:rPr>
                <w:rFonts w:ascii="Arial" w:hAnsi="Arial" w:cs="Arial"/>
                <w:sz w:val="20"/>
                <w:szCs w:val="20"/>
              </w:rPr>
              <w:t>SUCO CONCENTRADO, SABOR CAJU - INTEGRAL, SEM ADIÇÃO DE AÇÚCAR, EMBALAGEM DE APROXIMADAMENTE 500 ML, CONTER INFORMAÇÕES DO FABRICANTE, DATA DE VALIDADE E FABRICAÇÃO</w:t>
            </w:r>
          </w:p>
        </w:tc>
        <w:tc>
          <w:tcPr>
            <w:tcW w:w="0" w:type="auto"/>
          </w:tcPr>
          <w:p w14:paraId="36F42702" w14:textId="77777777" w:rsidR="006D5036" w:rsidRDefault="006D5036" w:rsidP="0030220C">
            <w:pPr>
              <w:rPr>
                <w:rFonts w:ascii="Arial" w:hAnsi="Arial" w:cs="Arial"/>
                <w:sz w:val="20"/>
                <w:szCs w:val="20"/>
              </w:rPr>
            </w:pPr>
          </w:p>
          <w:p w14:paraId="4F894E58" w14:textId="77777777" w:rsidR="006D5036" w:rsidRPr="00575350" w:rsidRDefault="006D5036" w:rsidP="0030220C">
            <w:pPr>
              <w:rPr>
                <w:rFonts w:ascii="Arial" w:hAnsi="Arial" w:cs="Arial"/>
                <w:sz w:val="20"/>
                <w:szCs w:val="20"/>
              </w:rPr>
            </w:pPr>
            <w:r w:rsidRPr="00575350">
              <w:rPr>
                <w:rFonts w:ascii="Arial" w:hAnsi="Arial" w:cs="Arial"/>
                <w:sz w:val="20"/>
                <w:szCs w:val="20"/>
              </w:rPr>
              <w:t>UN</w:t>
            </w:r>
          </w:p>
        </w:tc>
        <w:tc>
          <w:tcPr>
            <w:tcW w:w="0" w:type="auto"/>
          </w:tcPr>
          <w:p w14:paraId="618F5EE8" w14:textId="77777777" w:rsidR="006D5036" w:rsidRDefault="006D5036" w:rsidP="0030220C">
            <w:pPr>
              <w:rPr>
                <w:rFonts w:ascii="Arial" w:hAnsi="Arial" w:cs="Arial"/>
                <w:sz w:val="20"/>
                <w:szCs w:val="20"/>
              </w:rPr>
            </w:pPr>
          </w:p>
          <w:p w14:paraId="5438DB6C" w14:textId="77777777" w:rsidR="006D5036" w:rsidRPr="00575350" w:rsidRDefault="006D5036" w:rsidP="0030220C">
            <w:pPr>
              <w:rPr>
                <w:rFonts w:ascii="Arial" w:hAnsi="Arial" w:cs="Arial"/>
                <w:sz w:val="20"/>
                <w:szCs w:val="20"/>
              </w:rPr>
            </w:pPr>
            <w:r w:rsidRPr="00575350">
              <w:rPr>
                <w:rFonts w:ascii="Arial" w:hAnsi="Arial" w:cs="Arial"/>
                <w:sz w:val="20"/>
                <w:szCs w:val="20"/>
              </w:rPr>
              <w:t>90</w:t>
            </w:r>
          </w:p>
        </w:tc>
        <w:tc>
          <w:tcPr>
            <w:tcW w:w="0" w:type="auto"/>
          </w:tcPr>
          <w:p w14:paraId="2446A2B7" w14:textId="77777777" w:rsidR="006D5036" w:rsidRDefault="006D5036" w:rsidP="0030220C">
            <w:pPr>
              <w:rPr>
                <w:rFonts w:ascii="Arial" w:hAnsi="Arial" w:cs="Arial"/>
                <w:sz w:val="20"/>
                <w:szCs w:val="20"/>
              </w:rPr>
            </w:pPr>
          </w:p>
          <w:p w14:paraId="44DD1036" w14:textId="77777777" w:rsidR="006D5036" w:rsidRPr="00575350" w:rsidRDefault="006D5036" w:rsidP="0030220C">
            <w:pPr>
              <w:rPr>
                <w:rFonts w:ascii="Arial" w:hAnsi="Arial" w:cs="Arial"/>
                <w:sz w:val="20"/>
                <w:szCs w:val="20"/>
              </w:rPr>
            </w:pPr>
            <w:r>
              <w:rPr>
                <w:rFonts w:ascii="Arial" w:hAnsi="Arial" w:cs="Arial"/>
                <w:sz w:val="20"/>
                <w:szCs w:val="20"/>
              </w:rPr>
              <w:t>8,74</w:t>
            </w:r>
          </w:p>
        </w:tc>
        <w:tc>
          <w:tcPr>
            <w:tcW w:w="0" w:type="auto"/>
          </w:tcPr>
          <w:p w14:paraId="6FC3B743" w14:textId="77777777" w:rsidR="006D5036" w:rsidRDefault="006D5036" w:rsidP="0030220C">
            <w:pPr>
              <w:rPr>
                <w:rFonts w:ascii="Arial" w:hAnsi="Arial" w:cs="Arial"/>
                <w:sz w:val="20"/>
                <w:szCs w:val="20"/>
              </w:rPr>
            </w:pPr>
          </w:p>
          <w:p w14:paraId="425A88C4" w14:textId="77777777" w:rsidR="006D5036" w:rsidRPr="00575350" w:rsidRDefault="006D5036" w:rsidP="0030220C">
            <w:pPr>
              <w:rPr>
                <w:rFonts w:ascii="Arial" w:hAnsi="Arial" w:cs="Arial"/>
                <w:sz w:val="20"/>
                <w:szCs w:val="20"/>
              </w:rPr>
            </w:pPr>
            <w:r>
              <w:rPr>
                <w:rFonts w:ascii="Arial" w:hAnsi="Arial" w:cs="Arial"/>
                <w:sz w:val="20"/>
                <w:szCs w:val="20"/>
              </w:rPr>
              <w:t>786,60</w:t>
            </w:r>
          </w:p>
        </w:tc>
      </w:tr>
      <w:tr w:rsidR="006D5036" w:rsidRPr="00575350" w14:paraId="6A497ACB" w14:textId="77777777" w:rsidTr="0030220C">
        <w:trPr>
          <w:trHeight w:val="227"/>
          <w:jc w:val="center"/>
        </w:trPr>
        <w:tc>
          <w:tcPr>
            <w:tcW w:w="0" w:type="auto"/>
          </w:tcPr>
          <w:p w14:paraId="230D8F0D" w14:textId="77777777" w:rsidR="006D5036" w:rsidRPr="00575350" w:rsidRDefault="006D5036" w:rsidP="0030220C">
            <w:pPr>
              <w:rPr>
                <w:rFonts w:ascii="Arial" w:hAnsi="Arial" w:cs="Arial"/>
                <w:sz w:val="20"/>
                <w:szCs w:val="20"/>
              </w:rPr>
            </w:pPr>
            <w:r w:rsidRPr="00575350">
              <w:rPr>
                <w:rFonts w:ascii="Arial" w:hAnsi="Arial" w:cs="Arial"/>
                <w:sz w:val="20"/>
                <w:szCs w:val="20"/>
              </w:rPr>
              <w:t>151</w:t>
            </w:r>
          </w:p>
        </w:tc>
        <w:tc>
          <w:tcPr>
            <w:tcW w:w="0" w:type="auto"/>
          </w:tcPr>
          <w:p w14:paraId="5A35BBD0" w14:textId="77777777" w:rsidR="006D5036" w:rsidRPr="00575350" w:rsidRDefault="006D5036" w:rsidP="0030220C">
            <w:pPr>
              <w:rPr>
                <w:rFonts w:ascii="Arial" w:hAnsi="Arial" w:cs="Arial"/>
                <w:sz w:val="20"/>
                <w:szCs w:val="20"/>
              </w:rPr>
            </w:pPr>
            <w:r w:rsidRPr="00575350">
              <w:rPr>
                <w:rFonts w:ascii="Arial" w:hAnsi="Arial" w:cs="Arial"/>
                <w:sz w:val="20"/>
                <w:szCs w:val="20"/>
              </w:rPr>
              <w:t>252016</w:t>
            </w:r>
          </w:p>
        </w:tc>
        <w:tc>
          <w:tcPr>
            <w:tcW w:w="0" w:type="auto"/>
          </w:tcPr>
          <w:p w14:paraId="5A730F73"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SUCO CONCENTRADO, SABOR GOIABA - SUCO CONCENTRADO - INTEGRAL, SEM ADIÇÃO DE AÇÚCAR, EMBALAGEM DE </w:t>
            </w:r>
            <w:r w:rsidRPr="00575350">
              <w:rPr>
                <w:rFonts w:ascii="Arial" w:hAnsi="Arial" w:cs="Arial"/>
                <w:sz w:val="20"/>
                <w:szCs w:val="20"/>
              </w:rPr>
              <w:lastRenderedPageBreak/>
              <w:t>APROXIMADAMENTE 500 ML, CONTER INFORMAÇÕES DO FABRICANTE, DATA DE VALIDADE E FABRICAÇÃO</w:t>
            </w:r>
          </w:p>
        </w:tc>
        <w:tc>
          <w:tcPr>
            <w:tcW w:w="0" w:type="auto"/>
          </w:tcPr>
          <w:p w14:paraId="0B249668" w14:textId="77777777" w:rsidR="006D5036" w:rsidRDefault="006D5036" w:rsidP="0030220C">
            <w:pPr>
              <w:rPr>
                <w:rFonts w:ascii="Arial" w:hAnsi="Arial" w:cs="Arial"/>
                <w:sz w:val="20"/>
                <w:szCs w:val="20"/>
              </w:rPr>
            </w:pPr>
          </w:p>
          <w:p w14:paraId="15AACF47" w14:textId="77777777" w:rsidR="006D5036" w:rsidRPr="00575350" w:rsidRDefault="006D5036" w:rsidP="0030220C">
            <w:pPr>
              <w:rPr>
                <w:rFonts w:ascii="Arial" w:hAnsi="Arial" w:cs="Arial"/>
                <w:sz w:val="20"/>
                <w:szCs w:val="20"/>
              </w:rPr>
            </w:pPr>
            <w:r w:rsidRPr="00575350">
              <w:rPr>
                <w:rFonts w:ascii="Arial" w:hAnsi="Arial" w:cs="Arial"/>
                <w:sz w:val="20"/>
                <w:szCs w:val="20"/>
              </w:rPr>
              <w:t>UN</w:t>
            </w:r>
          </w:p>
        </w:tc>
        <w:tc>
          <w:tcPr>
            <w:tcW w:w="0" w:type="auto"/>
          </w:tcPr>
          <w:p w14:paraId="54DE92CF" w14:textId="77777777" w:rsidR="006D5036" w:rsidRDefault="006D5036" w:rsidP="0030220C">
            <w:pPr>
              <w:rPr>
                <w:rFonts w:ascii="Arial" w:hAnsi="Arial" w:cs="Arial"/>
                <w:sz w:val="20"/>
                <w:szCs w:val="20"/>
              </w:rPr>
            </w:pPr>
          </w:p>
          <w:p w14:paraId="79B2FBFE" w14:textId="77777777" w:rsidR="006D5036" w:rsidRPr="00575350" w:rsidRDefault="006D5036" w:rsidP="0030220C">
            <w:pPr>
              <w:rPr>
                <w:rFonts w:ascii="Arial" w:hAnsi="Arial" w:cs="Arial"/>
                <w:sz w:val="20"/>
                <w:szCs w:val="20"/>
              </w:rPr>
            </w:pPr>
            <w:r w:rsidRPr="00575350">
              <w:rPr>
                <w:rFonts w:ascii="Arial" w:hAnsi="Arial" w:cs="Arial"/>
                <w:sz w:val="20"/>
                <w:szCs w:val="20"/>
              </w:rPr>
              <w:t>210</w:t>
            </w:r>
          </w:p>
        </w:tc>
        <w:tc>
          <w:tcPr>
            <w:tcW w:w="0" w:type="auto"/>
          </w:tcPr>
          <w:p w14:paraId="627A3595" w14:textId="77777777" w:rsidR="006D5036" w:rsidRDefault="006D5036" w:rsidP="0030220C">
            <w:pPr>
              <w:rPr>
                <w:rFonts w:ascii="Arial" w:hAnsi="Arial" w:cs="Arial"/>
                <w:sz w:val="20"/>
                <w:szCs w:val="20"/>
              </w:rPr>
            </w:pPr>
          </w:p>
          <w:p w14:paraId="05668E24" w14:textId="77777777" w:rsidR="006D5036" w:rsidRPr="00575350" w:rsidRDefault="006D5036" w:rsidP="0030220C">
            <w:pPr>
              <w:rPr>
                <w:rFonts w:ascii="Arial" w:hAnsi="Arial" w:cs="Arial"/>
                <w:sz w:val="20"/>
                <w:szCs w:val="20"/>
              </w:rPr>
            </w:pPr>
            <w:r>
              <w:rPr>
                <w:rFonts w:ascii="Arial" w:hAnsi="Arial" w:cs="Arial"/>
                <w:sz w:val="20"/>
                <w:szCs w:val="20"/>
              </w:rPr>
              <w:t>8,50</w:t>
            </w:r>
          </w:p>
        </w:tc>
        <w:tc>
          <w:tcPr>
            <w:tcW w:w="0" w:type="auto"/>
          </w:tcPr>
          <w:p w14:paraId="4A67BBF7" w14:textId="77777777" w:rsidR="006D5036" w:rsidRDefault="006D5036" w:rsidP="0030220C">
            <w:pPr>
              <w:rPr>
                <w:rFonts w:ascii="Arial" w:hAnsi="Arial" w:cs="Arial"/>
                <w:sz w:val="20"/>
                <w:szCs w:val="20"/>
              </w:rPr>
            </w:pPr>
          </w:p>
          <w:p w14:paraId="08A2D81D" w14:textId="77777777" w:rsidR="006D5036" w:rsidRPr="00575350" w:rsidRDefault="006D5036" w:rsidP="0030220C">
            <w:pPr>
              <w:rPr>
                <w:rFonts w:ascii="Arial" w:hAnsi="Arial" w:cs="Arial"/>
                <w:sz w:val="20"/>
                <w:szCs w:val="20"/>
              </w:rPr>
            </w:pPr>
            <w:r>
              <w:rPr>
                <w:rFonts w:ascii="Arial" w:hAnsi="Arial" w:cs="Arial"/>
                <w:sz w:val="20"/>
                <w:szCs w:val="20"/>
              </w:rPr>
              <w:t>1.785,00</w:t>
            </w:r>
          </w:p>
        </w:tc>
      </w:tr>
      <w:tr w:rsidR="006D5036" w:rsidRPr="00575350" w14:paraId="789D7041" w14:textId="77777777" w:rsidTr="0030220C">
        <w:trPr>
          <w:trHeight w:val="227"/>
          <w:jc w:val="center"/>
        </w:trPr>
        <w:tc>
          <w:tcPr>
            <w:tcW w:w="0" w:type="auto"/>
          </w:tcPr>
          <w:p w14:paraId="1FF8A8AC" w14:textId="77777777" w:rsidR="006D5036" w:rsidRPr="00575350" w:rsidRDefault="006D5036" w:rsidP="0030220C">
            <w:pPr>
              <w:rPr>
                <w:rFonts w:ascii="Arial" w:hAnsi="Arial" w:cs="Arial"/>
                <w:sz w:val="20"/>
                <w:szCs w:val="20"/>
              </w:rPr>
            </w:pPr>
            <w:r w:rsidRPr="00575350">
              <w:rPr>
                <w:rFonts w:ascii="Arial" w:hAnsi="Arial" w:cs="Arial"/>
                <w:sz w:val="20"/>
                <w:szCs w:val="20"/>
              </w:rPr>
              <w:t>152</w:t>
            </w:r>
          </w:p>
        </w:tc>
        <w:tc>
          <w:tcPr>
            <w:tcW w:w="0" w:type="auto"/>
          </w:tcPr>
          <w:p w14:paraId="216B89AE" w14:textId="77777777" w:rsidR="006D5036" w:rsidRPr="00575350" w:rsidRDefault="006D5036" w:rsidP="0030220C">
            <w:pPr>
              <w:rPr>
                <w:rFonts w:ascii="Arial" w:hAnsi="Arial" w:cs="Arial"/>
                <w:sz w:val="20"/>
                <w:szCs w:val="20"/>
              </w:rPr>
            </w:pPr>
            <w:r w:rsidRPr="00575350">
              <w:rPr>
                <w:rFonts w:ascii="Arial" w:hAnsi="Arial" w:cs="Arial"/>
                <w:sz w:val="20"/>
                <w:szCs w:val="20"/>
              </w:rPr>
              <w:t>252285</w:t>
            </w:r>
          </w:p>
        </w:tc>
        <w:tc>
          <w:tcPr>
            <w:tcW w:w="0" w:type="auto"/>
          </w:tcPr>
          <w:p w14:paraId="358D9EB8" w14:textId="77777777" w:rsidR="006D5036" w:rsidRPr="00575350" w:rsidRDefault="006D5036" w:rsidP="0030220C">
            <w:pPr>
              <w:rPr>
                <w:rFonts w:ascii="Arial" w:hAnsi="Arial" w:cs="Arial"/>
                <w:sz w:val="20"/>
                <w:szCs w:val="20"/>
              </w:rPr>
            </w:pPr>
            <w:r w:rsidRPr="00575350">
              <w:rPr>
                <w:rFonts w:ascii="Arial" w:hAnsi="Arial" w:cs="Arial"/>
                <w:sz w:val="20"/>
                <w:szCs w:val="20"/>
              </w:rPr>
              <w:t>SUCO CONCENTRADO, SABOR MARACUJÁ - INTEGRAL, SEM ADIÇÃO DE AÇÚCAR, EMBALAGEM DE APROXIMADAMENTE 500 ML, CONTER INFORMAÇÕES DO FABRICANTE, DATA DE VALIDADE E FABRICAÇÃO</w:t>
            </w:r>
          </w:p>
        </w:tc>
        <w:tc>
          <w:tcPr>
            <w:tcW w:w="0" w:type="auto"/>
          </w:tcPr>
          <w:p w14:paraId="150ECFC3" w14:textId="77777777" w:rsidR="006D5036" w:rsidRDefault="006D5036" w:rsidP="0030220C">
            <w:pPr>
              <w:rPr>
                <w:rFonts w:ascii="Arial" w:hAnsi="Arial" w:cs="Arial"/>
                <w:sz w:val="20"/>
                <w:szCs w:val="20"/>
              </w:rPr>
            </w:pPr>
          </w:p>
          <w:p w14:paraId="74453A49" w14:textId="77777777" w:rsidR="006D5036" w:rsidRPr="00575350" w:rsidRDefault="006D5036" w:rsidP="0030220C">
            <w:pPr>
              <w:rPr>
                <w:rFonts w:ascii="Arial" w:hAnsi="Arial" w:cs="Arial"/>
                <w:sz w:val="20"/>
                <w:szCs w:val="20"/>
              </w:rPr>
            </w:pPr>
            <w:r w:rsidRPr="00575350">
              <w:rPr>
                <w:rFonts w:ascii="Arial" w:hAnsi="Arial" w:cs="Arial"/>
                <w:sz w:val="20"/>
                <w:szCs w:val="20"/>
              </w:rPr>
              <w:t>UN</w:t>
            </w:r>
          </w:p>
        </w:tc>
        <w:tc>
          <w:tcPr>
            <w:tcW w:w="0" w:type="auto"/>
          </w:tcPr>
          <w:p w14:paraId="1EDA098B" w14:textId="77777777" w:rsidR="006D5036" w:rsidRDefault="006D5036" w:rsidP="0030220C">
            <w:pPr>
              <w:rPr>
                <w:rFonts w:ascii="Arial" w:hAnsi="Arial" w:cs="Arial"/>
                <w:sz w:val="20"/>
                <w:szCs w:val="20"/>
              </w:rPr>
            </w:pPr>
          </w:p>
          <w:p w14:paraId="2DACD943" w14:textId="77777777" w:rsidR="006D5036" w:rsidRPr="00575350" w:rsidRDefault="006D5036" w:rsidP="0030220C">
            <w:pPr>
              <w:rPr>
                <w:rFonts w:ascii="Arial" w:hAnsi="Arial" w:cs="Arial"/>
                <w:sz w:val="20"/>
                <w:szCs w:val="20"/>
              </w:rPr>
            </w:pPr>
            <w:r w:rsidRPr="00575350">
              <w:rPr>
                <w:rFonts w:ascii="Arial" w:hAnsi="Arial" w:cs="Arial"/>
                <w:sz w:val="20"/>
                <w:szCs w:val="20"/>
              </w:rPr>
              <w:t>130</w:t>
            </w:r>
          </w:p>
        </w:tc>
        <w:tc>
          <w:tcPr>
            <w:tcW w:w="0" w:type="auto"/>
          </w:tcPr>
          <w:p w14:paraId="5B17A8EB" w14:textId="77777777" w:rsidR="006D5036" w:rsidRDefault="006D5036" w:rsidP="0030220C">
            <w:pPr>
              <w:rPr>
                <w:rFonts w:ascii="Arial" w:hAnsi="Arial" w:cs="Arial"/>
                <w:sz w:val="20"/>
                <w:szCs w:val="20"/>
              </w:rPr>
            </w:pPr>
          </w:p>
          <w:p w14:paraId="35B82773" w14:textId="77777777" w:rsidR="006D5036" w:rsidRPr="00575350" w:rsidRDefault="006D5036" w:rsidP="0030220C">
            <w:pPr>
              <w:rPr>
                <w:rFonts w:ascii="Arial" w:hAnsi="Arial" w:cs="Arial"/>
                <w:sz w:val="20"/>
                <w:szCs w:val="20"/>
              </w:rPr>
            </w:pPr>
            <w:r>
              <w:rPr>
                <w:rFonts w:ascii="Arial" w:hAnsi="Arial" w:cs="Arial"/>
                <w:sz w:val="20"/>
                <w:szCs w:val="20"/>
              </w:rPr>
              <w:t>9,92</w:t>
            </w:r>
          </w:p>
        </w:tc>
        <w:tc>
          <w:tcPr>
            <w:tcW w:w="0" w:type="auto"/>
          </w:tcPr>
          <w:p w14:paraId="74CE25B7" w14:textId="77777777" w:rsidR="006D5036" w:rsidRDefault="006D5036" w:rsidP="0030220C">
            <w:pPr>
              <w:rPr>
                <w:rFonts w:ascii="Arial" w:hAnsi="Arial" w:cs="Arial"/>
                <w:sz w:val="20"/>
                <w:szCs w:val="20"/>
              </w:rPr>
            </w:pPr>
          </w:p>
          <w:p w14:paraId="2389CD80" w14:textId="77777777" w:rsidR="006D5036" w:rsidRPr="00575350" w:rsidRDefault="006D5036" w:rsidP="0030220C">
            <w:pPr>
              <w:rPr>
                <w:rFonts w:ascii="Arial" w:hAnsi="Arial" w:cs="Arial"/>
                <w:sz w:val="20"/>
                <w:szCs w:val="20"/>
              </w:rPr>
            </w:pPr>
            <w:r>
              <w:rPr>
                <w:rFonts w:ascii="Arial" w:hAnsi="Arial" w:cs="Arial"/>
                <w:sz w:val="20"/>
                <w:szCs w:val="20"/>
              </w:rPr>
              <w:t>1.289,60</w:t>
            </w:r>
          </w:p>
        </w:tc>
      </w:tr>
      <w:tr w:rsidR="006D5036" w:rsidRPr="00575350" w14:paraId="50660DCE" w14:textId="77777777" w:rsidTr="0030220C">
        <w:trPr>
          <w:trHeight w:val="227"/>
          <w:jc w:val="center"/>
        </w:trPr>
        <w:tc>
          <w:tcPr>
            <w:tcW w:w="0" w:type="auto"/>
          </w:tcPr>
          <w:p w14:paraId="4AE855C3" w14:textId="77777777" w:rsidR="006D5036" w:rsidRPr="00575350" w:rsidRDefault="006D5036" w:rsidP="0030220C">
            <w:pPr>
              <w:rPr>
                <w:rFonts w:ascii="Arial" w:hAnsi="Arial" w:cs="Arial"/>
                <w:sz w:val="20"/>
                <w:szCs w:val="20"/>
              </w:rPr>
            </w:pPr>
            <w:r w:rsidRPr="00575350">
              <w:rPr>
                <w:rFonts w:ascii="Arial" w:hAnsi="Arial" w:cs="Arial"/>
                <w:sz w:val="20"/>
                <w:szCs w:val="20"/>
              </w:rPr>
              <w:t>153</w:t>
            </w:r>
          </w:p>
        </w:tc>
        <w:tc>
          <w:tcPr>
            <w:tcW w:w="0" w:type="auto"/>
          </w:tcPr>
          <w:p w14:paraId="4E2F0643" w14:textId="77777777" w:rsidR="006D5036" w:rsidRPr="00575350" w:rsidRDefault="006D5036" w:rsidP="0030220C">
            <w:pPr>
              <w:rPr>
                <w:rFonts w:ascii="Arial" w:hAnsi="Arial" w:cs="Arial"/>
                <w:sz w:val="20"/>
                <w:szCs w:val="20"/>
              </w:rPr>
            </w:pPr>
            <w:r w:rsidRPr="00575350">
              <w:rPr>
                <w:rFonts w:ascii="Arial" w:hAnsi="Arial" w:cs="Arial"/>
                <w:sz w:val="20"/>
                <w:szCs w:val="20"/>
              </w:rPr>
              <w:t>442811</w:t>
            </w:r>
          </w:p>
        </w:tc>
        <w:tc>
          <w:tcPr>
            <w:tcW w:w="0" w:type="auto"/>
          </w:tcPr>
          <w:p w14:paraId="7D100BCE" w14:textId="77777777" w:rsidR="006D5036" w:rsidRPr="00575350" w:rsidRDefault="006D5036" w:rsidP="0030220C">
            <w:pPr>
              <w:rPr>
                <w:rFonts w:ascii="Arial" w:hAnsi="Arial" w:cs="Arial"/>
                <w:sz w:val="20"/>
                <w:szCs w:val="20"/>
              </w:rPr>
            </w:pPr>
            <w:r w:rsidRPr="00575350">
              <w:rPr>
                <w:rFonts w:ascii="Arial" w:hAnsi="Arial" w:cs="Arial"/>
                <w:sz w:val="20"/>
                <w:szCs w:val="20"/>
              </w:rPr>
              <w:t>SUCO – GALÃO DE 3 LITROS; APRESENTAÇÃO: LÍQUIDO; SABOR: LARANJA; TIPO: INTEGRAL; CARACTERÍSTICAS ADICIONAIS: CONCENTRADO E SEM ADIÇÃO DE AÇÚCAR</w:t>
            </w:r>
          </w:p>
        </w:tc>
        <w:tc>
          <w:tcPr>
            <w:tcW w:w="0" w:type="auto"/>
          </w:tcPr>
          <w:p w14:paraId="6BA1EB60" w14:textId="77777777" w:rsidR="006D5036" w:rsidRDefault="006D5036" w:rsidP="0030220C">
            <w:pPr>
              <w:rPr>
                <w:rFonts w:ascii="Arial" w:hAnsi="Arial" w:cs="Arial"/>
                <w:sz w:val="20"/>
                <w:szCs w:val="20"/>
              </w:rPr>
            </w:pPr>
          </w:p>
          <w:p w14:paraId="3DCFA05C" w14:textId="77777777" w:rsidR="006D5036" w:rsidRPr="00575350" w:rsidRDefault="006D5036" w:rsidP="0030220C">
            <w:pPr>
              <w:rPr>
                <w:rFonts w:ascii="Arial" w:hAnsi="Arial" w:cs="Arial"/>
                <w:sz w:val="20"/>
                <w:szCs w:val="20"/>
              </w:rPr>
            </w:pPr>
            <w:r w:rsidRPr="00575350">
              <w:rPr>
                <w:rFonts w:ascii="Arial" w:hAnsi="Arial" w:cs="Arial"/>
                <w:sz w:val="20"/>
                <w:szCs w:val="20"/>
              </w:rPr>
              <w:t>UN</w:t>
            </w:r>
          </w:p>
        </w:tc>
        <w:tc>
          <w:tcPr>
            <w:tcW w:w="0" w:type="auto"/>
          </w:tcPr>
          <w:p w14:paraId="6147C535" w14:textId="77777777" w:rsidR="006D5036" w:rsidRDefault="006D5036" w:rsidP="0030220C">
            <w:pPr>
              <w:rPr>
                <w:rFonts w:ascii="Arial" w:hAnsi="Arial" w:cs="Arial"/>
                <w:sz w:val="20"/>
                <w:szCs w:val="20"/>
              </w:rPr>
            </w:pPr>
          </w:p>
          <w:p w14:paraId="19656FA7" w14:textId="77777777" w:rsidR="006D5036" w:rsidRPr="00575350" w:rsidRDefault="006D5036" w:rsidP="0030220C">
            <w:pPr>
              <w:rPr>
                <w:rFonts w:ascii="Arial" w:hAnsi="Arial" w:cs="Arial"/>
                <w:sz w:val="20"/>
                <w:szCs w:val="20"/>
              </w:rPr>
            </w:pPr>
            <w:r w:rsidRPr="00575350">
              <w:rPr>
                <w:rFonts w:ascii="Arial" w:hAnsi="Arial" w:cs="Arial"/>
                <w:sz w:val="20"/>
                <w:szCs w:val="20"/>
              </w:rPr>
              <w:t>520</w:t>
            </w:r>
          </w:p>
        </w:tc>
        <w:tc>
          <w:tcPr>
            <w:tcW w:w="0" w:type="auto"/>
          </w:tcPr>
          <w:p w14:paraId="637914A2" w14:textId="77777777" w:rsidR="006D5036" w:rsidRDefault="006D5036" w:rsidP="0030220C">
            <w:pPr>
              <w:rPr>
                <w:rFonts w:ascii="Arial" w:hAnsi="Arial" w:cs="Arial"/>
                <w:sz w:val="20"/>
                <w:szCs w:val="20"/>
              </w:rPr>
            </w:pPr>
          </w:p>
          <w:p w14:paraId="3719892E" w14:textId="77777777" w:rsidR="006D5036" w:rsidRPr="00575350" w:rsidRDefault="006D5036" w:rsidP="0030220C">
            <w:pPr>
              <w:rPr>
                <w:rFonts w:ascii="Arial" w:hAnsi="Arial" w:cs="Arial"/>
                <w:sz w:val="20"/>
                <w:szCs w:val="20"/>
              </w:rPr>
            </w:pPr>
            <w:r>
              <w:rPr>
                <w:rFonts w:ascii="Arial" w:hAnsi="Arial" w:cs="Arial"/>
                <w:sz w:val="20"/>
                <w:szCs w:val="20"/>
              </w:rPr>
              <w:t>32.71</w:t>
            </w:r>
          </w:p>
        </w:tc>
        <w:tc>
          <w:tcPr>
            <w:tcW w:w="0" w:type="auto"/>
          </w:tcPr>
          <w:p w14:paraId="69B08CFD" w14:textId="77777777" w:rsidR="006D5036" w:rsidRDefault="006D5036" w:rsidP="0030220C">
            <w:pPr>
              <w:rPr>
                <w:rFonts w:ascii="Arial" w:hAnsi="Arial" w:cs="Arial"/>
                <w:sz w:val="20"/>
                <w:szCs w:val="20"/>
              </w:rPr>
            </w:pPr>
          </w:p>
          <w:p w14:paraId="351DB99A" w14:textId="77777777" w:rsidR="006D5036" w:rsidRPr="00575350" w:rsidRDefault="006D5036" w:rsidP="0030220C">
            <w:pPr>
              <w:rPr>
                <w:rFonts w:ascii="Arial" w:hAnsi="Arial" w:cs="Arial"/>
                <w:sz w:val="20"/>
                <w:szCs w:val="20"/>
              </w:rPr>
            </w:pPr>
            <w:r>
              <w:rPr>
                <w:rFonts w:ascii="Arial" w:hAnsi="Arial" w:cs="Arial"/>
                <w:sz w:val="20"/>
                <w:szCs w:val="20"/>
              </w:rPr>
              <w:t>17.009,20</w:t>
            </w:r>
          </w:p>
        </w:tc>
      </w:tr>
      <w:tr w:rsidR="006D5036" w:rsidRPr="00575350" w14:paraId="495C1417" w14:textId="77777777" w:rsidTr="0030220C">
        <w:trPr>
          <w:trHeight w:val="227"/>
          <w:jc w:val="center"/>
        </w:trPr>
        <w:tc>
          <w:tcPr>
            <w:tcW w:w="0" w:type="auto"/>
          </w:tcPr>
          <w:p w14:paraId="762C6EE6" w14:textId="77777777" w:rsidR="006D5036" w:rsidRPr="00575350" w:rsidRDefault="006D5036" w:rsidP="0030220C">
            <w:pPr>
              <w:rPr>
                <w:rFonts w:ascii="Arial" w:hAnsi="Arial" w:cs="Arial"/>
                <w:sz w:val="20"/>
                <w:szCs w:val="20"/>
              </w:rPr>
            </w:pPr>
            <w:r w:rsidRPr="00575350">
              <w:rPr>
                <w:rFonts w:ascii="Arial" w:hAnsi="Arial" w:cs="Arial"/>
                <w:sz w:val="20"/>
                <w:szCs w:val="20"/>
              </w:rPr>
              <w:t>154</w:t>
            </w:r>
          </w:p>
        </w:tc>
        <w:tc>
          <w:tcPr>
            <w:tcW w:w="0" w:type="auto"/>
          </w:tcPr>
          <w:p w14:paraId="21A7704F" w14:textId="77777777" w:rsidR="006D5036" w:rsidRPr="00575350" w:rsidRDefault="006D5036" w:rsidP="0030220C">
            <w:pPr>
              <w:rPr>
                <w:rFonts w:ascii="Arial" w:hAnsi="Arial" w:cs="Arial"/>
                <w:sz w:val="20"/>
                <w:szCs w:val="20"/>
              </w:rPr>
            </w:pPr>
            <w:r w:rsidRPr="00575350">
              <w:rPr>
                <w:rFonts w:ascii="Arial" w:hAnsi="Arial" w:cs="Arial"/>
                <w:sz w:val="20"/>
                <w:szCs w:val="20"/>
              </w:rPr>
              <w:t>481106</w:t>
            </w:r>
          </w:p>
        </w:tc>
        <w:tc>
          <w:tcPr>
            <w:tcW w:w="0" w:type="auto"/>
          </w:tcPr>
          <w:p w14:paraId="2F8C38D4" w14:textId="77777777" w:rsidR="006D5036" w:rsidRPr="00575350" w:rsidRDefault="006D5036" w:rsidP="0030220C">
            <w:pPr>
              <w:rPr>
                <w:rFonts w:ascii="Arial" w:hAnsi="Arial" w:cs="Arial"/>
                <w:sz w:val="20"/>
                <w:szCs w:val="20"/>
              </w:rPr>
            </w:pPr>
            <w:r w:rsidRPr="00575350">
              <w:rPr>
                <w:rFonts w:ascii="Arial" w:hAnsi="Arial" w:cs="Arial"/>
                <w:sz w:val="20"/>
                <w:szCs w:val="20"/>
              </w:rPr>
              <w:t>TOMATE, IN NATURA - KG. TAMANHO MÉDIO A GRANDE, SEM FERIMENTOS OU DEFEITOS, SEM SUJIDADES, NEM LARVAS OU INSETOS</w:t>
            </w:r>
          </w:p>
        </w:tc>
        <w:tc>
          <w:tcPr>
            <w:tcW w:w="0" w:type="auto"/>
          </w:tcPr>
          <w:p w14:paraId="316CE459" w14:textId="77777777" w:rsidR="006D5036" w:rsidRDefault="006D5036" w:rsidP="0030220C">
            <w:pPr>
              <w:rPr>
                <w:rFonts w:ascii="Arial" w:hAnsi="Arial" w:cs="Arial"/>
                <w:sz w:val="20"/>
                <w:szCs w:val="20"/>
              </w:rPr>
            </w:pPr>
          </w:p>
          <w:p w14:paraId="3981012D" w14:textId="77777777" w:rsidR="006D5036" w:rsidRPr="00575350" w:rsidRDefault="006D5036" w:rsidP="0030220C">
            <w:pPr>
              <w:rPr>
                <w:rFonts w:ascii="Arial" w:hAnsi="Arial" w:cs="Arial"/>
                <w:sz w:val="20"/>
                <w:szCs w:val="20"/>
              </w:rPr>
            </w:pPr>
            <w:r w:rsidRPr="00575350">
              <w:rPr>
                <w:rFonts w:ascii="Arial" w:hAnsi="Arial" w:cs="Arial"/>
                <w:sz w:val="20"/>
                <w:szCs w:val="20"/>
              </w:rPr>
              <w:t>KG</w:t>
            </w:r>
          </w:p>
        </w:tc>
        <w:tc>
          <w:tcPr>
            <w:tcW w:w="0" w:type="auto"/>
          </w:tcPr>
          <w:p w14:paraId="2516E2D5" w14:textId="77777777" w:rsidR="006D5036" w:rsidRDefault="006D5036" w:rsidP="0030220C">
            <w:pPr>
              <w:rPr>
                <w:rFonts w:ascii="Arial" w:hAnsi="Arial" w:cs="Arial"/>
                <w:sz w:val="20"/>
                <w:szCs w:val="20"/>
              </w:rPr>
            </w:pPr>
          </w:p>
          <w:p w14:paraId="7A08C3CA" w14:textId="77777777" w:rsidR="006D5036" w:rsidRPr="00575350" w:rsidRDefault="006D5036" w:rsidP="0030220C">
            <w:pPr>
              <w:rPr>
                <w:rFonts w:ascii="Arial" w:hAnsi="Arial" w:cs="Arial"/>
                <w:sz w:val="20"/>
                <w:szCs w:val="20"/>
              </w:rPr>
            </w:pPr>
            <w:r w:rsidRPr="00575350">
              <w:rPr>
                <w:rFonts w:ascii="Arial" w:hAnsi="Arial" w:cs="Arial"/>
                <w:sz w:val="20"/>
                <w:szCs w:val="20"/>
              </w:rPr>
              <w:t>750</w:t>
            </w:r>
          </w:p>
        </w:tc>
        <w:tc>
          <w:tcPr>
            <w:tcW w:w="0" w:type="auto"/>
          </w:tcPr>
          <w:p w14:paraId="3D4C2859" w14:textId="77777777" w:rsidR="006D5036" w:rsidRDefault="006D5036" w:rsidP="0030220C">
            <w:pPr>
              <w:rPr>
                <w:rFonts w:ascii="Arial" w:hAnsi="Arial" w:cs="Arial"/>
                <w:sz w:val="20"/>
                <w:szCs w:val="20"/>
              </w:rPr>
            </w:pPr>
          </w:p>
          <w:p w14:paraId="2DB4C3DC" w14:textId="77777777" w:rsidR="006D5036" w:rsidRPr="00575350" w:rsidRDefault="006D5036" w:rsidP="0030220C">
            <w:pPr>
              <w:rPr>
                <w:rFonts w:ascii="Arial" w:hAnsi="Arial" w:cs="Arial"/>
                <w:sz w:val="20"/>
                <w:szCs w:val="20"/>
              </w:rPr>
            </w:pPr>
            <w:r>
              <w:rPr>
                <w:rFonts w:ascii="Arial" w:hAnsi="Arial" w:cs="Arial"/>
                <w:sz w:val="20"/>
                <w:szCs w:val="20"/>
              </w:rPr>
              <w:t>11,42</w:t>
            </w:r>
          </w:p>
        </w:tc>
        <w:tc>
          <w:tcPr>
            <w:tcW w:w="0" w:type="auto"/>
          </w:tcPr>
          <w:p w14:paraId="0ACAAD7C" w14:textId="77777777" w:rsidR="006D5036" w:rsidRDefault="006D5036" w:rsidP="0030220C">
            <w:pPr>
              <w:rPr>
                <w:rFonts w:ascii="Arial" w:hAnsi="Arial" w:cs="Arial"/>
                <w:sz w:val="20"/>
                <w:szCs w:val="20"/>
              </w:rPr>
            </w:pPr>
          </w:p>
          <w:p w14:paraId="1C6E2A5E" w14:textId="77777777" w:rsidR="006D5036" w:rsidRPr="00575350" w:rsidRDefault="006D5036" w:rsidP="0030220C">
            <w:pPr>
              <w:rPr>
                <w:rFonts w:ascii="Arial" w:hAnsi="Arial" w:cs="Arial"/>
                <w:sz w:val="20"/>
                <w:szCs w:val="20"/>
              </w:rPr>
            </w:pPr>
            <w:r>
              <w:rPr>
                <w:rFonts w:ascii="Arial" w:hAnsi="Arial" w:cs="Arial"/>
                <w:sz w:val="20"/>
                <w:szCs w:val="20"/>
              </w:rPr>
              <w:t>8.565,00</w:t>
            </w:r>
          </w:p>
        </w:tc>
      </w:tr>
      <w:tr w:rsidR="006D5036" w:rsidRPr="00575350" w14:paraId="7D369313" w14:textId="77777777" w:rsidTr="0030220C">
        <w:trPr>
          <w:trHeight w:val="227"/>
          <w:jc w:val="center"/>
        </w:trPr>
        <w:tc>
          <w:tcPr>
            <w:tcW w:w="0" w:type="auto"/>
            <w:vAlign w:val="center"/>
          </w:tcPr>
          <w:p w14:paraId="6C7B9C2E"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155</w:t>
            </w:r>
          </w:p>
        </w:tc>
        <w:tc>
          <w:tcPr>
            <w:tcW w:w="0" w:type="auto"/>
            <w:vAlign w:val="center"/>
          </w:tcPr>
          <w:p w14:paraId="5D238B24"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460529</w:t>
            </w:r>
          </w:p>
        </w:tc>
        <w:tc>
          <w:tcPr>
            <w:tcW w:w="0" w:type="auto"/>
            <w:vAlign w:val="center"/>
          </w:tcPr>
          <w:p w14:paraId="379DDCCA"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TORRADA INTEGRAL - EMBALAGEM DE APROXIMADAMENTE 140 G</w:t>
            </w:r>
            <w:r w:rsidRPr="00575350">
              <w:rPr>
                <w:rFonts w:ascii="Arial" w:eastAsia="Times New Roman" w:hAnsi="Arial" w:cs="Arial"/>
                <w:sz w:val="18"/>
                <w:szCs w:val="18"/>
                <w:lang w:eastAsia="pt-BR"/>
              </w:rPr>
              <w:br/>
              <w:t>SIMILAR A BAUDUCCO, ADRIA E VISCONTI</w:t>
            </w:r>
          </w:p>
        </w:tc>
        <w:tc>
          <w:tcPr>
            <w:tcW w:w="0" w:type="auto"/>
            <w:vAlign w:val="center"/>
          </w:tcPr>
          <w:p w14:paraId="3E2BFCC3"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UN</w:t>
            </w:r>
          </w:p>
        </w:tc>
        <w:tc>
          <w:tcPr>
            <w:tcW w:w="0" w:type="auto"/>
            <w:vAlign w:val="center"/>
          </w:tcPr>
          <w:p w14:paraId="388C9457"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280</w:t>
            </w:r>
          </w:p>
        </w:tc>
        <w:tc>
          <w:tcPr>
            <w:tcW w:w="0" w:type="auto"/>
          </w:tcPr>
          <w:p w14:paraId="04239CBC" w14:textId="77777777" w:rsidR="006D5036" w:rsidRDefault="006D5036" w:rsidP="0030220C">
            <w:pPr>
              <w:rPr>
                <w:rFonts w:ascii="Arial" w:hAnsi="Arial" w:cs="Arial"/>
                <w:sz w:val="20"/>
                <w:szCs w:val="20"/>
              </w:rPr>
            </w:pPr>
          </w:p>
          <w:p w14:paraId="65408494" w14:textId="77777777" w:rsidR="006D5036" w:rsidRPr="00575350" w:rsidRDefault="006D5036" w:rsidP="0030220C">
            <w:pPr>
              <w:rPr>
                <w:rFonts w:ascii="Arial" w:hAnsi="Arial" w:cs="Arial"/>
                <w:sz w:val="20"/>
                <w:szCs w:val="20"/>
              </w:rPr>
            </w:pPr>
            <w:r>
              <w:rPr>
                <w:rFonts w:ascii="Arial" w:hAnsi="Arial" w:cs="Arial"/>
                <w:sz w:val="20"/>
                <w:szCs w:val="20"/>
              </w:rPr>
              <w:t>7,57</w:t>
            </w:r>
          </w:p>
        </w:tc>
        <w:tc>
          <w:tcPr>
            <w:tcW w:w="0" w:type="auto"/>
          </w:tcPr>
          <w:p w14:paraId="772B0904" w14:textId="77777777" w:rsidR="006D5036" w:rsidRDefault="006D5036" w:rsidP="0030220C">
            <w:pPr>
              <w:rPr>
                <w:rFonts w:ascii="Arial" w:hAnsi="Arial" w:cs="Arial"/>
                <w:sz w:val="20"/>
                <w:szCs w:val="20"/>
              </w:rPr>
            </w:pPr>
          </w:p>
          <w:p w14:paraId="4905C3D5" w14:textId="77777777" w:rsidR="006D5036" w:rsidRPr="00575350" w:rsidRDefault="006D5036" w:rsidP="0030220C">
            <w:pPr>
              <w:rPr>
                <w:rFonts w:ascii="Arial" w:hAnsi="Arial" w:cs="Arial"/>
                <w:sz w:val="20"/>
                <w:szCs w:val="20"/>
              </w:rPr>
            </w:pPr>
            <w:r>
              <w:rPr>
                <w:rFonts w:ascii="Arial" w:hAnsi="Arial" w:cs="Arial"/>
                <w:sz w:val="20"/>
                <w:szCs w:val="20"/>
              </w:rPr>
              <w:t>2.119,60</w:t>
            </w:r>
          </w:p>
        </w:tc>
      </w:tr>
      <w:tr w:rsidR="006D5036" w:rsidRPr="00575350" w14:paraId="59E40B0A" w14:textId="77777777" w:rsidTr="0030220C">
        <w:trPr>
          <w:trHeight w:val="227"/>
          <w:jc w:val="center"/>
        </w:trPr>
        <w:tc>
          <w:tcPr>
            <w:tcW w:w="0" w:type="auto"/>
            <w:vAlign w:val="center"/>
          </w:tcPr>
          <w:p w14:paraId="31B531CB" w14:textId="77777777" w:rsidR="006D5036" w:rsidRPr="00575350" w:rsidRDefault="006D5036" w:rsidP="0030220C">
            <w:pPr>
              <w:rPr>
                <w:rFonts w:ascii="Arial" w:hAnsi="Arial" w:cs="Arial"/>
                <w:sz w:val="20"/>
                <w:szCs w:val="20"/>
              </w:rPr>
            </w:pPr>
            <w:r w:rsidRPr="00575350">
              <w:rPr>
                <w:rFonts w:ascii="Arial" w:hAnsi="Arial" w:cs="Arial"/>
                <w:sz w:val="20"/>
                <w:szCs w:val="20"/>
              </w:rPr>
              <w:t>156</w:t>
            </w:r>
          </w:p>
        </w:tc>
        <w:tc>
          <w:tcPr>
            <w:tcW w:w="0" w:type="auto"/>
            <w:vAlign w:val="center"/>
          </w:tcPr>
          <w:p w14:paraId="0F44162F" w14:textId="77777777" w:rsidR="006D5036" w:rsidRPr="00575350" w:rsidRDefault="006D5036" w:rsidP="0030220C">
            <w:pPr>
              <w:rPr>
                <w:rFonts w:ascii="Arial" w:hAnsi="Arial" w:cs="Arial"/>
                <w:sz w:val="20"/>
                <w:szCs w:val="20"/>
              </w:rPr>
            </w:pPr>
            <w:r w:rsidRPr="00575350">
              <w:rPr>
                <w:rFonts w:ascii="Arial" w:hAnsi="Arial" w:cs="Arial"/>
                <w:sz w:val="20"/>
                <w:szCs w:val="20"/>
              </w:rPr>
              <w:t>464365</w:t>
            </w:r>
          </w:p>
        </w:tc>
        <w:tc>
          <w:tcPr>
            <w:tcW w:w="0" w:type="auto"/>
            <w:vAlign w:val="center"/>
          </w:tcPr>
          <w:p w14:paraId="4213CFF5" w14:textId="77777777" w:rsidR="006D5036" w:rsidRPr="00575350" w:rsidRDefault="006D5036" w:rsidP="0030220C">
            <w:pPr>
              <w:rPr>
                <w:rFonts w:ascii="Arial" w:hAnsi="Arial" w:cs="Arial"/>
                <w:sz w:val="20"/>
                <w:szCs w:val="20"/>
              </w:rPr>
            </w:pPr>
            <w:r w:rsidRPr="00575350">
              <w:rPr>
                <w:rFonts w:ascii="Arial" w:hAnsi="Arial" w:cs="Arial"/>
                <w:sz w:val="20"/>
                <w:szCs w:val="20"/>
              </w:rPr>
              <w:t>UVA, IN NATURA- KG. DEVERÁ APRESENTAR CONSISTÊNCIA FIRME, SEM APRESENTAR PERFURAÇÕES OU MACHUCADOS, LIVRE DE SUJIDADES</w:t>
            </w:r>
          </w:p>
        </w:tc>
        <w:tc>
          <w:tcPr>
            <w:tcW w:w="0" w:type="auto"/>
            <w:vAlign w:val="center"/>
          </w:tcPr>
          <w:p w14:paraId="0D1DBD67" w14:textId="77777777" w:rsidR="006D5036" w:rsidRPr="00575350" w:rsidRDefault="006D5036" w:rsidP="0030220C">
            <w:pPr>
              <w:rPr>
                <w:rFonts w:ascii="Arial" w:hAnsi="Arial" w:cs="Arial"/>
                <w:sz w:val="20"/>
                <w:szCs w:val="20"/>
              </w:rPr>
            </w:pPr>
            <w:r w:rsidRPr="00575350">
              <w:rPr>
                <w:rFonts w:ascii="Arial" w:hAnsi="Arial" w:cs="Arial"/>
                <w:sz w:val="20"/>
                <w:szCs w:val="20"/>
              </w:rPr>
              <w:t>KG</w:t>
            </w:r>
          </w:p>
        </w:tc>
        <w:tc>
          <w:tcPr>
            <w:tcW w:w="0" w:type="auto"/>
            <w:vAlign w:val="center"/>
          </w:tcPr>
          <w:p w14:paraId="48F7D243" w14:textId="77777777" w:rsidR="006D5036" w:rsidRPr="00575350" w:rsidRDefault="006D5036" w:rsidP="0030220C">
            <w:pPr>
              <w:rPr>
                <w:rFonts w:ascii="Arial" w:hAnsi="Arial" w:cs="Arial"/>
                <w:sz w:val="20"/>
                <w:szCs w:val="20"/>
              </w:rPr>
            </w:pPr>
            <w:r w:rsidRPr="00575350">
              <w:rPr>
                <w:rFonts w:ascii="Arial" w:hAnsi="Arial" w:cs="Arial"/>
                <w:sz w:val="20"/>
                <w:szCs w:val="20"/>
              </w:rPr>
              <w:t>320</w:t>
            </w:r>
          </w:p>
        </w:tc>
        <w:tc>
          <w:tcPr>
            <w:tcW w:w="0" w:type="auto"/>
          </w:tcPr>
          <w:p w14:paraId="664A36DE" w14:textId="77777777" w:rsidR="006D5036" w:rsidRDefault="006D5036" w:rsidP="0030220C">
            <w:pPr>
              <w:rPr>
                <w:rFonts w:ascii="Arial" w:hAnsi="Arial" w:cs="Arial"/>
                <w:sz w:val="20"/>
                <w:szCs w:val="20"/>
              </w:rPr>
            </w:pPr>
          </w:p>
          <w:p w14:paraId="4827DD61" w14:textId="77777777" w:rsidR="006D5036" w:rsidRDefault="006D5036" w:rsidP="0030220C">
            <w:pPr>
              <w:rPr>
                <w:rFonts w:ascii="Arial" w:hAnsi="Arial" w:cs="Arial"/>
                <w:sz w:val="20"/>
                <w:szCs w:val="20"/>
              </w:rPr>
            </w:pPr>
          </w:p>
          <w:p w14:paraId="3C64C04F" w14:textId="77777777" w:rsidR="006D5036" w:rsidRPr="00575350" w:rsidRDefault="006D5036" w:rsidP="0030220C">
            <w:pPr>
              <w:rPr>
                <w:rFonts w:ascii="Arial" w:hAnsi="Arial" w:cs="Arial"/>
                <w:sz w:val="20"/>
                <w:szCs w:val="20"/>
              </w:rPr>
            </w:pPr>
            <w:r>
              <w:rPr>
                <w:rFonts w:ascii="Arial" w:hAnsi="Arial" w:cs="Arial"/>
                <w:sz w:val="20"/>
                <w:szCs w:val="20"/>
              </w:rPr>
              <w:t>17,56</w:t>
            </w:r>
          </w:p>
        </w:tc>
        <w:tc>
          <w:tcPr>
            <w:tcW w:w="0" w:type="auto"/>
          </w:tcPr>
          <w:p w14:paraId="00326A06" w14:textId="77777777" w:rsidR="006D5036" w:rsidRDefault="006D5036" w:rsidP="0030220C">
            <w:pPr>
              <w:rPr>
                <w:rFonts w:ascii="Arial" w:hAnsi="Arial" w:cs="Arial"/>
                <w:sz w:val="20"/>
                <w:szCs w:val="20"/>
              </w:rPr>
            </w:pPr>
          </w:p>
          <w:p w14:paraId="291A1B0F" w14:textId="77777777" w:rsidR="006D5036" w:rsidRDefault="006D5036" w:rsidP="0030220C">
            <w:pPr>
              <w:rPr>
                <w:rFonts w:ascii="Arial" w:hAnsi="Arial" w:cs="Arial"/>
                <w:sz w:val="20"/>
                <w:szCs w:val="20"/>
              </w:rPr>
            </w:pPr>
          </w:p>
          <w:p w14:paraId="698CCEBD" w14:textId="77777777" w:rsidR="006D5036" w:rsidRPr="00575350" w:rsidRDefault="006D5036" w:rsidP="0030220C">
            <w:pPr>
              <w:rPr>
                <w:rFonts w:ascii="Arial" w:hAnsi="Arial" w:cs="Arial"/>
                <w:sz w:val="20"/>
                <w:szCs w:val="20"/>
              </w:rPr>
            </w:pPr>
            <w:r>
              <w:rPr>
                <w:rFonts w:ascii="Arial" w:hAnsi="Arial" w:cs="Arial"/>
                <w:sz w:val="20"/>
                <w:szCs w:val="20"/>
              </w:rPr>
              <w:t>5.619,20</w:t>
            </w:r>
          </w:p>
        </w:tc>
      </w:tr>
      <w:tr w:rsidR="006D5036" w:rsidRPr="00575350" w14:paraId="1DB1C43E" w14:textId="77777777" w:rsidTr="0030220C">
        <w:trPr>
          <w:trHeight w:val="227"/>
          <w:jc w:val="center"/>
        </w:trPr>
        <w:tc>
          <w:tcPr>
            <w:tcW w:w="0" w:type="auto"/>
            <w:vAlign w:val="center"/>
          </w:tcPr>
          <w:p w14:paraId="1C886B6E" w14:textId="77777777" w:rsidR="006D5036" w:rsidRPr="00575350" w:rsidRDefault="006D5036" w:rsidP="0030220C">
            <w:pPr>
              <w:rPr>
                <w:rFonts w:ascii="Arial" w:hAnsi="Arial" w:cs="Arial"/>
                <w:sz w:val="20"/>
                <w:szCs w:val="20"/>
              </w:rPr>
            </w:pPr>
            <w:r w:rsidRPr="00575350">
              <w:rPr>
                <w:rFonts w:ascii="Arial" w:hAnsi="Arial" w:cs="Arial"/>
                <w:sz w:val="20"/>
                <w:szCs w:val="20"/>
              </w:rPr>
              <w:t>157</w:t>
            </w:r>
          </w:p>
        </w:tc>
        <w:tc>
          <w:tcPr>
            <w:tcW w:w="0" w:type="auto"/>
            <w:vAlign w:val="center"/>
          </w:tcPr>
          <w:p w14:paraId="388E2AE9" w14:textId="77777777" w:rsidR="006D5036" w:rsidRPr="00575350" w:rsidRDefault="006D5036" w:rsidP="0030220C">
            <w:pPr>
              <w:rPr>
                <w:rFonts w:ascii="Arial" w:hAnsi="Arial" w:cs="Arial"/>
                <w:sz w:val="20"/>
                <w:szCs w:val="20"/>
              </w:rPr>
            </w:pPr>
            <w:r w:rsidRPr="00575350">
              <w:rPr>
                <w:rFonts w:ascii="Arial" w:hAnsi="Arial" w:cs="Arial"/>
                <w:sz w:val="20"/>
                <w:szCs w:val="20"/>
              </w:rPr>
              <w:t>481122</w:t>
            </w:r>
          </w:p>
        </w:tc>
        <w:tc>
          <w:tcPr>
            <w:tcW w:w="0" w:type="auto"/>
            <w:vAlign w:val="center"/>
          </w:tcPr>
          <w:p w14:paraId="4110FF37" w14:textId="77777777" w:rsidR="006D5036" w:rsidRPr="00575350" w:rsidRDefault="006D5036" w:rsidP="0030220C">
            <w:pPr>
              <w:rPr>
                <w:rFonts w:ascii="Arial" w:hAnsi="Arial" w:cs="Arial"/>
                <w:sz w:val="20"/>
                <w:szCs w:val="20"/>
              </w:rPr>
            </w:pPr>
            <w:r w:rsidRPr="00575350">
              <w:rPr>
                <w:rFonts w:ascii="Arial" w:hAnsi="Arial" w:cs="Arial"/>
                <w:sz w:val="20"/>
                <w:szCs w:val="20"/>
              </w:rPr>
              <w:t>VAGEM, IN NATURA - KG. TAMANHO MÉDIO, SEM FERIMENTOS OU DEFEITOS, TENRAS, SEM MANCHAS</w:t>
            </w:r>
          </w:p>
        </w:tc>
        <w:tc>
          <w:tcPr>
            <w:tcW w:w="0" w:type="auto"/>
            <w:vAlign w:val="center"/>
          </w:tcPr>
          <w:p w14:paraId="441BC143" w14:textId="77777777" w:rsidR="006D5036" w:rsidRPr="00575350" w:rsidRDefault="006D5036" w:rsidP="0030220C">
            <w:pPr>
              <w:rPr>
                <w:rFonts w:ascii="Arial" w:hAnsi="Arial" w:cs="Arial"/>
                <w:sz w:val="20"/>
                <w:szCs w:val="20"/>
              </w:rPr>
            </w:pPr>
            <w:r w:rsidRPr="00575350">
              <w:rPr>
                <w:rFonts w:ascii="Arial" w:hAnsi="Arial" w:cs="Arial"/>
                <w:sz w:val="20"/>
                <w:szCs w:val="20"/>
              </w:rPr>
              <w:t>KG</w:t>
            </w:r>
          </w:p>
        </w:tc>
        <w:tc>
          <w:tcPr>
            <w:tcW w:w="0" w:type="auto"/>
            <w:vAlign w:val="center"/>
          </w:tcPr>
          <w:p w14:paraId="77D210D6" w14:textId="77777777" w:rsidR="006D5036" w:rsidRPr="00575350" w:rsidRDefault="006D5036" w:rsidP="0030220C">
            <w:pPr>
              <w:rPr>
                <w:rFonts w:ascii="Arial" w:hAnsi="Arial" w:cs="Arial"/>
                <w:sz w:val="20"/>
                <w:szCs w:val="20"/>
              </w:rPr>
            </w:pPr>
            <w:r w:rsidRPr="00575350">
              <w:rPr>
                <w:rFonts w:ascii="Arial" w:hAnsi="Arial" w:cs="Arial"/>
                <w:sz w:val="20"/>
                <w:szCs w:val="20"/>
              </w:rPr>
              <w:t>100</w:t>
            </w:r>
          </w:p>
        </w:tc>
        <w:tc>
          <w:tcPr>
            <w:tcW w:w="0" w:type="auto"/>
          </w:tcPr>
          <w:p w14:paraId="50DCD85A" w14:textId="77777777" w:rsidR="006D5036" w:rsidRDefault="006D5036" w:rsidP="0030220C">
            <w:pPr>
              <w:rPr>
                <w:rFonts w:ascii="Arial" w:hAnsi="Arial" w:cs="Arial"/>
                <w:sz w:val="20"/>
                <w:szCs w:val="20"/>
              </w:rPr>
            </w:pPr>
          </w:p>
          <w:p w14:paraId="4364E337" w14:textId="77777777" w:rsidR="006D5036" w:rsidRPr="00575350" w:rsidRDefault="006D5036" w:rsidP="0030220C">
            <w:pPr>
              <w:rPr>
                <w:rFonts w:ascii="Arial" w:hAnsi="Arial" w:cs="Arial"/>
                <w:sz w:val="20"/>
                <w:szCs w:val="20"/>
              </w:rPr>
            </w:pPr>
            <w:r>
              <w:rPr>
                <w:rFonts w:ascii="Arial" w:hAnsi="Arial" w:cs="Arial"/>
                <w:sz w:val="20"/>
                <w:szCs w:val="20"/>
              </w:rPr>
              <w:t>14,41</w:t>
            </w:r>
          </w:p>
        </w:tc>
        <w:tc>
          <w:tcPr>
            <w:tcW w:w="0" w:type="auto"/>
          </w:tcPr>
          <w:p w14:paraId="106D8BC0" w14:textId="77777777" w:rsidR="006D5036" w:rsidRDefault="006D5036" w:rsidP="0030220C">
            <w:pPr>
              <w:rPr>
                <w:rFonts w:ascii="Arial" w:hAnsi="Arial" w:cs="Arial"/>
                <w:sz w:val="20"/>
                <w:szCs w:val="20"/>
              </w:rPr>
            </w:pPr>
          </w:p>
          <w:p w14:paraId="55970543" w14:textId="77777777" w:rsidR="006D5036" w:rsidRPr="00575350" w:rsidRDefault="006D5036" w:rsidP="0030220C">
            <w:pPr>
              <w:rPr>
                <w:rFonts w:ascii="Arial" w:hAnsi="Arial" w:cs="Arial"/>
                <w:sz w:val="20"/>
                <w:szCs w:val="20"/>
              </w:rPr>
            </w:pPr>
            <w:r>
              <w:rPr>
                <w:rFonts w:ascii="Arial" w:hAnsi="Arial" w:cs="Arial"/>
                <w:sz w:val="20"/>
                <w:szCs w:val="20"/>
              </w:rPr>
              <w:t>1.441,00</w:t>
            </w:r>
          </w:p>
        </w:tc>
      </w:tr>
      <w:tr w:rsidR="006D5036" w:rsidRPr="00575350" w14:paraId="48C46337" w14:textId="77777777" w:rsidTr="0030220C">
        <w:trPr>
          <w:trHeight w:val="227"/>
          <w:jc w:val="center"/>
        </w:trPr>
        <w:tc>
          <w:tcPr>
            <w:tcW w:w="0" w:type="auto"/>
            <w:vAlign w:val="center"/>
          </w:tcPr>
          <w:p w14:paraId="47C23D63" w14:textId="77777777" w:rsidR="006D5036" w:rsidRPr="00575350" w:rsidRDefault="006D5036" w:rsidP="0030220C">
            <w:pPr>
              <w:rPr>
                <w:rFonts w:ascii="Arial" w:hAnsi="Arial" w:cs="Arial"/>
                <w:sz w:val="20"/>
                <w:szCs w:val="20"/>
              </w:rPr>
            </w:pPr>
            <w:r w:rsidRPr="00575350">
              <w:rPr>
                <w:rFonts w:ascii="Arial" w:hAnsi="Arial" w:cs="Arial"/>
                <w:sz w:val="20"/>
                <w:szCs w:val="20"/>
              </w:rPr>
              <w:t>158</w:t>
            </w:r>
          </w:p>
        </w:tc>
        <w:tc>
          <w:tcPr>
            <w:tcW w:w="0" w:type="auto"/>
            <w:vAlign w:val="center"/>
          </w:tcPr>
          <w:p w14:paraId="01B9E805" w14:textId="77777777" w:rsidR="006D5036" w:rsidRPr="00575350" w:rsidRDefault="006D5036" w:rsidP="0030220C">
            <w:pPr>
              <w:rPr>
                <w:rFonts w:ascii="Arial" w:hAnsi="Arial" w:cs="Arial"/>
                <w:sz w:val="20"/>
                <w:szCs w:val="20"/>
              </w:rPr>
            </w:pPr>
            <w:r w:rsidRPr="00575350">
              <w:rPr>
                <w:rFonts w:ascii="Arial" w:hAnsi="Arial" w:cs="Arial"/>
                <w:sz w:val="20"/>
                <w:szCs w:val="20"/>
              </w:rPr>
              <w:t>217092</w:t>
            </w:r>
          </w:p>
        </w:tc>
        <w:tc>
          <w:tcPr>
            <w:tcW w:w="0" w:type="auto"/>
            <w:vAlign w:val="center"/>
          </w:tcPr>
          <w:p w14:paraId="5406AE41" w14:textId="77777777" w:rsidR="006D5036" w:rsidRPr="00575350" w:rsidRDefault="006D5036" w:rsidP="0030220C">
            <w:pPr>
              <w:rPr>
                <w:rFonts w:ascii="Arial" w:hAnsi="Arial" w:cs="Arial"/>
                <w:sz w:val="20"/>
                <w:szCs w:val="20"/>
              </w:rPr>
            </w:pPr>
            <w:r w:rsidRPr="00575350">
              <w:rPr>
                <w:rFonts w:ascii="Arial" w:hAnsi="Arial" w:cs="Arial"/>
                <w:sz w:val="20"/>
                <w:szCs w:val="20"/>
              </w:rPr>
              <w:t>VINAGRE DE ÁLCOOL - LÍQUIDO FERMENTADO ACÉTICO DE ÁLCOOL E VINHO TINTO, EMBALAGEM APROXIMADAMENTE 750 ML.</w:t>
            </w:r>
          </w:p>
        </w:tc>
        <w:tc>
          <w:tcPr>
            <w:tcW w:w="0" w:type="auto"/>
            <w:vAlign w:val="center"/>
          </w:tcPr>
          <w:p w14:paraId="1F57D46D" w14:textId="77777777" w:rsidR="006D5036" w:rsidRPr="00575350" w:rsidRDefault="006D5036" w:rsidP="0030220C">
            <w:pPr>
              <w:rPr>
                <w:rFonts w:ascii="Arial" w:hAnsi="Arial" w:cs="Arial"/>
                <w:sz w:val="20"/>
                <w:szCs w:val="20"/>
              </w:rPr>
            </w:pPr>
            <w:r w:rsidRPr="00575350">
              <w:rPr>
                <w:rFonts w:ascii="Arial" w:hAnsi="Arial" w:cs="Arial"/>
                <w:sz w:val="20"/>
                <w:szCs w:val="20"/>
              </w:rPr>
              <w:t>UN</w:t>
            </w:r>
          </w:p>
        </w:tc>
        <w:tc>
          <w:tcPr>
            <w:tcW w:w="0" w:type="auto"/>
            <w:vAlign w:val="center"/>
          </w:tcPr>
          <w:p w14:paraId="077D17CB" w14:textId="77777777" w:rsidR="006D5036" w:rsidRPr="00575350" w:rsidRDefault="006D5036" w:rsidP="0030220C">
            <w:pPr>
              <w:rPr>
                <w:rFonts w:ascii="Arial" w:hAnsi="Arial" w:cs="Arial"/>
                <w:sz w:val="20"/>
                <w:szCs w:val="20"/>
              </w:rPr>
            </w:pPr>
            <w:r w:rsidRPr="00575350">
              <w:rPr>
                <w:rFonts w:ascii="Arial" w:hAnsi="Arial" w:cs="Arial"/>
                <w:sz w:val="20"/>
                <w:szCs w:val="20"/>
              </w:rPr>
              <w:t>185</w:t>
            </w:r>
          </w:p>
        </w:tc>
        <w:tc>
          <w:tcPr>
            <w:tcW w:w="0" w:type="auto"/>
          </w:tcPr>
          <w:p w14:paraId="65067114" w14:textId="77777777" w:rsidR="006D5036" w:rsidRDefault="006D5036" w:rsidP="0030220C">
            <w:pPr>
              <w:rPr>
                <w:rFonts w:ascii="Arial" w:hAnsi="Arial" w:cs="Arial"/>
                <w:sz w:val="20"/>
                <w:szCs w:val="20"/>
              </w:rPr>
            </w:pPr>
          </w:p>
          <w:p w14:paraId="432CFE28" w14:textId="77777777" w:rsidR="006D5036" w:rsidRPr="00575350" w:rsidRDefault="006D5036" w:rsidP="0030220C">
            <w:pPr>
              <w:rPr>
                <w:rFonts w:ascii="Arial" w:hAnsi="Arial" w:cs="Arial"/>
                <w:sz w:val="20"/>
                <w:szCs w:val="20"/>
              </w:rPr>
            </w:pPr>
            <w:r>
              <w:rPr>
                <w:rFonts w:ascii="Arial" w:hAnsi="Arial" w:cs="Arial"/>
                <w:sz w:val="20"/>
                <w:szCs w:val="20"/>
              </w:rPr>
              <w:t>6,10</w:t>
            </w:r>
          </w:p>
        </w:tc>
        <w:tc>
          <w:tcPr>
            <w:tcW w:w="0" w:type="auto"/>
          </w:tcPr>
          <w:p w14:paraId="301F21F8" w14:textId="77777777" w:rsidR="006D5036" w:rsidRDefault="006D5036" w:rsidP="0030220C">
            <w:pPr>
              <w:rPr>
                <w:rFonts w:ascii="Arial" w:hAnsi="Arial" w:cs="Arial"/>
                <w:sz w:val="20"/>
                <w:szCs w:val="20"/>
              </w:rPr>
            </w:pPr>
          </w:p>
          <w:p w14:paraId="3566EDFA" w14:textId="77777777" w:rsidR="006D5036" w:rsidRPr="00575350" w:rsidRDefault="006D5036" w:rsidP="0030220C">
            <w:pPr>
              <w:rPr>
                <w:rFonts w:ascii="Arial" w:hAnsi="Arial" w:cs="Arial"/>
                <w:sz w:val="20"/>
                <w:szCs w:val="20"/>
              </w:rPr>
            </w:pPr>
            <w:r>
              <w:rPr>
                <w:rFonts w:ascii="Arial" w:hAnsi="Arial" w:cs="Arial"/>
                <w:sz w:val="20"/>
                <w:szCs w:val="20"/>
              </w:rPr>
              <w:t>1.128,50</w:t>
            </w:r>
          </w:p>
        </w:tc>
      </w:tr>
      <w:tr w:rsidR="006D5036" w:rsidRPr="00575350" w14:paraId="6C2E427D" w14:textId="77777777" w:rsidTr="0030220C">
        <w:trPr>
          <w:trHeight w:val="227"/>
          <w:jc w:val="center"/>
        </w:trPr>
        <w:tc>
          <w:tcPr>
            <w:tcW w:w="0" w:type="auto"/>
            <w:vAlign w:val="center"/>
          </w:tcPr>
          <w:p w14:paraId="311F1531" w14:textId="77777777" w:rsidR="006D5036" w:rsidRPr="00575350" w:rsidRDefault="006D5036" w:rsidP="0030220C">
            <w:pPr>
              <w:rPr>
                <w:rFonts w:ascii="Arial" w:hAnsi="Arial" w:cs="Arial"/>
                <w:sz w:val="20"/>
                <w:szCs w:val="20"/>
              </w:rPr>
            </w:pPr>
            <w:r w:rsidRPr="00575350">
              <w:rPr>
                <w:rFonts w:ascii="Arial" w:hAnsi="Arial" w:cs="Arial"/>
                <w:sz w:val="20"/>
                <w:szCs w:val="20"/>
              </w:rPr>
              <w:t>1</w:t>
            </w:r>
            <w:r>
              <w:rPr>
                <w:rFonts w:ascii="Arial" w:hAnsi="Arial" w:cs="Arial"/>
                <w:sz w:val="20"/>
                <w:szCs w:val="20"/>
              </w:rPr>
              <w:t>59</w:t>
            </w:r>
          </w:p>
        </w:tc>
        <w:tc>
          <w:tcPr>
            <w:tcW w:w="0" w:type="auto"/>
            <w:vAlign w:val="center"/>
          </w:tcPr>
          <w:p w14:paraId="107CB4F9" w14:textId="77777777" w:rsidR="006D5036" w:rsidRPr="00575350" w:rsidRDefault="006D5036" w:rsidP="0030220C">
            <w:pPr>
              <w:rPr>
                <w:rFonts w:ascii="Arial" w:hAnsi="Arial" w:cs="Arial"/>
                <w:sz w:val="20"/>
                <w:szCs w:val="20"/>
              </w:rPr>
            </w:pPr>
            <w:r w:rsidRPr="00575350">
              <w:rPr>
                <w:rFonts w:ascii="Arial" w:hAnsi="Arial" w:cs="Arial"/>
                <w:sz w:val="20"/>
                <w:szCs w:val="20"/>
              </w:rPr>
              <w:t>445448</w:t>
            </w:r>
          </w:p>
        </w:tc>
        <w:tc>
          <w:tcPr>
            <w:tcW w:w="0" w:type="auto"/>
            <w:vAlign w:val="center"/>
          </w:tcPr>
          <w:p w14:paraId="1B376277" w14:textId="77777777" w:rsidR="006D5036" w:rsidRPr="00575350" w:rsidRDefault="006D5036" w:rsidP="0030220C">
            <w:pPr>
              <w:rPr>
                <w:rFonts w:ascii="Arial" w:hAnsi="Arial" w:cs="Arial"/>
                <w:sz w:val="20"/>
                <w:szCs w:val="20"/>
              </w:rPr>
            </w:pPr>
            <w:r w:rsidRPr="00575350">
              <w:rPr>
                <w:rFonts w:ascii="Arial" w:hAnsi="Arial" w:cs="Arial"/>
                <w:sz w:val="20"/>
                <w:szCs w:val="20"/>
              </w:rPr>
              <w:t>ÁGUA MINERAL COM GÁS - GARRAFA PLÁSTICA DESCARTÁVEL LACRADA, COM APROXIMADAMENTE 500 ML. FARDO COM 12 UNIDADES</w:t>
            </w:r>
          </w:p>
        </w:tc>
        <w:tc>
          <w:tcPr>
            <w:tcW w:w="0" w:type="auto"/>
            <w:vAlign w:val="center"/>
          </w:tcPr>
          <w:p w14:paraId="36C936F0" w14:textId="77777777" w:rsidR="006D5036" w:rsidRPr="00575350" w:rsidRDefault="006D5036" w:rsidP="0030220C">
            <w:pPr>
              <w:rPr>
                <w:rFonts w:ascii="Arial" w:hAnsi="Arial" w:cs="Arial"/>
                <w:sz w:val="20"/>
                <w:szCs w:val="20"/>
              </w:rPr>
            </w:pPr>
            <w:r w:rsidRPr="00575350">
              <w:rPr>
                <w:rFonts w:ascii="Arial" w:hAnsi="Arial" w:cs="Arial"/>
                <w:sz w:val="20"/>
                <w:szCs w:val="20"/>
              </w:rPr>
              <w:t>FARDO</w:t>
            </w:r>
          </w:p>
        </w:tc>
        <w:tc>
          <w:tcPr>
            <w:tcW w:w="0" w:type="auto"/>
            <w:vAlign w:val="center"/>
          </w:tcPr>
          <w:p w14:paraId="604D6882" w14:textId="77777777" w:rsidR="006D5036" w:rsidRPr="00575350" w:rsidRDefault="006D5036" w:rsidP="0030220C">
            <w:pPr>
              <w:rPr>
                <w:rFonts w:ascii="Arial" w:hAnsi="Arial" w:cs="Arial"/>
                <w:sz w:val="20"/>
                <w:szCs w:val="20"/>
              </w:rPr>
            </w:pPr>
            <w:r w:rsidRPr="00575350">
              <w:rPr>
                <w:rFonts w:ascii="Arial" w:hAnsi="Arial" w:cs="Arial"/>
                <w:sz w:val="20"/>
                <w:szCs w:val="20"/>
              </w:rPr>
              <w:t>1220</w:t>
            </w:r>
          </w:p>
        </w:tc>
        <w:tc>
          <w:tcPr>
            <w:tcW w:w="0" w:type="auto"/>
          </w:tcPr>
          <w:p w14:paraId="14AF1C78" w14:textId="77777777" w:rsidR="006D5036" w:rsidRDefault="006D5036" w:rsidP="0030220C">
            <w:pPr>
              <w:rPr>
                <w:rFonts w:ascii="Arial" w:hAnsi="Arial" w:cs="Arial"/>
                <w:sz w:val="20"/>
                <w:szCs w:val="20"/>
              </w:rPr>
            </w:pPr>
          </w:p>
          <w:p w14:paraId="1CE3E7E2" w14:textId="77777777" w:rsidR="006D5036" w:rsidRDefault="006D5036" w:rsidP="0030220C">
            <w:pPr>
              <w:rPr>
                <w:rFonts w:ascii="Arial" w:hAnsi="Arial" w:cs="Arial"/>
                <w:sz w:val="20"/>
                <w:szCs w:val="20"/>
              </w:rPr>
            </w:pPr>
          </w:p>
          <w:p w14:paraId="6E439D18" w14:textId="77777777" w:rsidR="006D5036" w:rsidRPr="00575350" w:rsidRDefault="006D5036" w:rsidP="0030220C">
            <w:pPr>
              <w:rPr>
                <w:rFonts w:ascii="Arial" w:hAnsi="Arial" w:cs="Arial"/>
                <w:sz w:val="20"/>
                <w:szCs w:val="20"/>
              </w:rPr>
            </w:pPr>
            <w:r>
              <w:rPr>
                <w:rFonts w:ascii="Arial" w:hAnsi="Arial" w:cs="Arial"/>
                <w:sz w:val="20"/>
                <w:szCs w:val="20"/>
              </w:rPr>
              <w:t>25,88</w:t>
            </w:r>
          </w:p>
        </w:tc>
        <w:tc>
          <w:tcPr>
            <w:tcW w:w="0" w:type="auto"/>
          </w:tcPr>
          <w:p w14:paraId="32EE9350" w14:textId="77777777" w:rsidR="006D5036" w:rsidRDefault="006D5036" w:rsidP="0030220C">
            <w:pPr>
              <w:rPr>
                <w:rFonts w:ascii="Arial" w:hAnsi="Arial" w:cs="Arial"/>
                <w:sz w:val="20"/>
                <w:szCs w:val="20"/>
              </w:rPr>
            </w:pPr>
          </w:p>
          <w:p w14:paraId="059625A1" w14:textId="77777777" w:rsidR="006D5036" w:rsidRPr="00575350" w:rsidRDefault="006D5036" w:rsidP="0030220C">
            <w:pPr>
              <w:rPr>
                <w:rFonts w:ascii="Arial" w:hAnsi="Arial" w:cs="Arial"/>
                <w:sz w:val="20"/>
                <w:szCs w:val="20"/>
              </w:rPr>
            </w:pPr>
            <w:r>
              <w:rPr>
                <w:rFonts w:ascii="Arial" w:hAnsi="Arial" w:cs="Arial"/>
                <w:sz w:val="20"/>
                <w:szCs w:val="20"/>
              </w:rPr>
              <w:t>31.573,60</w:t>
            </w:r>
          </w:p>
        </w:tc>
      </w:tr>
      <w:tr w:rsidR="006D5036" w:rsidRPr="00575350" w14:paraId="357A75BE" w14:textId="77777777" w:rsidTr="0030220C">
        <w:trPr>
          <w:trHeight w:val="1225"/>
          <w:jc w:val="center"/>
        </w:trPr>
        <w:tc>
          <w:tcPr>
            <w:tcW w:w="0" w:type="auto"/>
            <w:vAlign w:val="center"/>
          </w:tcPr>
          <w:p w14:paraId="45B9ADAC" w14:textId="77777777" w:rsidR="006D5036" w:rsidRPr="00575350" w:rsidRDefault="006D5036" w:rsidP="0030220C">
            <w:pPr>
              <w:rPr>
                <w:rFonts w:ascii="Arial" w:hAnsi="Arial" w:cs="Arial"/>
                <w:sz w:val="20"/>
                <w:szCs w:val="20"/>
              </w:rPr>
            </w:pPr>
            <w:r w:rsidRPr="00575350">
              <w:rPr>
                <w:rFonts w:ascii="Arial" w:hAnsi="Arial" w:cs="Arial"/>
                <w:sz w:val="20"/>
                <w:szCs w:val="20"/>
              </w:rPr>
              <w:t>16</w:t>
            </w:r>
            <w:r>
              <w:rPr>
                <w:rFonts w:ascii="Arial" w:hAnsi="Arial" w:cs="Arial"/>
                <w:sz w:val="20"/>
                <w:szCs w:val="20"/>
              </w:rPr>
              <w:t>0</w:t>
            </w:r>
          </w:p>
        </w:tc>
        <w:tc>
          <w:tcPr>
            <w:tcW w:w="0" w:type="auto"/>
            <w:vAlign w:val="center"/>
          </w:tcPr>
          <w:p w14:paraId="7F48677D" w14:textId="77777777" w:rsidR="006D5036" w:rsidRPr="00575350" w:rsidRDefault="006D5036" w:rsidP="0030220C">
            <w:pPr>
              <w:rPr>
                <w:rFonts w:ascii="Arial" w:hAnsi="Arial" w:cs="Arial"/>
                <w:sz w:val="20"/>
                <w:szCs w:val="20"/>
              </w:rPr>
            </w:pPr>
            <w:r w:rsidRPr="00575350">
              <w:rPr>
                <w:rFonts w:ascii="Arial" w:hAnsi="Arial" w:cs="Arial"/>
                <w:sz w:val="20"/>
                <w:szCs w:val="20"/>
              </w:rPr>
              <w:t>445485</w:t>
            </w:r>
          </w:p>
        </w:tc>
        <w:tc>
          <w:tcPr>
            <w:tcW w:w="0" w:type="auto"/>
            <w:vAlign w:val="center"/>
          </w:tcPr>
          <w:p w14:paraId="17B7159B" w14:textId="77777777" w:rsidR="006D5036" w:rsidRPr="00575350" w:rsidRDefault="006D5036" w:rsidP="0030220C">
            <w:pPr>
              <w:rPr>
                <w:rFonts w:ascii="Arial" w:hAnsi="Arial" w:cs="Arial"/>
                <w:sz w:val="20"/>
                <w:szCs w:val="20"/>
              </w:rPr>
            </w:pPr>
            <w:r w:rsidRPr="00575350">
              <w:rPr>
                <w:rFonts w:ascii="Arial" w:hAnsi="Arial" w:cs="Arial"/>
                <w:sz w:val="20"/>
                <w:szCs w:val="20"/>
              </w:rPr>
              <w:t>ÁGUA MINERAL SEM GÁS - GARRAFA PLÁSTICA DESCARTÁVEL LACRADA, COM APROXIMADAMENTE 500 ML. FARDO COM 12 UNIDADES.</w:t>
            </w:r>
          </w:p>
        </w:tc>
        <w:tc>
          <w:tcPr>
            <w:tcW w:w="0" w:type="auto"/>
            <w:vAlign w:val="center"/>
          </w:tcPr>
          <w:p w14:paraId="65C4A410" w14:textId="77777777" w:rsidR="006D5036" w:rsidRPr="00575350" w:rsidRDefault="006D5036" w:rsidP="0030220C">
            <w:pPr>
              <w:rPr>
                <w:rFonts w:ascii="Arial" w:hAnsi="Arial" w:cs="Arial"/>
                <w:sz w:val="20"/>
                <w:szCs w:val="20"/>
              </w:rPr>
            </w:pPr>
            <w:r w:rsidRPr="00575350">
              <w:rPr>
                <w:rFonts w:ascii="Arial" w:hAnsi="Arial" w:cs="Arial"/>
                <w:sz w:val="20"/>
                <w:szCs w:val="20"/>
              </w:rPr>
              <w:t>FARDO</w:t>
            </w:r>
          </w:p>
        </w:tc>
        <w:tc>
          <w:tcPr>
            <w:tcW w:w="0" w:type="auto"/>
            <w:vAlign w:val="center"/>
          </w:tcPr>
          <w:p w14:paraId="43D6E1F7" w14:textId="77777777" w:rsidR="006D5036" w:rsidRPr="00575350" w:rsidRDefault="006D5036" w:rsidP="0030220C">
            <w:pPr>
              <w:rPr>
                <w:rFonts w:ascii="Arial" w:hAnsi="Arial" w:cs="Arial"/>
                <w:sz w:val="20"/>
                <w:szCs w:val="20"/>
              </w:rPr>
            </w:pPr>
            <w:r w:rsidRPr="00575350">
              <w:rPr>
                <w:rFonts w:ascii="Arial" w:hAnsi="Arial" w:cs="Arial"/>
                <w:sz w:val="20"/>
                <w:szCs w:val="20"/>
              </w:rPr>
              <w:t>1510</w:t>
            </w:r>
          </w:p>
        </w:tc>
        <w:tc>
          <w:tcPr>
            <w:tcW w:w="0" w:type="auto"/>
          </w:tcPr>
          <w:p w14:paraId="25A786A4" w14:textId="77777777" w:rsidR="006D5036" w:rsidRDefault="006D5036" w:rsidP="0030220C">
            <w:pPr>
              <w:rPr>
                <w:rFonts w:ascii="Arial" w:hAnsi="Arial" w:cs="Arial"/>
                <w:sz w:val="20"/>
                <w:szCs w:val="20"/>
              </w:rPr>
            </w:pPr>
          </w:p>
          <w:p w14:paraId="26E5071D" w14:textId="77777777" w:rsidR="006D5036" w:rsidRPr="00575350" w:rsidRDefault="006D5036" w:rsidP="0030220C">
            <w:pPr>
              <w:rPr>
                <w:rFonts w:ascii="Arial" w:hAnsi="Arial" w:cs="Arial"/>
                <w:sz w:val="20"/>
                <w:szCs w:val="20"/>
              </w:rPr>
            </w:pPr>
            <w:r>
              <w:rPr>
                <w:rFonts w:ascii="Arial" w:hAnsi="Arial" w:cs="Arial"/>
                <w:sz w:val="20"/>
                <w:szCs w:val="20"/>
              </w:rPr>
              <w:t>24,11</w:t>
            </w:r>
          </w:p>
        </w:tc>
        <w:tc>
          <w:tcPr>
            <w:tcW w:w="0" w:type="auto"/>
          </w:tcPr>
          <w:p w14:paraId="3B4EAC97" w14:textId="77777777" w:rsidR="006D5036" w:rsidRDefault="006D5036" w:rsidP="0030220C">
            <w:pPr>
              <w:rPr>
                <w:rFonts w:ascii="Arial" w:hAnsi="Arial" w:cs="Arial"/>
                <w:sz w:val="20"/>
                <w:szCs w:val="20"/>
              </w:rPr>
            </w:pPr>
          </w:p>
          <w:p w14:paraId="543FFA84" w14:textId="77777777" w:rsidR="006D5036" w:rsidRPr="00575350" w:rsidRDefault="006D5036" w:rsidP="0030220C">
            <w:pPr>
              <w:rPr>
                <w:rFonts w:ascii="Arial" w:hAnsi="Arial" w:cs="Arial"/>
                <w:sz w:val="20"/>
                <w:szCs w:val="20"/>
              </w:rPr>
            </w:pPr>
            <w:r>
              <w:rPr>
                <w:rFonts w:ascii="Arial" w:hAnsi="Arial" w:cs="Arial"/>
                <w:sz w:val="20"/>
                <w:szCs w:val="20"/>
              </w:rPr>
              <w:t>36.406,10</w:t>
            </w:r>
          </w:p>
        </w:tc>
      </w:tr>
      <w:tr w:rsidR="006D5036" w:rsidRPr="00575350" w14:paraId="17C58F99" w14:textId="77777777" w:rsidTr="0030220C">
        <w:trPr>
          <w:trHeight w:val="227"/>
          <w:jc w:val="center"/>
        </w:trPr>
        <w:tc>
          <w:tcPr>
            <w:tcW w:w="0" w:type="auto"/>
            <w:vAlign w:val="center"/>
          </w:tcPr>
          <w:p w14:paraId="3603C10E" w14:textId="77777777" w:rsidR="006D5036" w:rsidRPr="00575350" w:rsidRDefault="006D5036" w:rsidP="0030220C">
            <w:pPr>
              <w:rPr>
                <w:rFonts w:ascii="Arial" w:hAnsi="Arial" w:cs="Arial"/>
                <w:sz w:val="20"/>
                <w:szCs w:val="20"/>
              </w:rPr>
            </w:pPr>
            <w:r w:rsidRPr="00575350">
              <w:rPr>
                <w:rFonts w:ascii="Arial" w:hAnsi="Arial" w:cs="Arial"/>
                <w:sz w:val="20"/>
                <w:szCs w:val="20"/>
              </w:rPr>
              <w:t>16</w:t>
            </w:r>
            <w:r>
              <w:rPr>
                <w:rFonts w:ascii="Arial" w:hAnsi="Arial" w:cs="Arial"/>
                <w:sz w:val="20"/>
                <w:szCs w:val="20"/>
              </w:rPr>
              <w:t>1</w:t>
            </w:r>
          </w:p>
          <w:p w14:paraId="4912176B" w14:textId="77777777" w:rsidR="006D5036" w:rsidRPr="00575350" w:rsidRDefault="006D5036" w:rsidP="0030220C">
            <w:pPr>
              <w:rPr>
                <w:rFonts w:ascii="Arial" w:hAnsi="Arial" w:cs="Arial"/>
                <w:sz w:val="20"/>
                <w:szCs w:val="20"/>
              </w:rPr>
            </w:pPr>
          </w:p>
        </w:tc>
        <w:tc>
          <w:tcPr>
            <w:tcW w:w="0" w:type="auto"/>
            <w:vAlign w:val="center"/>
          </w:tcPr>
          <w:p w14:paraId="56193BD6" w14:textId="77777777" w:rsidR="006D5036" w:rsidRPr="00575350" w:rsidRDefault="006D5036" w:rsidP="0030220C">
            <w:pPr>
              <w:rPr>
                <w:rFonts w:ascii="Arial" w:hAnsi="Arial" w:cs="Arial"/>
                <w:sz w:val="20"/>
                <w:szCs w:val="20"/>
              </w:rPr>
            </w:pPr>
            <w:r w:rsidRPr="00575350">
              <w:rPr>
                <w:rFonts w:ascii="Arial" w:hAnsi="Arial" w:cs="Arial"/>
                <w:sz w:val="20"/>
                <w:szCs w:val="20"/>
              </w:rPr>
              <w:lastRenderedPageBreak/>
              <w:t>445484</w:t>
            </w:r>
          </w:p>
        </w:tc>
        <w:tc>
          <w:tcPr>
            <w:tcW w:w="0" w:type="auto"/>
            <w:vAlign w:val="center"/>
          </w:tcPr>
          <w:p w14:paraId="21196406" w14:textId="77777777" w:rsidR="006D5036" w:rsidRPr="00575350" w:rsidRDefault="006D5036" w:rsidP="0030220C">
            <w:pPr>
              <w:rPr>
                <w:rFonts w:ascii="Arial" w:hAnsi="Arial" w:cs="Arial"/>
                <w:sz w:val="20"/>
                <w:szCs w:val="20"/>
              </w:rPr>
            </w:pPr>
            <w:r w:rsidRPr="00575350">
              <w:rPr>
                <w:rFonts w:ascii="Arial" w:hAnsi="Arial" w:cs="Arial"/>
                <w:sz w:val="20"/>
                <w:szCs w:val="20"/>
              </w:rPr>
              <w:t xml:space="preserve">ÁGUA MINERAL, EM COPO, DE 200 ML (SEM GÁS), COM TAMPA, CONTENDO NO RÓTULO A </w:t>
            </w:r>
            <w:r w:rsidRPr="00575350">
              <w:rPr>
                <w:rFonts w:ascii="Arial" w:hAnsi="Arial" w:cs="Arial"/>
                <w:sz w:val="20"/>
                <w:szCs w:val="20"/>
              </w:rPr>
              <w:lastRenderedPageBreak/>
              <w:t>COMPOSIÇÃO QUÍMICA, REGISTRO DO MINISTÉRIO DA SAÚDE E DA AGÊNCIA NACIONAL DE VIGILÂNCIA SANITÁRIA. CAIXA COM 48 COPOS</w:t>
            </w:r>
          </w:p>
        </w:tc>
        <w:tc>
          <w:tcPr>
            <w:tcW w:w="0" w:type="auto"/>
            <w:vAlign w:val="center"/>
          </w:tcPr>
          <w:p w14:paraId="661F0781" w14:textId="77777777" w:rsidR="006D5036" w:rsidRPr="00575350" w:rsidRDefault="006D5036" w:rsidP="0030220C">
            <w:pPr>
              <w:rPr>
                <w:rFonts w:ascii="Arial" w:hAnsi="Arial" w:cs="Arial"/>
                <w:sz w:val="20"/>
                <w:szCs w:val="20"/>
              </w:rPr>
            </w:pPr>
            <w:r w:rsidRPr="00575350">
              <w:rPr>
                <w:rFonts w:ascii="Arial" w:hAnsi="Arial" w:cs="Arial"/>
                <w:sz w:val="20"/>
                <w:szCs w:val="20"/>
              </w:rPr>
              <w:lastRenderedPageBreak/>
              <w:t>UN</w:t>
            </w:r>
          </w:p>
        </w:tc>
        <w:tc>
          <w:tcPr>
            <w:tcW w:w="0" w:type="auto"/>
            <w:vAlign w:val="center"/>
          </w:tcPr>
          <w:p w14:paraId="4F6FCB16" w14:textId="77777777" w:rsidR="006D5036" w:rsidRPr="00575350" w:rsidRDefault="006D5036" w:rsidP="0030220C">
            <w:pPr>
              <w:rPr>
                <w:rFonts w:ascii="Arial" w:hAnsi="Arial" w:cs="Arial"/>
                <w:sz w:val="20"/>
                <w:szCs w:val="20"/>
              </w:rPr>
            </w:pPr>
            <w:r w:rsidRPr="00575350">
              <w:rPr>
                <w:rFonts w:ascii="Arial" w:hAnsi="Arial" w:cs="Arial"/>
                <w:sz w:val="20"/>
                <w:szCs w:val="20"/>
              </w:rPr>
              <w:t>450</w:t>
            </w:r>
          </w:p>
        </w:tc>
        <w:tc>
          <w:tcPr>
            <w:tcW w:w="0" w:type="auto"/>
          </w:tcPr>
          <w:p w14:paraId="0ECEE210" w14:textId="77777777" w:rsidR="006D5036" w:rsidRDefault="006D5036" w:rsidP="0030220C">
            <w:pPr>
              <w:rPr>
                <w:rFonts w:ascii="Arial" w:hAnsi="Arial" w:cs="Arial"/>
                <w:sz w:val="20"/>
                <w:szCs w:val="20"/>
              </w:rPr>
            </w:pPr>
          </w:p>
          <w:p w14:paraId="31C335D6" w14:textId="77777777" w:rsidR="006D5036" w:rsidRDefault="006D5036" w:rsidP="0030220C">
            <w:pPr>
              <w:rPr>
                <w:rFonts w:ascii="Arial" w:hAnsi="Arial" w:cs="Arial"/>
                <w:sz w:val="20"/>
                <w:szCs w:val="20"/>
              </w:rPr>
            </w:pPr>
          </w:p>
          <w:p w14:paraId="28F52B29" w14:textId="77777777" w:rsidR="006D5036" w:rsidRDefault="006D5036" w:rsidP="0030220C">
            <w:pPr>
              <w:rPr>
                <w:rFonts w:ascii="Arial" w:hAnsi="Arial" w:cs="Arial"/>
                <w:sz w:val="20"/>
                <w:szCs w:val="20"/>
              </w:rPr>
            </w:pPr>
            <w:r>
              <w:rPr>
                <w:rFonts w:ascii="Arial" w:hAnsi="Arial" w:cs="Arial"/>
                <w:sz w:val="20"/>
                <w:szCs w:val="20"/>
              </w:rPr>
              <w:lastRenderedPageBreak/>
              <w:t>42,86</w:t>
            </w:r>
          </w:p>
          <w:p w14:paraId="60858442" w14:textId="77777777" w:rsidR="006D5036" w:rsidRPr="00575350" w:rsidRDefault="006D5036" w:rsidP="0030220C">
            <w:pPr>
              <w:rPr>
                <w:rFonts w:ascii="Arial" w:hAnsi="Arial" w:cs="Arial"/>
                <w:sz w:val="20"/>
                <w:szCs w:val="20"/>
              </w:rPr>
            </w:pPr>
          </w:p>
        </w:tc>
        <w:tc>
          <w:tcPr>
            <w:tcW w:w="0" w:type="auto"/>
          </w:tcPr>
          <w:p w14:paraId="7D2FB2F0" w14:textId="77777777" w:rsidR="006D5036" w:rsidRDefault="006D5036" w:rsidP="0030220C">
            <w:pPr>
              <w:rPr>
                <w:rFonts w:ascii="Arial" w:hAnsi="Arial" w:cs="Arial"/>
                <w:sz w:val="20"/>
                <w:szCs w:val="20"/>
              </w:rPr>
            </w:pPr>
          </w:p>
          <w:p w14:paraId="29F08EA9" w14:textId="77777777" w:rsidR="006D5036" w:rsidRDefault="006D5036" w:rsidP="0030220C">
            <w:pPr>
              <w:rPr>
                <w:rFonts w:ascii="Arial" w:hAnsi="Arial" w:cs="Arial"/>
                <w:sz w:val="20"/>
                <w:szCs w:val="20"/>
              </w:rPr>
            </w:pPr>
          </w:p>
          <w:p w14:paraId="0C9DAB69" w14:textId="77777777" w:rsidR="006D5036" w:rsidRPr="00575350" w:rsidRDefault="006D5036" w:rsidP="0030220C">
            <w:pPr>
              <w:rPr>
                <w:rFonts w:ascii="Arial" w:hAnsi="Arial" w:cs="Arial"/>
                <w:sz w:val="20"/>
                <w:szCs w:val="20"/>
              </w:rPr>
            </w:pPr>
            <w:r>
              <w:rPr>
                <w:rFonts w:ascii="Arial" w:hAnsi="Arial" w:cs="Arial"/>
                <w:sz w:val="20"/>
                <w:szCs w:val="20"/>
              </w:rPr>
              <w:lastRenderedPageBreak/>
              <w:t>19.287,00</w:t>
            </w:r>
          </w:p>
        </w:tc>
      </w:tr>
      <w:tr w:rsidR="006D5036" w:rsidRPr="00575350" w14:paraId="64B6B661" w14:textId="77777777" w:rsidTr="0030220C">
        <w:trPr>
          <w:trHeight w:val="227"/>
          <w:jc w:val="center"/>
        </w:trPr>
        <w:tc>
          <w:tcPr>
            <w:tcW w:w="0" w:type="auto"/>
            <w:vAlign w:val="center"/>
          </w:tcPr>
          <w:p w14:paraId="112299C1" w14:textId="77777777" w:rsidR="006D5036" w:rsidRPr="00575350" w:rsidRDefault="006D5036" w:rsidP="0030220C">
            <w:pPr>
              <w:rPr>
                <w:rFonts w:ascii="Arial" w:hAnsi="Arial" w:cs="Arial"/>
                <w:sz w:val="20"/>
                <w:szCs w:val="20"/>
              </w:rPr>
            </w:pPr>
            <w:r w:rsidRPr="00575350">
              <w:rPr>
                <w:rFonts w:ascii="Arial" w:hAnsi="Arial" w:cs="Arial"/>
                <w:sz w:val="20"/>
                <w:szCs w:val="20"/>
              </w:rPr>
              <w:lastRenderedPageBreak/>
              <w:t>16</w:t>
            </w:r>
            <w:r>
              <w:rPr>
                <w:rFonts w:ascii="Arial" w:hAnsi="Arial" w:cs="Arial"/>
                <w:sz w:val="20"/>
                <w:szCs w:val="20"/>
              </w:rPr>
              <w:t>2</w:t>
            </w:r>
          </w:p>
        </w:tc>
        <w:tc>
          <w:tcPr>
            <w:tcW w:w="0" w:type="auto"/>
            <w:vAlign w:val="center"/>
          </w:tcPr>
          <w:p w14:paraId="77714B4A"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463692</w:t>
            </w:r>
          </w:p>
        </w:tc>
        <w:tc>
          <w:tcPr>
            <w:tcW w:w="0" w:type="auto"/>
            <w:vAlign w:val="center"/>
          </w:tcPr>
          <w:p w14:paraId="50624F57"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ÓLEO DE SOJA - PURO, QUALIDADE TIPO 1, EMBALAGEM APROXIMADAMENTE 900 ML, SIMLAR A SOYA, CONCÓRDIA E COAMO</w:t>
            </w:r>
          </w:p>
        </w:tc>
        <w:tc>
          <w:tcPr>
            <w:tcW w:w="0" w:type="auto"/>
            <w:vAlign w:val="center"/>
          </w:tcPr>
          <w:p w14:paraId="668AA760"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UN</w:t>
            </w:r>
          </w:p>
        </w:tc>
        <w:tc>
          <w:tcPr>
            <w:tcW w:w="0" w:type="auto"/>
            <w:vAlign w:val="center"/>
          </w:tcPr>
          <w:p w14:paraId="704407DB" w14:textId="77777777" w:rsidR="006D5036" w:rsidRPr="00575350" w:rsidRDefault="006D5036" w:rsidP="0030220C">
            <w:pPr>
              <w:rPr>
                <w:rFonts w:ascii="Arial" w:hAnsi="Arial" w:cs="Arial"/>
                <w:sz w:val="20"/>
                <w:szCs w:val="20"/>
              </w:rPr>
            </w:pPr>
            <w:r w:rsidRPr="00575350">
              <w:rPr>
                <w:rFonts w:ascii="Arial" w:eastAsia="Times New Roman" w:hAnsi="Arial" w:cs="Arial"/>
                <w:sz w:val="18"/>
                <w:szCs w:val="18"/>
                <w:lang w:eastAsia="pt-BR"/>
              </w:rPr>
              <w:t>1015</w:t>
            </w:r>
          </w:p>
        </w:tc>
        <w:tc>
          <w:tcPr>
            <w:tcW w:w="0" w:type="auto"/>
          </w:tcPr>
          <w:p w14:paraId="7CEE51AB" w14:textId="77777777" w:rsidR="006D5036" w:rsidRDefault="006D5036" w:rsidP="0030220C">
            <w:pPr>
              <w:rPr>
                <w:rFonts w:ascii="Arial" w:hAnsi="Arial" w:cs="Arial"/>
                <w:sz w:val="20"/>
                <w:szCs w:val="20"/>
              </w:rPr>
            </w:pPr>
          </w:p>
          <w:p w14:paraId="5DC009BA" w14:textId="77777777" w:rsidR="006D5036" w:rsidRPr="00575350" w:rsidRDefault="006D5036" w:rsidP="0030220C">
            <w:pPr>
              <w:rPr>
                <w:rFonts w:ascii="Arial" w:hAnsi="Arial" w:cs="Arial"/>
                <w:sz w:val="20"/>
                <w:szCs w:val="20"/>
              </w:rPr>
            </w:pPr>
            <w:r>
              <w:rPr>
                <w:rFonts w:ascii="Arial" w:hAnsi="Arial" w:cs="Arial"/>
                <w:sz w:val="20"/>
                <w:szCs w:val="20"/>
              </w:rPr>
              <w:t>9,76</w:t>
            </w:r>
          </w:p>
        </w:tc>
        <w:tc>
          <w:tcPr>
            <w:tcW w:w="0" w:type="auto"/>
          </w:tcPr>
          <w:p w14:paraId="2B42011C" w14:textId="77777777" w:rsidR="006D5036" w:rsidRDefault="006D5036" w:rsidP="0030220C">
            <w:pPr>
              <w:rPr>
                <w:rFonts w:ascii="Arial" w:hAnsi="Arial" w:cs="Arial"/>
                <w:sz w:val="20"/>
                <w:szCs w:val="20"/>
              </w:rPr>
            </w:pPr>
          </w:p>
          <w:p w14:paraId="1E314F2A" w14:textId="77777777" w:rsidR="006D5036" w:rsidRPr="00575350" w:rsidRDefault="006D5036" w:rsidP="0030220C">
            <w:pPr>
              <w:rPr>
                <w:rFonts w:ascii="Arial" w:hAnsi="Arial" w:cs="Arial"/>
                <w:sz w:val="20"/>
                <w:szCs w:val="20"/>
              </w:rPr>
            </w:pPr>
            <w:r>
              <w:rPr>
                <w:rFonts w:ascii="Arial" w:hAnsi="Arial" w:cs="Arial"/>
                <w:sz w:val="20"/>
                <w:szCs w:val="20"/>
              </w:rPr>
              <w:t>9.906,40</w:t>
            </w:r>
          </w:p>
        </w:tc>
      </w:tr>
      <w:tr w:rsidR="006D5036" w:rsidRPr="00575350" w14:paraId="00573355" w14:textId="77777777" w:rsidTr="0030220C">
        <w:trPr>
          <w:trHeight w:val="227"/>
          <w:jc w:val="center"/>
        </w:trPr>
        <w:tc>
          <w:tcPr>
            <w:tcW w:w="0" w:type="auto"/>
            <w:vAlign w:val="center"/>
          </w:tcPr>
          <w:p w14:paraId="507F82F3" w14:textId="77777777" w:rsidR="006D5036" w:rsidRPr="00575350" w:rsidRDefault="006D5036" w:rsidP="0030220C">
            <w:pPr>
              <w:rPr>
                <w:rFonts w:ascii="Arial" w:hAnsi="Arial" w:cs="Arial"/>
                <w:sz w:val="20"/>
                <w:szCs w:val="20"/>
              </w:rPr>
            </w:pPr>
            <w:r w:rsidRPr="00575350">
              <w:rPr>
                <w:rFonts w:ascii="Arial" w:hAnsi="Arial" w:cs="Arial"/>
                <w:sz w:val="20"/>
                <w:szCs w:val="20"/>
              </w:rPr>
              <w:t>16</w:t>
            </w:r>
            <w:r>
              <w:rPr>
                <w:rFonts w:ascii="Arial" w:hAnsi="Arial" w:cs="Arial"/>
                <w:sz w:val="20"/>
                <w:szCs w:val="20"/>
              </w:rPr>
              <w:t>3</w:t>
            </w:r>
          </w:p>
        </w:tc>
        <w:tc>
          <w:tcPr>
            <w:tcW w:w="0" w:type="auto"/>
            <w:vAlign w:val="center"/>
          </w:tcPr>
          <w:p w14:paraId="46CF8AB4" w14:textId="77777777" w:rsidR="006D5036" w:rsidRPr="00575350" w:rsidRDefault="006D5036" w:rsidP="0030220C">
            <w:pPr>
              <w:rPr>
                <w:rFonts w:ascii="Arial" w:hAnsi="Arial" w:cs="Arial"/>
                <w:sz w:val="20"/>
                <w:szCs w:val="20"/>
              </w:rPr>
            </w:pPr>
            <w:r w:rsidRPr="00575350">
              <w:rPr>
                <w:rFonts w:ascii="Arial" w:hAnsi="Arial" w:cs="Arial"/>
                <w:sz w:val="20"/>
                <w:szCs w:val="20"/>
              </w:rPr>
              <w:t>463536</w:t>
            </w:r>
          </w:p>
        </w:tc>
        <w:tc>
          <w:tcPr>
            <w:tcW w:w="0" w:type="auto"/>
            <w:vAlign w:val="center"/>
          </w:tcPr>
          <w:p w14:paraId="230900D8" w14:textId="77777777" w:rsidR="006D5036" w:rsidRPr="00575350" w:rsidRDefault="006D5036" w:rsidP="0030220C">
            <w:pPr>
              <w:rPr>
                <w:rFonts w:ascii="Arial" w:hAnsi="Arial" w:cs="Arial"/>
                <w:sz w:val="20"/>
                <w:szCs w:val="20"/>
              </w:rPr>
            </w:pPr>
            <w:r w:rsidRPr="00575350">
              <w:rPr>
                <w:rFonts w:ascii="Arial" w:hAnsi="Arial" w:cs="Arial"/>
                <w:sz w:val="20"/>
                <w:szCs w:val="20"/>
              </w:rPr>
              <w:t>BARRA DE CHOCOLATE-CHOCOLATE AO LEITE, EMBALAGEM COM APROXIMADAMENTE 1KG, SIMILAR A NESTLÉ, LACTA E HERSHEYS.</w:t>
            </w:r>
          </w:p>
        </w:tc>
        <w:tc>
          <w:tcPr>
            <w:tcW w:w="0" w:type="auto"/>
            <w:vAlign w:val="center"/>
          </w:tcPr>
          <w:p w14:paraId="2B723610" w14:textId="77777777" w:rsidR="006D5036" w:rsidRPr="00575350" w:rsidRDefault="006D5036" w:rsidP="0030220C">
            <w:pPr>
              <w:rPr>
                <w:rFonts w:ascii="Arial" w:hAnsi="Arial" w:cs="Arial"/>
                <w:sz w:val="20"/>
                <w:szCs w:val="20"/>
              </w:rPr>
            </w:pPr>
            <w:r w:rsidRPr="00575350">
              <w:rPr>
                <w:rFonts w:ascii="Arial" w:hAnsi="Arial" w:cs="Arial"/>
                <w:sz w:val="20"/>
                <w:szCs w:val="20"/>
              </w:rPr>
              <w:t>UN</w:t>
            </w:r>
          </w:p>
        </w:tc>
        <w:tc>
          <w:tcPr>
            <w:tcW w:w="0" w:type="auto"/>
            <w:vAlign w:val="center"/>
          </w:tcPr>
          <w:p w14:paraId="5790C440" w14:textId="77777777" w:rsidR="006D5036" w:rsidRPr="00575350" w:rsidRDefault="006D5036" w:rsidP="0030220C">
            <w:pPr>
              <w:rPr>
                <w:rFonts w:ascii="Arial" w:hAnsi="Arial" w:cs="Arial"/>
                <w:sz w:val="20"/>
                <w:szCs w:val="20"/>
              </w:rPr>
            </w:pPr>
            <w:r w:rsidRPr="00575350">
              <w:rPr>
                <w:rFonts w:ascii="Arial" w:hAnsi="Arial" w:cs="Arial"/>
                <w:sz w:val="20"/>
                <w:szCs w:val="20"/>
              </w:rPr>
              <w:t>60</w:t>
            </w:r>
          </w:p>
        </w:tc>
        <w:tc>
          <w:tcPr>
            <w:tcW w:w="0" w:type="auto"/>
          </w:tcPr>
          <w:p w14:paraId="67C5AD2E" w14:textId="77777777" w:rsidR="006D5036" w:rsidRDefault="006D5036" w:rsidP="0030220C">
            <w:pPr>
              <w:rPr>
                <w:rFonts w:ascii="Arial" w:hAnsi="Arial" w:cs="Arial"/>
                <w:sz w:val="20"/>
                <w:szCs w:val="20"/>
              </w:rPr>
            </w:pPr>
          </w:p>
          <w:p w14:paraId="2591A710" w14:textId="77777777" w:rsidR="006D5036" w:rsidRPr="00575350" w:rsidRDefault="006D5036" w:rsidP="0030220C">
            <w:pPr>
              <w:rPr>
                <w:rFonts w:ascii="Arial" w:hAnsi="Arial" w:cs="Arial"/>
                <w:sz w:val="20"/>
                <w:szCs w:val="20"/>
              </w:rPr>
            </w:pPr>
            <w:r>
              <w:rPr>
                <w:rFonts w:ascii="Arial" w:hAnsi="Arial" w:cs="Arial"/>
                <w:sz w:val="20"/>
                <w:szCs w:val="20"/>
              </w:rPr>
              <w:t>43,92</w:t>
            </w:r>
          </w:p>
        </w:tc>
        <w:tc>
          <w:tcPr>
            <w:tcW w:w="0" w:type="auto"/>
          </w:tcPr>
          <w:p w14:paraId="5FC2D31F" w14:textId="77777777" w:rsidR="006D5036" w:rsidRDefault="006D5036" w:rsidP="0030220C">
            <w:pPr>
              <w:rPr>
                <w:rFonts w:ascii="Arial" w:hAnsi="Arial" w:cs="Arial"/>
                <w:sz w:val="20"/>
                <w:szCs w:val="20"/>
              </w:rPr>
            </w:pPr>
          </w:p>
          <w:p w14:paraId="502A42F3" w14:textId="77777777" w:rsidR="006D5036" w:rsidRPr="00575350" w:rsidRDefault="006D5036" w:rsidP="0030220C">
            <w:pPr>
              <w:rPr>
                <w:rFonts w:ascii="Arial" w:hAnsi="Arial" w:cs="Arial"/>
                <w:sz w:val="20"/>
                <w:szCs w:val="20"/>
              </w:rPr>
            </w:pPr>
            <w:r>
              <w:rPr>
                <w:rFonts w:ascii="Arial" w:hAnsi="Arial" w:cs="Arial"/>
                <w:sz w:val="20"/>
                <w:szCs w:val="20"/>
              </w:rPr>
              <w:t>2.635,20</w:t>
            </w:r>
          </w:p>
        </w:tc>
      </w:tr>
      <w:tr w:rsidR="006D5036" w:rsidRPr="00575350" w14:paraId="60BBCF6A" w14:textId="77777777" w:rsidTr="0030220C">
        <w:trPr>
          <w:trHeight w:val="227"/>
          <w:jc w:val="center"/>
        </w:trPr>
        <w:tc>
          <w:tcPr>
            <w:tcW w:w="0" w:type="auto"/>
          </w:tcPr>
          <w:p w14:paraId="2C58E932" w14:textId="77777777" w:rsidR="006D5036" w:rsidRDefault="006D5036" w:rsidP="0030220C">
            <w:pPr>
              <w:rPr>
                <w:rFonts w:ascii="Arial" w:hAnsi="Arial" w:cs="Arial"/>
                <w:sz w:val="20"/>
                <w:szCs w:val="20"/>
              </w:rPr>
            </w:pPr>
          </w:p>
          <w:p w14:paraId="69F6E82C" w14:textId="77777777" w:rsidR="006D5036" w:rsidRDefault="006D5036" w:rsidP="0030220C">
            <w:pPr>
              <w:rPr>
                <w:rFonts w:ascii="Arial" w:hAnsi="Arial" w:cs="Arial"/>
                <w:sz w:val="20"/>
                <w:szCs w:val="20"/>
              </w:rPr>
            </w:pPr>
          </w:p>
          <w:p w14:paraId="4035D360" w14:textId="77777777" w:rsidR="006D5036" w:rsidRPr="00575350" w:rsidRDefault="006D5036" w:rsidP="0030220C">
            <w:pPr>
              <w:rPr>
                <w:rFonts w:ascii="Arial" w:hAnsi="Arial" w:cs="Arial"/>
                <w:sz w:val="20"/>
                <w:szCs w:val="20"/>
              </w:rPr>
            </w:pPr>
            <w:r w:rsidRPr="00575350">
              <w:rPr>
                <w:rFonts w:ascii="Arial" w:hAnsi="Arial" w:cs="Arial"/>
                <w:sz w:val="20"/>
                <w:szCs w:val="20"/>
              </w:rPr>
              <w:t>16</w:t>
            </w:r>
            <w:r>
              <w:rPr>
                <w:rFonts w:ascii="Arial" w:hAnsi="Arial" w:cs="Arial"/>
                <w:sz w:val="20"/>
                <w:szCs w:val="20"/>
              </w:rPr>
              <w:t>4</w:t>
            </w:r>
          </w:p>
        </w:tc>
        <w:tc>
          <w:tcPr>
            <w:tcW w:w="0" w:type="auto"/>
            <w:vAlign w:val="center"/>
          </w:tcPr>
          <w:p w14:paraId="6BFAD939" w14:textId="77777777" w:rsidR="006D5036" w:rsidRPr="00575350" w:rsidRDefault="006D5036" w:rsidP="0030220C">
            <w:pPr>
              <w:rPr>
                <w:rFonts w:ascii="Arial" w:hAnsi="Arial" w:cs="Arial"/>
                <w:sz w:val="20"/>
                <w:szCs w:val="20"/>
              </w:rPr>
            </w:pPr>
          </w:p>
        </w:tc>
        <w:tc>
          <w:tcPr>
            <w:tcW w:w="0" w:type="auto"/>
            <w:vAlign w:val="center"/>
          </w:tcPr>
          <w:p w14:paraId="116C4743" w14:textId="77777777" w:rsidR="006D5036" w:rsidRPr="00575350" w:rsidRDefault="006D5036" w:rsidP="0030220C">
            <w:pPr>
              <w:rPr>
                <w:rFonts w:ascii="Arial" w:hAnsi="Arial" w:cs="Arial"/>
                <w:sz w:val="20"/>
                <w:szCs w:val="20"/>
              </w:rPr>
            </w:pPr>
            <w:r w:rsidRPr="00575350">
              <w:rPr>
                <w:rFonts w:ascii="Arial" w:hAnsi="Arial" w:cs="Arial"/>
                <w:sz w:val="20"/>
                <w:szCs w:val="20"/>
              </w:rPr>
              <w:t>CAIXA DE BOMBOM - EMBALAGEM COM APROXIMADAMENTE 250 G, BOMBONS SORTIDOS, EMBALADOS INDIVIDUALMENTE, SIMILAR A NESTLÉ, LACTA E GAROTO.</w:t>
            </w:r>
          </w:p>
        </w:tc>
        <w:tc>
          <w:tcPr>
            <w:tcW w:w="0" w:type="auto"/>
            <w:vAlign w:val="center"/>
          </w:tcPr>
          <w:p w14:paraId="01F68A05" w14:textId="77777777" w:rsidR="006D5036" w:rsidRPr="00575350" w:rsidRDefault="006D5036" w:rsidP="0030220C">
            <w:pPr>
              <w:rPr>
                <w:rFonts w:ascii="Arial" w:hAnsi="Arial" w:cs="Arial"/>
                <w:sz w:val="20"/>
                <w:szCs w:val="20"/>
              </w:rPr>
            </w:pPr>
            <w:r w:rsidRPr="00575350">
              <w:rPr>
                <w:rFonts w:ascii="Arial" w:hAnsi="Arial" w:cs="Arial"/>
                <w:sz w:val="20"/>
                <w:szCs w:val="20"/>
              </w:rPr>
              <w:t>CAIXA</w:t>
            </w:r>
          </w:p>
        </w:tc>
        <w:tc>
          <w:tcPr>
            <w:tcW w:w="0" w:type="auto"/>
            <w:vAlign w:val="center"/>
          </w:tcPr>
          <w:p w14:paraId="6A198987" w14:textId="77777777" w:rsidR="006D5036" w:rsidRPr="00575350" w:rsidRDefault="006D5036" w:rsidP="0030220C">
            <w:pPr>
              <w:rPr>
                <w:rFonts w:ascii="Arial" w:hAnsi="Arial" w:cs="Arial"/>
                <w:sz w:val="20"/>
                <w:szCs w:val="20"/>
              </w:rPr>
            </w:pPr>
            <w:r w:rsidRPr="00575350">
              <w:rPr>
                <w:rFonts w:ascii="Arial" w:hAnsi="Arial" w:cs="Arial"/>
                <w:sz w:val="20"/>
                <w:szCs w:val="20"/>
              </w:rPr>
              <w:t>800</w:t>
            </w:r>
          </w:p>
        </w:tc>
        <w:tc>
          <w:tcPr>
            <w:tcW w:w="0" w:type="auto"/>
          </w:tcPr>
          <w:p w14:paraId="70BDE439" w14:textId="77777777" w:rsidR="006D5036" w:rsidRDefault="006D5036" w:rsidP="0030220C">
            <w:pPr>
              <w:rPr>
                <w:rFonts w:ascii="Arial" w:hAnsi="Arial" w:cs="Arial"/>
                <w:sz w:val="20"/>
                <w:szCs w:val="20"/>
              </w:rPr>
            </w:pPr>
          </w:p>
          <w:p w14:paraId="3FE949EE" w14:textId="77777777" w:rsidR="006D5036" w:rsidRPr="00575350" w:rsidRDefault="006D5036" w:rsidP="0030220C">
            <w:pPr>
              <w:rPr>
                <w:rFonts w:ascii="Arial" w:hAnsi="Arial" w:cs="Arial"/>
                <w:sz w:val="20"/>
                <w:szCs w:val="20"/>
              </w:rPr>
            </w:pPr>
            <w:r>
              <w:rPr>
                <w:rFonts w:ascii="Arial" w:hAnsi="Arial" w:cs="Arial"/>
                <w:sz w:val="20"/>
                <w:szCs w:val="20"/>
              </w:rPr>
              <w:t>15,34</w:t>
            </w:r>
          </w:p>
        </w:tc>
        <w:tc>
          <w:tcPr>
            <w:tcW w:w="0" w:type="auto"/>
          </w:tcPr>
          <w:p w14:paraId="73C6069A" w14:textId="77777777" w:rsidR="006D5036" w:rsidRDefault="006D5036" w:rsidP="0030220C">
            <w:pPr>
              <w:rPr>
                <w:rFonts w:ascii="Arial" w:hAnsi="Arial" w:cs="Arial"/>
                <w:sz w:val="20"/>
                <w:szCs w:val="20"/>
              </w:rPr>
            </w:pPr>
          </w:p>
          <w:p w14:paraId="0EF8254E" w14:textId="77777777" w:rsidR="006D5036" w:rsidRPr="00575350" w:rsidRDefault="006D5036" w:rsidP="0030220C">
            <w:pPr>
              <w:rPr>
                <w:rFonts w:ascii="Arial" w:hAnsi="Arial" w:cs="Arial"/>
                <w:sz w:val="20"/>
                <w:szCs w:val="20"/>
              </w:rPr>
            </w:pPr>
            <w:r>
              <w:rPr>
                <w:rFonts w:ascii="Arial" w:hAnsi="Arial" w:cs="Arial"/>
                <w:sz w:val="20"/>
                <w:szCs w:val="20"/>
              </w:rPr>
              <w:t>12.272,00</w:t>
            </w:r>
          </w:p>
        </w:tc>
      </w:tr>
      <w:tr w:rsidR="006D5036" w:rsidRPr="00575350" w14:paraId="1F340FA3" w14:textId="77777777" w:rsidTr="0030220C">
        <w:trPr>
          <w:trHeight w:val="818"/>
          <w:jc w:val="center"/>
        </w:trPr>
        <w:tc>
          <w:tcPr>
            <w:tcW w:w="0" w:type="auto"/>
          </w:tcPr>
          <w:p w14:paraId="20110A8C" w14:textId="77777777" w:rsidR="006D5036" w:rsidRDefault="006D5036" w:rsidP="0030220C">
            <w:pPr>
              <w:jc w:val="center"/>
              <w:rPr>
                <w:rFonts w:ascii="Arial" w:hAnsi="Arial" w:cs="Arial"/>
                <w:sz w:val="20"/>
                <w:szCs w:val="20"/>
              </w:rPr>
            </w:pPr>
          </w:p>
          <w:p w14:paraId="48CE6C0F" w14:textId="77777777" w:rsidR="006D5036" w:rsidRDefault="006D5036" w:rsidP="0030220C">
            <w:pPr>
              <w:jc w:val="center"/>
              <w:rPr>
                <w:rFonts w:ascii="Arial" w:hAnsi="Arial" w:cs="Arial"/>
                <w:sz w:val="20"/>
                <w:szCs w:val="20"/>
              </w:rPr>
            </w:pPr>
          </w:p>
          <w:p w14:paraId="32145511" w14:textId="77777777" w:rsidR="006D5036" w:rsidRDefault="006D5036" w:rsidP="0030220C">
            <w:pPr>
              <w:jc w:val="center"/>
              <w:rPr>
                <w:rFonts w:ascii="Arial" w:hAnsi="Arial" w:cs="Arial"/>
                <w:sz w:val="20"/>
                <w:szCs w:val="20"/>
              </w:rPr>
            </w:pPr>
          </w:p>
          <w:p w14:paraId="511029F1" w14:textId="77777777" w:rsidR="006D5036" w:rsidRDefault="006D5036" w:rsidP="0030220C">
            <w:pPr>
              <w:jc w:val="center"/>
              <w:rPr>
                <w:rFonts w:ascii="Arial" w:hAnsi="Arial" w:cs="Arial"/>
                <w:sz w:val="20"/>
                <w:szCs w:val="20"/>
              </w:rPr>
            </w:pPr>
          </w:p>
          <w:p w14:paraId="7425E84D" w14:textId="77777777" w:rsidR="006D5036" w:rsidRPr="00575350" w:rsidRDefault="006D5036" w:rsidP="0030220C">
            <w:pPr>
              <w:jc w:val="center"/>
              <w:rPr>
                <w:rFonts w:ascii="Arial" w:hAnsi="Arial" w:cs="Arial"/>
                <w:sz w:val="20"/>
                <w:szCs w:val="20"/>
              </w:rPr>
            </w:pPr>
            <w:r>
              <w:rPr>
                <w:rFonts w:ascii="Arial" w:hAnsi="Arial" w:cs="Arial"/>
                <w:sz w:val="20"/>
                <w:szCs w:val="20"/>
              </w:rPr>
              <w:t>165</w:t>
            </w:r>
          </w:p>
        </w:tc>
        <w:tc>
          <w:tcPr>
            <w:tcW w:w="0" w:type="auto"/>
            <w:vAlign w:val="center"/>
          </w:tcPr>
          <w:p w14:paraId="6D4DC56F" w14:textId="77777777" w:rsidR="006D5036" w:rsidRPr="00575350" w:rsidRDefault="006D5036" w:rsidP="0030220C">
            <w:pPr>
              <w:rPr>
                <w:rFonts w:ascii="Arial" w:hAnsi="Arial" w:cs="Arial"/>
                <w:sz w:val="20"/>
                <w:szCs w:val="20"/>
              </w:rPr>
            </w:pPr>
          </w:p>
        </w:tc>
        <w:tc>
          <w:tcPr>
            <w:tcW w:w="0" w:type="auto"/>
            <w:vAlign w:val="center"/>
          </w:tcPr>
          <w:p w14:paraId="5B9C3014" w14:textId="77777777" w:rsidR="006D5036" w:rsidRPr="00F93206" w:rsidRDefault="006D5036" w:rsidP="0030220C">
            <w:pPr>
              <w:rPr>
                <w:rFonts w:ascii="Arial" w:hAnsi="Arial" w:cs="Arial"/>
                <w:sz w:val="20"/>
                <w:szCs w:val="20"/>
              </w:rPr>
            </w:pPr>
            <w:r w:rsidRPr="00F93206">
              <w:rPr>
                <w:rFonts w:ascii="Arial" w:eastAsia="Times New Roman" w:hAnsi="Arial" w:cs="Arial"/>
                <w:color w:val="000000"/>
                <w:sz w:val="20"/>
                <w:szCs w:val="20"/>
                <w:lang w:eastAsia="pt-BR"/>
              </w:rPr>
              <w:t>SALGADINHO TIPO SNACK , OBTIDO A PARTIR DE MASSA À BASE DE FARINHA DE TRIGO ENRIQUECIDA COM FERRO E ÁCIDO FÓLICO, CONTENDO AINDA INGREDIENTES COMO ÁGUA, ÓLEO VEGETAL, AÇÚCAR, SAL, FERMENTO BIOLÓGICO E/OU QUÍMICO, PODENDO INCLUIR LEITE E DERIVADOS, OVOS, EMULSIFICANTES, ESTABILIZANTES, AROMATIZANTES E CONSERVANTES PERMITIDOS PELA LEGISLAÇÃO VIGENTE. PRODUTO ASSADO, DE FORMATO PEQUENO E IRREGULAR, MINI TORRADINHAS. ACONDICIONADO EM EMBALAGEM CONTENDO APROXIMADAMENTE 40 GRAMAS, SIMILAR A CROCANTÍSSIMO, PANETINI E FLAY.O PRODUTO DEVERÁ SER FORNECIDO EM SABORES DIVERSOS, A SEREM DEFINIDOS NO MOMENTO DO PEDIDO.</w:t>
            </w:r>
          </w:p>
        </w:tc>
        <w:tc>
          <w:tcPr>
            <w:tcW w:w="0" w:type="auto"/>
            <w:vAlign w:val="center"/>
          </w:tcPr>
          <w:p w14:paraId="11ED59BE" w14:textId="77777777" w:rsidR="006D5036" w:rsidRPr="00575350" w:rsidRDefault="006D5036" w:rsidP="0030220C">
            <w:pPr>
              <w:jc w:val="center"/>
              <w:rPr>
                <w:rFonts w:ascii="Arial" w:hAnsi="Arial" w:cs="Arial"/>
                <w:sz w:val="20"/>
                <w:szCs w:val="20"/>
              </w:rPr>
            </w:pPr>
            <w:r>
              <w:rPr>
                <w:rFonts w:ascii="Arial" w:hAnsi="Arial" w:cs="Arial"/>
                <w:sz w:val="20"/>
                <w:szCs w:val="20"/>
              </w:rPr>
              <w:t>UN</w:t>
            </w:r>
          </w:p>
        </w:tc>
        <w:tc>
          <w:tcPr>
            <w:tcW w:w="0" w:type="auto"/>
            <w:vAlign w:val="center"/>
          </w:tcPr>
          <w:p w14:paraId="599885C5" w14:textId="77777777" w:rsidR="006D5036" w:rsidRPr="00F93206" w:rsidRDefault="006D5036" w:rsidP="0030220C">
            <w:pPr>
              <w:rPr>
                <w:rFonts w:ascii="Arial" w:hAnsi="Arial" w:cs="Arial"/>
                <w:sz w:val="20"/>
                <w:szCs w:val="20"/>
              </w:rPr>
            </w:pPr>
            <w:r w:rsidRPr="00F93206">
              <w:rPr>
                <w:rFonts w:ascii="Arial" w:eastAsia="Times New Roman" w:hAnsi="Arial" w:cs="Arial"/>
                <w:sz w:val="20"/>
                <w:szCs w:val="20"/>
                <w:lang w:eastAsia="pt-BR"/>
              </w:rPr>
              <w:t>9.100</w:t>
            </w:r>
          </w:p>
        </w:tc>
        <w:tc>
          <w:tcPr>
            <w:tcW w:w="0" w:type="auto"/>
          </w:tcPr>
          <w:p w14:paraId="4B50B5CD" w14:textId="77777777" w:rsidR="006D5036" w:rsidRDefault="006D5036" w:rsidP="0030220C">
            <w:pPr>
              <w:rPr>
                <w:rFonts w:ascii="Arial" w:hAnsi="Arial" w:cs="Arial"/>
                <w:sz w:val="20"/>
                <w:szCs w:val="20"/>
              </w:rPr>
            </w:pPr>
          </w:p>
          <w:p w14:paraId="725B4E24" w14:textId="77777777" w:rsidR="006D5036" w:rsidRDefault="006D5036" w:rsidP="0030220C">
            <w:pPr>
              <w:rPr>
                <w:rFonts w:ascii="Arial" w:hAnsi="Arial" w:cs="Arial"/>
                <w:sz w:val="20"/>
                <w:szCs w:val="20"/>
              </w:rPr>
            </w:pPr>
          </w:p>
          <w:p w14:paraId="33D19EA9" w14:textId="77777777" w:rsidR="006D5036" w:rsidRDefault="006D5036" w:rsidP="0030220C">
            <w:pPr>
              <w:rPr>
                <w:rFonts w:ascii="Arial" w:hAnsi="Arial" w:cs="Arial"/>
                <w:sz w:val="20"/>
                <w:szCs w:val="20"/>
              </w:rPr>
            </w:pPr>
          </w:p>
          <w:p w14:paraId="0BC07C4F" w14:textId="77777777" w:rsidR="006D5036" w:rsidRDefault="006D5036" w:rsidP="0030220C">
            <w:pPr>
              <w:rPr>
                <w:rFonts w:ascii="Arial" w:hAnsi="Arial" w:cs="Arial"/>
                <w:sz w:val="20"/>
                <w:szCs w:val="20"/>
              </w:rPr>
            </w:pPr>
          </w:p>
          <w:p w14:paraId="726D9E0A" w14:textId="77777777" w:rsidR="006D5036" w:rsidRDefault="006D5036" w:rsidP="0030220C">
            <w:pPr>
              <w:rPr>
                <w:rFonts w:ascii="Arial" w:hAnsi="Arial" w:cs="Arial"/>
                <w:sz w:val="20"/>
                <w:szCs w:val="20"/>
              </w:rPr>
            </w:pPr>
          </w:p>
          <w:p w14:paraId="7254E070" w14:textId="77777777" w:rsidR="006D5036" w:rsidRDefault="006D5036" w:rsidP="0030220C">
            <w:pPr>
              <w:rPr>
                <w:rFonts w:ascii="Arial" w:hAnsi="Arial" w:cs="Arial"/>
                <w:sz w:val="20"/>
                <w:szCs w:val="20"/>
              </w:rPr>
            </w:pPr>
          </w:p>
          <w:p w14:paraId="3D331DCD" w14:textId="77777777" w:rsidR="006D5036" w:rsidRDefault="006D5036" w:rsidP="0030220C">
            <w:pPr>
              <w:rPr>
                <w:rFonts w:ascii="Arial" w:hAnsi="Arial" w:cs="Arial"/>
                <w:sz w:val="20"/>
                <w:szCs w:val="20"/>
              </w:rPr>
            </w:pPr>
          </w:p>
          <w:p w14:paraId="6D0B17B6" w14:textId="77777777" w:rsidR="006D5036" w:rsidRDefault="006D5036" w:rsidP="0030220C">
            <w:pPr>
              <w:rPr>
                <w:rFonts w:ascii="Arial" w:hAnsi="Arial" w:cs="Arial"/>
                <w:sz w:val="20"/>
                <w:szCs w:val="20"/>
              </w:rPr>
            </w:pPr>
          </w:p>
          <w:p w14:paraId="5D99A3F1" w14:textId="77777777" w:rsidR="006D5036" w:rsidRPr="00575350" w:rsidRDefault="006D5036" w:rsidP="0030220C">
            <w:pPr>
              <w:rPr>
                <w:rFonts w:ascii="Arial" w:hAnsi="Arial" w:cs="Arial"/>
                <w:sz w:val="20"/>
                <w:szCs w:val="20"/>
              </w:rPr>
            </w:pPr>
            <w:r>
              <w:rPr>
                <w:rFonts w:ascii="Arial" w:hAnsi="Arial" w:cs="Arial"/>
                <w:sz w:val="20"/>
                <w:szCs w:val="20"/>
              </w:rPr>
              <w:t>2,31</w:t>
            </w:r>
          </w:p>
        </w:tc>
        <w:tc>
          <w:tcPr>
            <w:tcW w:w="0" w:type="auto"/>
          </w:tcPr>
          <w:p w14:paraId="6A333415" w14:textId="77777777" w:rsidR="006D5036" w:rsidRDefault="006D5036" w:rsidP="0030220C">
            <w:pPr>
              <w:rPr>
                <w:rFonts w:ascii="Arial" w:hAnsi="Arial" w:cs="Arial"/>
                <w:sz w:val="20"/>
                <w:szCs w:val="20"/>
              </w:rPr>
            </w:pPr>
          </w:p>
          <w:p w14:paraId="4961FA2C" w14:textId="77777777" w:rsidR="006D5036" w:rsidRDefault="006D5036" w:rsidP="0030220C">
            <w:pPr>
              <w:rPr>
                <w:rFonts w:ascii="Arial" w:hAnsi="Arial" w:cs="Arial"/>
                <w:sz w:val="20"/>
                <w:szCs w:val="20"/>
              </w:rPr>
            </w:pPr>
          </w:p>
          <w:p w14:paraId="4EC73D14" w14:textId="77777777" w:rsidR="006D5036" w:rsidRDefault="006D5036" w:rsidP="0030220C">
            <w:pPr>
              <w:rPr>
                <w:rFonts w:ascii="Arial" w:hAnsi="Arial" w:cs="Arial"/>
                <w:sz w:val="20"/>
                <w:szCs w:val="20"/>
              </w:rPr>
            </w:pPr>
          </w:p>
          <w:p w14:paraId="4C7F12F7" w14:textId="77777777" w:rsidR="006D5036" w:rsidRDefault="006D5036" w:rsidP="0030220C">
            <w:pPr>
              <w:rPr>
                <w:rFonts w:ascii="Arial" w:hAnsi="Arial" w:cs="Arial"/>
                <w:sz w:val="20"/>
                <w:szCs w:val="20"/>
              </w:rPr>
            </w:pPr>
          </w:p>
          <w:p w14:paraId="42075A62" w14:textId="77777777" w:rsidR="006D5036" w:rsidRDefault="006D5036" w:rsidP="0030220C">
            <w:pPr>
              <w:rPr>
                <w:rFonts w:ascii="Arial" w:hAnsi="Arial" w:cs="Arial"/>
                <w:sz w:val="20"/>
                <w:szCs w:val="20"/>
              </w:rPr>
            </w:pPr>
          </w:p>
          <w:p w14:paraId="2F233479" w14:textId="77777777" w:rsidR="006D5036" w:rsidRDefault="006D5036" w:rsidP="0030220C">
            <w:pPr>
              <w:rPr>
                <w:rFonts w:ascii="Arial" w:hAnsi="Arial" w:cs="Arial"/>
                <w:sz w:val="20"/>
                <w:szCs w:val="20"/>
              </w:rPr>
            </w:pPr>
          </w:p>
          <w:p w14:paraId="74A0DBBF" w14:textId="77777777" w:rsidR="006D5036" w:rsidRDefault="006D5036" w:rsidP="0030220C">
            <w:pPr>
              <w:rPr>
                <w:rFonts w:ascii="Arial" w:hAnsi="Arial" w:cs="Arial"/>
                <w:sz w:val="20"/>
                <w:szCs w:val="20"/>
              </w:rPr>
            </w:pPr>
          </w:p>
          <w:p w14:paraId="5A1B2DC3" w14:textId="77777777" w:rsidR="006D5036" w:rsidRDefault="006D5036" w:rsidP="0030220C">
            <w:pPr>
              <w:rPr>
                <w:rFonts w:ascii="Arial" w:hAnsi="Arial" w:cs="Arial"/>
                <w:sz w:val="20"/>
                <w:szCs w:val="20"/>
              </w:rPr>
            </w:pPr>
          </w:p>
          <w:p w14:paraId="5FB789F3" w14:textId="77777777" w:rsidR="006D5036" w:rsidRPr="00575350" w:rsidRDefault="006D5036" w:rsidP="0030220C">
            <w:pPr>
              <w:rPr>
                <w:rFonts w:ascii="Arial" w:hAnsi="Arial" w:cs="Arial"/>
                <w:sz w:val="20"/>
                <w:szCs w:val="20"/>
              </w:rPr>
            </w:pPr>
            <w:r>
              <w:rPr>
                <w:rFonts w:ascii="Arial" w:hAnsi="Arial" w:cs="Arial"/>
                <w:sz w:val="20"/>
                <w:szCs w:val="20"/>
              </w:rPr>
              <w:t>21.021,00</w:t>
            </w:r>
          </w:p>
        </w:tc>
      </w:tr>
      <w:tr w:rsidR="006D5036" w:rsidRPr="00575350" w14:paraId="54013A9C" w14:textId="77777777" w:rsidTr="0030220C">
        <w:trPr>
          <w:trHeight w:val="818"/>
          <w:jc w:val="center"/>
        </w:trPr>
        <w:tc>
          <w:tcPr>
            <w:tcW w:w="0" w:type="auto"/>
          </w:tcPr>
          <w:p w14:paraId="2B48AA52" w14:textId="77777777" w:rsidR="006D5036" w:rsidRDefault="006D5036" w:rsidP="0030220C">
            <w:pPr>
              <w:jc w:val="center"/>
              <w:rPr>
                <w:rFonts w:ascii="Arial" w:hAnsi="Arial" w:cs="Arial"/>
                <w:sz w:val="20"/>
                <w:szCs w:val="20"/>
              </w:rPr>
            </w:pPr>
          </w:p>
          <w:p w14:paraId="1DBAD7EB" w14:textId="77777777" w:rsidR="006D5036" w:rsidRDefault="006D5036" w:rsidP="0030220C">
            <w:pPr>
              <w:jc w:val="center"/>
              <w:rPr>
                <w:rFonts w:ascii="Arial" w:hAnsi="Arial" w:cs="Arial"/>
                <w:sz w:val="20"/>
                <w:szCs w:val="20"/>
              </w:rPr>
            </w:pPr>
            <w:r>
              <w:rPr>
                <w:rFonts w:ascii="Arial" w:hAnsi="Arial" w:cs="Arial"/>
                <w:sz w:val="20"/>
                <w:szCs w:val="20"/>
              </w:rPr>
              <w:t>166</w:t>
            </w:r>
          </w:p>
        </w:tc>
        <w:tc>
          <w:tcPr>
            <w:tcW w:w="0" w:type="auto"/>
            <w:vAlign w:val="center"/>
          </w:tcPr>
          <w:p w14:paraId="23FA1AD4" w14:textId="77777777" w:rsidR="006D5036" w:rsidRPr="00F93206" w:rsidRDefault="006D5036" w:rsidP="0030220C">
            <w:pPr>
              <w:rPr>
                <w:rFonts w:ascii="Arial" w:hAnsi="Arial" w:cs="Arial"/>
                <w:sz w:val="20"/>
                <w:szCs w:val="20"/>
              </w:rPr>
            </w:pPr>
            <w:r w:rsidRPr="00F93206">
              <w:rPr>
                <w:rFonts w:ascii="Arial" w:eastAsia="Times New Roman" w:hAnsi="Arial" w:cs="Arial"/>
                <w:color w:val="000000"/>
                <w:sz w:val="20"/>
                <w:szCs w:val="20"/>
                <w:lang w:eastAsia="pt-BR"/>
              </w:rPr>
              <w:t>326671</w:t>
            </w:r>
          </w:p>
        </w:tc>
        <w:tc>
          <w:tcPr>
            <w:tcW w:w="0" w:type="auto"/>
            <w:vAlign w:val="center"/>
          </w:tcPr>
          <w:p w14:paraId="4CE4034B" w14:textId="77777777" w:rsidR="006D5036" w:rsidRPr="00F93206" w:rsidRDefault="006D5036" w:rsidP="0030220C">
            <w:pPr>
              <w:rPr>
                <w:rFonts w:ascii="Arial" w:eastAsia="Times New Roman" w:hAnsi="Arial" w:cs="Arial"/>
                <w:color w:val="000000"/>
                <w:sz w:val="20"/>
                <w:szCs w:val="20"/>
                <w:lang w:eastAsia="pt-BR"/>
              </w:rPr>
            </w:pPr>
            <w:r w:rsidRPr="00F93206">
              <w:rPr>
                <w:rFonts w:ascii="Arial" w:eastAsia="Times New Roman" w:hAnsi="Arial" w:cs="Arial"/>
                <w:color w:val="000000"/>
                <w:sz w:val="20"/>
                <w:szCs w:val="20"/>
                <w:lang w:eastAsia="pt-BR"/>
              </w:rPr>
              <w:t xml:space="preserve">SUCO PRONTO PARA CONSUMO, ACONDICIONADO EM EMBALAGEM TIPO CAIXINHA (LONGA VIDA), COM VOLUME APROXIMADO DE 200 ML, ELABORADO A PARTIR DE POLPA OU CONCENTRADO DE FRUTAS. PRODUTO COM SABORES VARIADOS (EX.: LARANJA, UVA, MAÇÃ, </w:t>
            </w:r>
            <w:r w:rsidRPr="00F93206">
              <w:rPr>
                <w:rFonts w:ascii="Arial" w:eastAsia="Times New Roman" w:hAnsi="Arial" w:cs="Arial"/>
                <w:color w:val="000000"/>
                <w:sz w:val="20"/>
                <w:szCs w:val="20"/>
                <w:lang w:eastAsia="pt-BR"/>
              </w:rPr>
              <w:lastRenderedPageBreak/>
              <w:t>PÊSSEGO, ENTRE OUTROS), A SEREM DEFINIDOS NO MOMENTO DA SOLICITAÇÃO. EMBALAGEM ÍNTEGRA, DEVIDAMENTE LACRADA E ROTULADA, CONTENDO INFORMAÇÕES DO FABRICANTE, DATA DE FABRICAÇÃO E PRAZO DE VALIDADE, SEMELHANTES A DEL VALLE KAPO 200ML, MAGUARY 200ML E TIAL KIDS 200ML. CATMAT: 326671.</w:t>
            </w:r>
          </w:p>
        </w:tc>
        <w:tc>
          <w:tcPr>
            <w:tcW w:w="0" w:type="auto"/>
            <w:vAlign w:val="center"/>
          </w:tcPr>
          <w:p w14:paraId="625F2AA3" w14:textId="77777777" w:rsidR="006D5036" w:rsidRDefault="006D5036" w:rsidP="0030220C">
            <w:pPr>
              <w:jc w:val="center"/>
              <w:rPr>
                <w:rFonts w:ascii="Arial" w:hAnsi="Arial" w:cs="Arial"/>
                <w:sz w:val="20"/>
                <w:szCs w:val="20"/>
              </w:rPr>
            </w:pPr>
            <w:r>
              <w:rPr>
                <w:rFonts w:ascii="Arial" w:hAnsi="Arial" w:cs="Arial"/>
                <w:sz w:val="20"/>
                <w:szCs w:val="20"/>
              </w:rPr>
              <w:lastRenderedPageBreak/>
              <w:t>UN</w:t>
            </w:r>
          </w:p>
        </w:tc>
        <w:tc>
          <w:tcPr>
            <w:tcW w:w="0" w:type="auto"/>
            <w:vAlign w:val="center"/>
          </w:tcPr>
          <w:p w14:paraId="77F3999C" w14:textId="77777777" w:rsidR="006D5036" w:rsidRPr="00F93206" w:rsidRDefault="006D5036" w:rsidP="0030220C">
            <w:pPr>
              <w:rPr>
                <w:rFonts w:ascii="Arial" w:eastAsia="Times New Roman" w:hAnsi="Arial" w:cs="Arial"/>
                <w:sz w:val="20"/>
                <w:szCs w:val="20"/>
                <w:lang w:eastAsia="pt-BR"/>
              </w:rPr>
            </w:pPr>
            <w:r w:rsidRPr="00F93206">
              <w:rPr>
                <w:rFonts w:ascii="Arial" w:eastAsia="Times New Roman" w:hAnsi="Arial" w:cs="Arial"/>
                <w:sz w:val="20"/>
                <w:szCs w:val="20"/>
                <w:lang w:eastAsia="pt-BR"/>
              </w:rPr>
              <w:t>10.800</w:t>
            </w:r>
          </w:p>
        </w:tc>
        <w:tc>
          <w:tcPr>
            <w:tcW w:w="0" w:type="auto"/>
          </w:tcPr>
          <w:p w14:paraId="5758F32D" w14:textId="77777777" w:rsidR="006D5036" w:rsidRDefault="006D5036" w:rsidP="0030220C">
            <w:pPr>
              <w:rPr>
                <w:rFonts w:ascii="Arial" w:hAnsi="Arial" w:cs="Arial"/>
                <w:sz w:val="20"/>
                <w:szCs w:val="20"/>
              </w:rPr>
            </w:pPr>
          </w:p>
          <w:p w14:paraId="0A75E8C8" w14:textId="77777777" w:rsidR="006D5036" w:rsidRDefault="006D5036" w:rsidP="0030220C">
            <w:pPr>
              <w:rPr>
                <w:rFonts w:ascii="Arial" w:hAnsi="Arial" w:cs="Arial"/>
                <w:sz w:val="20"/>
                <w:szCs w:val="20"/>
              </w:rPr>
            </w:pPr>
          </w:p>
          <w:p w14:paraId="686FF58E" w14:textId="77777777" w:rsidR="006D5036" w:rsidRDefault="006D5036" w:rsidP="0030220C">
            <w:pPr>
              <w:rPr>
                <w:rFonts w:ascii="Arial" w:hAnsi="Arial" w:cs="Arial"/>
                <w:sz w:val="20"/>
                <w:szCs w:val="20"/>
              </w:rPr>
            </w:pPr>
          </w:p>
          <w:p w14:paraId="2A2C2B91" w14:textId="77777777" w:rsidR="006D5036" w:rsidRDefault="006D5036" w:rsidP="0030220C">
            <w:pPr>
              <w:rPr>
                <w:rFonts w:ascii="Arial" w:hAnsi="Arial" w:cs="Arial"/>
                <w:sz w:val="20"/>
                <w:szCs w:val="20"/>
              </w:rPr>
            </w:pPr>
          </w:p>
          <w:p w14:paraId="7B90317D" w14:textId="77777777" w:rsidR="006D5036" w:rsidRDefault="006D5036" w:rsidP="0030220C">
            <w:pPr>
              <w:rPr>
                <w:rFonts w:ascii="Arial" w:hAnsi="Arial" w:cs="Arial"/>
                <w:sz w:val="20"/>
                <w:szCs w:val="20"/>
              </w:rPr>
            </w:pPr>
          </w:p>
          <w:p w14:paraId="65C7841D" w14:textId="77777777" w:rsidR="006D5036" w:rsidRDefault="006D5036" w:rsidP="0030220C">
            <w:pPr>
              <w:rPr>
                <w:rFonts w:ascii="Arial" w:hAnsi="Arial" w:cs="Arial"/>
                <w:sz w:val="20"/>
                <w:szCs w:val="20"/>
              </w:rPr>
            </w:pPr>
          </w:p>
          <w:p w14:paraId="3224488B" w14:textId="77777777" w:rsidR="006D5036" w:rsidRPr="00575350" w:rsidRDefault="006D5036" w:rsidP="0030220C">
            <w:pPr>
              <w:rPr>
                <w:rFonts w:ascii="Arial" w:hAnsi="Arial" w:cs="Arial"/>
                <w:sz w:val="20"/>
                <w:szCs w:val="20"/>
              </w:rPr>
            </w:pPr>
            <w:r>
              <w:rPr>
                <w:rFonts w:ascii="Arial" w:hAnsi="Arial" w:cs="Arial"/>
                <w:sz w:val="20"/>
                <w:szCs w:val="20"/>
              </w:rPr>
              <w:t>3,44</w:t>
            </w:r>
          </w:p>
        </w:tc>
        <w:tc>
          <w:tcPr>
            <w:tcW w:w="0" w:type="auto"/>
          </w:tcPr>
          <w:p w14:paraId="34FFC793" w14:textId="77777777" w:rsidR="006D5036" w:rsidRDefault="006D5036" w:rsidP="0030220C">
            <w:pPr>
              <w:rPr>
                <w:rFonts w:ascii="Arial" w:hAnsi="Arial" w:cs="Arial"/>
                <w:sz w:val="20"/>
                <w:szCs w:val="20"/>
              </w:rPr>
            </w:pPr>
          </w:p>
          <w:p w14:paraId="53982C64" w14:textId="77777777" w:rsidR="006D5036" w:rsidRDefault="006D5036" w:rsidP="0030220C">
            <w:pPr>
              <w:rPr>
                <w:rFonts w:ascii="Arial" w:hAnsi="Arial" w:cs="Arial"/>
                <w:sz w:val="20"/>
                <w:szCs w:val="20"/>
              </w:rPr>
            </w:pPr>
          </w:p>
          <w:p w14:paraId="0FEBD7F1" w14:textId="77777777" w:rsidR="006D5036" w:rsidRDefault="006D5036" w:rsidP="0030220C">
            <w:pPr>
              <w:rPr>
                <w:rFonts w:ascii="Arial" w:hAnsi="Arial" w:cs="Arial"/>
                <w:sz w:val="20"/>
                <w:szCs w:val="20"/>
              </w:rPr>
            </w:pPr>
          </w:p>
          <w:p w14:paraId="65C7E355" w14:textId="77777777" w:rsidR="006D5036" w:rsidRDefault="006D5036" w:rsidP="0030220C">
            <w:pPr>
              <w:rPr>
                <w:rFonts w:ascii="Arial" w:hAnsi="Arial" w:cs="Arial"/>
                <w:sz w:val="20"/>
                <w:szCs w:val="20"/>
              </w:rPr>
            </w:pPr>
          </w:p>
          <w:p w14:paraId="40692938" w14:textId="77777777" w:rsidR="006D5036" w:rsidRDefault="006D5036" w:rsidP="0030220C">
            <w:pPr>
              <w:rPr>
                <w:rFonts w:ascii="Arial" w:hAnsi="Arial" w:cs="Arial"/>
                <w:sz w:val="20"/>
                <w:szCs w:val="20"/>
              </w:rPr>
            </w:pPr>
          </w:p>
          <w:p w14:paraId="1D5F0E0E" w14:textId="77777777" w:rsidR="006D5036" w:rsidRDefault="006D5036" w:rsidP="0030220C">
            <w:pPr>
              <w:rPr>
                <w:rFonts w:ascii="Arial" w:hAnsi="Arial" w:cs="Arial"/>
                <w:sz w:val="20"/>
                <w:szCs w:val="20"/>
              </w:rPr>
            </w:pPr>
          </w:p>
          <w:p w14:paraId="62AAF837" w14:textId="77777777" w:rsidR="006D5036" w:rsidRPr="00575350" w:rsidRDefault="006D5036" w:rsidP="0030220C">
            <w:pPr>
              <w:rPr>
                <w:rFonts w:ascii="Arial" w:hAnsi="Arial" w:cs="Arial"/>
                <w:sz w:val="20"/>
                <w:szCs w:val="20"/>
              </w:rPr>
            </w:pPr>
            <w:r>
              <w:rPr>
                <w:rFonts w:ascii="Arial" w:hAnsi="Arial" w:cs="Arial"/>
                <w:sz w:val="20"/>
                <w:szCs w:val="20"/>
              </w:rPr>
              <w:t>37.152,00</w:t>
            </w:r>
          </w:p>
        </w:tc>
      </w:tr>
      <w:tr w:rsidR="006D5036" w:rsidRPr="00575350" w14:paraId="60A87633" w14:textId="77777777" w:rsidTr="0030220C">
        <w:trPr>
          <w:trHeight w:val="818"/>
          <w:jc w:val="center"/>
        </w:trPr>
        <w:tc>
          <w:tcPr>
            <w:tcW w:w="0" w:type="auto"/>
          </w:tcPr>
          <w:p w14:paraId="4E324A56" w14:textId="77777777" w:rsidR="006D5036" w:rsidRDefault="006D5036" w:rsidP="0030220C">
            <w:pPr>
              <w:jc w:val="center"/>
              <w:rPr>
                <w:rFonts w:ascii="Arial" w:hAnsi="Arial" w:cs="Arial"/>
                <w:sz w:val="20"/>
                <w:szCs w:val="20"/>
              </w:rPr>
            </w:pPr>
          </w:p>
          <w:p w14:paraId="7A5AB302" w14:textId="77777777" w:rsidR="006D5036" w:rsidRDefault="006D5036" w:rsidP="0030220C">
            <w:pPr>
              <w:jc w:val="center"/>
              <w:rPr>
                <w:rFonts w:ascii="Arial" w:hAnsi="Arial" w:cs="Arial"/>
                <w:sz w:val="20"/>
                <w:szCs w:val="20"/>
              </w:rPr>
            </w:pPr>
            <w:r>
              <w:rPr>
                <w:rFonts w:ascii="Arial" w:hAnsi="Arial" w:cs="Arial"/>
                <w:sz w:val="20"/>
                <w:szCs w:val="20"/>
              </w:rPr>
              <w:t>167</w:t>
            </w:r>
          </w:p>
        </w:tc>
        <w:tc>
          <w:tcPr>
            <w:tcW w:w="0" w:type="auto"/>
            <w:vAlign w:val="center"/>
          </w:tcPr>
          <w:p w14:paraId="049257E7" w14:textId="77777777" w:rsidR="006D5036" w:rsidRPr="00F93206" w:rsidRDefault="006D5036" w:rsidP="0030220C">
            <w:pPr>
              <w:rPr>
                <w:rFonts w:ascii="Arial" w:eastAsia="Times New Roman" w:hAnsi="Arial" w:cs="Arial"/>
                <w:color w:val="000000"/>
                <w:sz w:val="20"/>
                <w:szCs w:val="20"/>
                <w:lang w:eastAsia="pt-BR"/>
              </w:rPr>
            </w:pPr>
            <w:r w:rsidRPr="00F93206">
              <w:rPr>
                <w:rFonts w:ascii="Arial" w:eastAsia="Times New Roman" w:hAnsi="Arial" w:cs="Arial"/>
                <w:color w:val="000000"/>
                <w:sz w:val="20"/>
                <w:szCs w:val="20"/>
                <w:lang w:eastAsia="pt-BR"/>
              </w:rPr>
              <w:t>258149</w:t>
            </w:r>
          </w:p>
        </w:tc>
        <w:tc>
          <w:tcPr>
            <w:tcW w:w="0" w:type="auto"/>
            <w:vAlign w:val="center"/>
          </w:tcPr>
          <w:p w14:paraId="7D42FC46" w14:textId="77777777" w:rsidR="006D5036" w:rsidRPr="00F93206" w:rsidRDefault="006D5036" w:rsidP="0030220C">
            <w:pPr>
              <w:rPr>
                <w:rFonts w:ascii="Arial" w:eastAsia="Times New Roman" w:hAnsi="Arial" w:cs="Arial"/>
                <w:color w:val="000000"/>
                <w:sz w:val="20"/>
                <w:szCs w:val="20"/>
                <w:lang w:eastAsia="pt-BR"/>
              </w:rPr>
            </w:pPr>
            <w:r w:rsidRPr="00F93206">
              <w:rPr>
                <w:rFonts w:ascii="Arial" w:eastAsia="Times New Roman" w:hAnsi="Arial" w:cs="Arial"/>
                <w:color w:val="000000"/>
                <w:sz w:val="20"/>
                <w:szCs w:val="20"/>
                <w:lang w:eastAsia="pt-BR"/>
              </w:rPr>
              <w:t>MOSTARDA - MOSTARDA AMARELA, EMBALAGEM DE APROXIMADAMENTE 200 G, SIMILAR A HEMMER, PREDILECTA E CEPERA. CATMAT: 258149.</w:t>
            </w:r>
          </w:p>
        </w:tc>
        <w:tc>
          <w:tcPr>
            <w:tcW w:w="0" w:type="auto"/>
            <w:vAlign w:val="center"/>
          </w:tcPr>
          <w:p w14:paraId="0DD514F3" w14:textId="77777777" w:rsidR="006D5036" w:rsidRDefault="006D5036" w:rsidP="0030220C">
            <w:pPr>
              <w:jc w:val="center"/>
              <w:rPr>
                <w:rFonts w:ascii="Arial" w:hAnsi="Arial" w:cs="Arial"/>
                <w:sz w:val="20"/>
                <w:szCs w:val="20"/>
              </w:rPr>
            </w:pPr>
            <w:r>
              <w:rPr>
                <w:rFonts w:ascii="Arial" w:hAnsi="Arial" w:cs="Arial"/>
                <w:sz w:val="20"/>
                <w:szCs w:val="20"/>
              </w:rPr>
              <w:t>UN</w:t>
            </w:r>
          </w:p>
        </w:tc>
        <w:tc>
          <w:tcPr>
            <w:tcW w:w="0" w:type="auto"/>
            <w:vAlign w:val="center"/>
          </w:tcPr>
          <w:p w14:paraId="42916A25" w14:textId="77777777" w:rsidR="006D5036" w:rsidRPr="00F93206" w:rsidRDefault="006D5036" w:rsidP="0030220C">
            <w:pPr>
              <w:jc w:val="center"/>
              <w:rPr>
                <w:rFonts w:ascii="Arial" w:eastAsia="Times New Roman" w:hAnsi="Arial" w:cs="Arial"/>
                <w:sz w:val="20"/>
                <w:szCs w:val="20"/>
                <w:lang w:eastAsia="pt-BR"/>
              </w:rPr>
            </w:pPr>
            <w:r w:rsidRPr="00F93206">
              <w:rPr>
                <w:rFonts w:ascii="Arial" w:eastAsia="Times New Roman" w:hAnsi="Arial" w:cs="Arial"/>
                <w:sz w:val="20"/>
                <w:szCs w:val="20"/>
                <w:lang w:eastAsia="pt-BR"/>
              </w:rPr>
              <w:t>40</w:t>
            </w:r>
          </w:p>
        </w:tc>
        <w:tc>
          <w:tcPr>
            <w:tcW w:w="0" w:type="auto"/>
          </w:tcPr>
          <w:p w14:paraId="5FA1EC4D" w14:textId="77777777" w:rsidR="006D5036" w:rsidRDefault="006D5036" w:rsidP="0030220C">
            <w:pPr>
              <w:rPr>
                <w:rFonts w:ascii="Arial" w:hAnsi="Arial" w:cs="Arial"/>
                <w:sz w:val="20"/>
                <w:szCs w:val="20"/>
              </w:rPr>
            </w:pPr>
          </w:p>
          <w:p w14:paraId="61F31E29" w14:textId="77777777" w:rsidR="006D5036" w:rsidRPr="00575350" w:rsidRDefault="006D5036" w:rsidP="0030220C">
            <w:pPr>
              <w:rPr>
                <w:rFonts w:ascii="Arial" w:hAnsi="Arial" w:cs="Arial"/>
                <w:sz w:val="20"/>
                <w:szCs w:val="20"/>
              </w:rPr>
            </w:pPr>
            <w:r>
              <w:rPr>
                <w:rFonts w:ascii="Arial" w:hAnsi="Arial" w:cs="Arial"/>
                <w:sz w:val="20"/>
                <w:szCs w:val="20"/>
              </w:rPr>
              <w:t>7,93</w:t>
            </w:r>
          </w:p>
        </w:tc>
        <w:tc>
          <w:tcPr>
            <w:tcW w:w="0" w:type="auto"/>
          </w:tcPr>
          <w:p w14:paraId="46D90314" w14:textId="77777777" w:rsidR="006D5036" w:rsidRDefault="006D5036" w:rsidP="0030220C">
            <w:pPr>
              <w:rPr>
                <w:rFonts w:ascii="Arial" w:hAnsi="Arial" w:cs="Arial"/>
                <w:sz w:val="20"/>
                <w:szCs w:val="20"/>
              </w:rPr>
            </w:pPr>
          </w:p>
          <w:p w14:paraId="0E57FD98" w14:textId="77777777" w:rsidR="006D5036" w:rsidRPr="00575350" w:rsidRDefault="006D5036" w:rsidP="0030220C">
            <w:pPr>
              <w:rPr>
                <w:rFonts w:ascii="Arial" w:hAnsi="Arial" w:cs="Arial"/>
                <w:sz w:val="20"/>
                <w:szCs w:val="20"/>
              </w:rPr>
            </w:pPr>
            <w:r>
              <w:rPr>
                <w:rFonts w:ascii="Arial" w:hAnsi="Arial" w:cs="Arial"/>
                <w:sz w:val="20"/>
                <w:szCs w:val="20"/>
              </w:rPr>
              <w:t>317,20</w:t>
            </w:r>
          </w:p>
        </w:tc>
      </w:tr>
      <w:tr w:rsidR="006D5036" w:rsidRPr="00575350" w14:paraId="1EE7A5C5" w14:textId="77777777" w:rsidTr="0030220C">
        <w:trPr>
          <w:trHeight w:val="818"/>
          <w:jc w:val="center"/>
        </w:trPr>
        <w:tc>
          <w:tcPr>
            <w:tcW w:w="0" w:type="auto"/>
          </w:tcPr>
          <w:p w14:paraId="39CB7565" w14:textId="77777777" w:rsidR="006D5036" w:rsidRDefault="006D5036" w:rsidP="0030220C">
            <w:pPr>
              <w:jc w:val="center"/>
              <w:rPr>
                <w:rFonts w:ascii="Arial" w:hAnsi="Arial" w:cs="Arial"/>
                <w:sz w:val="20"/>
                <w:szCs w:val="20"/>
              </w:rPr>
            </w:pPr>
          </w:p>
          <w:p w14:paraId="4D6368A0" w14:textId="77777777" w:rsidR="006D5036" w:rsidRDefault="006D5036" w:rsidP="0030220C">
            <w:pPr>
              <w:jc w:val="center"/>
              <w:rPr>
                <w:rFonts w:ascii="Arial" w:hAnsi="Arial" w:cs="Arial"/>
                <w:sz w:val="20"/>
                <w:szCs w:val="20"/>
              </w:rPr>
            </w:pPr>
          </w:p>
          <w:p w14:paraId="79B1A028" w14:textId="77777777" w:rsidR="006D5036" w:rsidRDefault="006D5036" w:rsidP="0030220C">
            <w:pPr>
              <w:jc w:val="center"/>
              <w:rPr>
                <w:rFonts w:ascii="Arial" w:hAnsi="Arial" w:cs="Arial"/>
                <w:sz w:val="20"/>
                <w:szCs w:val="20"/>
              </w:rPr>
            </w:pPr>
            <w:r>
              <w:rPr>
                <w:rFonts w:ascii="Arial" w:hAnsi="Arial" w:cs="Arial"/>
                <w:sz w:val="20"/>
                <w:szCs w:val="20"/>
              </w:rPr>
              <w:t>168</w:t>
            </w:r>
          </w:p>
        </w:tc>
        <w:tc>
          <w:tcPr>
            <w:tcW w:w="0" w:type="auto"/>
            <w:vAlign w:val="center"/>
          </w:tcPr>
          <w:p w14:paraId="2E5A1D29" w14:textId="77777777" w:rsidR="006D5036" w:rsidRPr="00F93206" w:rsidRDefault="006D5036" w:rsidP="0030220C">
            <w:pPr>
              <w:rPr>
                <w:rFonts w:ascii="Arial" w:eastAsia="Times New Roman" w:hAnsi="Arial" w:cs="Arial"/>
                <w:color w:val="000000"/>
                <w:sz w:val="20"/>
                <w:szCs w:val="20"/>
                <w:lang w:eastAsia="pt-BR"/>
              </w:rPr>
            </w:pPr>
            <w:r w:rsidRPr="00F93206">
              <w:rPr>
                <w:rFonts w:ascii="Arial" w:eastAsia="Times New Roman" w:hAnsi="Arial" w:cs="Arial"/>
                <w:color w:val="000000"/>
                <w:sz w:val="20"/>
                <w:szCs w:val="20"/>
                <w:lang w:eastAsia="pt-BR"/>
              </w:rPr>
              <w:t>459670</w:t>
            </w:r>
          </w:p>
        </w:tc>
        <w:tc>
          <w:tcPr>
            <w:tcW w:w="0" w:type="auto"/>
            <w:vAlign w:val="center"/>
          </w:tcPr>
          <w:p w14:paraId="521D86D5" w14:textId="77777777" w:rsidR="006D5036" w:rsidRPr="00F93206" w:rsidRDefault="006D5036" w:rsidP="0030220C">
            <w:pPr>
              <w:rPr>
                <w:rFonts w:ascii="Arial" w:eastAsia="Times New Roman" w:hAnsi="Arial" w:cs="Arial"/>
                <w:color w:val="000000"/>
                <w:sz w:val="20"/>
                <w:szCs w:val="20"/>
                <w:lang w:eastAsia="pt-BR"/>
              </w:rPr>
            </w:pPr>
            <w:r w:rsidRPr="00F93206">
              <w:rPr>
                <w:rFonts w:ascii="Arial" w:eastAsia="Times New Roman" w:hAnsi="Arial" w:cs="Arial"/>
                <w:color w:val="000000"/>
                <w:sz w:val="20"/>
                <w:szCs w:val="20"/>
                <w:lang w:eastAsia="pt-BR"/>
              </w:rPr>
              <w:t>EXTRATO DE TOMATE CONCENTRADO, MASSA DE TOMATE, COMPOSIÇÃO: TRADICIONAL, APRESENTAÇÃO: CREME, EMBALAGEM DE APROXIMADAMENTE 300G, SIMILAR A ELEFANTE, SALSARETTI, QUERO. CATMAT: 459670</w:t>
            </w:r>
          </w:p>
        </w:tc>
        <w:tc>
          <w:tcPr>
            <w:tcW w:w="0" w:type="auto"/>
            <w:vAlign w:val="center"/>
          </w:tcPr>
          <w:p w14:paraId="51CA8A85" w14:textId="77777777" w:rsidR="006D5036" w:rsidRDefault="006D5036" w:rsidP="0030220C">
            <w:pPr>
              <w:jc w:val="center"/>
              <w:rPr>
                <w:rFonts w:ascii="Arial" w:hAnsi="Arial" w:cs="Arial"/>
                <w:sz w:val="20"/>
                <w:szCs w:val="20"/>
              </w:rPr>
            </w:pPr>
            <w:r>
              <w:rPr>
                <w:rFonts w:ascii="Arial" w:hAnsi="Arial" w:cs="Arial"/>
                <w:sz w:val="20"/>
                <w:szCs w:val="20"/>
              </w:rPr>
              <w:t>UN</w:t>
            </w:r>
          </w:p>
        </w:tc>
        <w:tc>
          <w:tcPr>
            <w:tcW w:w="0" w:type="auto"/>
            <w:vAlign w:val="center"/>
          </w:tcPr>
          <w:p w14:paraId="6230F4CB" w14:textId="77777777" w:rsidR="006D5036" w:rsidRPr="00F93206" w:rsidRDefault="006D5036" w:rsidP="0030220C">
            <w:pPr>
              <w:jc w:val="center"/>
              <w:rPr>
                <w:rFonts w:ascii="Arial" w:eastAsia="Times New Roman" w:hAnsi="Arial" w:cs="Arial"/>
                <w:sz w:val="20"/>
                <w:szCs w:val="20"/>
                <w:lang w:eastAsia="pt-BR"/>
              </w:rPr>
            </w:pPr>
            <w:r w:rsidRPr="00F93206">
              <w:rPr>
                <w:rFonts w:ascii="Arial" w:eastAsia="Times New Roman" w:hAnsi="Arial" w:cs="Arial"/>
                <w:sz w:val="20"/>
                <w:szCs w:val="20"/>
                <w:lang w:eastAsia="pt-BR"/>
              </w:rPr>
              <w:t>30</w:t>
            </w:r>
          </w:p>
        </w:tc>
        <w:tc>
          <w:tcPr>
            <w:tcW w:w="0" w:type="auto"/>
          </w:tcPr>
          <w:p w14:paraId="0B2BFFD8" w14:textId="77777777" w:rsidR="006D5036" w:rsidRDefault="006D5036" w:rsidP="0030220C">
            <w:pPr>
              <w:rPr>
                <w:rFonts w:ascii="Arial" w:hAnsi="Arial" w:cs="Arial"/>
                <w:sz w:val="20"/>
                <w:szCs w:val="20"/>
              </w:rPr>
            </w:pPr>
          </w:p>
          <w:p w14:paraId="3202AAC1" w14:textId="77777777" w:rsidR="006D5036" w:rsidRDefault="006D5036" w:rsidP="0030220C">
            <w:pPr>
              <w:rPr>
                <w:rFonts w:ascii="Arial" w:hAnsi="Arial" w:cs="Arial"/>
                <w:sz w:val="20"/>
                <w:szCs w:val="20"/>
              </w:rPr>
            </w:pPr>
          </w:p>
          <w:p w14:paraId="2B5D8B2D" w14:textId="77777777" w:rsidR="006D5036" w:rsidRPr="00575350" w:rsidRDefault="006D5036" w:rsidP="0030220C">
            <w:pPr>
              <w:rPr>
                <w:rFonts w:ascii="Arial" w:hAnsi="Arial" w:cs="Arial"/>
                <w:sz w:val="20"/>
                <w:szCs w:val="20"/>
              </w:rPr>
            </w:pPr>
            <w:r>
              <w:rPr>
                <w:rFonts w:ascii="Arial" w:hAnsi="Arial" w:cs="Arial"/>
                <w:sz w:val="20"/>
                <w:szCs w:val="20"/>
              </w:rPr>
              <w:t>4,92</w:t>
            </w:r>
          </w:p>
        </w:tc>
        <w:tc>
          <w:tcPr>
            <w:tcW w:w="0" w:type="auto"/>
          </w:tcPr>
          <w:p w14:paraId="3EB107C0" w14:textId="77777777" w:rsidR="006D5036" w:rsidRDefault="006D5036" w:rsidP="0030220C">
            <w:pPr>
              <w:rPr>
                <w:rFonts w:ascii="Arial" w:hAnsi="Arial" w:cs="Arial"/>
                <w:sz w:val="20"/>
                <w:szCs w:val="20"/>
              </w:rPr>
            </w:pPr>
          </w:p>
          <w:p w14:paraId="288338C1" w14:textId="77777777" w:rsidR="006D5036" w:rsidRDefault="006D5036" w:rsidP="0030220C">
            <w:pPr>
              <w:rPr>
                <w:rFonts w:ascii="Arial" w:hAnsi="Arial" w:cs="Arial"/>
                <w:sz w:val="20"/>
                <w:szCs w:val="20"/>
              </w:rPr>
            </w:pPr>
          </w:p>
          <w:p w14:paraId="4D24FC16" w14:textId="77777777" w:rsidR="006D5036" w:rsidRPr="00575350" w:rsidRDefault="006D5036" w:rsidP="0030220C">
            <w:pPr>
              <w:rPr>
                <w:rFonts w:ascii="Arial" w:hAnsi="Arial" w:cs="Arial"/>
                <w:sz w:val="20"/>
                <w:szCs w:val="20"/>
              </w:rPr>
            </w:pPr>
            <w:r>
              <w:rPr>
                <w:rFonts w:ascii="Arial" w:hAnsi="Arial" w:cs="Arial"/>
                <w:sz w:val="20"/>
                <w:szCs w:val="20"/>
              </w:rPr>
              <w:t>147,60</w:t>
            </w:r>
          </w:p>
        </w:tc>
      </w:tr>
      <w:tr w:rsidR="006D5036" w:rsidRPr="00575350" w14:paraId="017CCD76" w14:textId="77777777" w:rsidTr="0030220C">
        <w:trPr>
          <w:trHeight w:val="818"/>
          <w:jc w:val="center"/>
        </w:trPr>
        <w:tc>
          <w:tcPr>
            <w:tcW w:w="0" w:type="auto"/>
          </w:tcPr>
          <w:p w14:paraId="37CF3EDF" w14:textId="77777777" w:rsidR="006D5036" w:rsidRDefault="006D5036" w:rsidP="0030220C">
            <w:pPr>
              <w:jc w:val="center"/>
              <w:rPr>
                <w:rFonts w:ascii="Arial" w:hAnsi="Arial" w:cs="Arial"/>
                <w:sz w:val="20"/>
                <w:szCs w:val="20"/>
              </w:rPr>
            </w:pPr>
          </w:p>
          <w:p w14:paraId="24ABD5B8" w14:textId="77777777" w:rsidR="006D5036" w:rsidRDefault="006D5036" w:rsidP="0030220C">
            <w:pPr>
              <w:jc w:val="center"/>
              <w:rPr>
                <w:rFonts w:ascii="Arial" w:hAnsi="Arial" w:cs="Arial"/>
                <w:sz w:val="20"/>
                <w:szCs w:val="20"/>
              </w:rPr>
            </w:pPr>
            <w:r>
              <w:rPr>
                <w:rFonts w:ascii="Arial" w:hAnsi="Arial" w:cs="Arial"/>
                <w:sz w:val="20"/>
                <w:szCs w:val="20"/>
              </w:rPr>
              <w:t>169</w:t>
            </w:r>
          </w:p>
        </w:tc>
        <w:tc>
          <w:tcPr>
            <w:tcW w:w="0" w:type="auto"/>
            <w:vAlign w:val="center"/>
          </w:tcPr>
          <w:p w14:paraId="6F32AC1D" w14:textId="77777777" w:rsidR="006D5036" w:rsidRPr="00F93206" w:rsidRDefault="006D5036" w:rsidP="0030220C">
            <w:pPr>
              <w:rPr>
                <w:rFonts w:ascii="Arial" w:eastAsia="Times New Roman" w:hAnsi="Arial" w:cs="Arial"/>
                <w:color w:val="000000"/>
                <w:sz w:val="20"/>
                <w:szCs w:val="20"/>
                <w:lang w:eastAsia="pt-BR"/>
              </w:rPr>
            </w:pPr>
            <w:r w:rsidRPr="00F93206">
              <w:rPr>
                <w:rFonts w:ascii="Arial" w:eastAsia="Times New Roman" w:hAnsi="Arial" w:cs="Arial"/>
                <w:color w:val="000000"/>
                <w:sz w:val="20"/>
                <w:szCs w:val="20"/>
                <w:lang w:eastAsia="pt-BR"/>
              </w:rPr>
              <w:t xml:space="preserve"> 464569</w:t>
            </w:r>
          </w:p>
        </w:tc>
        <w:tc>
          <w:tcPr>
            <w:tcW w:w="0" w:type="auto"/>
            <w:vAlign w:val="center"/>
          </w:tcPr>
          <w:p w14:paraId="0601BE30" w14:textId="77777777" w:rsidR="006D5036" w:rsidRPr="00F93206" w:rsidRDefault="006D5036" w:rsidP="0030220C">
            <w:pPr>
              <w:rPr>
                <w:rFonts w:ascii="Arial" w:eastAsia="Times New Roman" w:hAnsi="Arial" w:cs="Arial"/>
                <w:color w:val="000000"/>
                <w:sz w:val="20"/>
                <w:szCs w:val="20"/>
                <w:lang w:eastAsia="pt-BR"/>
              </w:rPr>
            </w:pPr>
            <w:r w:rsidRPr="00F93206">
              <w:rPr>
                <w:rFonts w:ascii="Arial" w:eastAsia="Times New Roman" w:hAnsi="Arial" w:cs="Arial"/>
                <w:color w:val="000000"/>
                <w:sz w:val="20"/>
                <w:szCs w:val="20"/>
                <w:lang w:eastAsia="pt-BR"/>
              </w:rPr>
              <w:t>GRÃO DE BICO - CONSTITUIDOS DE GRÃOS MADUROS, SECOS, SEM MANCHAS E IMPUREZAS, EMBALAGEM DE APROXIMADAMENTE 500 G. CATMAT: 464569</w:t>
            </w:r>
          </w:p>
        </w:tc>
        <w:tc>
          <w:tcPr>
            <w:tcW w:w="0" w:type="auto"/>
            <w:vAlign w:val="center"/>
          </w:tcPr>
          <w:p w14:paraId="0BE9EF6A" w14:textId="77777777" w:rsidR="006D5036" w:rsidRDefault="006D5036" w:rsidP="0030220C">
            <w:pPr>
              <w:jc w:val="center"/>
              <w:rPr>
                <w:rFonts w:ascii="Arial" w:hAnsi="Arial" w:cs="Arial"/>
                <w:sz w:val="20"/>
                <w:szCs w:val="20"/>
              </w:rPr>
            </w:pPr>
            <w:r>
              <w:rPr>
                <w:rFonts w:ascii="Arial" w:hAnsi="Arial" w:cs="Arial"/>
                <w:sz w:val="20"/>
                <w:szCs w:val="20"/>
              </w:rPr>
              <w:t>UN</w:t>
            </w:r>
          </w:p>
        </w:tc>
        <w:tc>
          <w:tcPr>
            <w:tcW w:w="0" w:type="auto"/>
            <w:vAlign w:val="center"/>
          </w:tcPr>
          <w:p w14:paraId="28925CEC" w14:textId="77777777" w:rsidR="006D5036" w:rsidRPr="00F93206" w:rsidRDefault="006D5036" w:rsidP="0030220C">
            <w:pPr>
              <w:jc w:val="center"/>
              <w:rPr>
                <w:rFonts w:ascii="Arial" w:eastAsia="Times New Roman" w:hAnsi="Arial" w:cs="Arial"/>
                <w:sz w:val="20"/>
                <w:szCs w:val="20"/>
                <w:lang w:eastAsia="pt-BR"/>
              </w:rPr>
            </w:pPr>
            <w:r w:rsidRPr="00F93206">
              <w:rPr>
                <w:rFonts w:ascii="Arial" w:eastAsia="Times New Roman" w:hAnsi="Arial" w:cs="Arial"/>
                <w:sz w:val="20"/>
                <w:szCs w:val="20"/>
                <w:lang w:eastAsia="pt-BR"/>
              </w:rPr>
              <w:t>60</w:t>
            </w:r>
          </w:p>
        </w:tc>
        <w:tc>
          <w:tcPr>
            <w:tcW w:w="0" w:type="auto"/>
          </w:tcPr>
          <w:p w14:paraId="1203920B" w14:textId="77777777" w:rsidR="006D5036" w:rsidRDefault="006D5036" w:rsidP="0030220C">
            <w:pPr>
              <w:rPr>
                <w:rFonts w:ascii="Arial" w:hAnsi="Arial" w:cs="Arial"/>
                <w:sz w:val="20"/>
                <w:szCs w:val="20"/>
              </w:rPr>
            </w:pPr>
          </w:p>
          <w:p w14:paraId="2E066E56" w14:textId="77777777" w:rsidR="006D5036" w:rsidRDefault="006D5036" w:rsidP="0030220C">
            <w:pPr>
              <w:rPr>
                <w:rFonts w:ascii="Arial" w:hAnsi="Arial" w:cs="Arial"/>
                <w:sz w:val="20"/>
                <w:szCs w:val="20"/>
              </w:rPr>
            </w:pPr>
          </w:p>
          <w:p w14:paraId="47C3B7E0" w14:textId="77777777" w:rsidR="006D5036" w:rsidRPr="00575350" w:rsidRDefault="006D5036" w:rsidP="0030220C">
            <w:pPr>
              <w:rPr>
                <w:rFonts w:ascii="Arial" w:hAnsi="Arial" w:cs="Arial"/>
                <w:sz w:val="20"/>
                <w:szCs w:val="20"/>
              </w:rPr>
            </w:pPr>
            <w:r>
              <w:rPr>
                <w:rFonts w:ascii="Arial" w:hAnsi="Arial" w:cs="Arial"/>
                <w:sz w:val="20"/>
                <w:szCs w:val="20"/>
              </w:rPr>
              <w:t>15,73</w:t>
            </w:r>
          </w:p>
        </w:tc>
        <w:tc>
          <w:tcPr>
            <w:tcW w:w="0" w:type="auto"/>
          </w:tcPr>
          <w:p w14:paraId="3A71F606" w14:textId="77777777" w:rsidR="006D5036" w:rsidRDefault="006D5036" w:rsidP="0030220C">
            <w:pPr>
              <w:rPr>
                <w:rFonts w:ascii="Arial" w:hAnsi="Arial" w:cs="Arial"/>
                <w:sz w:val="20"/>
                <w:szCs w:val="20"/>
              </w:rPr>
            </w:pPr>
          </w:p>
          <w:p w14:paraId="40F8225D" w14:textId="77777777" w:rsidR="006D5036" w:rsidRDefault="006D5036" w:rsidP="0030220C">
            <w:pPr>
              <w:rPr>
                <w:rFonts w:ascii="Arial" w:hAnsi="Arial" w:cs="Arial"/>
                <w:sz w:val="20"/>
                <w:szCs w:val="20"/>
              </w:rPr>
            </w:pPr>
          </w:p>
          <w:p w14:paraId="0A4B2FFE" w14:textId="77777777" w:rsidR="006D5036" w:rsidRPr="00575350" w:rsidRDefault="006D5036" w:rsidP="0030220C">
            <w:pPr>
              <w:rPr>
                <w:rFonts w:ascii="Arial" w:hAnsi="Arial" w:cs="Arial"/>
                <w:sz w:val="20"/>
                <w:szCs w:val="20"/>
              </w:rPr>
            </w:pPr>
            <w:r>
              <w:rPr>
                <w:rFonts w:ascii="Arial" w:hAnsi="Arial" w:cs="Arial"/>
                <w:sz w:val="20"/>
                <w:szCs w:val="20"/>
              </w:rPr>
              <w:t>943,80</w:t>
            </w:r>
          </w:p>
        </w:tc>
      </w:tr>
      <w:tr w:rsidR="006D5036" w:rsidRPr="00575350" w14:paraId="7C1DBAFE" w14:textId="77777777" w:rsidTr="0030220C">
        <w:trPr>
          <w:trHeight w:val="818"/>
          <w:jc w:val="center"/>
        </w:trPr>
        <w:tc>
          <w:tcPr>
            <w:tcW w:w="0" w:type="auto"/>
          </w:tcPr>
          <w:p w14:paraId="2BE2E576" w14:textId="77777777" w:rsidR="006D5036" w:rsidRDefault="006D5036" w:rsidP="0030220C">
            <w:pPr>
              <w:jc w:val="center"/>
              <w:rPr>
                <w:rFonts w:ascii="Arial" w:hAnsi="Arial" w:cs="Arial"/>
                <w:sz w:val="20"/>
                <w:szCs w:val="20"/>
              </w:rPr>
            </w:pPr>
          </w:p>
          <w:p w14:paraId="3A899F2F" w14:textId="77777777" w:rsidR="006D5036" w:rsidRDefault="006D5036" w:rsidP="0030220C">
            <w:pPr>
              <w:jc w:val="center"/>
              <w:rPr>
                <w:rFonts w:ascii="Arial" w:hAnsi="Arial" w:cs="Arial"/>
                <w:sz w:val="20"/>
                <w:szCs w:val="20"/>
              </w:rPr>
            </w:pPr>
          </w:p>
          <w:p w14:paraId="4CAC9FB5" w14:textId="77777777" w:rsidR="006D5036" w:rsidRDefault="006D5036" w:rsidP="0030220C">
            <w:pPr>
              <w:jc w:val="center"/>
              <w:rPr>
                <w:rFonts w:ascii="Arial" w:hAnsi="Arial" w:cs="Arial"/>
                <w:sz w:val="20"/>
                <w:szCs w:val="20"/>
              </w:rPr>
            </w:pPr>
            <w:r>
              <w:rPr>
                <w:rFonts w:ascii="Arial" w:hAnsi="Arial" w:cs="Arial"/>
                <w:sz w:val="20"/>
                <w:szCs w:val="20"/>
              </w:rPr>
              <w:t>170</w:t>
            </w:r>
          </w:p>
        </w:tc>
        <w:tc>
          <w:tcPr>
            <w:tcW w:w="0" w:type="auto"/>
            <w:vAlign w:val="center"/>
          </w:tcPr>
          <w:p w14:paraId="1577CBCE" w14:textId="77777777" w:rsidR="006D5036" w:rsidRPr="00F93206" w:rsidRDefault="006D5036" w:rsidP="0030220C">
            <w:pPr>
              <w:rPr>
                <w:rFonts w:ascii="Arial" w:eastAsia="Times New Roman" w:hAnsi="Arial" w:cs="Arial"/>
                <w:color w:val="000000"/>
                <w:sz w:val="20"/>
                <w:szCs w:val="20"/>
                <w:lang w:eastAsia="pt-BR"/>
              </w:rPr>
            </w:pPr>
            <w:r w:rsidRPr="00A63E16">
              <w:rPr>
                <w:rFonts w:ascii="Arial" w:eastAsia="Times New Roman" w:hAnsi="Arial" w:cs="Arial"/>
                <w:lang w:eastAsia="pt-BR"/>
              </w:rPr>
              <w:t>454018</w:t>
            </w:r>
          </w:p>
        </w:tc>
        <w:tc>
          <w:tcPr>
            <w:tcW w:w="0" w:type="auto"/>
            <w:vAlign w:val="center"/>
          </w:tcPr>
          <w:p w14:paraId="2FD26AA4" w14:textId="77777777" w:rsidR="006D5036" w:rsidRPr="00A63E16" w:rsidRDefault="006D5036" w:rsidP="0030220C">
            <w:pPr>
              <w:rPr>
                <w:rFonts w:ascii="Arial" w:eastAsia="Times New Roman" w:hAnsi="Arial" w:cs="Arial"/>
                <w:color w:val="000000"/>
                <w:lang w:eastAsia="pt-BR"/>
              </w:rPr>
            </w:pPr>
            <w:r w:rsidRPr="00A63E16">
              <w:rPr>
                <w:rFonts w:ascii="Arial" w:eastAsia="Times New Roman" w:hAnsi="Arial" w:cs="Arial"/>
                <w:sz w:val="20"/>
                <w:szCs w:val="20"/>
                <w:lang w:eastAsia="pt-BR"/>
              </w:rPr>
              <w:t>SAL GROSSO, ACONDICIONADO EM PACOTE DE 1KG, COM GRANULAÇÃO ADEQUADA PARA USO CULINARIO, SEMELHANTE A LEBRE, CISNE, QUALITA</w:t>
            </w:r>
            <w:r>
              <w:rPr>
                <w:rFonts w:ascii="Arial" w:eastAsia="Times New Roman" w:hAnsi="Arial" w:cs="Arial"/>
                <w:lang w:eastAsia="pt-BR"/>
              </w:rPr>
              <w:t>.</w:t>
            </w:r>
            <w:r w:rsidRPr="00A63E16">
              <w:rPr>
                <w:rFonts w:ascii="Arial" w:eastAsia="Times New Roman" w:hAnsi="Arial" w:cs="Arial"/>
                <w:lang w:eastAsia="pt-BR"/>
              </w:rPr>
              <w:t xml:space="preserve"> </w:t>
            </w:r>
          </w:p>
        </w:tc>
        <w:tc>
          <w:tcPr>
            <w:tcW w:w="0" w:type="auto"/>
            <w:vAlign w:val="center"/>
          </w:tcPr>
          <w:p w14:paraId="3651D006" w14:textId="77777777" w:rsidR="006D5036" w:rsidRDefault="006D5036" w:rsidP="0030220C">
            <w:pPr>
              <w:jc w:val="center"/>
              <w:rPr>
                <w:rFonts w:ascii="Arial" w:hAnsi="Arial" w:cs="Arial"/>
                <w:sz w:val="20"/>
                <w:szCs w:val="20"/>
              </w:rPr>
            </w:pPr>
          </w:p>
          <w:p w14:paraId="7BA643BA" w14:textId="77777777" w:rsidR="006D5036" w:rsidRDefault="006D5036" w:rsidP="0030220C">
            <w:pPr>
              <w:jc w:val="center"/>
              <w:rPr>
                <w:rFonts w:ascii="Arial" w:hAnsi="Arial" w:cs="Arial"/>
                <w:sz w:val="20"/>
                <w:szCs w:val="20"/>
              </w:rPr>
            </w:pPr>
            <w:r>
              <w:rPr>
                <w:rFonts w:ascii="Arial" w:hAnsi="Arial" w:cs="Arial"/>
                <w:sz w:val="20"/>
                <w:szCs w:val="20"/>
              </w:rPr>
              <w:t>UN</w:t>
            </w:r>
          </w:p>
        </w:tc>
        <w:tc>
          <w:tcPr>
            <w:tcW w:w="0" w:type="auto"/>
            <w:vAlign w:val="center"/>
          </w:tcPr>
          <w:p w14:paraId="348136B3" w14:textId="77777777" w:rsidR="006D5036" w:rsidRDefault="006D5036" w:rsidP="0030220C">
            <w:pPr>
              <w:jc w:val="center"/>
              <w:rPr>
                <w:rFonts w:ascii="Arial" w:eastAsia="Times New Roman" w:hAnsi="Arial" w:cs="Arial"/>
                <w:sz w:val="20"/>
                <w:szCs w:val="20"/>
                <w:lang w:eastAsia="pt-BR"/>
              </w:rPr>
            </w:pPr>
          </w:p>
          <w:p w14:paraId="5C1C3BE1" w14:textId="77777777" w:rsidR="006D5036" w:rsidRPr="00F93206" w:rsidRDefault="006D5036" w:rsidP="0030220C">
            <w:pPr>
              <w:jc w:val="center"/>
              <w:rPr>
                <w:rFonts w:ascii="Arial" w:eastAsia="Times New Roman" w:hAnsi="Arial" w:cs="Arial"/>
                <w:sz w:val="20"/>
                <w:szCs w:val="20"/>
                <w:lang w:eastAsia="pt-BR"/>
              </w:rPr>
            </w:pPr>
            <w:r>
              <w:rPr>
                <w:rFonts w:ascii="Arial" w:eastAsia="Times New Roman" w:hAnsi="Arial" w:cs="Arial"/>
                <w:sz w:val="20"/>
                <w:szCs w:val="20"/>
                <w:lang w:eastAsia="pt-BR"/>
              </w:rPr>
              <w:t>50</w:t>
            </w:r>
          </w:p>
        </w:tc>
        <w:tc>
          <w:tcPr>
            <w:tcW w:w="0" w:type="auto"/>
          </w:tcPr>
          <w:p w14:paraId="42321230" w14:textId="77777777" w:rsidR="006D5036" w:rsidRDefault="006D5036" w:rsidP="0030220C">
            <w:pPr>
              <w:rPr>
                <w:rFonts w:ascii="Arial" w:hAnsi="Arial" w:cs="Arial"/>
                <w:sz w:val="20"/>
                <w:szCs w:val="20"/>
              </w:rPr>
            </w:pPr>
          </w:p>
          <w:p w14:paraId="15F0810C" w14:textId="77777777" w:rsidR="006D5036" w:rsidRDefault="006D5036" w:rsidP="0030220C">
            <w:pPr>
              <w:rPr>
                <w:rFonts w:ascii="Arial" w:hAnsi="Arial" w:cs="Arial"/>
                <w:sz w:val="20"/>
                <w:szCs w:val="20"/>
              </w:rPr>
            </w:pPr>
          </w:p>
          <w:p w14:paraId="46937962" w14:textId="77777777" w:rsidR="006D5036" w:rsidRDefault="006D5036" w:rsidP="0030220C">
            <w:pPr>
              <w:rPr>
                <w:rFonts w:ascii="Arial" w:hAnsi="Arial" w:cs="Arial"/>
                <w:sz w:val="20"/>
                <w:szCs w:val="20"/>
              </w:rPr>
            </w:pPr>
            <w:r>
              <w:rPr>
                <w:rFonts w:ascii="Arial" w:hAnsi="Arial" w:cs="Arial"/>
                <w:sz w:val="20"/>
                <w:szCs w:val="20"/>
              </w:rPr>
              <w:t>4,93</w:t>
            </w:r>
          </w:p>
        </w:tc>
        <w:tc>
          <w:tcPr>
            <w:tcW w:w="0" w:type="auto"/>
          </w:tcPr>
          <w:p w14:paraId="22A47E25" w14:textId="77777777" w:rsidR="006D5036" w:rsidRDefault="006D5036" w:rsidP="0030220C">
            <w:pPr>
              <w:rPr>
                <w:rFonts w:ascii="Arial" w:hAnsi="Arial" w:cs="Arial"/>
                <w:sz w:val="20"/>
                <w:szCs w:val="20"/>
              </w:rPr>
            </w:pPr>
          </w:p>
          <w:p w14:paraId="1B88073E" w14:textId="77777777" w:rsidR="006D5036" w:rsidRDefault="006D5036" w:rsidP="0030220C">
            <w:pPr>
              <w:rPr>
                <w:rFonts w:ascii="Arial" w:hAnsi="Arial" w:cs="Arial"/>
                <w:sz w:val="20"/>
                <w:szCs w:val="20"/>
              </w:rPr>
            </w:pPr>
          </w:p>
          <w:p w14:paraId="4C8A9909" w14:textId="77777777" w:rsidR="006D5036" w:rsidRDefault="006D5036" w:rsidP="0030220C">
            <w:pPr>
              <w:rPr>
                <w:rFonts w:ascii="Arial" w:hAnsi="Arial" w:cs="Arial"/>
                <w:sz w:val="20"/>
                <w:szCs w:val="20"/>
              </w:rPr>
            </w:pPr>
            <w:r>
              <w:rPr>
                <w:rFonts w:ascii="Arial" w:hAnsi="Arial" w:cs="Arial"/>
                <w:sz w:val="20"/>
                <w:szCs w:val="20"/>
              </w:rPr>
              <w:t>246,50</w:t>
            </w:r>
          </w:p>
        </w:tc>
      </w:tr>
    </w:tbl>
    <w:p w14:paraId="72FD9CAD" w14:textId="0E2FEAC6" w:rsidR="006D5036" w:rsidRPr="00A93EB3" w:rsidRDefault="006D5036" w:rsidP="005C6F8B">
      <w:pPr>
        <w:pStyle w:val="PargrafodaLista"/>
        <w:tabs>
          <w:tab w:val="left" w:pos="1280"/>
          <w:tab w:val="left" w:pos="1281"/>
        </w:tabs>
        <w:ind w:left="0"/>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4"/>
          <w:szCs w:val="24"/>
        </w:rPr>
        <w:t>TOTAL: 1.2</w:t>
      </w:r>
      <w:r w:rsidR="00114016">
        <w:rPr>
          <w:rFonts w:ascii="Times New Roman" w:hAnsi="Times New Roman" w:cs="Times New Roman"/>
          <w:sz w:val="24"/>
          <w:szCs w:val="24"/>
        </w:rPr>
        <w:t>49</w:t>
      </w:r>
      <w:r>
        <w:rPr>
          <w:rFonts w:ascii="Times New Roman" w:hAnsi="Times New Roman" w:cs="Times New Roman"/>
          <w:sz w:val="24"/>
          <w:szCs w:val="24"/>
        </w:rPr>
        <w:t>.</w:t>
      </w:r>
      <w:r w:rsidR="00114016">
        <w:rPr>
          <w:rFonts w:ascii="Times New Roman" w:hAnsi="Times New Roman" w:cs="Times New Roman"/>
          <w:sz w:val="24"/>
          <w:szCs w:val="24"/>
        </w:rPr>
        <w:t>023</w:t>
      </w:r>
      <w:r>
        <w:rPr>
          <w:rFonts w:ascii="Times New Roman" w:hAnsi="Times New Roman" w:cs="Times New Roman"/>
          <w:sz w:val="24"/>
          <w:szCs w:val="24"/>
        </w:rPr>
        <w:t>,</w:t>
      </w:r>
      <w:r w:rsidR="00114016">
        <w:rPr>
          <w:rFonts w:ascii="Times New Roman" w:hAnsi="Times New Roman" w:cs="Times New Roman"/>
          <w:sz w:val="24"/>
          <w:szCs w:val="24"/>
        </w:rPr>
        <w:t>0</w:t>
      </w:r>
      <w:r>
        <w:rPr>
          <w:rFonts w:ascii="Times New Roman" w:hAnsi="Times New Roman" w:cs="Times New Roman"/>
          <w:sz w:val="24"/>
          <w:szCs w:val="24"/>
        </w:rPr>
        <w:t>8</w:t>
      </w:r>
    </w:p>
    <w:p w14:paraId="40B0A581" w14:textId="77777777" w:rsidR="00A93EB3" w:rsidRDefault="00A93EB3" w:rsidP="00A93EB3">
      <w:pPr>
        <w:jc w:val="both"/>
        <w:rPr>
          <w:rFonts w:ascii="Times New Roman" w:hAnsi="Times New Roman" w:cs="Times New Roman"/>
          <w:color w:val="000000" w:themeColor="text1"/>
          <w:sz w:val="24"/>
          <w:szCs w:val="24"/>
        </w:rPr>
      </w:pPr>
    </w:p>
    <w:p w14:paraId="30A7165B" w14:textId="76CE7343" w:rsidR="005846A7" w:rsidRDefault="005846A7" w:rsidP="00A93EB3">
      <w:pPr>
        <w:jc w:val="both"/>
        <w:rPr>
          <w:rFonts w:ascii="Times New Roman" w:hAnsi="Times New Roman" w:cs="Times New Roman"/>
          <w:color w:val="000000" w:themeColor="text1"/>
          <w:sz w:val="24"/>
          <w:szCs w:val="24"/>
        </w:rPr>
      </w:pPr>
      <w:r w:rsidRPr="00F84763">
        <w:rPr>
          <w:rFonts w:ascii="Times New Roman" w:hAnsi="Times New Roman" w:cs="Times New Roman"/>
          <w:b/>
          <w:bCs/>
          <w:sz w:val="24"/>
          <w:szCs w:val="24"/>
        </w:rPr>
        <w:t>1.</w:t>
      </w:r>
      <w:r w:rsidR="00A90885">
        <w:rPr>
          <w:rFonts w:ascii="Times New Roman" w:hAnsi="Times New Roman" w:cs="Times New Roman"/>
          <w:b/>
          <w:bCs/>
          <w:sz w:val="24"/>
          <w:szCs w:val="24"/>
        </w:rPr>
        <w:t>2</w:t>
      </w:r>
      <w:r>
        <w:rPr>
          <w:rFonts w:ascii="Times New Roman" w:hAnsi="Times New Roman" w:cs="Times New Roman"/>
          <w:sz w:val="24"/>
          <w:szCs w:val="24"/>
        </w:rPr>
        <w:t xml:space="preserve"> </w:t>
      </w:r>
      <w:r w:rsidRPr="005846A7">
        <w:rPr>
          <w:rFonts w:ascii="Times New Roman" w:hAnsi="Times New Roman" w:cs="Times New Roman"/>
          <w:sz w:val="24"/>
          <w:szCs w:val="24"/>
        </w:rPr>
        <w:t xml:space="preserve">A cotação e formação de média de mercado informada neste termo de referência, foi realizada pela </w:t>
      </w:r>
      <w:r w:rsidRPr="005846A7">
        <w:rPr>
          <w:rFonts w:ascii="Times New Roman" w:hAnsi="Times New Roman" w:cs="Times New Roman"/>
          <w:b/>
          <w:bCs/>
          <w:sz w:val="24"/>
          <w:szCs w:val="24"/>
        </w:rPr>
        <w:t>EQUIPE DO SETOR DE COMPRAS</w:t>
      </w:r>
      <w:r w:rsidRPr="005846A7">
        <w:rPr>
          <w:rFonts w:ascii="Times New Roman" w:hAnsi="Times New Roman" w:cs="Times New Roman"/>
          <w:sz w:val="24"/>
          <w:szCs w:val="24"/>
        </w:rPr>
        <w:t>, e conforme estas pesquisas, o valor da contratação está estimado em R$</w:t>
      </w:r>
      <w:r w:rsidRPr="005846A7">
        <w:rPr>
          <w:rFonts w:ascii="Times New Roman" w:hAnsi="Times New Roman" w:cs="Times New Roman"/>
          <w:b/>
          <w:bCs/>
          <w:sz w:val="24"/>
          <w:szCs w:val="24"/>
        </w:rPr>
        <w:t xml:space="preserve"> </w:t>
      </w:r>
      <w:r>
        <w:rPr>
          <w:rFonts w:ascii="Times New Roman" w:hAnsi="Times New Roman" w:cs="Times New Roman"/>
          <w:b/>
          <w:bCs/>
          <w:sz w:val="24"/>
          <w:szCs w:val="24"/>
        </w:rPr>
        <w:t>1.2</w:t>
      </w:r>
      <w:r w:rsidR="00114016">
        <w:rPr>
          <w:rFonts w:ascii="Times New Roman" w:hAnsi="Times New Roman" w:cs="Times New Roman"/>
          <w:b/>
          <w:bCs/>
          <w:sz w:val="24"/>
          <w:szCs w:val="24"/>
        </w:rPr>
        <w:t>49.023</w:t>
      </w:r>
      <w:r>
        <w:rPr>
          <w:rFonts w:ascii="Times New Roman" w:hAnsi="Times New Roman" w:cs="Times New Roman"/>
          <w:b/>
          <w:bCs/>
          <w:sz w:val="24"/>
          <w:szCs w:val="24"/>
        </w:rPr>
        <w:t>,</w:t>
      </w:r>
      <w:r w:rsidR="00114016">
        <w:rPr>
          <w:rFonts w:ascii="Times New Roman" w:hAnsi="Times New Roman" w:cs="Times New Roman"/>
          <w:b/>
          <w:bCs/>
          <w:sz w:val="24"/>
          <w:szCs w:val="24"/>
        </w:rPr>
        <w:t>0</w:t>
      </w:r>
      <w:r>
        <w:rPr>
          <w:rFonts w:ascii="Times New Roman" w:hAnsi="Times New Roman" w:cs="Times New Roman"/>
          <w:b/>
          <w:bCs/>
          <w:sz w:val="24"/>
          <w:szCs w:val="24"/>
        </w:rPr>
        <w:t>8</w:t>
      </w:r>
      <w:r w:rsidRPr="005846A7">
        <w:rPr>
          <w:rFonts w:ascii="Times New Roman" w:hAnsi="Times New Roman" w:cs="Times New Roman"/>
          <w:b/>
          <w:bCs/>
          <w:color w:val="EE0000"/>
          <w:sz w:val="24"/>
          <w:szCs w:val="24"/>
        </w:rPr>
        <w:t xml:space="preserve"> </w:t>
      </w:r>
      <w:r w:rsidRPr="005846A7">
        <w:rPr>
          <w:rFonts w:ascii="Times New Roman" w:hAnsi="Times New Roman" w:cs="Times New Roman"/>
          <w:b/>
          <w:bCs/>
          <w:color w:val="000000" w:themeColor="text1"/>
          <w:sz w:val="24"/>
          <w:szCs w:val="24"/>
        </w:rPr>
        <w:t>(</w:t>
      </w:r>
      <w:r>
        <w:rPr>
          <w:rFonts w:ascii="Times New Roman" w:hAnsi="Times New Roman" w:cs="Times New Roman"/>
          <w:b/>
          <w:bCs/>
          <w:color w:val="000000" w:themeColor="text1"/>
          <w:sz w:val="24"/>
          <w:szCs w:val="24"/>
        </w:rPr>
        <w:t xml:space="preserve">um milhão, duzentos e </w:t>
      </w:r>
      <w:r w:rsidR="00114016">
        <w:rPr>
          <w:rFonts w:ascii="Times New Roman" w:hAnsi="Times New Roman" w:cs="Times New Roman"/>
          <w:b/>
          <w:bCs/>
          <w:color w:val="000000" w:themeColor="text1"/>
          <w:sz w:val="24"/>
          <w:szCs w:val="24"/>
        </w:rPr>
        <w:t xml:space="preserve">quarenta e nove </w:t>
      </w:r>
      <w:r>
        <w:rPr>
          <w:rFonts w:ascii="Times New Roman" w:hAnsi="Times New Roman" w:cs="Times New Roman"/>
          <w:b/>
          <w:bCs/>
          <w:color w:val="000000" w:themeColor="text1"/>
          <w:sz w:val="24"/>
          <w:szCs w:val="24"/>
        </w:rPr>
        <w:t>mil,</w:t>
      </w:r>
      <w:r w:rsidR="00114016">
        <w:rPr>
          <w:rFonts w:ascii="Times New Roman" w:hAnsi="Times New Roman" w:cs="Times New Roman"/>
          <w:b/>
          <w:bCs/>
          <w:color w:val="000000" w:themeColor="text1"/>
          <w:sz w:val="24"/>
          <w:szCs w:val="24"/>
        </w:rPr>
        <w:t xml:space="preserve"> vinte e três reais</w:t>
      </w:r>
      <w:r>
        <w:rPr>
          <w:rFonts w:ascii="Times New Roman" w:hAnsi="Times New Roman" w:cs="Times New Roman"/>
          <w:b/>
          <w:bCs/>
          <w:color w:val="000000" w:themeColor="text1"/>
          <w:sz w:val="24"/>
          <w:szCs w:val="24"/>
        </w:rPr>
        <w:t xml:space="preserve"> oito centavos</w:t>
      </w:r>
      <w:r w:rsidRPr="005846A7">
        <w:rPr>
          <w:rFonts w:ascii="Times New Roman" w:hAnsi="Times New Roman" w:cs="Times New Roman"/>
          <w:b/>
          <w:bCs/>
          <w:color w:val="000000" w:themeColor="text1"/>
          <w:sz w:val="24"/>
          <w:szCs w:val="24"/>
        </w:rPr>
        <w:t>.</w:t>
      </w:r>
      <w:r w:rsidRPr="005846A7">
        <w:rPr>
          <w:rFonts w:ascii="Times New Roman" w:hAnsi="Times New Roman" w:cs="Times New Roman"/>
          <w:b/>
          <w:bCs/>
          <w:sz w:val="24"/>
          <w:szCs w:val="24"/>
        </w:rPr>
        <w:t>)</w:t>
      </w:r>
      <w:r w:rsidRPr="005846A7">
        <w:rPr>
          <w:rFonts w:ascii="Times New Roman" w:hAnsi="Times New Roman" w:cs="Times New Roman"/>
          <w:sz w:val="24"/>
          <w:szCs w:val="24"/>
        </w:rPr>
        <w:t>, pesquisas estas que estarão em anexo ao processo, realizada conforme legislação vigente.</w:t>
      </w:r>
    </w:p>
    <w:p w14:paraId="1D63436A" w14:textId="2A1267AC" w:rsidR="004341AE" w:rsidRPr="005846A7" w:rsidRDefault="005846A7" w:rsidP="005846A7">
      <w:pPr>
        <w:jc w:val="both"/>
        <w:rPr>
          <w:rFonts w:ascii="Times New Roman" w:hAnsi="Times New Roman" w:cs="Times New Roman"/>
          <w:sz w:val="24"/>
          <w:szCs w:val="24"/>
        </w:rPr>
      </w:pPr>
      <w:r w:rsidRPr="00F84763">
        <w:rPr>
          <w:rFonts w:ascii="Times New Roman" w:hAnsi="Times New Roman" w:cs="Times New Roman"/>
          <w:b/>
          <w:bCs/>
          <w:sz w:val="24"/>
          <w:szCs w:val="24"/>
        </w:rPr>
        <w:t>1.</w:t>
      </w:r>
      <w:r w:rsidR="00A90885">
        <w:rPr>
          <w:rFonts w:ascii="Times New Roman" w:hAnsi="Times New Roman" w:cs="Times New Roman"/>
          <w:b/>
          <w:bCs/>
          <w:sz w:val="24"/>
          <w:szCs w:val="24"/>
        </w:rPr>
        <w:t>3</w:t>
      </w:r>
      <w:r>
        <w:rPr>
          <w:rFonts w:ascii="Times New Roman" w:hAnsi="Times New Roman" w:cs="Times New Roman"/>
          <w:sz w:val="24"/>
          <w:szCs w:val="24"/>
        </w:rPr>
        <w:t xml:space="preserve"> </w:t>
      </w:r>
      <w:r w:rsidRPr="005846A7">
        <w:rPr>
          <w:rFonts w:ascii="Times New Roman" w:hAnsi="Times New Roman" w:cs="Times New Roman"/>
          <w:sz w:val="24"/>
          <w:szCs w:val="24"/>
        </w:rPr>
        <w:t>Alguns</w:t>
      </w:r>
      <w:r w:rsidR="004341AE" w:rsidRPr="005846A7">
        <w:rPr>
          <w:rFonts w:ascii="Times New Roman" w:hAnsi="Times New Roman" w:cs="Times New Roman"/>
          <w:sz w:val="24"/>
          <w:szCs w:val="24"/>
        </w:rPr>
        <w:t xml:space="preserve"> itens do CATMAT são </w:t>
      </w:r>
      <w:r w:rsidR="004341AE" w:rsidRPr="005846A7">
        <w:rPr>
          <w:rFonts w:ascii="Times New Roman" w:hAnsi="Times New Roman" w:cs="Times New Roman"/>
          <w:b/>
          <w:sz w:val="24"/>
          <w:szCs w:val="24"/>
          <w:u w:val="single"/>
        </w:rPr>
        <w:t>GERAIS E GENÉRICOS</w:t>
      </w:r>
      <w:r w:rsidR="004341AE" w:rsidRPr="005846A7">
        <w:rPr>
          <w:rFonts w:ascii="Times New Roman" w:hAnsi="Times New Roman" w:cs="Times New Roman"/>
          <w:sz w:val="24"/>
          <w:szCs w:val="24"/>
        </w:rPr>
        <w:t>, devendo ser observadas as descrições conforme este Termo de Referência, ETP e demais documentos.</w:t>
      </w:r>
    </w:p>
    <w:p w14:paraId="629BD6D2" w14:textId="26743979" w:rsidR="005846A7" w:rsidRPr="005846A7" w:rsidRDefault="005846A7" w:rsidP="005846A7">
      <w:pPr>
        <w:jc w:val="both"/>
        <w:rPr>
          <w:rFonts w:ascii="Times New Roman" w:hAnsi="Times New Roman" w:cs="Times New Roman"/>
          <w:bCs/>
          <w:sz w:val="24"/>
          <w:szCs w:val="24"/>
        </w:rPr>
      </w:pPr>
      <w:r w:rsidRPr="00F84763">
        <w:rPr>
          <w:rFonts w:ascii="Times New Roman" w:hAnsi="Times New Roman" w:cs="Times New Roman"/>
          <w:b/>
          <w:sz w:val="24"/>
          <w:szCs w:val="24"/>
        </w:rPr>
        <w:t>1.</w:t>
      </w:r>
      <w:r w:rsidR="00A90885">
        <w:rPr>
          <w:rFonts w:ascii="Times New Roman" w:hAnsi="Times New Roman" w:cs="Times New Roman"/>
          <w:b/>
          <w:sz w:val="24"/>
          <w:szCs w:val="24"/>
        </w:rPr>
        <w:t>4</w:t>
      </w:r>
      <w:r>
        <w:rPr>
          <w:rFonts w:ascii="Times New Roman" w:hAnsi="Times New Roman" w:cs="Times New Roman"/>
          <w:bCs/>
          <w:sz w:val="24"/>
          <w:szCs w:val="24"/>
        </w:rPr>
        <w:t xml:space="preserve"> </w:t>
      </w:r>
      <w:r w:rsidRPr="005846A7">
        <w:rPr>
          <w:rFonts w:ascii="Times New Roman" w:hAnsi="Times New Roman" w:cs="Times New Roman"/>
          <w:bCs/>
          <w:sz w:val="24"/>
          <w:szCs w:val="24"/>
        </w:rPr>
        <w:t xml:space="preserve">O prazo de vigência da contratação é de </w:t>
      </w:r>
      <w:r w:rsidRPr="005846A7">
        <w:rPr>
          <w:rFonts w:ascii="Times New Roman" w:hAnsi="Times New Roman" w:cs="Times New Roman"/>
          <w:b/>
          <w:sz w:val="24"/>
          <w:szCs w:val="24"/>
        </w:rPr>
        <w:t>12 (doze) meses</w:t>
      </w:r>
      <w:r w:rsidRPr="005846A7">
        <w:rPr>
          <w:rFonts w:ascii="Times New Roman" w:hAnsi="Times New Roman" w:cs="Times New Roman"/>
          <w:bCs/>
          <w:sz w:val="24"/>
          <w:szCs w:val="24"/>
        </w:rPr>
        <w:t xml:space="preserve">, contados da data de assinatura do contrato, prorrogável na forma da Lei n° </w:t>
      </w:r>
      <w:r w:rsidRPr="005846A7">
        <w:rPr>
          <w:rFonts w:ascii="Times New Roman" w:hAnsi="Times New Roman" w:cs="Times New Roman"/>
          <w:sz w:val="24"/>
          <w:szCs w:val="24"/>
        </w:rPr>
        <w:t>14.133/2021</w:t>
      </w:r>
      <w:r w:rsidRPr="005846A7">
        <w:rPr>
          <w:rFonts w:ascii="Times New Roman" w:hAnsi="Times New Roman" w:cs="Times New Roman"/>
          <w:bCs/>
          <w:sz w:val="24"/>
          <w:szCs w:val="24"/>
        </w:rPr>
        <w:t>.</w:t>
      </w:r>
    </w:p>
    <w:p w14:paraId="0F8D32C0" w14:textId="0F7E136A" w:rsidR="005846A7" w:rsidRPr="005846A7" w:rsidRDefault="005846A7" w:rsidP="005846A7">
      <w:pPr>
        <w:jc w:val="both"/>
        <w:rPr>
          <w:rFonts w:ascii="Times New Roman" w:hAnsi="Times New Roman" w:cs="Times New Roman"/>
          <w:bCs/>
          <w:color w:val="000000"/>
          <w:spacing w:val="6"/>
          <w:sz w:val="24"/>
          <w:szCs w:val="24"/>
        </w:rPr>
      </w:pPr>
      <w:r w:rsidRPr="00F84763">
        <w:rPr>
          <w:rFonts w:ascii="Times New Roman" w:hAnsi="Times New Roman" w:cs="Times New Roman"/>
          <w:b/>
          <w:color w:val="000000"/>
          <w:spacing w:val="6"/>
          <w:sz w:val="24"/>
          <w:szCs w:val="24"/>
        </w:rPr>
        <w:lastRenderedPageBreak/>
        <w:t>1.</w:t>
      </w:r>
      <w:r w:rsidR="00A90885">
        <w:rPr>
          <w:rFonts w:ascii="Times New Roman" w:hAnsi="Times New Roman" w:cs="Times New Roman"/>
          <w:b/>
          <w:color w:val="000000"/>
          <w:spacing w:val="6"/>
          <w:sz w:val="24"/>
          <w:szCs w:val="24"/>
        </w:rPr>
        <w:t>5</w:t>
      </w:r>
      <w:r>
        <w:rPr>
          <w:rFonts w:ascii="Times New Roman" w:hAnsi="Times New Roman" w:cs="Times New Roman"/>
          <w:bCs/>
          <w:color w:val="000000"/>
          <w:spacing w:val="6"/>
          <w:sz w:val="24"/>
          <w:szCs w:val="24"/>
        </w:rPr>
        <w:t xml:space="preserve"> </w:t>
      </w:r>
      <w:r w:rsidRPr="005846A7">
        <w:rPr>
          <w:rFonts w:ascii="Times New Roman" w:hAnsi="Times New Roman" w:cs="Times New Roman"/>
          <w:bCs/>
          <w:color w:val="000000"/>
          <w:spacing w:val="6"/>
          <w:sz w:val="24"/>
          <w:szCs w:val="24"/>
        </w:rPr>
        <w:t xml:space="preserve">Fica estabelecida a possibilidade de prorrogação da vigência da Ata de Registro de Preços, nos termos do § 4º do art. 84 da Lei nº 14.133/2021, por igual período, desde que comprovado o interesse da Administração. </w:t>
      </w:r>
    </w:p>
    <w:p w14:paraId="2FFDA455" w14:textId="1CCAEBD3" w:rsidR="006D5036" w:rsidRPr="005846A7" w:rsidRDefault="005846A7" w:rsidP="005846A7">
      <w:pPr>
        <w:jc w:val="both"/>
        <w:rPr>
          <w:rFonts w:ascii="Times New Roman" w:hAnsi="Times New Roman" w:cs="Times New Roman"/>
          <w:bCs/>
          <w:sz w:val="24"/>
          <w:szCs w:val="24"/>
        </w:rPr>
      </w:pPr>
      <w:r w:rsidRPr="00F84763">
        <w:rPr>
          <w:rFonts w:ascii="Times New Roman" w:hAnsi="Times New Roman" w:cs="Times New Roman"/>
          <w:b/>
          <w:color w:val="000000"/>
          <w:spacing w:val="6"/>
          <w:sz w:val="24"/>
          <w:szCs w:val="24"/>
        </w:rPr>
        <w:t>1.</w:t>
      </w:r>
      <w:r w:rsidR="00A90885">
        <w:rPr>
          <w:rFonts w:ascii="Times New Roman" w:hAnsi="Times New Roman" w:cs="Times New Roman"/>
          <w:b/>
          <w:color w:val="000000"/>
          <w:spacing w:val="6"/>
          <w:sz w:val="24"/>
          <w:szCs w:val="24"/>
        </w:rPr>
        <w:t>6</w:t>
      </w:r>
      <w:r>
        <w:rPr>
          <w:rFonts w:ascii="Times New Roman" w:hAnsi="Times New Roman" w:cs="Times New Roman"/>
          <w:bCs/>
          <w:color w:val="000000"/>
          <w:spacing w:val="6"/>
          <w:sz w:val="24"/>
          <w:szCs w:val="24"/>
        </w:rPr>
        <w:t xml:space="preserve"> </w:t>
      </w:r>
      <w:r w:rsidRPr="005846A7">
        <w:rPr>
          <w:rFonts w:ascii="Times New Roman" w:hAnsi="Times New Roman" w:cs="Times New Roman"/>
          <w:bCs/>
          <w:color w:val="000000"/>
          <w:spacing w:val="6"/>
          <w:sz w:val="24"/>
          <w:szCs w:val="24"/>
        </w:rPr>
        <w:t>Na hipótese de prorrogação da vigência da ata, admite-se, a renovação do quantitativo originalmente registrado, com vistas a atender às necessidades da Administração durante o Período prorrogado</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4341AE" w:rsidRPr="004341AE" w14:paraId="2E6B151E" w14:textId="77777777">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E0C06BA" w14:textId="77777777" w:rsidR="004341AE" w:rsidRPr="004341AE" w:rsidRDefault="004341AE" w:rsidP="004341AE">
            <w:pPr>
              <w:autoSpaceDE w:val="0"/>
              <w:spacing w:line="360" w:lineRule="auto"/>
              <w:ind w:left="709" w:hanging="709"/>
              <w:jc w:val="both"/>
              <w:rPr>
                <w:rFonts w:ascii="Times New Roman" w:eastAsiaTheme="majorEastAsia" w:hAnsi="Times New Roman" w:cs="Times New Roman"/>
                <w:b/>
                <w:bCs/>
                <w:sz w:val="24"/>
                <w:szCs w:val="24"/>
                <w:lang w:eastAsia="pt-BR"/>
              </w:rPr>
            </w:pPr>
            <w:r w:rsidRPr="004341AE">
              <w:rPr>
                <w:rFonts w:ascii="Times New Roman" w:eastAsiaTheme="majorEastAsia" w:hAnsi="Times New Roman" w:cs="Times New Roman"/>
                <w:b/>
                <w:bCs/>
                <w:sz w:val="24"/>
                <w:szCs w:val="24"/>
                <w:lang w:eastAsia="pt-BR"/>
              </w:rPr>
              <w:t xml:space="preserve">II – FUNDAMENTAÇÃO DA CONTRATAÇÃO – </w:t>
            </w:r>
            <w:r w:rsidRPr="004341AE">
              <w:rPr>
                <w:rFonts w:ascii="Times New Roman" w:eastAsiaTheme="majorEastAsia" w:hAnsi="Times New Roman" w:cs="Times New Roman"/>
                <w:b/>
                <w:bCs/>
                <w:i/>
                <w:sz w:val="24"/>
                <w:szCs w:val="24"/>
                <w:lang w:eastAsia="pt-BR"/>
              </w:rPr>
              <w:t>Lei Federal 14.133/21; art. 6; XXIII; b:</w:t>
            </w:r>
          </w:p>
        </w:tc>
      </w:tr>
    </w:tbl>
    <w:p w14:paraId="66B3A81A" w14:textId="77777777" w:rsidR="004341AE" w:rsidRDefault="004341AE" w:rsidP="004341AE">
      <w:pPr>
        <w:autoSpaceDE w:val="0"/>
        <w:ind w:left="360"/>
        <w:jc w:val="both"/>
        <w:rPr>
          <w:rFonts w:ascii="Times New Roman" w:eastAsiaTheme="majorEastAsia" w:hAnsi="Times New Roman" w:cs="Times New Roman"/>
          <w:b/>
          <w:bCs/>
          <w:sz w:val="24"/>
          <w:szCs w:val="24"/>
          <w:lang w:eastAsia="pt-BR"/>
        </w:rPr>
      </w:pPr>
    </w:p>
    <w:p w14:paraId="1AA6FCF0" w14:textId="3C682FAD" w:rsidR="00EE37AF" w:rsidRPr="005846A7" w:rsidRDefault="004341AE" w:rsidP="005846A7">
      <w:pPr>
        <w:jc w:val="both"/>
        <w:rPr>
          <w:rFonts w:ascii="Times New Roman" w:hAnsi="Times New Roman" w:cs="Times New Roman"/>
          <w:b/>
          <w:bCs/>
          <w:sz w:val="24"/>
          <w:szCs w:val="24"/>
          <w:lang w:eastAsia="pt-BR"/>
        </w:rPr>
      </w:pPr>
      <w:r w:rsidRPr="005846A7">
        <w:rPr>
          <w:rFonts w:ascii="Times New Roman" w:hAnsi="Times New Roman" w:cs="Times New Roman"/>
          <w:b/>
          <w:bCs/>
          <w:sz w:val="24"/>
          <w:szCs w:val="24"/>
          <w:lang w:eastAsia="pt-BR"/>
        </w:rPr>
        <w:t xml:space="preserve"> </w:t>
      </w:r>
      <w:r w:rsidR="005846A7" w:rsidRPr="005846A7">
        <w:rPr>
          <w:rFonts w:ascii="Times New Roman" w:hAnsi="Times New Roman" w:cs="Times New Roman"/>
          <w:b/>
          <w:bCs/>
          <w:sz w:val="24"/>
          <w:szCs w:val="24"/>
          <w:lang w:eastAsia="pt-BR"/>
        </w:rPr>
        <w:t>2.1</w:t>
      </w:r>
      <w:r w:rsidR="005846A7">
        <w:rPr>
          <w:rFonts w:ascii="Times New Roman" w:hAnsi="Times New Roman" w:cs="Times New Roman"/>
          <w:sz w:val="24"/>
          <w:szCs w:val="24"/>
          <w:lang w:eastAsia="pt-BR"/>
        </w:rPr>
        <w:t xml:space="preserve"> </w:t>
      </w:r>
      <w:r w:rsidRPr="005846A7">
        <w:rPr>
          <w:rFonts w:ascii="Times New Roman" w:hAnsi="Times New Roman" w:cs="Times New Roman"/>
          <w:sz w:val="24"/>
          <w:szCs w:val="24"/>
          <w:lang w:eastAsia="pt-BR"/>
        </w:rPr>
        <w:t>A Justificativa e objetivo da contratação encontra-se pormenorizada em tópico específico dos Estudos Técnicos Preliminares, apêndice deste Termo de Referência</w:t>
      </w:r>
      <w:r w:rsidRPr="005846A7">
        <w:rPr>
          <w:rFonts w:ascii="Times New Roman" w:hAnsi="Times New Roman" w:cs="Times New Roman"/>
          <w:b/>
          <w:bCs/>
          <w:sz w:val="24"/>
          <w:szCs w:val="24"/>
          <w:lang w:eastAsia="pt-BR"/>
        </w:rPr>
        <w:t>.</w:t>
      </w:r>
    </w:p>
    <w:p w14:paraId="47CB0BC9" w14:textId="77777777" w:rsidR="004341AE" w:rsidRPr="0074044D" w:rsidRDefault="004341AE" w:rsidP="005846A7">
      <w:pPr>
        <w:autoSpaceDE w:val="0"/>
        <w:jc w:val="both"/>
        <w:rPr>
          <w:rFonts w:ascii="Times New Roman" w:hAnsi="Times New Roman" w:cs="Times New Roman"/>
          <w:sz w:val="24"/>
          <w:szCs w:val="24"/>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4341AE" w14:paraId="48A38DE0" w14:textId="77777777">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82899DC" w14:textId="77777777" w:rsidR="004341AE" w:rsidRDefault="004341AE">
            <w:pPr>
              <w:pStyle w:val="Ttulo1"/>
              <w:tabs>
                <w:tab w:val="left" w:pos="1281"/>
              </w:tabs>
              <w:spacing w:before="0"/>
              <w:ind w:left="567" w:right="260"/>
              <w:jc w:val="both"/>
              <w:rPr>
                <w:rFonts w:ascii="Times New Roman" w:hAnsi="Times New Roman" w:cs="Times New Roman"/>
                <w:b/>
                <w:spacing w:val="6"/>
                <w:sz w:val="24"/>
                <w:szCs w:val="24"/>
              </w:rPr>
            </w:pPr>
            <w:r>
              <w:rPr>
                <w:rFonts w:ascii="Times New Roman" w:hAnsi="Times New Roman" w:cs="Times New Roman"/>
                <w:b/>
                <w:color w:val="auto"/>
                <w:spacing w:val="6"/>
                <w:sz w:val="24"/>
                <w:szCs w:val="24"/>
              </w:rPr>
              <w:t xml:space="preserve">III – DESCRIÇÃO DA SOLUÇÃO COMO UM TODO – </w:t>
            </w:r>
            <w:r>
              <w:rPr>
                <w:rFonts w:ascii="Times New Roman" w:hAnsi="Times New Roman" w:cs="Times New Roman"/>
                <w:b/>
                <w:i/>
                <w:color w:val="auto"/>
                <w:spacing w:val="6"/>
                <w:sz w:val="24"/>
                <w:szCs w:val="24"/>
              </w:rPr>
              <w:t>Lei Federal 14.133/21; art. 6; XXIII; c:</w:t>
            </w:r>
          </w:p>
        </w:tc>
      </w:tr>
    </w:tbl>
    <w:p w14:paraId="110F75D7" w14:textId="77777777" w:rsidR="004341AE" w:rsidRDefault="004341AE" w:rsidP="004341AE">
      <w:pPr>
        <w:rPr>
          <w:rFonts w:ascii="Times New Roman" w:hAnsi="Times New Roman" w:cs="Times New Roman"/>
          <w:sz w:val="24"/>
          <w:szCs w:val="24"/>
        </w:rPr>
      </w:pPr>
    </w:p>
    <w:p w14:paraId="590B5021" w14:textId="220DF18F" w:rsidR="004341AE" w:rsidRPr="005846A7" w:rsidRDefault="004341AE" w:rsidP="005846A7">
      <w:pPr>
        <w:jc w:val="both"/>
        <w:rPr>
          <w:rFonts w:ascii="Times New Roman" w:hAnsi="Times New Roman" w:cs="Times New Roman"/>
          <w:sz w:val="24"/>
          <w:szCs w:val="24"/>
        </w:rPr>
      </w:pPr>
      <w:r w:rsidRPr="005846A7">
        <w:rPr>
          <w:rFonts w:ascii="Times New Roman" w:hAnsi="Times New Roman" w:cs="Times New Roman"/>
          <w:b/>
          <w:bCs/>
          <w:sz w:val="24"/>
          <w:szCs w:val="24"/>
        </w:rPr>
        <w:t>3.1</w:t>
      </w:r>
      <w:r w:rsidRPr="005846A7">
        <w:rPr>
          <w:rFonts w:ascii="Times New Roman" w:hAnsi="Times New Roman" w:cs="Times New Roman"/>
          <w:sz w:val="24"/>
          <w:szCs w:val="24"/>
        </w:rPr>
        <w:t xml:space="preserve"> A descrição da solução como um todo, encontra-se pormenorizada em Tópico específico dos Estudos Técnicos Preliminares, apêndice deste Termo de Referência.</w:t>
      </w:r>
    </w:p>
    <w:p w14:paraId="546F6CBE" w14:textId="77777777" w:rsidR="004341AE" w:rsidRPr="004341AE" w:rsidRDefault="004341AE" w:rsidP="004341AE">
      <w:pPr>
        <w:rPr>
          <w:rFonts w:ascii="Times New Roman" w:hAnsi="Times New Roman" w:cs="Times New Roman"/>
          <w:sz w:val="26"/>
          <w:szCs w:val="26"/>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4341AE" w:rsidRPr="004341AE" w14:paraId="002FDB96" w14:textId="77777777">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E7DEE68" w14:textId="77777777" w:rsidR="004341AE" w:rsidRPr="004341AE" w:rsidRDefault="004341AE" w:rsidP="004341AE">
            <w:pPr>
              <w:spacing w:line="360" w:lineRule="auto"/>
              <w:rPr>
                <w:rFonts w:ascii="Times New Roman" w:hAnsi="Times New Roman" w:cs="Times New Roman"/>
                <w:b/>
                <w:bCs/>
                <w:sz w:val="26"/>
                <w:szCs w:val="26"/>
              </w:rPr>
            </w:pPr>
            <w:r w:rsidRPr="004341AE">
              <w:rPr>
                <w:rFonts w:ascii="Times New Roman" w:hAnsi="Times New Roman" w:cs="Times New Roman"/>
                <w:b/>
                <w:bCs/>
                <w:sz w:val="26"/>
                <w:szCs w:val="26"/>
              </w:rPr>
              <w:t xml:space="preserve">      IV – REQUISITOS DA CONTRATAÇÃO – </w:t>
            </w:r>
            <w:r w:rsidRPr="004341AE">
              <w:rPr>
                <w:rFonts w:ascii="Times New Roman" w:hAnsi="Times New Roman" w:cs="Times New Roman"/>
                <w:b/>
                <w:bCs/>
                <w:i/>
                <w:sz w:val="26"/>
                <w:szCs w:val="26"/>
              </w:rPr>
              <w:t>Lei Federal 14.133/21; art. 6; XXIII; d:</w:t>
            </w:r>
          </w:p>
        </w:tc>
      </w:tr>
    </w:tbl>
    <w:p w14:paraId="76078491" w14:textId="77777777" w:rsidR="004341AE" w:rsidRDefault="004341AE" w:rsidP="004341AE">
      <w:pPr>
        <w:jc w:val="both"/>
        <w:rPr>
          <w:rFonts w:ascii="Times New Roman" w:eastAsiaTheme="majorEastAsia" w:hAnsi="Times New Roman" w:cs="Times New Roman"/>
          <w:color w:val="000000"/>
          <w:sz w:val="24"/>
          <w:szCs w:val="24"/>
          <w:lang w:eastAsia="pt-BR"/>
        </w:rPr>
      </w:pPr>
      <w:r>
        <w:rPr>
          <w:rFonts w:ascii="Times New Roman" w:eastAsiaTheme="majorEastAsia" w:hAnsi="Times New Roman" w:cs="Times New Roman"/>
          <w:color w:val="000000"/>
          <w:sz w:val="24"/>
          <w:szCs w:val="24"/>
          <w:lang w:eastAsia="pt-BR"/>
        </w:rPr>
        <w:t xml:space="preserve"> </w:t>
      </w:r>
    </w:p>
    <w:p w14:paraId="757BE82A" w14:textId="7D27C64D" w:rsidR="00EE37AF" w:rsidRPr="005846A7" w:rsidRDefault="005846A7" w:rsidP="005846A7">
      <w:pPr>
        <w:jc w:val="both"/>
        <w:rPr>
          <w:rFonts w:ascii="Times New Roman" w:hAnsi="Times New Roman" w:cs="Times New Roman"/>
          <w:sz w:val="24"/>
          <w:szCs w:val="24"/>
          <w:lang w:eastAsia="pt-BR"/>
        </w:rPr>
      </w:pPr>
      <w:r w:rsidRPr="005846A7">
        <w:rPr>
          <w:rFonts w:ascii="Times New Roman" w:hAnsi="Times New Roman" w:cs="Times New Roman"/>
          <w:b/>
          <w:bCs/>
          <w:sz w:val="24"/>
          <w:szCs w:val="24"/>
          <w:lang w:eastAsia="pt-BR"/>
        </w:rPr>
        <w:t>4.1</w:t>
      </w:r>
      <w:r>
        <w:rPr>
          <w:rFonts w:ascii="Times New Roman" w:hAnsi="Times New Roman" w:cs="Times New Roman"/>
          <w:sz w:val="24"/>
          <w:szCs w:val="24"/>
          <w:lang w:eastAsia="pt-BR"/>
        </w:rPr>
        <w:t xml:space="preserve"> </w:t>
      </w:r>
      <w:r w:rsidR="003E11BB" w:rsidRPr="005846A7">
        <w:rPr>
          <w:rFonts w:ascii="Times New Roman" w:hAnsi="Times New Roman" w:cs="Times New Roman"/>
          <w:sz w:val="24"/>
          <w:szCs w:val="24"/>
          <w:lang w:eastAsia="pt-BR"/>
        </w:rPr>
        <w:t xml:space="preserve">Trata-se de aquisição de </w:t>
      </w:r>
      <w:r w:rsidR="00913A92" w:rsidRPr="005846A7">
        <w:rPr>
          <w:rFonts w:ascii="Times New Roman" w:hAnsi="Times New Roman" w:cs="Times New Roman"/>
          <w:sz w:val="24"/>
          <w:szCs w:val="24"/>
          <w:lang w:eastAsia="pt-BR"/>
        </w:rPr>
        <w:t>material de consumo</w:t>
      </w:r>
      <w:r w:rsidR="003E11BB" w:rsidRPr="005846A7">
        <w:rPr>
          <w:rFonts w:ascii="Times New Roman" w:hAnsi="Times New Roman" w:cs="Times New Roman"/>
          <w:sz w:val="24"/>
          <w:szCs w:val="24"/>
          <w:lang w:eastAsia="pt-BR"/>
        </w:rPr>
        <w:t xml:space="preserve">, a ser contratada mediante licitação, na modalidade </w:t>
      </w:r>
      <w:r w:rsidR="00F53D7A" w:rsidRPr="005846A7">
        <w:rPr>
          <w:rFonts w:ascii="Times New Roman" w:hAnsi="Times New Roman" w:cs="Times New Roman"/>
          <w:sz w:val="24"/>
          <w:szCs w:val="24"/>
          <w:lang w:eastAsia="pt-BR"/>
        </w:rPr>
        <w:t>PREGÃO, em</w:t>
      </w:r>
      <w:r w:rsidR="003E11BB" w:rsidRPr="005846A7">
        <w:rPr>
          <w:rFonts w:ascii="Times New Roman" w:hAnsi="Times New Roman" w:cs="Times New Roman"/>
          <w:sz w:val="24"/>
          <w:szCs w:val="24"/>
          <w:lang w:eastAsia="pt-BR"/>
        </w:rPr>
        <w:t xml:space="preserve"> sua forma </w:t>
      </w:r>
      <w:r w:rsidR="00A479F5" w:rsidRPr="005846A7">
        <w:rPr>
          <w:rFonts w:ascii="Times New Roman" w:hAnsi="Times New Roman" w:cs="Times New Roman"/>
          <w:b/>
          <w:bCs/>
          <w:sz w:val="24"/>
          <w:szCs w:val="24"/>
          <w:lang w:eastAsia="pt-BR"/>
        </w:rPr>
        <w:t>ELETRÔNICO</w:t>
      </w:r>
      <w:r w:rsidR="003E11BB" w:rsidRPr="005846A7">
        <w:rPr>
          <w:rFonts w:ascii="Times New Roman" w:hAnsi="Times New Roman" w:cs="Times New Roman"/>
          <w:sz w:val="24"/>
          <w:szCs w:val="24"/>
          <w:lang w:eastAsia="pt-BR"/>
        </w:rPr>
        <w:t xml:space="preserve"> por </w:t>
      </w:r>
      <w:r w:rsidR="003E11BB" w:rsidRPr="005846A7">
        <w:rPr>
          <w:rFonts w:ascii="Times New Roman" w:hAnsi="Times New Roman" w:cs="Times New Roman"/>
          <w:b/>
          <w:bCs/>
          <w:sz w:val="24"/>
          <w:szCs w:val="24"/>
          <w:lang w:eastAsia="pt-BR"/>
        </w:rPr>
        <w:t>SISTEMA DE REGISTRO DE PREÇOS</w:t>
      </w:r>
      <w:r w:rsidR="003E11BB" w:rsidRPr="005846A7">
        <w:rPr>
          <w:rFonts w:ascii="Times New Roman" w:hAnsi="Times New Roman" w:cs="Times New Roman"/>
          <w:sz w:val="24"/>
          <w:szCs w:val="24"/>
          <w:lang w:eastAsia="pt-BR"/>
        </w:rPr>
        <w:t xml:space="preserve">, visando </w:t>
      </w:r>
      <w:r w:rsidR="003E11BB" w:rsidRPr="005846A7">
        <w:rPr>
          <w:rFonts w:ascii="Times New Roman" w:hAnsi="Times New Roman" w:cs="Times New Roman"/>
          <w:b/>
          <w:bCs/>
          <w:sz w:val="24"/>
          <w:szCs w:val="24"/>
          <w:lang w:eastAsia="pt-BR"/>
        </w:rPr>
        <w:t>MENOR PREÇO POR ITEM</w:t>
      </w:r>
      <w:r w:rsidR="003E11BB" w:rsidRPr="005846A7">
        <w:rPr>
          <w:rFonts w:ascii="Times New Roman" w:hAnsi="Times New Roman" w:cs="Times New Roman"/>
          <w:sz w:val="24"/>
          <w:szCs w:val="24"/>
          <w:lang w:eastAsia="pt-BR"/>
        </w:rPr>
        <w:t>.</w:t>
      </w:r>
    </w:p>
    <w:p w14:paraId="419DAD8F" w14:textId="77777777" w:rsidR="003E11BB" w:rsidRPr="0074044D" w:rsidRDefault="003E11BB" w:rsidP="00FA454A">
      <w:pPr>
        <w:ind w:left="709" w:hanging="709"/>
        <w:jc w:val="both"/>
        <w:rPr>
          <w:rFonts w:ascii="Times New Roman" w:hAnsi="Times New Roman" w:cs="Times New Roman"/>
          <w:color w:val="000000"/>
          <w:sz w:val="24"/>
          <w:szCs w:val="24"/>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916D44" w:rsidRPr="006D371C" w14:paraId="171C5B4A" w14:textId="77777777" w:rsidTr="00D32692">
        <w:trPr>
          <w:trHeight w:val="113"/>
        </w:trPr>
        <w:tc>
          <w:tcPr>
            <w:tcW w:w="5000" w:type="pct"/>
            <w:shd w:val="clear" w:color="auto" w:fill="B4C6E7" w:themeFill="accent1" w:themeFillTint="66"/>
          </w:tcPr>
          <w:p w14:paraId="1A67B1CA" w14:textId="32B7CD59" w:rsidR="00916D44" w:rsidRPr="00E41988" w:rsidRDefault="005846A7" w:rsidP="005846A7">
            <w:pPr>
              <w:pStyle w:val="Ttulo1"/>
              <w:tabs>
                <w:tab w:val="left" w:pos="1280"/>
                <w:tab w:val="left" w:pos="1281"/>
              </w:tabs>
              <w:spacing w:before="0" w:line="360" w:lineRule="auto"/>
              <w:rPr>
                <w:rFonts w:ascii="Times New Roman" w:hAnsi="Times New Roman" w:cs="Times New Roman"/>
                <w:b/>
                <w:spacing w:val="6"/>
                <w:sz w:val="24"/>
                <w:szCs w:val="24"/>
              </w:rPr>
            </w:pPr>
            <w:r>
              <w:rPr>
                <w:rFonts w:ascii="Times New Roman" w:hAnsi="Times New Roman" w:cs="Times New Roman"/>
                <w:b/>
                <w:color w:val="auto"/>
                <w:spacing w:val="6"/>
                <w:sz w:val="24"/>
                <w:szCs w:val="24"/>
              </w:rPr>
              <w:t xml:space="preserve">  </w:t>
            </w:r>
            <w:r w:rsidR="00916D44">
              <w:rPr>
                <w:rFonts w:ascii="Times New Roman" w:hAnsi="Times New Roman" w:cs="Times New Roman"/>
                <w:b/>
                <w:color w:val="auto"/>
                <w:spacing w:val="6"/>
                <w:sz w:val="24"/>
                <w:szCs w:val="24"/>
              </w:rPr>
              <w:t xml:space="preserve">V </w:t>
            </w:r>
            <w:r w:rsidR="000207A6" w:rsidRPr="00E41988">
              <w:rPr>
                <w:rFonts w:ascii="Times New Roman" w:hAnsi="Times New Roman" w:cs="Times New Roman"/>
                <w:b/>
                <w:color w:val="auto"/>
                <w:spacing w:val="6"/>
                <w:sz w:val="24"/>
                <w:szCs w:val="24"/>
              </w:rPr>
              <w:t xml:space="preserve">– </w:t>
            </w:r>
            <w:r w:rsidR="000207A6">
              <w:rPr>
                <w:rFonts w:ascii="Times New Roman" w:hAnsi="Times New Roman" w:cs="Times New Roman"/>
                <w:b/>
                <w:color w:val="auto"/>
                <w:spacing w:val="6"/>
                <w:sz w:val="24"/>
                <w:szCs w:val="24"/>
              </w:rPr>
              <w:t>DA</w:t>
            </w:r>
            <w:r w:rsidR="00916D44">
              <w:rPr>
                <w:rFonts w:ascii="Times New Roman" w:hAnsi="Times New Roman" w:cs="Times New Roman"/>
                <w:b/>
                <w:color w:val="auto"/>
                <w:spacing w:val="6"/>
                <w:sz w:val="24"/>
                <w:szCs w:val="24"/>
              </w:rPr>
              <w:t xml:space="preserve"> GESTÃO DO CONTRATO </w:t>
            </w:r>
            <w:r w:rsidR="00916D44" w:rsidRPr="00E41988">
              <w:rPr>
                <w:rFonts w:ascii="Times New Roman" w:hAnsi="Times New Roman" w:cs="Times New Roman"/>
                <w:b/>
                <w:color w:val="auto"/>
                <w:spacing w:val="6"/>
                <w:sz w:val="24"/>
                <w:szCs w:val="24"/>
              </w:rPr>
              <w:t xml:space="preserve">– </w:t>
            </w:r>
            <w:r w:rsidR="00916D44" w:rsidRPr="00E41988">
              <w:rPr>
                <w:rFonts w:ascii="Times New Roman" w:hAnsi="Times New Roman" w:cs="Times New Roman"/>
                <w:b/>
                <w:i/>
                <w:color w:val="auto"/>
                <w:spacing w:val="6"/>
                <w:sz w:val="24"/>
                <w:szCs w:val="24"/>
              </w:rPr>
              <w:t>Lei Federal 14.133/21</w:t>
            </w:r>
            <w:r w:rsidR="00916D44">
              <w:rPr>
                <w:rFonts w:ascii="Times New Roman" w:hAnsi="Times New Roman" w:cs="Times New Roman"/>
                <w:b/>
                <w:i/>
                <w:color w:val="auto"/>
                <w:spacing w:val="6"/>
                <w:sz w:val="24"/>
                <w:szCs w:val="24"/>
              </w:rPr>
              <w:t>;</w:t>
            </w:r>
            <w:r w:rsidR="00916D44" w:rsidRPr="00E41988">
              <w:rPr>
                <w:rFonts w:ascii="Times New Roman" w:hAnsi="Times New Roman" w:cs="Times New Roman"/>
                <w:b/>
                <w:i/>
                <w:color w:val="auto"/>
                <w:spacing w:val="6"/>
                <w:sz w:val="24"/>
                <w:szCs w:val="24"/>
              </w:rPr>
              <w:t xml:space="preserve"> art. 6</w:t>
            </w:r>
            <w:r w:rsidR="00916D44">
              <w:rPr>
                <w:rFonts w:ascii="Times New Roman" w:hAnsi="Times New Roman" w:cs="Times New Roman"/>
                <w:b/>
                <w:i/>
                <w:color w:val="auto"/>
                <w:spacing w:val="6"/>
                <w:sz w:val="24"/>
                <w:szCs w:val="24"/>
              </w:rPr>
              <w:t>;</w:t>
            </w:r>
            <w:r w:rsidR="00916D44" w:rsidRPr="00E41988">
              <w:rPr>
                <w:rFonts w:ascii="Times New Roman" w:hAnsi="Times New Roman" w:cs="Times New Roman"/>
                <w:b/>
                <w:i/>
                <w:color w:val="auto"/>
                <w:spacing w:val="6"/>
                <w:sz w:val="24"/>
                <w:szCs w:val="24"/>
              </w:rPr>
              <w:t xml:space="preserve"> XXIII</w:t>
            </w:r>
            <w:r w:rsidR="00916D44">
              <w:rPr>
                <w:rFonts w:ascii="Times New Roman" w:hAnsi="Times New Roman" w:cs="Times New Roman"/>
                <w:b/>
                <w:i/>
                <w:color w:val="auto"/>
                <w:spacing w:val="6"/>
                <w:sz w:val="24"/>
                <w:szCs w:val="24"/>
              </w:rPr>
              <w:t>;</w:t>
            </w:r>
            <w:r w:rsidR="00916D44" w:rsidRPr="00E41988">
              <w:rPr>
                <w:rFonts w:ascii="Times New Roman" w:hAnsi="Times New Roman" w:cs="Times New Roman"/>
                <w:b/>
                <w:i/>
                <w:color w:val="auto"/>
                <w:spacing w:val="6"/>
                <w:sz w:val="24"/>
                <w:szCs w:val="24"/>
              </w:rPr>
              <w:t xml:space="preserve"> </w:t>
            </w:r>
            <w:r w:rsidR="00916D44">
              <w:rPr>
                <w:rFonts w:ascii="Times New Roman" w:hAnsi="Times New Roman" w:cs="Times New Roman"/>
                <w:b/>
                <w:i/>
                <w:color w:val="auto"/>
                <w:spacing w:val="6"/>
                <w:sz w:val="24"/>
                <w:szCs w:val="24"/>
              </w:rPr>
              <w:t>f</w:t>
            </w:r>
            <w:r w:rsidR="00916D44" w:rsidRPr="00E41988">
              <w:rPr>
                <w:rFonts w:ascii="Times New Roman" w:hAnsi="Times New Roman" w:cs="Times New Roman"/>
                <w:b/>
                <w:i/>
                <w:color w:val="auto"/>
                <w:spacing w:val="6"/>
                <w:sz w:val="24"/>
                <w:szCs w:val="24"/>
              </w:rPr>
              <w:t>:</w:t>
            </w:r>
          </w:p>
        </w:tc>
      </w:tr>
    </w:tbl>
    <w:p w14:paraId="263493B1" w14:textId="77777777" w:rsidR="005846A7" w:rsidRDefault="005846A7" w:rsidP="005846A7">
      <w:pPr>
        <w:jc w:val="both"/>
        <w:rPr>
          <w:rFonts w:ascii="Times New Roman" w:hAnsi="Times New Roman" w:cs="Times New Roman"/>
          <w:b/>
          <w:bCs/>
          <w:sz w:val="24"/>
          <w:szCs w:val="24"/>
        </w:rPr>
      </w:pPr>
    </w:p>
    <w:p w14:paraId="5F62FA8E" w14:textId="57BDC4D2" w:rsidR="00916D44" w:rsidRPr="005846A7" w:rsidRDefault="005846A7" w:rsidP="005846A7">
      <w:pPr>
        <w:jc w:val="both"/>
        <w:rPr>
          <w:rFonts w:ascii="Times New Roman" w:hAnsi="Times New Roman" w:cs="Times New Roman"/>
          <w:b/>
          <w:bCs/>
          <w:sz w:val="24"/>
          <w:szCs w:val="24"/>
        </w:rPr>
      </w:pPr>
      <w:r>
        <w:rPr>
          <w:rFonts w:ascii="Times New Roman" w:hAnsi="Times New Roman" w:cs="Times New Roman"/>
          <w:b/>
          <w:bCs/>
          <w:sz w:val="24"/>
          <w:szCs w:val="24"/>
        </w:rPr>
        <w:t xml:space="preserve">5.1 </w:t>
      </w:r>
      <w:r w:rsidR="00916D44" w:rsidRPr="005846A7">
        <w:rPr>
          <w:rFonts w:ascii="Times New Roman" w:hAnsi="Times New Roman" w:cs="Times New Roman"/>
          <w:b/>
          <w:bCs/>
          <w:sz w:val="24"/>
          <w:szCs w:val="24"/>
        </w:rPr>
        <w:t>DO CONTROLE E FISCALIZAÇÃO DA EXECUÇÃO</w:t>
      </w:r>
    </w:p>
    <w:p w14:paraId="2F8F2569" w14:textId="77777777" w:rsidR="007C64F6" w:rsidRPr="007C64F6" w:rsidRDefault="005846A7" w:rsidP="007C64F6">
      <w:pPr>
        <w:jc w:val="both"/>
        <w:rPr>
          <w:rFonts w:ascii="Times New Roman" w:hAnsi="Times New Roman" w:cs="Times New Roman"/>
          <w:sz w:val="24"/>
          <w:szCs w:val="24"/>
        </w:rPr>
      </w:pPr>
      <w:r w:rsidRPr="005846A7">
        <w:rPr>
          <w:rFonts w:ascii="Times New Roman" w:hAnsi="Times New Roman" w:cs="Times New Roman"/>
          <w:b/>
          <w:bCs/>
          <w:sz w:val="24"/>
          <w:szCs w:val="24"/>
        </w:rPr>
        <w:t>5.2</w:t>
      </w:r>
      <w:r>
        <w:rPr>
          <w:rFonts w:ascii="Times New Roman" w:hAnsi="Times New Roman" w:cs="Times New Roman"/>
          <w:sz w:val="24"/>
          <w:szCs w:val="24"/>
        </w:rPr>
        <w:t xml:space="preserve"> </w:t>
      </w:r>
      <w:r w:rsidR="007C64F6" w:rsidRPr="007C64F6">
        <w:rPr>
          <w:rFonts w:ascii="Times New Roman" w:hAnsi="Times New Roman" w:cs="Times New Roman"/>
          <w:sz w:val="24"/>
          <w:szCs w:val="24"/>
        </w:rPr>
        <w:t>Será designado representante da Administração para acompanhar e fiscalizar a entrega dos gêneros alimentícios, competindo-lhe registrar, em instrumento próprio, todas as ocorrências relacionadas à execução contratual, bem como determinar as medidas necessárias à regularização de eventuais falhas ou irregularidades.</w:t>
      </w:r>
    </w:p>
    <w:p w14:paraId="219AF860" w14:textId="641DB38E" w:rsidR="007C64F6" w:rsidRPr="007C64F6" w:rsidRDefault="007C64F6" w:rsidP="007C64F6">
      <w:pPr>
        <w:jc w:val="both"/>
        <w:rPr>
          <w:rFonts w:ascii="Times New Roman" w:hAnsi="Times New Roman" w:cs="Times New Roman"/>
          <w:sz w:val="24"/>
          <w:szCs w:val="24"/>
        </w:rPr>
      </w:pPr>
      <w:r w:rsidRPr="007C64F6">
        <w:rPr>
          <w:rFonts w:ascii="Times New Roman" w:hAnsi="Times New Roman" w:cs="Times New Roman"/>
          <w:b/>
          <w:bCs/>
          <w:sz w:val="24"/>
          <w:szCs w:val="24"/>
        </w:rPr>
        <w:t>5.3</w:t>
      </w:r>
      <w:r>
        <w:rPr>
          <w:rFonts w:ascii="Times New Roman" w:hAnsi="Times New Roman" w:cs="Times New Roman"/>
          <w:sz w:val="24"/>
          <w:szCs w:val="24"/>
        </w:rPr>
        <w:t xml:space="preserve"> </w:t>
      </w:r>
      <w:r w:rsidRPr="007C64F6">
        <w:rPr>
          <w:rFonts w:ascii="Times New Roman" w:hAnsi="Times New Roman" w:cs="Times New Roman"/>
          <w:sz w:val="24"/>
          <w:szCs w:val="24"/>
        </w:rPr>
        <w:t xml:space="preserve">A contratada deverá possuir capacidade operacional para realização de, no mínimo, </w:t>
      </w:r>
      <w:r w:rsidRPr="007C64F6">
        <w:rPr>
          <w:rFonts w:ascii="Times New Roman" w:hAnsi="Times New Roman" w:cs="Times New Roman"/>
          <w:b/>
          <w:bCs/>
          <w:sz w:val="24"/>
          <w:szCs w:val="24"/>
        </w:rPr>
        <w:t>03 (três) entregas semanais</w:t>
      </w:r>
      <w:r w:rsidRPr="007C64F6">
        <w:rPr>
          <w:rFonts w:ascii="Times New Roman" w:hAnsi="Times New Roman" w:cs="Times New Roman"/>
          <w:sz w:val="24"/>
          <w:szCs w:val="24"/>
        </w:rPr>
        <w:t>, conforme cronograma, requisições e necessidades definidas pela Administração Municipal, garantindo a regularidade do abastecimento e a adequada distribuição dos produtos nas unidades atendidas.</w:t>
      </w:r>
    </w:p>
    <w:p w14:paraId="51373C70" w14:textId="0985BFA6" w:rsidR="007C64F6" w:rsidRPr="007C64F6" w:rsidRDefault="007C64F6" w:rsidP="007C64F6">
      <w:pPr>
        <w:jc w:val="both"/>
        <w:rPr>
          <w:rFonts w:ascii="Times New Roman" w:hAnsi="Times New Roman" w:cs="Times New Roman"/>
          <w:sz w:val="24"/>
          <w:szCs w:val="24"/>
        </w:rPr>
      </w:pPr>
      <w:r w:rsidRPr="007C64F6">
        <w:rPr>
          <w:rFonts w:ascii="Times New Roman" w:hAnsi="Times New Roman" w:cs="Times New Roman"/>
          <w:b/>
          <w:bCs/>
          <w:sz w:val="24"/>
          <w:szCs w:val="24"/>
        </w:rPr>
        <w:lastRenderedPageBreak/>
        <w:t>5.4</w:t>
      </w:r>
      <w:r>
        <w:rPr>
          <w:rFonts w:ascii="Times New Roman" w:hAnsi="Times New Roman" w:cs="Times New Roman"/>
          <w:sz w:val="24"/>
          <w:szCs w:val="24"/>
        </w:rPr>
        <w:t xml:space="preserve"> </w:t>
      </w:r>
      <w:r w:rsidRPr="007C64F6">
        <w:rPr>
          <w:rFonts w:ascii="Times New Roman" w:hAnsi="Times New Roman" w:cs="Times New Roman"/>
          <w:sz w:val="24"/>
          <w:szCs w:val="24"/>
        </w:rPr>
        <w:t>Após a comprovação da entrega e o devido atesto pelo fiscal designado, as respectivas Notas Fiscais serão recebidas e encaminhadas, em ato contínuo, ao setor financeiro competente para fins de pagamento.</w:t>
      </w:r>
    </w:p>
    <w:p w14:paraId="2555A5F0" w14:textId="53D4392B" w:rsidR="00B21CB2" w:rsidRPr="005846A7" w:rsidRDefault="005846A7" w:rsidP="005846A7">
      <w:pPr>
        <w:jc w:val="both"/>
        <w:rPr>
          <w:rFonts w:ascii="Times New Roman" w:hAnsi="Times New Roman" w:cs="Times New Roman"/>
          <w:bCs/>
          <w:sz w:val="24"/>
          <w:szCs w:val="24"/>
        </w:rPr>
      </w:pPr>
      <w:r w:rsidRPr="005846A7">
        <w:rPr>
          <w:rFonts w:ascii="Times New Roman" w:hAnsi="Times New Roman" w:cs="Times New Roman"/>
          <w:b/>
          <w:sz w:val="24"/>
          <w:szCs w:val="24"/>
        </w:rPr>
        <w:t>5.</w:t>
      </w:r>
      <w:r w:rsidR="007C64F6">
        <w:rPr>
          <w:rFonts w:ascii="Times New Roman" w:hAnsi="Times New Roman" w:cs="Times New Roman"/>
          <w:b/>
          <w:sz w:val="24"/>
          <w:szCs w:val="24"/>
        </w:rPr>
        <w:t>5</w:t>
      </w:r>
      <w:r>
        <w:rPr>
          <w:rFonts w:ascii="Times New Roman" w:hAnsi="Times New Roman" w:cs="Times New Roman"/>
          <w:bCs/>
          <w:sz w:val="24"/>
          <w:szCs w:val="24"/>
        </w:rPr>
        <w:t xml:space="preserve"> </w:t>
      </w:r>
      <w:r w:rsidR="00B21CB2" w:rsidRPr="005846A7">
        <w:rPr>
          <w:rFonts w:ascii="Times New Roman" w:hAnsi="Times New Roman" w:cs="Times New Roman"/>
          <w:bCs/>
          <w:sz w:val="24"/>
          <w:szCs w:val="24"/>
        </w:rPr>
        <w:t>As entregas deverão ser realizadas de segunda a sexta-feira, nos horários compreendidos entre 07h às 11h e 13h às 17h (horário do Mato Grosso do Sul), no CEP 79.790-000, no município de Deodápolis/MS, ou em outros locais previamente indicados na Solicitação de Fornecimento.</w:t>
      </w:r>
      <w:r w:rsidR="00B21CB2" w:rsidRPr="005846A7">
        <w:rPr>
          <w:rFonts w:ascii="Times New Roman" w:hAnsi="Times New Roman" w:cs="Times New Roman"/>
          <w:sz w:val="24"/>
          <w:szCs w:val="24"/>
        </w:rPr>
        <w:t xml:space="preserve"> </w:t>
      </w:r>
      <w:r w:rsidR="00B21CB2" w:rsidRPr="005846A7">
        <w:rPr>
          <w:rFonts w:ascii="Times New Roman" w:hAnsi="Times New Roman" w:cs="Times New Roman"/>
          <w:bCs/>
          <w:sz w:val="24"/>
          <w:szCs w:val="24"/>
        </w:rPr>
        <w:t xml:space="preserve">Após comprovado a entrega, pelo atesto do fiscal designado, receberá e atestará as respectivas Notas Fiscais, encaminhando-as em ato contínuo ao setor financeiro, para pagamento. Caso os </w:t>
      </w:r>
      <w:r w:rsidR="00B21CB2" w:rsidRPr="005846A7">
        <w:rPr>
          <w:rFonts w:ascii="Times New Roman" w:hAnsi="Times New Roman" w:cs="Times New Roman"/>
          <w:b/>
          <w:bCs/>
          <w:sz w:val="24"/>
          <w:szCs w:val="24"/>
        </w:rPr>
        <w:t>GÊNEROS ALIMENTÍCIOS</w:t>
      </w:r>
      <w:r w:rsidR="00B21CB2" w:rsidRPr="005846A7">
        <w:rPr>
          <w:rFonts w:ascii="Times New Roman" w:hAnsi="Times New Roman" w:cs="Times New Roman"/>
          <w:bCs/>
          <w:sz w:val="24"/>
          <w:szCs w:val="24"/>
        </w:rPr>
        <w:t xml:space="preserve">, não satisfaçam às especificações exigidas, poderão ser rejeitados, no todo ou em parte, quando em desacordo com as especificações constantes neste Termo de Referência e na proposta, devendo ser substituídos no </w:t>
      </w:r>
      <w:r w:rsidR="00B21CB2" w:rsidRPr="005846A7">
        <w:rPr>
          <w:rFonts w:ascii="Times New Roman" w:hAnsi="Times New Roman" w:cs="Times New Roman"/>
          <w:b/>
          <w:sz w:val="24"/>
          <w:szCs w:val="24"/>
        </w:rPr>
        <w:t>prazo de 03 (três) dias uteis</w:t>
      </w:r>
      <w:r w:rsidR="00B21CB2" w:rsidRPr="005846A7">
        <w:rPr>
          <w:rFonts w:ascii="Times New Roman" w:hAnsi="Times New Roman" w:cs="Times New Roman"/>
          <w:bCs/>
          <w:sz w:val="24"/>
          <w:szCs w:val="24"/>
        </w:rPr>
        <w:t>, a contar da notificação da contratada, às suas custas, sem prejuízo da aplicação das penalidades.</w:t>
      </w:r>
    </w:p>
    <w:p w14:paraId="44E80052" w14:textId="571D87D6" w:rsidR="00B21CB2" w:rsidRPr="005846A7" w:rsidRDefault="005846A7" w:rsidP="005846A7">
      <w:pPr>
        <w:jc w:val="both"/>
        <w:rPr>
          <w:rFonts w:ascii="Times New Roman" w:hAnsi="Times New Roman" w:cs="Times New Roman"/>
          <w:bCs/>
          <w:sz w:val="24"/>
          <w:szCs w:val="24"/>
        </w:rPr>
      </w:pPr>
      <w:r w:rsidRPr="005846A7">
        <w:rPr>
          <w:rFonts w:ascii="Times New Roman" w:hAnsi="Times New Roman" w:cs="Times New Roman"/>
          <w:b/>
          <w:sz w:val="24"/>
          <w:szCs w:val="24"/>
        </w:rPr>
        <w:t>5.</w:t>
      </w:r>
      <w:r w:rsidR="007C64F6">
        <w:rPr>
          <w:rFonts w:ascii="Times New Roman" w:hAnsi="Times New Roman" w:cs="Times New Roman"/>
          <w:b/>
          <w:sz w:val="24"/>
          <w:szCs w:val="24"/>
        </w:rPr>
        <w:t>6</w:t>
      </w:r>
      <w:r>
        <w:rPr>
          <w:rFonts w:ascii="Times New Roman" w:hAnsi="Times New Roman" w:cs="Times New Roman"/>
          <w:bCs/>
          <w:sz w:val="24"/>
          <w:szCs w:val="24"/>
        </w:rPr>
        <w:t xml:space="preserve"> </w:t>
      </w:r>
      <w:r w:rsidR="00B21CB2" w:rsidRPr="005846A7">
        <w:rPr>
          <w:rFonts w:ascii="Times New Roman" w:hAnsi="Times New Roman" w:cs="Times New Roman"/>
          <w:bCs/>
          <w:sz w:val="24"/>
          <w:szCs w:val="24"/>
        </w:rPr>
        <w:t>Após a conferência e estando em conformidade, o fiscal designado atestará o recebimento mediante assinatura nas respectivas Notas Fiscais, encaminhando-as, em ato contínuo, ao setor financeiro para fins de pagamento. A fiscalização de que trata este item não exclui nem reduz a responsabilidade da contratada, inclusive perante terceiros, por quaisquer irregularidades, ainda que decorrentes de imperfeições técnicas ou vícios redibitórios, não implicando corresponsabilidade da Administração ou de seus agentes e prepostos.</w:t>
      </w:r>
    </w:p>
    <w:p w14:paraId="20E96F10" w14:textId="13E544A3" w:rsidR="00B21CB2" w:rsidRDefault="005846A7" w:rsidP="005846A7">
      <w:pPr>
        <w:jc w:val="both"/>
        <w:rPr>
          <w:rFonts w:ascii="Times New Roman" w:hAnsi="Times New Roman" w:cs="Times New Roman"/>
          <w:bCs/>
          <w:sz w:val="24"/>
          <w:szCs w:val="24"/>
        </w:rPr>
      </w:pPr>
      <w:r w:rsidRPr="005846A7">
        <w:rPr>
          <w:rFonts w:ascii="Times New Roman" w:hAnsi="Times New Roman" w:cs="Times New Roman"/>
          <w:b/>
          <w:sz w:val="24"/>
          <w:szCs w:val="24"/>
        </w:rPr>
        <w:t>5.</w:t>
      </w:r>
      <w:r w:rsidR="007C64F6">
        <w:rPr>
          <w:rFonts w:ascii="Times New Roman" w:hAnsi="Times New Roman" w:cs="Times New Roman"/>
          <w:b/>
          <w:sz w:val="24"/>
          <w:szCs w:val="24"/>
        </w:rPr>
        <w:t>7</w:t>
      </w:r>
      <w:r>
        <w:rPr>
          <w:rFonts w:ascii="Times New Roman" w:hAnsi="Times New Roman" w:cs="Times New Roman"/>
          <w:bCs/>
          <w:sz w:val="24"/>
          <w:szCs w:val="24"/>
        </w:rPr>
        <w:t xml:space="preserve"> </w:t>
      </w:r>
      <w:r w:rsidR="00B21CB2" w:rsidRPr="005846A7">
        <w:rPr>
          <w:rFonts w:ascii="Times New Roman" w:hAnsi="Times New Roman" w:cs="Times New Roman"/>
          <w:bCs/>
          <w:sz w:val="24"/>
          <w:szCs w:val="24"/>
        </w:rPr>
        <w:t>Os prazos estabelecidos para fornecimento e entrega justificam-se em razão da natureza dos gêneros alimentícios, em sua maioria perecíveis e de consumo imediato, não sendo compatível a adoção de prazos extensos, sob pena de comprometer a qualidade e a continuidade do atendimento às demandas das Secretarias.</w:t>
      </w:r>
    </w:p>
    <w:p w14:paraId="42EE246A" w14:textId="77777777" w:rsidR="00085578" w:rsidRPr="00085578" w:rsidRDefault="00085578" w:rsidP="005846A7">
      <w:pPr>
        <w:jc w:val="both"/>
        <w:rPr>
          <w:rFonts w:ascii="Times New Roman" w:hAnsi="Times New Roman" w:cs="Times New Roman"/>
          <w:bCs/>
          <w:sz w:val="24"/>
          <w:szCs w:val="24"/>
        </w:rPr>
      </w:pPr>
    </w:p>
    <w:p w14:paraId="24E163BD" w14:textId="192CF561" w:rsidR="0001698A" w:rsidRPr="00085578" w:rsidRDefault="00085578" w:rsidP="005846A7">
      <w:pPr>
        <w:jc w:val="both"/>
        <w:rPr>
          <w:rFonts w:ascii="Times New Roman" w:hAnsi="Times New Roman" w:cs="Times New Roman"/>
          <w:b/>
          <w:bCs/>
          <w:sz w:val="24"/>
          <w:szCs w:val="24"/>
        </w:rPr>
      </w:pPr>
      <w:r>
        <w:rPr>
          <w:rFonts w:ascii="Times New Roman" w:hAnsi="Times New Roman" w:cs="Times New Roman"/>
          <w:b/>
          <w:bCs/>
          <w:sz w:val="24"/>
          <w:szCs w:val="24"/>
        </w:rPr>
        <w:t>5.</w:t>
      </w:r>
      <w:r w:rsidR="007C64F6">
        <w:rPr>
          <w:rFonts w:ascii="Times New Roman" w:hAnsi="Times New Roman" w:cs="Times New Roman"/>
          <w:b/>
          <w:bCs/>
          <w:sz w:val="24"/>
          <w:szCs w:val="24"/>
        </w:rPr>
        <w:t>8</w:t>
      </w:r>
      <w:r>
        <w:rPr>
          <w:rFonts w:ascii="Times New Roman" w:hAnsi="Times New Roman" w:cs="Times New Roman"/>
          <w:b/>
          <w:bCs/>
          <w:sz w:val="24"/>
          <w:szCs w:val="24"/>
        </w:rPr>
        <w:t xml:space="preserve"> </w:t>
      </w:r>
      <w:r w:rsidR="00B21CB2" w:rsidRPr="00085578">
        <w:rPr>
          <w:rFonts w:ascii="Times New Roman" w:hAnsi="Times New Roman" w:cs="Times New Roman"/>
          <w:b/>
          <w:bCs/>
          <w:sz w:val="24"/>
          <w:szCs w:val="24"/>
        </w:rPr>
        <w:t>SÃO OBRIGAÇOES DA CONTRATANTE</w:t>
      </w:r>
    </w:p>
    <w:p w14:paraId="6B4D3A5F" w14:textId="4210A566" w:rsidR="0001698A" w:rsidRPr="005846A7" w:rsidRDefault="00085578" w:rsidP="00085578">
      <w:pPr>
        <w:jc w:val="both"/>
        <w:rPr>
          <w:rFonts w:ascii="Times New Roman" w:hAnsi="Times New Roman" w:cs="Times New Roman"/>
          <w:sz w:val="24"/>
          <w:szCs w:val="24"/>
        </w:rPr>
      </w:pPr>
      <w:r w:rsidRPr="00085578">
        <w:rPr>
          <w:rFonts w:ascii="Times New Roman" w:hAnsi="Times New Roman" w:cs="Times New Roman"/>
          <w:b/>
          <w:bCs/>
          <w:sz w:val="24"/>
          <w:szCs w:val="24"/>
        </w:rPr>
        <w:t>5.</w:t>
      </w:r>
      <w:r w:rsidR="007C64F6">
        <w:rPr>
          <w:rFonts w:ascii="Times New Roman" w:hAnsi="Times New Roman" w:cs="Times New Roman"/>
          <w:b/>
          <w:bCs/>
          <w:sz w:val="24"/>
          <w:szCs w:val="24"/>
        </w:rPr>
        <w:t>9</w:t>
      </w:r>
      <w:r>
        <w:rPr>
          <w:rFonts w:ascii="Times New Roman" w:hAnsi="Times New Roman" w:cs="Times New Roman"/>
          <w:sz w:val="24"/>
          <w:szCs w:val="24"/>
        </w:rPr>
        <w:t xml:space="preserve"> </w:t>
      </w:r>
      <w:r w:rsidR="00F47329" w:rsidRPr="005846A7">
        <w:rPr>
          <w:rFonts w:ascii="Times New Roman" w:hAnsi="Times New Roman" w:cs="Times New Roman"/>
          <w:sz w:val="24"/>
          <w:szCs w:val="24"/>
        </w:rPr>
        <w:t>R</w:t>
      </w:r>
      <w:r w:rsidR="000E720A" w:rsidRPr="005846A7">
        <w:rPr>
          <w:rFonts w:ascii="Times New Roman" w:hAnsi="Times New Roman" w:cs="Times New Roman"/>
          <w:sz w:val="24"/>
          <w:szCs w:val="24"/>
        </w:rPr>
        <w:t>eceber o objeto no prazo e condições estabelecidas no Edital e seus anexos;</w:t>
      </w:r>
    </w:p>
    <w:p w14:paraId="5ECFF0DE" w14:textId="5A2B4F4C" w:rsidR="008C6D4A" w:rsidRPr="005846A7" w:rsidRDefault="00085578" w:rsidP="00085578">
      <w:pPr>
        <w:jc w:val="both"/>
        <w:rPr>
          <w:rFonts w:ascii="Times New Roman" w:hAnsi="Times New Roman" w:cs="Times New Roman"/>
          <w:b/>
          <w:sz w:val="24"/>
          <w:szCs w:val="24"/>
        </w:rPr>
      </w:pPr>
      <w:r w:rsidRPr="00085578">
        <w:rPr>
          <w:rFonts w:ascii="Times New Roman" w:hAnsi="Times New Roman" w:cs="Times New Roman"/>
          <w:b/>
          <w:bCs/>
          <w:sz w:val="24"/>
          <w:szCs w:val="24"/>
        </w:rPr>
        <w:t>5.</w:t>
      </w:r>
      <w:r w:rsidR="007C64F6">
        <w:rPr>
          <w:rFonts w:ascii="Times New Roman" w:hAnsi="Times New Roman" w:cs="Times New Roman"/>
          <w:b/>
          <w:bCs/>
          <w:sz w:val="24"/>
          <w:szCs w:val="24"/>
        </w:rPr>
        <w:t>10</w:t>
      </w:r>
      <w:r>
        <w:rPr>
          <w:rFonts w:ascii="Times New Roman" w:hAnsi="Times New Roman" w:cs="Times New Roman"/>
          <w:sz w:val="24"/>
          <w:szCs w:val="24"/>
        </w:rPr>
        <w:t xml:space="preserve"> </w:t>
      </w:r>
      <w:r w:rsidR="00F47329" w:rsidRPr="005846A7">
        <w:rPr>
          <w:rFonts w:ascii="Times New Roman" w:hAnsi="Times New Roman" w:cs="Times New Roman"/>
          <w:sz w:val="24"/>
          <w:szCs w:val="24"/>
        </w:rPr>
        <w:t>V</w:t>
      </w:r>
      <w:r w:rsidR="000E720A" w:rsidRPr="005846A7">
        <w:rPr>
          <w:rFonts w:ascii="Times New Roman" w:hAnsi="Times New Roman" w:cs="Times New Roman"/>
          <w:sz w:val="24"/>
          <w:szCs w:val="24"/>
        </w:rPr>
        <w:t>erificar minuciosamente, no prazo fixado, a conformidade dos bens recebidos com as especificações constantes do Edital e da propost</w:t>
      </w:r>
      <w:r w:rsidR="008C6D4A" w:rsidRPr="005846A7">
        <w:rPr>
          <w:rFonts w:ascii="Times New Roman" w:hAnsi="Times New Roman" w:cs="Times New Roman"/>
          <w:sz w:val="24"/>
          <w:szCs w:val="24"/>
        </w:rPr>
        <w:t>a</w:t>
      </w:r>
    </w:p>
    <w:p w14:paraId="67FA2489" w14:textId="65C84641" w:rsidR="00EE37AF" w:rsidRPr="005846A7" w:rsidRDefault="00085578" w:rsidP="00085578">
      <w:pPr>
        <w:jc w:val="both"/>
        <w:rPr>
          <w:rFonts w:ascii="Times New Roman" w:hAnsi="Times New Roman" w:cs="Times New Roman"/>
          <w:b/>
          <w:sz w:val="24"/>
          <w:szCs w:val="24"/>
        </w:rPr>
      </w:pPr>
      <w:r w:rsidRPr="00085578">
        <w:rPr>
          <w:rFonts w:ascii="Times New Roman" w:hAnsi="Times New Roman" w:cs="Times New Roman"/>
          <w:b/>
          <w:bCs/>
          <w:sz w:val="24"/>
          <w:szCs w:val="24"/>
        </w:rPr>
        <w:t>5.</w:t>
      </w:r>
      <w:r w:rsidR="007C64F6">
        <w:rPr>
          <w:rFonts w:ascii="Times New Roman" w:hAnsi="Times New Roman" w:cs="Times New Roman"/>
          <w:b/>
          <w:bCs/>
          <w:sz w:val="24"/>
          <w:szCs w:val="24"/>
        </w:rPr>
        <w:t>11</w:t>
      </w:r>
      <w:r>
        <w:rPr>
          <w:rFonts w:ascii="Times New Roman" w:hAnsi="Times New Roman" w:cs="Times New Roman"/>
          <w:sz w:val="24"/>
          <w:szCs w:val="24"/>
        </w:rPr>
        <w:t xml:space="preserve"> </w:t>
      </w:r>
      <w:r w:rsidR="00F47329" w:rsidRPr="005846A7">
        <w:rPr>
          <w:rFonts w:ascii="Times New Roman" w:hAnsi="Times New Roman" w:cs="Times New Roman"/>
          <w:sz w:val="24"/>
          <w:szCs w:val="24"/>
        </w:rPr>
        <w:t>C</w:t>
      </w:r>
      <w:r w:rsidR="000E720A" w:rsidRPr="005846A7">
        <w:rPr>
          <w:rFonts w:ascii="Times New Roman" w:hAnsi="Times New Roman" w:cs="Times New Roman"/>
          <w:sz w:val="24"/>
          <w:szCs w:val="24"/>
        </w:rPr>
        <w:t>omunicar à Contratada, por escrito, sobre imperfeições, falhas ou irregularidades verificadas no objeto fornecido, para que seja substituído;</w:t>
      </w:r>
    </w:p>
    <w:p w14:paraId="5FD0E661" w14:textId="4CBB4409" w:rsidR="00EE37AF" w:rsidRPr="005846A7" w:rsidRDefault="009B4903" w:rsidP="00085578">
      <w:pPr>
        <w:jc w:val="both"/>
        <w:rPr>
          <w:rFonts w:ascii="Times New Roman" w:hAnsi="Times New Roman" w:cs="Times New Roman"/>
          <w:sz w:val="24"/>
          <w:szCs w:val="24"/>
        </w:rPr>
      </w:pPr>
      <w:r w:rsidRPr="005846A7">
        <w:rPr>
          <w:rFonts w:ascii="Times New Roman" w:hAnsi="Times New Roman" w:cs="Times New Roman"/>
          <w:b/>
          <w:sz w:val="24"/>
          <w:szCs w:val="24"/>
        </w:rPr>
        <w:t>5.1</w:t>
      </w:r>
      <w:r w:rsidR="007C64F6">
        <w:rPr>
          <w:rFonts w:ascii="Times New Roman" w:hAnsi="Times New Roman" w:cs="Times New Roman"/>
          <w:b/>
          <w:sz w:val="24"/>
          <w:szCs w:val="24"/>
        </w:rPr>
        <w:t>2</w:t>
      </w:r>
      <w:r w:rsidRPr="005846A7">
        <w:rPr>
          <w:rFonts w:ascii="Times New Roman" w:hAnsi="Times New Roman" w:cs="Times New Roman"/>
          <w:b/>
          <w:sz w:val="24"/>
          <w:szCs w:val="24"/>
        </w:rPr>
        <w:t xml:space="preserve"> </w:t>
      </w:r>
      <w:r w:rsidR="00D92789" w:rsidRPr="005846A7">
        <w:rPr>
          <w:rFonts w:ascii="Times New Roman" w:hAnsi="Times New Roman" w:cs="Times New Roman"/>
          <w:sz w:val="24"/>
          <w:szCs w:val="24"/>
        </w:rPr>
        <w:t>Efetuar</w:t>
      </w:r>
      <w:r w:rsidR="000E720A" w:rsidRPr="005846A7">
        <w:rPr>
          <w:rFonts w:ascii="Times New Roman" w:hAnsi="Times New Roman" w:cs="Times New Roman"/>
          <w:sz w:val="24"/>
          <w:szCs w:val="24"/>
        </w:rPr>
        <w:t xml:space="preserve"> o pagamento à Contratada no valor correspondente ao fornecimento do objeto, no prazo e forma estabelecidos no Edital e seus anexos;</w:t>
      </w:r>
    </w:p>
    <w:p w14:paraId="6CB35182" w14:textId="4901D815" w:rsidR="000E720A" w:rsidRPr="005846A7" w:rsidRDefault="00D92789" w:rsidP="00085578">
      <w:pPr>
        <w:jc w:val="both"/>
        <w:rPr>
          <w:rFonts w:ascii="Times New Roman" w:hAnsi="Times New Roman" w:cs="Times New Roman"/>
          <w:sz w:val="24"/>
          <w:szCs w:val="24"/>
        </w:rPr>
      </w:pPr>
      <w:r w:rsidRPr="005846A7">
        <w:rPr>
          <w:rFonts w:ascii="Times New Roman" w:hAnsi="Times New Roman" w:cs="Times New Roman"/>
          <w:b/>
          <w:sz w:val="24"/>
          <w:szCs w:val="24"/>
        </w:rPr>
        <w:t>5.</w:t>
      </w:r>
      <w:r w:rsidR="009B4903" w:rsidRPr="005846A7">
        <w:rPr>
          <w:rFonts w:ascii="Times New Roman" w:hAnsi="Times New Roman" w:cs="Times New Roman"/>
          <w:b/>
          <w:sz w:val="24"/>
          <w:szCs w:val="24"/>
        </w:rPr>
        <w:t>1</w:t>
      </w:r>
      <w:r w:rsidR="007C64F6">
        <w:rPr>
          <w:rFonts w:ascii="Times New Roman" w:hAnsi="Times New Roman" w:cs="Times New Roman"/>
          <w:b/>
          <w:sz w:val="24"/>
          <w:szCs w:val="24"/>
        </w:rPr>
        <w:t>3</w:t>
      </w:r>
      <w:r w:rsidR="009B4903" w:rsidRPr="005846A7">
        <w:rPr>
          <w:rFonts w:ascii="Times New Roman" w:hAnsi="Times New Roman" w:cs="Times New Roman"/>
          <w:b/>
          <w:sz w:val="24"/>
          <w:szCs w:val="24"/>
        </w:rPr>
        <w:t xml:space="preserve"> </w:t>
      </w:r>
      <w:r w:rsidR="000E720A" w:rsidRPr="005846A7">
        <w:rPr>
          <w:rFonts w:ascii="Times New Roman" w:hAnsi="Times New Roman" w:cs="Times New Roman"/>
          <w:sz w:val="24"/>
          <w:szCs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0374519" w14:textId="272BC2D6" w:rsidR="00D92789" w:rsidRPr="005846A7" w:rsidRDefault="009B4903" w:rsidP="00085578">
      <w:pPr>
        <w:jc w:val="both"/>
        <w:rPr>
          <w:rFonts w:ascii="Times New Roman" w:hAnsi="Times New Roman" w:cs="Times New Roman"/>
          <w:sz w:val="24"/>
          <w:szCs w:val="24"/>
        </w:rPr>
      </w:pPr>
      <w:r w:rsidRPr="005846A7">
        <w:rPr>
          <w:rFonts w:ascii="Times New Roman" w:hAnsi="Times New Roman" w:cs="Times New Roman"/>
          <w:b/>
          <w:sz w:val="24"/>
          <w:szCs w:val="24"/>
        </w:rPr>
        <w:t>5.1</w:t>
      </w:r>
      <w:r w:rsidR="007C64F6">
        <w:rPr>
          <w:rFonts w:ascii="Times New Roman" w:hAnsi="Times New Roman" w:cs="Times New Roman"/>
          <w:b/>
          <w:sz w:val="24"/>
          <w:szCs w:val="24"/>
        </w:rPr>
        <w:t>4</w:t>
      </w:r>
      <w:r w:rsidRPr="005846A7">
        <w:rPr>
          <w:rFonts w:ascii="Times New Roman" w:hAnsi="Times New Roman" w:cs="Times New Roman"/>
          <w:b/>
          <w:sz w:val="24"/>
          <w:szCs w:val="24"/>
        </w:rPr>
        <w:t xml:space="preserve"> </w:t>
      </w:r>
      <w:r w:rsidRPr="005846A7">
        <w:rPr>
          <w:rFonts w:ascii="Times New Roman" w:hAnsi="Times New Roman" w:cs="Times New Roman"/>
          <w:sz w:val="24"/>
          <w:szCs w:val="24"/>
        </w:rPr>
        <w:t>Prestar</w:t>
      </w:r>
      <w:r w:rsidR="00D92789" w:rsidRPr="005846A7">
        <w:rPr>
          <w:rFonts w:ascii="Times New Roman" w:hAnsi="Times New Roman" w:cs="Times New Roman"/>
          <w:sz w:val="24"/>
          <w:szCs w:val="24"/>
        </w:rPr>
        <w:t xml:space="preserve"> a Contratada todas as informações e esclarecimentos necessários para o cumprimento do contrat</w:t>
      </w:r>
      <w:r w:rsidR="0001698A" w:rsidRPr="005846A7">
        <w:rPr>
          <w:rFonts w:ascii="Times New Roman" w:hAnsi="Times New Roman" w:cs="Times New Roman"/>
          <w:sz w:val="24"/>
          <w:szCs w:val="24"/>
        </w:rPr>
        <w:t>o</w:t>
      </w:r>
      <w:r w:rsidR="00D92789" w:rsidRPr="005846A7">
        <w:rPr>
          <w:rFonts w:ascii="Times New Roman" w:hAnsi="Times New Roman" w:cs="Times New Roman"/>
          <w:sz w:val="24"/>
          <w:szCs w:val="24"/>
        </w:rPr>
        <w:t>;</w:t>
      </w:r>
    </w:p>
    <w:p w14:paraId="748848FB" w14:textId="77777777" w:rsidR="00085578" w:rsidRDefault="00085578" w:rsidP="00085578">
      <w:pPr>
        <w:jc w:val="both"/>
        <w:rPr>
          <w:rFonts w:ascii="Times New Roman" w:hAnsi="Times New Roman" w:cs="Times New Roman"/>
          <w:sz w:val="24"/>
          <w:szCs w:val="24"/>
        </w:rPr>
      </w:pPr>
    </w:p>
    <w:p w14:paraId="52124E70" w14:textId="77777777" w:rsidR="00085578" w:rsidRDefault="00085578" w:rsidP="00085578">
      <w:pPr>
        <w:jc w:val="both"/>
        <w:rPr>
          <w:rFonts w:ascii="Times New Roman" w:hAnsi="Times New Roman" w:cs="Times New Roman"/>
          <w:sz w:val="24"/>
          <w:szCs w:val="24"/>
        </w:rPr>
      </w:pPr>
    </w:p>
    <w:p w14:paraId="6C88745D" w14:textId="6FE97975" w:rsidR="00085578" w:rsidRDefault="00085578" w:rsidP="005846A7">
      <w:pPr>
        <w:jc w:val="both"/>
        <w:rPr>
          <w:rFonts w:ascii="Times New Roman" w:hAnsi="Times New Roman" w:cs="Times New Roman"/>
          <w:b/>
          <w:bCs/>
          <w:sz w:val="24"/>
          <w:szCs w:val="24"/>
        </w:rPr>
      </w:pPr>
      <w:r w:rsidRPr="00085578">
        <w:rPr>
          <w:rFonts w:ascii="Times New Roman" w:hAnsi="Times New Roman" w:cs="Times New Roman"/>
          <w:b/>
          <w:bCs/>
          <w:sz w:val="24"/>
          <w:szCs w:val="24"/>
        </w:rPr>
        <w:lastRenderedPageBreak/>
        <w:t>5.1</w:t>
      </w:r>
      <w:r w:rsidR="007C64F6">
        <w:rPr>
          <w:rFonts w:ascii="Times New Roman" w:hAnsi="Times New Roman" w:cs="Times New Roman"/>
          <w:b/>
          <w:bCs/>
          <w:sz w:val="24"/>
          <w:szCs w:val="24"/>
        </w:rPr>
        <w:t>5</w:t>
      </w:r>
      <w:r w:rsidRPr="00085578">
        <w:rPr>
          <w:rFonts w:ascii="Times New Roman" w:hAnsi="Times New Roman" w:cs="Times New Roman"/>
          <w:b/>
          <w:bCs/>
          <w:sz w:val="24"/>
          <w:szCs w:val="24"/>
        </w:rPr>
        <w:t xml:space="preserve"> </w:t>
      </w:r>
      <w:r w:rsidR="000E720A" w:rsidRPr="00085578">
        <w:rPr>
          <w:rFonts w:ascii="Times New Roman" w:hAnsi="Times New Roman" w:cs="Times New Roman"/>
          <w:b/>
          <w:bCs/>
          <w:sz w:val="24"/>
          <w:szCs w:val="24"/>
        </w:rPr>
        <w:t>OBRIGAÇÕES DA CONTRATADA</w:t>
      </w:r>
    </w:p>
    <w:p w14:paraId="247648EB" w14:textId="7FCCA93E" w:rsidR="007B03DE" w:rsidRPr="00085578" w:rsidRDefault="00085578" w:rsidP="005846A7">
      <w:pPr>
        <w:jc w:val="both"/>
        <w:rPr>
          <w:rFonts w:ascii="Times New Roman" w:hAnsi="Times New Roman" w:cs="Times New Roman"/>
          <w:b/>
          <w:bCs/>
          <w:sz w:val="24"/>
          <w:szCs w:val="24"/>
        </w:rPr>
      </w:pPr>
      <w:r w:rsidRPr="00085578">
        <w:rPr>
          <w:rFonts w:ascii="Times New Roman" w:hAnsi="Times New Roman" w:cs="Times New Roman"/>
          <w:b/>
          <w:bCs/>
          <w:sz w:val="24"/>
          <w:szCs w:val="24"/>
        </w:rPr>
        <w:t>5.1</w:t>
      </w:r>
      <w:r w:rsidR="007C64F6">
        <w:rPr>
          <w:rFonts w:ascii="Times New Roman" w:hAnsi="Times New Roman" w:cs="Times New Roman"/>
          <w:b/>
          <w:bCs/>
          <w:sz w:val="24"/>
          <w:szCs w:val="24"/>
        </w:rPr>
        <w:t>6</w:t>
      </w:r>
      <w:r>
        <w:rPr>
          <w:rFonts w:ascii="Times New Roman" w:hAnsi="Times New Roman" w:cs="Times New Roman"/>
          <w:sz w:val="24"/>
          <w:szCs w:val="24"/>
        </w:rPr>
        <w:t xml:space="preserve"> </w:t>
      </w:r>
      <w:r w:rsidR="000E720A" w:rsidRPr="005846A7">
        <w:rPr>
          <w:rFonts w:ascii="Times New Roman" w:hAnsi="Times New Roman" w:cs="Times New Roman"/>
          <w:sz w:val="24"/>
          <w:szCs w:val="24"/>
        </w:rPr>
        <w:t>A Contratada deve cumprir todas as obrigações constantes no Edital, seus anexos e sua proposta, assumindo como exclusivamente seus os riscos e as despesas decorrentes da boa e perfeita execução do objeto e, ainda:</w:t>
      </w:r>
    </w:p>
    <w:p w14:paraId="469F6640" w14:textId="455AAADB" w:rsidR="007B03DE" w:rsidRPr="005846A7" w:rsidRDefault="00085578" w:rsidP="005846A7">
      <w:pPr>
        <w:jc w:val="both"/>
        <w:rPr>
          <w:rFonts w:ascii="Times New Roman" w:hAnsi="Times New Roman" w:cs="Times New Roman"/>
          <w:sz w:val="24"/>
          <w:szCs w:val="24"/>
        </w:rPr>
      </w:pPr>
      <w:r w:rsidRPr="00085578">
        <w:rPr>
          <w:rFonts w:ascii="Times New Roman" w:hAnsi="Times New Roman" w:cs="Times New Roman"/>
          <w:b/>
          <w:bCs/>
          <w:sz w:val="24"/>
          <w:szCs w:val="24"/>
        </w:rPr>
        <w:t>5.1</w:t>
      </w:r>
      <w:r w:rsidR="007C64F6">
        <w:rPr>
          <w:rFonts w:ascii="Times New Roman" w:hAnsi="Times New Roman" w:cs="Times New Roman"/>
          <w:b/>
          <w:bCs/>
          <w:sz w:val="24"/>
          <w:szCs w:val="24"/>
        </w:rPr>
        <w:t>7</w:t>
      </w:r>
      <w:r>
        <w:rPr>
          <w:rFonts w:ascii="Times New Roman" w:hAnsi="Times New Roman" w:cs="Times New Roman"/>
          <w:sz w:val="24"/>
          <w:szCs w:val="24"/>
        </w:rPr>
        <w:t xml:space="preserve"> </w:t>
      </w:r>
      <w:r w:rsidR="00F47329" w:rsidRPr="005846A7">
        <w:rPr>
          <w:rFonts w:ascii="Times New Roman" w:hAnsi="Times New Roman" w:cs="Times New Roman"/>
          <w:sz w:val="24"/>
          <w:szCs w:val="24"/>
        </w:rPr>
        <w:t>E</w:t>
      </w:r>
      <w:r w:rsidR="000E720A" w:rsidRPr="005846A7">
        <w:rPr>
          <w:rFonts w:ascii="Times New Roman" w:hAnsi="Times New Roman" w:cs="Times New Roman"/>
          <w:sz w:val="24"/>
          <w:szCs w:val="24"/>
        </w:rPr>
        <w:t>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w:t>
      </w:r>
    </w:p>
    <w:p w14:paraId="3509D9D3" w14:textId="7CD207B2" w:rsidR="008C6D4A" w:rsidRPr="005846A7" w:rsidRDefault="00085578" w:rsidP="005846A7">
      <w:pPr>
        <w:jc w:val="both"/>
        <w:rPr>
          <w:rFonts w:ascii="Times New Roman" w:hAnsi="Times New Roman" w:cs="Times New Roman"/>
          <w:sz w:val="24"/>
          <w:szCs w:val="24"/>
        </w:rPr>
      </w:pPr>
      <w:r w:rsidRPr="00085578">
        <w:rPr>
          <w:rFonts w:ascii="Times New Roman" w:hAnsi="Times New Roman" w:cs="Times New Roman"/>
          <w:b/>
          <w:bCs/>
          <w:sz w:val="24"/>
          <w:szCs w:val="24"/>
        </w:rPr>
        <w:t>5.1</w:t>
      </w:r>
      <w:r w:rsidR="007C64F6">
        <w:rPr>
          <w:rFonts w:ascii="Times New Roman" w:hAnsi="Times New Roman" w:cs="Times New Roman"/>
          <w:b/>
          <w:bCs/>
          <w:sz w:val="24"/>
          <w:szCs w:val="24"/>
        </w:rPr>
        <w:t>8</w:t>
      </w:r>
      <w:r>
        <w:rPr>
          <w:rFonts w:ascii="Times New Roman" w:hAnsi="Times New Roman" w:cs="Times New Roman"/>
          <w:sz w:val="24"/>
          <w:szCs w:val="24"/>
        </w:rPr>
        <w:t xml:space="preserve"> </w:t>
      </w:r>
      <w:r w:rsidR="008C6D4A" w:rsidRPr="005846A7">
        <w:rPr>
          <w:rFonts w:ascii="Times New Roman" w:hAnsi="Times New Roman" w:cs="Times New Roman"/>
          <w:sz w:val="24"/>
          <w:szCs w:val="24"/>
        </w:rPr>
        <w:t>Responsabilizar-se pelos vícios e danos decorrentes da execução do serviço e dos materiais fornecidos, de acordo o Código de Defesa do Consumidor (Lei no 8.078, de 1990);</w:t>
      </w:r>
    </w:p>
    <w:p w14:paraId="5388DCC5" w14:textId="252F319A" w:rsidR="009B4903" w:rsidRPr="005846A7" w:rsidRDefault="009B4903" w:rsidP="005846A7">
      <w:pPr>
        <w:jc w:val="both"/>
        <w:rPr>
          <w:rFonts w:ascii="Times New Roman" w:hAnsi="Times New Roman" w:cs="Times New Roman"/>
          <w:sz w:val="24"/>
          <w:szCs w:val="24"/>
        </w:rPr>
      </w:pPr>
      <w:r w:rsidRPr="005846A7">
        <w:rPr>
          <w:rFonts w:ascii="Times New Roman" w:hAnsi="Times New Roman" w:cs="Times New Roman"/>
          <w:b/>
          <w:sz w:val="24"/>
          <w:szCs w:val="24"/>
        </w:rPr>
        <w:t>5.1</w:t>
      </w:r>
      <w:r w:rsidR="007C64F6">
        <w:rPr>
          <w:rFonts w:ascii="Times New Roman" w:hAnsi="Times New Roman" w:cs="Times New Roman"/>
          <w:b/>
          <w:sz w:val="24"/>
          <w:szCs w:val="24"/>
        </w:rPr>
        <w:t>9</w:t>
      </w:r>
      <w:r w:rsidRPr="005846A7">
        <w:rPr>
          <w:rFonts w:ascii="Times New Roman" w:hAnsi="Times New Roman" w:cs="Times New Roman"/>
          <w:sz w:val="24"/>
          <w:szCs w:val="24"/>
        </w:rPr>
        <w:t xml:space="preserve"> </w:t>
      </w:r>
      <w:r w:rsidR="008C6D4A" w:rsidRPr="005846A7">
        <w:rPr>
          <w:rFonts w:ascii="Times New Roman" w:hAnsi="Times New Roman" w:cs="Times New Roman"/>
          <w:sz w:val="24"/>
          <w:szCs w:val="24"/>
        </w:rPr>
        <w:t>O dever previsto no subitem anterior implica na obrigação de, a critério da Administração, substituir, corrigir ou reparar, às suas expensas o serviço/materiais com avarias ou defeitos, ou que não atendam às exigências previstas no Termo de Referência e Contrato</w:t>
      </w:r>
      <w:r w:rsidR="000E720A" w:rsidRPr="005846A7">
        <w:rPr>
          <w:rFonts w:ascii="Times New Roman" w:hAnsi="Times New Roman" w:cs="Times New Roman"/>
          <w:sz w:val="24"/>
          <w:szCs w:val="24"/>
        </w:rPr>
        <w:t>;</w:t>
      </w:r>
    </w:p>
    <w:p w14:paraId="55C805AC" w14:textId="1FA21801" w:rsidR="008C6D4A" w:rsidRPr="005846A7" w:rsidRDefault="009B4903" w:rsidP="005846A7">
      <w:pPr>
        <w:jc w:val="both"/>
        <w:rPr>
          <w:rFonts w:ascii="Times New Roman" w:hAnsi="Times New Roman" w:cs="Times New Roman"/>
          <w:sz w:val="24"/>
          <w:szCs w:val="24"/>
        </w:rPr>
      </w:pPr>
      <w:r w:rsidRPr="005846A7">
        <w:rPr>
          <w:rFonts w:ascii="Times New Roman" w:hAnsi="Times New Roman" w:cs="Times New Roman"/>
          <w:b/>
          <w:sz w:val="24"/>
          <w:szCs w:val="24"/>
        </w:rPr>
        <w:t>5.</w:t>
      </w:r>
      <w:r w:rsidR="007C64F6">
        <w:rPr>
          <w:rFonts w:ascii="Times New Roman" w:hAnsi="Times New Roman" w:cs="Times New Roman"/>
          <w:b/>
          <w:sz w:val="24"/>
          <w:szCs w:val="24"/>
        </w:rPr>
        <w:t>20</w:t>
      </w:r>
      <w:r w:rsidRPr="005846A7">
        <w:rPr>
          <w:rFonts w:ascii="Times New Roman" w:hAnsi="Times New Roman" w:cs="Times New Roman"/>
          <w:sz w:val="24"/>
          <w:szCs w:val="24"/>
        </w:rPr>
        <w:t xml:space="preserve"> </w:t>
      </w:r>
      <w:r w:rsidR="008C6D4A" w:rsidRPr="005846A7">
        <w:rPr>
          <w:rFonts w:ascii="Times New Roman" w:hAnsi="Times New Roman" w:cs="Times New Roman"/>
          <w:sz w:val="24"/>
          <w:szCs w:val="24"/>
        </w:rPr>
        <w:t>Responsabilizar-se pelas despesas dos tributos, encargos trabalhistas, previdenciários, fiscais, comerciais, taxas, fretes, seguros, deslocamento de pessoal, quaisquer outras que incidam ou venham a incidir na execução do contrato;</w:t>
      </w:r>
    </w:p>
    <w:p w14:paraId="14E085D9" w14:textId="6A45A121" w:rsidR="00F47329" w:rsidRPr="005846A7" w:rsidRDefault="00085578" w:rsidP="005846A7">
      <w:pPr>
        <w:jc w:val="both"/>
        <w:rPr>
          <w:rFonts w:ascii="Times New Roman" w:hAnsi="Times New Roman" w:cs="Times New Roman"/>
          <w:sz w:val="24"/>
          <w:szCs w:val="24"/>
        </w:rPr>
      </w:pPr>
      <w:r w:rsidRPr="00085578">
        <w:rPr>
          <w:rFonts w:ascii="Times New Roman" w:hAnsi="Times New Roman" w:cs="Times New Roman"/>
          <w:b/>
          <w:bCs/>
          <w:sz w:val="24"/>
          <w:szCs w:val="24"/>
        </w:rPr>
        <w:t>5.</w:t>
      </w:r>
      <w:r w:rsidR="007C64F6">
        <w:rPr>
          <w:rFonts w:ascii="Times New Roman" w:hAnsi="Times New Roman" w:cs="Times New Roman"/>
          <w:b/>
          <w:bCs/>
          <w:sz w:val="24"/>
          <w:szCs w:val="24"/>
        </w:rPr>
        <w:t>21</w:t>
      </w:r>
      <w:r>
        <w:rPr>
          <w:rFonts w:ascii="Times New Roman" w:hAnsi="Times New Roman" w:cs="Times New Roman"/>
          <w:sz w:val="24"/>
          <w:szCs w:val="24"/>
        </w:rPr>
        <w:t xml:space="preserve"> </w:t>
      </w:r>
      <w:r w:rsidR="008C6D4A" w:rsidRPr="005846A7">
        <w:rPr>
          <w:rFonts w:ascii="Times New Roman" w:hAnsi="Times New Roman" w:cs="Times New Roman"/>
          <w:sz w:val="24"/>
          <w:szCs w:val="24"/>
        </w:rPr>
        <w:t>C</w:t>
      </w:r>
      <w:r w:rsidR="000E720A" w:rsidRPr="005846A7">
        <w:rPr>
          <w:rFonts w:ascii="Times New Roman" w:hAnsi="Times New Roman" w:cs="Times New Roman"/>
          <w:sz w:val="24"/>
          <w:szCs w:val="24"/>
        </w:rPr>
        <w:t>omunicar à Contratante, no prazo máximo de 24 (vinte e quatro) horas que antecede a data da entrega, os motivos que impossibilitem o cumprimento do prazo previsto, com a devida comprovação;</w:t>
      </w:r>
    </w:p>
    <w:p w14:paraId="46A8A2F5" w14:textId="1052D064" w:rsidR="0001698A" w:rsidRPr="005846A7" w:rsidRDefault="00085578" w:rsidP="005846A7">
      <w:pPr>
        <w:jc w:val="both"/>
        <w:rPr>
          <w:rFonts w:ascii="Times New Roman" w:hAnsi="Times New Roman" w:cs="Times New Roman"/>
          <w:sz w:val="24"/>
          <w:szCs w:val="24"/>
        </w:rPr>
      </w:pPr>
      <w:r w:rsidRPr="00085578">
        <w:rPr>
          <w:rFonts w:ascii="Times New Roman" w:hAnsi="Times New Roman" w:cs="Times New Roman"/>
          <w:b/>
          <w:bCs/>
          <w:sz w:val="24"/>
          <w:szCs w:val="24"/>
        </w:rPr>
        <w:t>5.2</w:t>
      </w:r>
      <w:r w:rsidR="007C64F6">
        <w:rPr>
          <w:rFonts w:ascii="Times New Roman" w:hAnsi="Times New Roman" w:cs="Times New Roman"/>
          <w:b/>
          <w:bCs/>
          <w:sz w:val="24"/>
          <w:szCs w:val="24"/>
        </w:rPr>
        <w:t>2</w:t>
      </w:r>
      <w:r>
        <w:rPr>
          <w:rFonts w:ascii="Times New Roman" w:hAnsi="Times New Roman" w:cs="Times New Roman"/>
          <w:sz w:val="24"/>
          <w:szCs w:val="24"/>
        </w:rPr>
        <w:t xml:space="preserve"> </w:t>
      </w:r>
      <w:r w:rsidR="008C6D4A" w:rsidRPr="005846A7">
        <w:rPr>
          <w:rFonts w:ascii="Times New Roman" w:hAnsi="Times New Roman" w:cs="Times New Roman"/>
          <w:sz w:val="24"/>
          <w:szCs w:val="24"/>
        </w:rPr>
        <w:t>Atender prontamente a quaisquer exigências da Administração, inerentes ao objeto da presente licitação;</w:t>
      </w:r>
    </w:p>
    <w:p w14:paraId="04F5DC78" w14:textId="37D77055" w:rsidR="007B03DE" w:rsidRPr="005846A7" w:rsidRDefault="00085578" w:rsidP="005846A7">
      <w:pPr>
        <w:jc w:val="both"/>
        <w:rPr>
          <w:rFonts w:ascii="Times New Roman" w:hAnsi="Times New Roman" w:cs="Times New Roman"/>
          <w:sz w:val="24"/>
          <w:szCs w:val="24"/>
        </w:rPr>
      </w:pPr>
      <w:r w:rsidRPr="00085578">
        <w:rPr>
          <w:rFonts w:ascii="Times New Roman" w:hAnsi="Times New Roman" w:cs="Times New Roman"/>
          <w:b/>
          <w:bCs/>
          <w:sz w:val="24"/>
          <w:szCs w:val="24"/>
        </w:rPr>
        <w:t>5.2</w:t>
      </w:r>
      <w:r w:rsidR="007C64F6">
        <w:rPr>
          <w:rFonts w:ascii="Times New Roman" w:hAnsi="Times New Roman" w:cs="Times New Roman"/>
          <w:b/>
          <w:bCs/>
          <w:sz w:val="24"/>
          <w:szCs w:val="24"/>
        </w:rPr>
        <w:t>3</w:t>
      </w:r>
      <w:r>
        <w:rPr>
          <w:rFonts w:ascii="Times New Roman" w:hAnsi="Times New Roman" w:cs="Times New Roman"/>
          <w:sz w:val="24"/>
          <w:szCs w:val="24"/>
        </w:rPr>
        <w:t xml:space="preserve"> </w:t>
      </w:r>
      <w:r w:rsidR="008C6D4A" w:rsidRPr="005846A7">
        <w:rPr>
          <w:rFonts w:ascii="Times New Roman" w:hAnsi="Times New Roman" w:cs="Times New Roman"/>
          <w:sz w:val="24"/>
          <w:szCs w:val="24"/>
        </w:rPr>
        <w:t>M</w:t>
      </w:r>
      <w:r w:rsidR="000E720A" w:rsidRPr="005846A7">
        <w:rPr>
          <w:rFonts w:ascii="Times New Roman" w:hAnsi="Times New Roman" w:cs="Times New Roman"/>
          <w:sz w:val="24"/>
          <w:szCs w:val="24"/>
        </w:rPr>
        <w:t>anter, durante toda a execução do contrato, em compatibilidade com as obrigações assumidas, todas as condições de habilitação e qualificação exigidas na licitação.</w:t>
      </w:r>
    </w:p>
    <w:p w14:paraId="575D1B28" w14:textId="343BA1C7" w:rsidR="00F47329" w:rsidRPr="005846A7" w:rsidRDefault="009B4903" w:rsidP="005846A7">
      <w:pPr>
        <w:jc w:val="both"/>
        <w:rPr>
          <w:rFonts w:ascii="Times New Roman" w:hAnsi="Times New Roman" w:cs="Times New Roman"/>
          <w:b/>
          <w:sz w:val="24"/>
          <w:szCs w:val="24"/>
        </w:rPr>
      </w:pPr>
      <w:r w:rsidRPr="005846A7">
        <w:rPr>
          <w:rFonts w:ascii="Times New Roman" w:hAnsi="Times New Roman" w:cs="Times New Roman"/>
          <w:b/>
          <w:sz w:val="24"/>
          <w:szCs w:val="24"/>
        </w:rPr>
        <w:t xml:space="preserve"> </w:t>
      </w:r>
      <w:r w:rsidR="00085578">
        <w:rPr>
          <w:rFonts w:ascii="Times New Roman" w:hAnsi="Times New Roman" w:cs="Times New Roman"/>
          <w:b/>
          <w:sz w:val="24"/>
          <w:szCs w:val="24"/>
        </w:rPr>
        <w:t>5.2</w:t>
      </w:r>
      <w:r w:rsidR="007C64F6">
        <w:rPr>
          <w:rFonts w:ascii="Times New Roman" w:hAnsi="Times New Roman" w:cs="Times New Roman"/>
          <w:b/>
          <w:sz w:val="24"/>
          <w:szCs w:val="24"/>
        </w:rPr>
        <w:t>4</w:t>
      </w:r>
      <w:r w:rsidR="00085578">
        <w:rPr>
          <w:rFonts w:ascii="Times New Roman" w:hAnsi="Times New Roman" w:cs="Times New Roman"/>
          <w:b/>
          <w:sz w:val="24"/>
          <w:szCs w:val="24"/>
        </w:rPr>
        <w:t xml:space="preserve"> </w:t>
      </w:r>
      <w:r w:rsidR="000E720A" w:rsidRPr="005846A7">
        <w:rPr>
          <w:rFonts w:ascii="Times New Roman" w:hAnsi="Times New Roman" w:cs="Times New Roman"/>
          <w:b/>
          <w:sz w:val="24"/>
          <w:szCs w:val="24"/>
        </w:rPr>
        <w:t>DA SUBCONTRATAÇÃO</w:t>
      </w:r>
    </w:p>
    <w:p w14:paraId="1CB65CEE" w14:textId="74DA6544" w:rsidR="0001698A" w:rsidRPr="005846A7" w:rsidRDefault="00085578" w:rsidP="005846A7">
      <w:pPr>
        <w:jc w:val="both"/>
        <w:rPr>
          <w:rFonts w:ascii="Times New Roman" w:hAnsi="Times New Roman" w:cs="Times New Roman"/>
          <w:iCs/>
          <w:sz w:val="24"/>
          <w:szCs w:val="24"/>
        </w:rPr>
      </w:pPr>
      <w:r w:rsidRPr="00085578">
        <w:rPr>
          <w:rFonts w:ascii="Times New Roman" w:hAnsi="Times New Roman" w:cs="Times New Roman"/>
          <w:b/>
          <w:bCs/>
          <w:iCs/>
          <w:sz w:val="24"/>
          <w:szCs w:val="24"/>
        </w:rPr>
        <w:t xml:space="preserve"> 5.2</w:t>
      </w:r>
      <w:r w:rsidR="007C64F6">
        <w:rPr>
          <w:rFonts w:ascii="Times New Roman" w:hAnsi="Times New Roman" w:cs="Times New Roman"/>
          <w:b/>
          <w:bCs/>
          <w:iCs/>
          <w:sz w:val="24"/>
          <w:szCs w:val="24"/>
        </w:rPr>
        <w:t>5</w:t>
      </w:r>
      <w:r>
        <w:rPr>
          <w:rFonts w:ascii="Times New Roman" w:hAnsi="Times New Roman" w:cs="Times New Roman"/>
          <w:iCs/>
          <w:sz w:val="24"/>
          <w:szCs w:val="24"/>
        </w:rPr>
        <w:t xml:space="preserve"> </w:t>
      </w:r>
      <w:r w:rsidR="000E720A" w:rsidRPr="005846A7">
        <w:rPr>
          <w:rFonts w:ascii="Times New Roman" w:hAnsi="Times New Roman" w:cs="Times New Roman"/>
          <w:iCs/>
          <w:sz w:val="24"/>
          <w:szCs w:val="24"/>
        </w:rPr>
        <w:t>Não será admitida a subcontratação do objeto licitatório.</w:t>
      </w:r>
    </w:p>
    <w:p w14:paraId="3A0676EA" w14:textId="37B87635" w:rsidR="00F47329" w:rsidRPr="00085578" w:rsidRDefault="00085578" w:rsidP="00085578">
      <w:pPr>
        <w:jc w:val="both"/>
        <w:rPr>
          <w:rFonts w:ascii="Times New Roman" w:hAnsi="Times New Roman" w:cs="Times New Roman"/>
          <w:b/>
          <w:bCs/>
          <w:sz w:val="24"/>
          <w:szCs w:val="24"/>
        </w:rPr>
      </w:pPr>
      <w:r w:rsidRPr="00085578">
        <w:rPr>
          <w:rFonts w:ascii="Times New Roman" w:hAnsi="Times New Roman" w:cs="Times New Roman"/>
          <w:b/>
          <w:bCs/>
          <w:iCs/>
          <w:sz w:val="24"/>
          <w:szCs w:val="24"/>
        </w:rPr>
        <w:t xml:space="preserve"> 5.2</w:t>
      </w:r>
      <w:r w:rsidR="007C64F6">
        <w:rPr>
          <w:rFonts w:ascii="Times New Roman" w:hAnsi="Times New Roman" w:cs="Times New Roman"/>
          <w:b/>
          <w:bCs/>
          <w:iCs/>
          <w:sz w:val="24"/>
          <w:szCs w:val="24"/>
        </w:rPr>
        <w:t>6</w:t>
      </w:r>
      <w:r w:rsidRPr="00085578">
        <w:rPr>
          <w:rFonts w:ascii="Times New Roman" w:hAnsi="Times New Roman" w:cs="Times New Roman"/>
          <w:b/>
          <w:bCs/>
          <w:iCs/>
          <w:sz w:val="24"/>
          <w:szCs w:val="24"/>
        </w:rPr>
        <w:t xml:space="preserve"> </w:t>
      </w:r>
      <w:r w:rsidR="000E720A" w:rsidRPr="00085578">
        <w:rPr>
          <w:rFonts w:ascii="Times New Roman" w:hAnsi="Times New Roman" w:cs="Times New Roman"/>
          <w:b/>
          <w:bCs/>
          <w:sz w:val="24"/>
          <w:szCs w:val="24"/>
        </w:rPr>
        <w:t>DA ALTERAÇÃO SUBJETIVA</w:t>
      </w:r>
    </w:p>
    <w:p w14:paraId="3DA57CD4" w14:textId="7D31F7BD" w:rsidR="00663AED" w:rsidRPr="005846A7" w:rsidRDefault="007B03DE" w:rsidP="00085578">
      <w:pPr>
        <w:jc w:val="both"/>
        <w:rPr>
          <w:rFonts w:ascii="Times New Roman" w:hAnsi="Times New Roman" w:cs="Times New Roman"/>
          <w:sz w:val="24"/>
          <w:szCs w:val="24"/>
        </w:rPr>
      </w:pPr>
      <w:r w:rsidRPr="005846A7">
        <w:rPr>
          <w:rFonts w:ascii="Times New Roman" w:hAnsi="Times New Roman" w:cs="Times New Roman"/>
          <w:sz w:val="24"/>
          <w:szCs w:val="24"/>
        </w:rPr>
        <w:t xml:space="preserve"> </w:t>
      </w:r>
      <w:r w:rsidR="00085578" w:rsidRPr="00085578">
        <w:rPr>
          <w:rFonts w:ascii="Times New Roman" w:hAnsi="Times New Roman" w:cs="Times New Roman"/>
          <w:b/>
          <w:bCs/>
          <w:sz w:val="24"/>
          <w:szCs w:val="24"/>
        </w:rPr>
        <w:t>5.2</w:t>
      </w:r>
      <w:r w:rsidR="007C64F6">
        <w:rPr>
          <w:rFonts w:ascii="Times New Roman" w:hAnsi="Times New Roman" w:cs="Times New Roman"/>
          <w:b/>
          <w:bCs/>
          <w:sz w:val="24"/>
          <w:szCs w:val="24"/>
        </w:rPr>
        <w:t>7</w:t>
      </w:r>
      <w:r w:rsidR="00085578">
        <w:rPr>
          <w:rFonts w:ascii="Times New Roman" w:hAnsi="Times New Roman" w:cs="Times New Roman"/>
          <w:sz w:val="24"/>
          <w:szCs w:val="24"/>
        </w:rPr>
        <w:t xml:space="preserve"> </w:t>
      </w:r>
      <w:r w:rsidR="000E720A" w:rsidRPr="005846A7">
        <w:rPr>
          <w:rFonts w:ascii="Times New Roman" w:hAnsi="Times New Roman" w:cs="Times New Roman"/>
          <w:sz w:val="24"/>
          <w:szCs w:val="24"/>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2CBFD1B4" w14:textId="111889E2" w:rsidR="00085578" w:rsidRDefault="00085578" w:rsidP="00085578">
      <w:pPr>
        <w:jc w:val="both"/>
        <w:rPr>
          <w:rFonts w:ascii="Times New Roman" w:hAnsi="Times New Roman" w:cs="Times New Roman"/>
          <w:b/>
          <w:bCs/>
          <w:sz w:val="24"/>
          <w:szCs w:val="24"/>
        </w:rPr>
      </w:pPr>
      <w:r w:rsidRPr="00085578">
        <w:rPr>
          <w:rFonts w:ascii="Times New Roman" w:hAnsi="Times New Roman" w:cs="Times New Roman"/>
          <w:b/>
          <w:bCs/>
          <w:sz w:val="24"/>
          <w:szCs w:val="24"/>
        </w:rPr>
        <w:t>5.2</w:t>
      </w:r>
      <w:r w:rsidR="007C64F6">
        <w:rPr>
          <w:rFonts w:ascii="Times New Roman" w:hAnsi="Times New Roman" w:cs="Times New Roman"/>
          <w:b/>
          <w:bCs/>
          <w:sz w:val="24"/>
          <w:szCs w:val="24"/>
        </w:rPr>
        <w:t>8</w:t>
      </w:r>
      <w:r w:rsidRPr="00085578">
        <w:rPr>
          <w:rFonts w:ascii="Times New Roman" w:hAnsi="Times New Roman" w:cs="Times New Roman"/>
          <w:b/>
          <w:bCs/>
          <w:sz w:val="24"/>
          <w:szCs w:val="24"/>
        </w:rPr>
        <w:t xml:space="preserve"> </w:t>
      </w:r>
      <w:r w:rsidR="000E720A" w:rsidRPr="00085578">
        <w:rPr>
          <w:rFonts w:ascii="Times New Roman" w:hAnsi="Times New Roman" w:cs="Times New Roman"/>
          <w:b/>
          <w:bCs/>
          <w:sz w:val="24"/>
          <w:szCs w:val="24"/>
        </w:rPr>
        <w:t>DO CONTROLE E FISCALIZAÇÃO DA EXECUÇÃO</w:t>
      </w:r>
    </w:p>
    <w:p w14:paraId="332B5178" w14:textId="279A0ACF" w:rsidR="0001698A" w:rsidRPr="00085578" w:rsidRDefault="00085578" w:rsidP="00085578">
      <w:pPr>
        <w:jc w:val="both"/>
        <w:rPr>
          <w:rFonts w:ascii="Times New Roman" w:hAnsi="Times New Roman" w:cs="Times New Roman"/>
          <w:b/>
          <w:bCs/>
          <w:sz w:val="24"/>
          <w:szCs w:val="24"/>
        </w:rPr>
      </w:pPr>
      <w:r>
        <w:rPr>
          <w:rFonts w:ascii="Times New Roman" w:hAnsi="Times New Roman" w:cs="Times New Roman"/>
          <w:b/>
          <w:bCs/>
          <w:sz w:val="24"/>
          <w:szCs w:val="24"/>
        </w:rPr>
        <w:t>5.2</w:t>
      </w:r>
      <w:r w:rsidR="007C64F6">
        <w:rPr>
          <w:rFonts w:ascii="Times New Roman" w:hAnsi="Times New Roman" w:cs="Times New Roman"/>
          <w:b/>
          <w:bCs/>
          <w:sz w:val="24"/>
          <w:szCs w:val="24"/>
        </w:rPr>
        <w:t>9</w:t>
      </w:r>
      <w:r>
        <w:rPr>
          <w:rFonts w:ascii="Times New Roman" w:hAnsi="Times New Roman" w:cs="Times New Roman"/>
          <w:b/>
          <w:bCs/>
          <w:sz w:val="24"/>
          <w:szCs w:val="24"/>
        </w:rPr>
        <w:t xml:space="preserve"> </w:t>
      </w:r>
      <w:r w:rsidR="00F47329" w:rsidRPr="005846A7">
        <w:rPr>
          <w:rFonts w:ascii="Times New Roman" w:hAnsi="Times New Roman" w:cs="Times New Roman"/>
          <w:sz w:val="24"/>
          <w:szCs w:val="24"/>
        </w:rPr>
        <w:t>S</w:t>
      </w:r>
      <w:r w:rsidR="000E720A" w:rsidRPr="005846A7">
        <w:rPr>
          <w:rFonts w:ascii="Times New Roman" w:hAnsi="Times New Roman" w:cs="Times New Roman"/>
          <w:sz w:val="24"/>
          <w:szCs w:val="24"/>
        </w:rPr>
        <w:t>erá designado representante para acompanhar e fiscalizar a entrega dos bens, anotando em registro próprio todas as ocorrências relacionadas com a execução e determinando o que for necessário à regularizaçã</w:t>
      </w:r>
      <w:r w:rsidR="00044C9E" w:rsidRPr="005846A7">
        <w:rPr>
          <w:rFonts w:ascii="Times New Roman" w:hAnsi="Times New Roman" w:cs="Times New Roman"/>
          <w:sz w:val="24"/>
          <w:szCs w:val="24"/>
        </w:rPr>
        <w:t>o</w:t>
      </w:r>
      <w:r w:rsidR="000E720A" w:rsidRPr="005846A7">
        <w:rPr>
          <w:rFonts w:ascii="Times New Roman" w:hAnsi="Times New Roman" w:cs="Times New Roman"/>
          <w:sz w:val="24"/>
          <w:szCs w:val="24"/>
        </w:rPr>
        <w:t>.</w:t>
      </w:r>
    </w:p>
    <w:p w14:paraId="03314F2E" w14:textId="2C254CAB" w:rsidR="000E720A" w:rsidRPr="005846A7" w:rsidRDefault="00085578" w:rsidP="00085578">
      <w:pPr>
        <w:jc w:val="both"/>
        <w:rPr>
          <w:rFonts w:ascii="Times New Roman" w:hAnsi="Times New Roman" w:cs="Times New Roman"/>
          <w:sz w:val="24"/>
          <w:szCs w:val="24"/>
        </w:rPr>
      </w:pPr>
      <w:r w:rsidRPr="00085578">
        <w:rPr>
          <w:rFonts w:ascii="Times New Roman" w:hAnsi="Times New Roman" w:cs="Times New Roman"/>
          <w:b/>
          <w:bCs/>
          <w:sz w:val="24"/>
          <w:szCs w:val="24"/>
        </w:rPr>
        <w:t>5.</w:t>
      </w:r>
      <w:r w:rsidR="007C64F6">
        <w:rPr>
          <w:rFonts w:ascii="Times New Roman" w:hAnsi="Times New Roman" w:cs="Times New Roman"/>
          <w:b/>
          <w:bCs/>
          <w:sz w:val="24"/>
          <w:szCs w:val="24"/>
        </w:rPr>
        <w:t>30</w:t>
      </w:r>
      <w:r>
        <w:rPr>
          <w:rFonts w:ascii="Times New Roman" w:hAnsi="Times New Roman" w:cs="Times New Roman"/>
          <w:sz w:val="24"/>
          <w:szCs w:val="24"/>
        </w:rPr>
        <w:t xml:space="preserve"> </w:t>
      </w:r>
      <w:r w:rsidR="000E720A" w:rsidRPr="005846A7">
        <w:rPr>
          <w:rFonts w:ascii="Times New Roman" w:hAnsi="Times New Roman" w:cs="Times New Roman"/>
          <w:sz w:val="24"/>
          <w:szCs w:val="24"/>
        </w:rPr>
        <w:t xml:space="preserve">A fiscalização de que trata este item não exclui nem reduz a responsabilidade da Contratada, inclusive perante terceiros, por qualquer irregularidade, ainda que resultante de imperfeições técnicas ou vícios </w:t>
      </w:r>
      <w:r w:rsidR="000E720A" w:rsidRPr="005846A7">
        <w:rPr>
          <w:rFonts w:ascii="Times New Roman" w:hAnsi="Times New Roman" w:cs="Times New Roman"/>
          <w:sz w:val="24"/>
          <w:szCs w:val="24"/>
        </w:rPr>
        <w:lastRenderedPageBreak/>
        <w:t>redibitórios, e, na ocorrência desta, não implica em corresponsabilidade da Administração ou de seus agentes e preposto</w:t>
      </w:r>
      <w:r w:rsidR="00044C9E" w:rsidRPr="005846A7">
        <w:rPr>
          <w:rFonts w:ascii="Times New Roman" w:hAnsi="Times New Roman" w:cs="Times New Roman"/>
          <w:sz w:val="24"/>
          <w:szCs w:val="24"/>
        </w:rPr>
        <w:t>s.</w:t>
      </w:r>
    </w:p>
    <w:p w14:paraId="79410E97" w14:textId="131AE311" w:rsidR="008A21C6" w:rsidRPr="005846A7" w:rsidRDefault="00085578" w:rsidP="00085578">
      <w:pPr>
        <w:jc w:val="both"/>
        <w:rPr>
          <w:rFonts w:ascii="Times New Roman" w:hAnsi="Times New Roman" w:cs="Times New Roman"/>
          <w:sz w:val="24"/>
          <w:szCs w:val="24"/>
        </w:rPr>
      </w:pPr>
      <w:r w:rsidRPr="00085578">
        <w:rPr>
          <w:rFonts w:ascii="Times New Roman" w:hAnsi="Times New Roman" w:cs="Times New Roman"/>
          <w:b/>
          <w:bCs/>
          <w:sz w:val="24"/>
          <w:szCs w:val="24"/>
        </w:rPr>
        <w:t>5.</w:t>
      </w:r>
      <w:r w:rsidR="007C64F6">
        <w:rPr>
          <w:rFonts w:ascii="Times New Roman" w:hAnsi="Times New Roman" w:cs="Times New Roman"/>
          <w:b/>
          <w:bCs/>
          <w:sz w:val="24"/>
          <w:szCs w:val="24"/>
        </w:rPr>
        <w:t>31</w:t>
      </w:r>
      <w:r>
        <w:rPr>
          <w:rFonts w:ascii="Times New Roman" w:hAnsi="Times New Roman" w:cs="Times New Roman"/>
          <w:sz w:val="24"/>
          <w:szCs w:val="24"/>
        </w:rPr>
        <w:t xml:space="preserve"> </w:t>
      </w:r>
      <w:r w:rsidR="000E720A" w:rsidRPr="005846A7">
        <w:rPr>
          <w:rFonts w:ascii="Times New Roman" w:hAnsi="Times New Roman" w:cs="Times New Roman"/>
          <w:sz w:val="24"/>
          <w:szCs w:val="24"/>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531F81" w:rsidRPr="006D371C" w14:paraId="2E730D27" w14:textId="77777777" w:rsidTr="00F6516F">
        <w:trPr>
          <w:trHeight w:val="113"/>
        </w:trPr>
        <w:tc>
          <w:tcPr>
            <w:tcW w:w="5000" w:type="pct"/>
            <w:shd w:val="clear" w:color="auto" w:fill="B4C6E7" w:themeFill="accent1" w:themeFillTint="66"/>
          </w:tcPr>
          <w:p w14:paraId="1D750CA6" w14:textId="73DE40D6" w:rsidR="00531F81" w:rsidRPr="00E41988" w:rsidRDefault="00531F81" w:rsidP="00F6516F">
            <w:pPr>
              <w:pStyle w:val="Ttulo1"/>
              <w:tabs>
                <w:tab w:val="left" w:pos="1280"/>
                <w:tab w:val="left" w:pos="1281"/>
              </w:tabs>
              <w:spacing w:before="0" w:line="360" w:lineRule="auto"/>
              <w:jc w:val="center"/>
              <w:rPr>
                <w:rFonts w:ascii="Times New Roman" w:hAnsi="Times New Roman" w:cs="Times New Roman"/>
                <w:b/>
                <w:spacing w:val="6"/>
                <w:sz w:val="24"/>
                <w:szCs w:val="24"/>
              </w:rPr>
            </w:pPr>
            <w:r>
              <w:rPr>
                <w:rFonts w:ascii="Times New Roman" w:hAnsi="Times New Roman" w:cs="Times New Roman"/>
                <w:b/>
                <w:color w:val="auto"/>
                <w:spacing w:val="6"/>
                <w:sz w:val="24"/>
                <w:szCs w:val="24"/>
              </w:rPr>
              <w:t>VI</w:t>
            </w:r>
            <w:r w:rsidRPr="00E41988">
              <w:rPr>
                <w:rFonts w:ascii="Times New Roman" w:hAnsi="Times New Roman" w:cs="Times New Roman"/>
                <w:b/>
                <w:color w:val="auto"/>
                <w:spacing w:val="6"/>
                <w:sz w:val="24"/>
                <w:szCs w:val="24"/>
              </w:rPr>
              <w:t xml:space="preserve">– </w:t>
            </w:r>
            <w:r>
              <w:rPr>
                <w:rFonts w:ascii="Times New Roman" w:hAnsi="Times New Roman" w:cs="Times New Roman"/>
                <w:b/>
                <w:color w:val="auto"/>
                <w:spacing w:val="6"/>
                <w:sz w:val="24"/>
                <w:szCs w:val="24"/>
              </w:rPr>
              <w:t xml:space="preserve">CRITÉRIO DE MEDIAÇÃO E PAGAMENTO </w:t>
            </w:r>
            <w:r w:rsidRPr="00E41988">
              <w:rPr>
                <w:rFonts w:ascii="Times New Roman" w:hAnsi="Times New Roman" w:cs="Times New Roman"/>
                <w:b/>
                <w:color w:val="auto"/>
                <w:spacing w:val="6"/>
                <w:sz w:val="24"/>
                <w:szCs w:val="24"/>
              </w:rPr>
              <w:t xml:space="preserve">–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w:t>
            </w:r>
            <w:r>
              <w:rPr>
                <w:rFonts w:ascii="Times New Roman" w:hAnsi="Times New Roman" w:cs="Times New Roman"/>
                <w:b/>
                <w:i/>
                <w:color w:val="auto"/>
                <w:spacing w:val="6"/>
                <w:sz w:val="24"/>
                <w:szCs w:val="24"/>
              </w:rPr>
              <w:t>g</w:t>
            </w:r>
            <w:r w:rsidRPr="00E41988">
              <w:rPr>
                <w:rFonts w:ascii="Times New Roman" w:hAnsi="Times New Roman" w:cs="Times New Roman"/>
                <w:b/>
                <w:i/>
                <w:color w:val="auto"/>
                <w:spacing w:val="6"/>
                <w:sz w:val="24"/>
                <w:szCs w:val="24"/>
              </w:rPr>
              <w:t>:</w:t>
            </w:r>
          </w:p>
        </w:tc>
      </w:tr>
    </w:tbl>
    <w:p w14:paraId="1E0BA5FC" w14:textId="77777777" w:rsidR="00085578" w:rsidRDefault="00085578" w:rsidP="00085578">
      <w:pPr>
        <w:jc w:val="both"/>
        <w:rPr>
          <w:rFonts w:ascii="Times New Roman" w:hAnsi="Times New Roman" w:cs="Times New Roman"/>
          <w:sz w:val="24"/>
          <w:szCs w:val="24"/>
        </w:rPr>
      </w:pPr>
    </w:p>
    <w:p w14:paraId="05D3B875" w14:textId="17269D07" w:rsidR="00531F81" w:rsidRPr="00085578" w:rsidRDefault="00085578" w:rsidP="00085578">
      <w:pPr>
        <w:jc w:val="both"/>
        <w:rPr>
          <w:rFonts w:ascii="Times New Roman" w:hAnsi="Times New Roman" w:cs="Times New Roman"/>
          <w:sz w:val="24"/>
          <w:szCs w:val="24"/>
        </w:rPr>
      </w:pPr>
      <w:r w:rsidRPr="00085578">
        <w:rPr>
          <w:rFonts w:ascii="Times New Roman" w:hAnsi="Times New Roman" w:cs="Times New Roman"/>
          <w:b/>
          <w:bCs/>
          <w:sz w:val="24"/>
          <w:szCs w:val="24"/>
        </w:rPr>
        <w:t>6.1</w:t>
      </w:r>
      <w:r>
        <w:rPr>
          <w:rFonts w:ascii="Times New Roman" w:hAnsi="Times New Roman" w:cs="Times New Roman"/>
          <w:sz w:val="24"/>
          <w:szCs w:val="24"/>
        </w:rPr>
        <w:t xml:space="preserve"> </w:t>
      </w:r>
      <w:r w:rsidR="00531F81" w:rsidRPr="00085578">
        <w:rPr>
          <w:rFonts w:ascii="Times New Roman" w:hAnsi="Times New Roman" w:cs="Times New Roman"/>
          <w:sz w:val="24"/>
          <w:szCs w:val="24"/>
        </w:rPr>
        <w:t xml:space="preserve">O pagamento será realizado no prazo máximo de até </w:t>
      </w:r>
      <w:r w:rsidR="00531F81" w:rsidRPr="00085578">
        <w:rPr>
          <w:rFonts w:ascii="Times New Roman" w:hAnsi="Times New Roman" w:cs="Times New Roman"/>
          <w:b/>
          <w:bCs/>
          <w:sz w:val="24"/>
          <w:szCs w:val="24"/>
        </w:rPr>
        <w:t>30 (trinta) dias, contados a partir do recebimento dos produtos/serviços com apresentação da Nota Fiscal ou Fatura</w:t>
      </w:r>
      <w:r w:rsidR="00531F81" w:rsidRPr="00085578">
        <w:rPr>
          <w:rFonts w:ascii="Times New Roman" w:hAnsi="Times New Roman" w:cs="Times New Roman"/>
          <w:sz w:val="24"/>
          <w:szCs w:val="24"/>
        </w:rPr>
        <w:t>, através de ordem bancária, para crédito em banco, agência e conta corrente indicados pelo contratado.</w:t>
      </w:r>
    </w:p>
    <w:p w14:paraId="3B710456" w14:textId="00F8A0E0" w:rsidR="000E720A" w:rsidRPr="00085578" w:rsidRDefault="00085578" w:rsidP="00085578">
      <w:pPr>
        <w:jc w:val="both"/>
        <w:rPr>
          <w:rFonts w:ascii="Times New Roman" w:hAnsi="Times New Roman" w:cs="Times New Roman"/>
          <w:sz w:val="24"/>
          <w:szCs w:val="24"/>
        </w:rPr>
      </w:pPr>
      <w:r w:rsidRPr="00085578">
        <w:rPr>
          <w:rFonts w:ascii="Times New Roman" w:hAnsi="Times New Roman" w:cs="Times New Roman"/>
          <w:b/>
          <w:bCs/>
          <w:color w:val="000000"/>
          <w:sz w:val="24"/>
          <w:szCs w:val="24"/>
        </w:rPr>
        <w:t>6.2</w:t>
      </w:r>
      <w:r w:rsidR="00663AED" w:rsidRPr="00085578">
        <w:rPr>
          <w:rFonts w:ascii="Times New Roman" w:hAnsi="Times New Roman" w:cs="Times New Roman"/>
          <w:color w:val="000000"/>
          <w:sz w:val="24"/>
          <w:szCs w:val="24"/>
        </w:rPr>
        <w:t xml:space="preserve"> </w:t>
      </w:r>
      <w:r w:rsidR="000E720A" w:rsidRPr="00085578">
        <w:rPr>
          <w:rFonts w:ascii="Times New Roman" w:hAnsi="Times New Roman" w:cs="Times New Roman"/>
          <w:color w:val="000000"/>
          <w:sz w:val="24"/>
          <w:szCs w:val="24"/>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79C01CB3" w14:textId="708A48FD" w:rsidR="000E720A" w:rsidRPr="00085578" w:rsidRDefault="00085578" w:rsidP="00085578">
      <w:pPr>
        <w:jc w:val="both"/>
        <w:rPr>
          <w:rFonts w:ascii="Times New Roman" w:hAnsi="Times New Roman" w:cs="Times New Roman"/>
          <w:sz w:val="24"/>
          <w:szCs w:val="24"/>
        </w:rPr>
      </w:pPr>
      <w:r w:rsidRPr="00085578">
        <w:rPr>
          <w:rFonts w:ascii="Times New Roman" w:hAnsi="Times New Roman" w:cs="Times New Roman"/>
          <w:b/>
          <w:bCs/>
          <w:sz w:val="24"/>
          <w:szCs w:val="24"/>
        </w:rPr>
        <w:t>6.3</w:t>
      </w:r>
      <w:r>
        <w:rPr>
          <w:rFonts w:ascii="Times New Roman" w:hAnsi="Times New Roman" w:cs="Times New Roman"/>
          <w:sz w:val="24"/>
          <w:szCs w:val="24"/>
        </w:rPr>
        <w:t xml:space="preserve"> </w:t>
      </w:r>
      <w:r w:rsidR="000E720A" w:rsidRPr="00085578">
        <w:rPr>
          <w:rFonts w:ascii="Times New Roman" w:hAnsi="Times New Roman" w:cs="Times New Roman"/>
          <w:sz w:val="24"/>
          <w:szCs w:val="24"/>
        </w:rPr>
        <w:t>Será considerada data do pagamento o dia em que constar como emitida a ordem bancária para pagamento.</w:t>
      </w:r>
    </w:p>
    <w:p w14:paraId="5A19E77A" w14:textId="2951BFC4" w:rsidR="000E720A" w:rsidRPr="00085578" w:rsidRDefault="00085578" w:rsidP="00085578">
      <w:pPr>
        <w:jc w:val="both"/>
        <w:rPr>
          <w:rFonts w:ascii="Times New Roman" w:hAnsi="Times New Roman" w:cs="Times New Roman"/>
          <w:sz w:val="24"/>
          <w:szCs w:val="24"/>
        </w:rPr>
      </w:pPr>
      <w:r w:rsidRPr="00085578">
        <w:rPr>
          <w:rFonts w:ascii="Times New Roman" w:hAnsi="Times New Roman" w:cs="Times New Roman"/>
          <w:b/>
          <w:bCs/>
          <w:sz w:val="24"/>
          <w:szCs w:val="24"/>
        </w:rPr>
        <w:t>6.4</w:t>
      </w:r>
      <w:r>
        <w:rPr>
          <w:rFonts w:ascii="Times New Roman" w:hAnsi="Times New Roman" w:cs="Times New Roman"/>
          <w:sz w:val="24"/>
          <w:szCs w:val="24"/>
        </w:rPr>
        <w:t xml:space="preserve"> </w:t>
      </w:r>
      <w:r w:rsidR="000E720A" w:rsidRPr="00085578">
        <w:rPr>
          <w:rFonts w:ascii="Times New Roman" w:hAnsi="Times New Roman" w:cs="Times New Roman"/>
          <w:sz w:val="24"/>
          <w:szCs w:val="24"/>
        </w:rPr>
        <w:t>Antes de cada pagamento à contratada, será realizada consulta para verificar a manutenção das condições de habilitação exigidas no edital.</w:t>
      </w:r>
    </w:p>
    <w:p w14:paraId="2E9A3BED" w14:textId="77777777" w:rsidR="00A90885" w:rsidRDefault="00085578" w:rsidP="00085578">
      <w:pPr>
        <w:jc w:val="both"/>
        <w:rPr>
          <w:rFonts w:ascii="Times New Roman" w:hAnsi="Times New Roman" w:cs="Times New Roman"/>
          <w:sz w:val="24"/>
          <w:szCs w:val="24"/>
        </w:rPr>
      </w:pPr>
      <w:r w:rsidRPr="00085578">
        <w:rPr>
          <w:rFonts w:ascii="Times New Roman" w:hAnsi="Times New Roman" w:cs="Times New Roman"/>
          <w:b/>
          <w:bCs/>
          <w:sz w:val="24"/>
          <w:szCs w:val="24"/>
        </w:rPr>
        <w:t>6.5</w:t>
      </w:r>
      <w:r>
        <w:rPr>
          <w:rFonts w:ascii="Times New Roman" w:hAnsi="Times New Roman" w:cs="Times New Roman"/>
          <w:sz w:val="24"/>
          <w:szCs w:val="24"/>
        </w:rPr>
        <w:t xml:space="preserve"> </w:t>
      </w:r>
      <w:r w:rsidR="000E720A" w:rsidRPr="00085578">
        <w:rPr>
          <w:rFonts w:ascii="Times New Roman" w:hAnsi="Times New Roman" w:cs="Times New Roman"/>
          <w:sz w:val="24"/>
          <w:szCs w:val="24"/>
        </w:rPr>
        <w:t xml:space="preserve">Constatando-se, a situação de irregularidade da contratada, será providenciada sua notificação, por escrito, para que, no prazo de 5 (cinco) dias úteis, regularize sua situação ou, no mesmo prazo, apresente sua defesa. </w:t>
      </w:r>
    </w:p>
    <w:p w14:paraId="2ED21541" w14:textId="6DF9B675" w:rsidR="000E720A" w:rsidRPr="00085578" w:rsidRDefault="00085578" w:rsidP="00085578">
      <w:pPr>
        <w:jc w:val="both"/>
        <w:rPr>
          <w:rFonts w:ascii="Times New Roman" w:hAnsi="Times New Roman" w:cs="Times New Roman"/>
          <w:sz w:val="24"/>
          <w:szCs w:val="24"/>
        </w:rPr>
      </w:pPr>
      <w:r w:rsidRPr="00085578">
        <w:rPr>
          <w:rFonts w:ascii="Times New Roman" w:hAnsi="Times New Roman" w:cs="Times New Roman"/>
          <w:b/>
          <w:bCs/>
          <w:sz w:val="24"/>
          <w:szCs w:val="24"/>
        </w:rPr>
        <w:t>6.6</w:t>
      </w:r>
      <w:r>
        <w:rPr>
          <w:rFonts w:ascii="Times New Roman" w:hAnsi="Times New Roman" w:cs="Times New Roman"/>
          <w:sz w:val="24"/>
          <w:szCs w:val="24"/>
        </w:rPr>
        <w:t xml:space="preserve"> </w:t>
      </w:r>
      <w:r w:rsidR="000E720A" w:rsidRPr="00085578">
        <w:rPr>
          <w:rFonts w:ascii="Times New Roman" w:hAnsi="Times New Roman" w:cs="Times New Roman"/>
          <w:sz w:val="24"/>
          <w:szCs w:val="24"/>
        </w:rPr>
        <w:t>O prazo poderá ser prorrogado uma vez, por igual período, a critério da contratante.</w:t>
      </w:r>
    </w:p>
    <w:p w14:paraId="4C862199" w14:textId="4ECDF2D9" w:rsidR="000E720A" w:rsidRPr="00085578" w:rsidRDefault="00085578" w:rsidP="00085578">
      <w:pPr>
        <w:jc w:val="both"/>
        <w:rPr>
          <w:rFonts w:ascii="Times New Roman" w:hAnsi="Times New Roman" w:cs="Times New Roman"/>
          <w:color w:val="000000"/>
          <w:sz w:val="24"/>
          <w:szCs w:val="24"/>
        </w:rPr>
      </w:pPr>
      <w:r w:rsidRPr="00085578">
        <w:rPr>
          <w:rFonts w:ascii="Times New Roman" w:hAnsi="Times New Roman" w:cs="Times New Roman"/>
          <w:b/>
          <w:bCs/>
          <w:color w:val="000000"/>
          <w:sz w:val="24"/>
          <w:szCs w:val="24"/>
        </w:rPr>
        <w:t>6.7</w:t>
      </w:r>
      <w:r>
        <w:rPr>
          <w:rFonts w:ascii="Times New Roman" w:hAnsi="Times New Roman" w:cs="Times New Roman"/>
          <w:color w:val="000000"/>
          <w:sz w:val="24"/>
          <w:szCs w:val="24"/>
        </w:rPr>
        <w:t xml:space="preserve"> </w:t>
      </w:r>
      <w:r w:rsidR="000E720A" w:rsidRPr="00085578">
        <w:rPr>
          <w:rFonts w:ascii="Times New Roman" w:hAnsi="Times New Roman" w:cs="Times New Roman"/>
          <w:color w:val="000000"/>
          <w:sz w:val="24"/>
          <w:szCs w:val="24"/>
        </w:rPr>
        <w:t>Quando do pagamento, será efetuada a retenção tributária prevista na legislação aplicável.</w:t>
      </w:r>
    </w:p>
    <w:p w14:paraId="50C3D342" w14:textId="241A5B3D" w:rsidR="000E720A" w:rsidRPr="00085578" w:rsidRDefault="00085578" w:rsidP="00085578">
      <w:pPr>
        <w:jc w:val="both"/>
        <w:rPr>
          <w:rFonts w:ascii="Times New Roman" w:hAnsi="Times New Roman" w:cs="Times New Roman"/>
          <w:color w:val="000000"/>
          <w:sz w:val="24"/>
          <w:szCs w:val="24"/>
        </w:rPr>
      </w:pPr>
      <w:r w:rsidRPr="00085578">
        <w:rPr>
          <w:rFonts w:ascii="Times New Roman" w:hAnsi="Times New Roman" w:cs="Times New Roman"/>
          <w:b/>
          <w:bCs/>
          <w:color w:val="000000"/>
          <w:sz w:val="24"/>
          <w:szCs w:val="24"/>
        </w:rPr>
        <w:t>6.8</w:t>
      </w:r>
      <w:r w:rsidR="007B03DE" w:rsidRPr="00085578">
        <w:rPr>
          <w:rFonts w:ascii="Times New Roman" w:hAnsi="Times New Roman" w:cs="Times New Roman"/>
          <w:color w:val="000000"/>
          <w:sz w:val="24"/>
          <w:szCs w:val="24"/>
        </w:rPr>
        <w:t xml:space="preserve"> </w:t>
      </w:r>
      <w:r w:rsidR="000E720A" w:rsidRPr="00085578">
        <w:rPr>
          <w:rFonts w:ascii="Times New Roman" w:hAnsi="Times New Roman" w:cs="Times New Roman"/>
          <w:color w:val="000000"/>
          <w:sz w:val="24"/>
          <w:szCs w:val="24"/>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38C5B4E" w14:textId="42E9D034" w:rsidR="000E720A" w:rsidRPr="00085578" w:rsidRDefault="00085578" w:rsidP="00085578">
      <w:pPr>
        <w:jc w:val="both"/>
        <w:rPr>
          <w:rFonts w:ascii="Times New Roman" w:hAnsi="Times New Roman" w:cs="Times New Roman"/>
          <w:color w:val="000000"/>
          <w:sz w:val="24"/>
          <w:szCs w:val="24"/>
        </w:rPr>
      </w:pPr>
      <w:r w:rsidRPr="00085578">
        <w:rPr>
          <w:rFonts w:ascii="Times New Roman" w:hAnsi="Times New Roman" w:cs="Times New Roman"/>
          <w:b/>
          <w:bCs/>
          <w:sz w:val="24"/>
          <w:szCs w:val="24"/>
        </w:rPr>
        <w:t>6.9</w:t>
      </w:r>
      <w:r>
        <w:rPr>
          <w:rFonts w:ascii="Times New Roman" w:hAnsi="Times New Roman" w:cs="Times New Roman"/>
          <w:sz w:val="24"/>
          <w:szCs w:val="24"/>
        </w:rPr>
        <w:t xml:space="preserve"> </w:t>
      </w:r>
      <w:r w:rsidR="000E720A" w:rsidRPr="00085578">
        <w:rPr>
          <w:rFonts w:ascii="Times New Roman" w:hAnsi="Times New Roman" w:cs="Times New Roman"/>
          <w:sz w:val="24"/>
          <w:szCs w:val="24"/>
        </w:rPr>
        <w:t>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sidR="000E720A" w:rsidRPr="00085578">
        <w:rPr>
          <w:rFonts w:ascii="Times New Roman" w:hAnsi="Times New Roman" w:cs="Times New Roman"/>
          <w:color w:val="000000"/>
          <w:sz w:val="24"/>
          <w:szCs w:val="24"/>
        </w:rPr>
        <w:t>:</w:t>
      </w:r>
    </w:p>
    <w:p w14:paraId="3A976806" w14:textId="77777777" w:rsidR="000E720A" w:rsidRPr="00085578" w:rsidRDefault="000E720A" w:rsidP="00085578">
      <w:pPr>
        <w:jc w:val="both"/>
        <w:rPr>
          <w:rFonts w:ascii="Times New Roman" w:hAnsi="Times New Roman" w:cs="Times New Roman"/>
          <w:color w:val="000000"/>
          <w:sz w:val="24"/>
          <w:szCs w:val="24"/>
        </w:rPr>
      </w:pPr>
      <w:r w:rsidRPr="00085578">
        <w:rPr>
          <w:rFonts w:ascii="Times New Roman" w:hAnsi="Times New Roman" w:cs="Times New Roman"/>
          <w:color w:val="000000"/>
          <w:sz w:val="24"/>
          <w:szCs w:val="24"/>
        </w:rPr>
        <w:t>EM = I x N x VP, sendo:</w:t>
      </w:r>
    </w:p>
    <w:p w14:paraId="5D7E79DB" w14:textId="77777777" w:rsidR="000E720A" w:rsidRPr="00085578" w:rsidRDefault="000E720A" w:rsidP="00085578">
      <w:pPr>
        <w:jc w:val="both"/>
        <w:rPr>
          <w:rFonts w:ascii="Times New Roman" w:hAnsi="Times New Roman" w:cs="Times New Roman"/>
          <w:snapToGrid w:val="0"/>
          <w:color w:val="000000"/>
          <w:sz w:val="24"/>
          <w:szCs w:val="24"/>
        </w:rPr>
      </w:pPr>
      <w:r w:rsidRPr="00085578">
        <w:rPr>
          <w:rFonts w:ascii="Times New Roman" w:hAnsi="Times New Roman" w:cs="Times New Roman"/>
          <w:snapToGrid w:val="0"/>
          <w:color w:val="000000"/>
          <w:sz w:val="24"/>
          <w:szCs w:val="24"/>
        </w:rPr>
        <w:t>EM = Encargos moratórios;</w:t>
      </w:r>
    </w:p>
    <w:p w14:paraId="5815B1EE" w14:textId="77777777" w:rsidR="000E720A" w:rsidRPr="00085578" w:rsidRDefault="000E720A" w:rsidP="00085578">
      <w:pPr>
        <w:jc w:val="both"/>
        <w:rPr>
          <w:rFonts w:ascii="Times New Roman" w:hAnsi="Times New Roman" w:cs="Times New Roman"/>
          <w:color w:val="000000"/>
          <w:sz w:val="24"/>
          <w:szCs w:val="24"/>
        </w:rPr>
      </w:pPr>
      <w:r w:rsidRPr="00085578">
        <w:rPr>
          <w:rFonts w:ascii="Times New Roman" w:hAnsi="Times New Roman" w:cs="Times New Roman"/>
          <w:color w:val="000000"/>
          <w:sz w:val="24"/>
          <w:szCs w:val="24"/>
        </w:rPr>
        <w:lastRenderedPageBreak/>
        <w:t>N = Número de dias entre a data prevista para o pagamento e a do efetivo pagamento;</w:t>
      </w:r>
    </w:p>
    <w:p w14:paraId="5357DC77" w14:textId="77777777" w:rsidR="000E720A" w:rsidRPr="00085578" w:rsidRDefault="000E720A" w:rsidP="00085578">
      <w:pPr>
        <w:jc w:val="both"/>
        <w:rPr>
          <w:rFonts w:ascii="Times New Roman" w:hAnsi="Times New Roman" w:cs="Times New Roman"/>
          <w:color w:val="000000"/>
          <w:sz w:val="24"/>
          <w:szCs w:val="24"/>
        </w:rPr>
      </w:pPr>
      <w:r w:rsidRPr="00085578">
        <w:rPr>
          <w:rFonts w:ascii="Times New Roman" w:hAnsi="Times New Roman" w:cs="Times New Roman"/>
          <w:color w:val="000000"/>
          <w:sz w:val="24"/>
          <w:szCs w:val="24"/>
        </w:rPr>
        <w:t>VP = Valor da parcela a ser paga.</w:t>
      </w:r>
    </w:p>
    <w:p w14:paraId="6CB1955F" w14:textId="77777777" w:rsidR="000E720A" w:rsidRPr="00085578" w:rsidRDefault="000E720A" w:rsidP="00085578">
      <w:pPr>
        <w:jc w:val="both"/>
        <w:rPr>
          <w:rFonts w:ascii="Times New Roman" w:hAnsi="Times New Roman" w:cs="Times New Roman"/>
          <w:color w:val="000000"/>
          <w:sz w:val="24"/>
          <w:szCs w:val="24"/>
        </w:rPr>
      </w:pPr>
      <w:r w:rsidRPr="00085578">
        <w:rPr>
          <w:rFonts w:ascii="Times New Roman" w:hAnsi="Times New Roman" w:cs="Times New Roman"/>
          <w:snapToGrid w:val="0"/>
          <w:color w:val="000000"/>
          <w:sz w:val="24"/>
          <w:szCs w:val="24"/>
        </w:rPr>
        <w:t xml:space="preserve">I = Índice de compensação financeira = </w:t>
      </w:r>
      <w:r w:rsidRPr="00085578">
        <w:rPr>
          <w:rFonts w:ascii="Times New Roman" w:hAnsi="Times New Roman" w:cs="Times New Roman"/>
          <w:color w:val="000000"/>
          <w:sz w:val="24"/>
          <w:szCs w:val="24"/>
        </w:rPr>
        <w:t>0,00016438, assim apurado:</w:t>
      </w:r>
    </w:p>
    <w:p w14:paraId="5399A60E" w14:textId="77777777" w:rsidR="00E543EC" w:rsidRPr="00085578" w:rsidRDefault="00E543EC" w:rsidP="00085578">
      <w:pPr>
        <w:jc w:val="both"/>
        <w:rPr>
          <w:rFonts w:ascii="Times New Roman" w:hAnsi="Times New Roman" w:cs="Times New Roman"/>
          <w:color w:val="000000"/>
          <w:sz w:val="24"/>
          <w:szCs w:val="24"/>
        </w:rPr>
      </w:pPr>
    </w:p>
    <w:tbl>
      <w:tblPr>
        <w:tblStyle w:val="Tabelacomgrade"/>
        <w:tblW w:w="5000" w:type="pct"/>
        <w:tblLook w:val="04A0" w:firstRow="1" w:lastRow="0" w:firstColumn="1" w:lastColumn="0" w:noHBand="0" w:noVBand="1"/>
      </w:tblPr>
      <w:tblGrid>
        <w:gridCol w:w="2613"/>
        <w:gridCol w:w="693"/>
        <w:gridCol w:w="1515"/>
        <w:gridCol w:w="5645"/>
      </w:tblGrid>
      <w:tr w:rsidR="00E543EC" w:rsidRPr="00085578" w14:paraId="05E8C036" w14:textId="77777777" w:rsidTr="00E543EC">
        <w:trPr>
          <w:trHeight w:val="363"/>
        </w:trPr>
        <w:tc>
          <w:tcPr>
            <w:tcW w:w="1248" w:type="pct"/>
            <w:vMerge w:val="restart"/>
            <w:tcBorders>
              <w:top w:val="nil"/>
              <w:left w:val="nil"/>
              <w:bottom w:val="nil"/>
              <w:right w:val="nil"/>
            </w:tcBorders>
            <w:vAlign w:val="center"/>
          </w:tcPr>
          <w:p w14:paraId="73BC5D09" w14:textId="77777777" w:rsidR="00E543EC" w:rsidRPr="00085578" w:rsidRDefault="00E543EC" w:rsidP="00085578">
            <w:pPr>
              <w:jc w:val="both"/>
              <w:rPr>
                <w:rFonts w:ascii="Times New Roman" w:hAnsi="Times New Roman" w:cs="Times New Roman"/>
                <w:color w:val="000000"/>
                <w:sz w:val="24"/>
                <w:szCs w:val="24"/>
              </w:rPr>
            </w:pPr>
            <w:r w:rsidRPr="00085578">
              <w:rPr>
                <w:rFonts w:ascii="Times New Roman" w:hAnsi="Times New Roman" w:cs="Times New Roman"/>
                <w:color w:val="000000"/>
                <w:sz w:val="24"/>
                <w:szCs w:val="24"/>
              </w:rPr>
              <w:t>I = (TX)</w:t>
            </w:r>
          </w:p>
        </w:tc>
        <w:tc>
          <w:tcPr>
            <w:tcW w:w="331" w:type="pct"/>
            <w:vMerge w:val="restart"/>
            <w:tcBorders>
              <w:top w:val="nil"/>
              <w:left w:val="nil"/>
              <w:bottom w:val="nil"/>
              <w:right w:val="nil"/>
            </w:tcBorders>
            <w:vAlign w:val="center"/>
          </w:tcPr>
          <w:p w14:paraId="1C4A2878" w14:textId="3E25D9AD" w:rsidR="00E543EC" w:rsidRPr="00085578" w:rsidRDefault="00E543EC" w:rsidP="00085578">
            <w:pPr>
              <w:jc w:val="both"/>
              <w:rPr>
                <w:rFonts w:ascii="Times New Roman" w:hAnsi="Times New Roman" w:cs="Times New Roman"/>
                <w:color w:val="000000"/>
                <w:sz w:val="24"/>
                <w:szCs w:val="24"/>
              </w:rPr>
            </w:pPr>
            <w:r w:rsidRPr="00085578">
              <w:rPr>
                <w:rFonts w:ascii="Times New Roman" w:hAnsi="Times New Roman" w:cs="Times New Roman"/>
                <w:color w:val="000000"/>
                <w:sz w:val="24"/>
                <w:szCs w:val="24"/>
              </w:rPr>
              <w:t>I =</w:t>
            </w:r>
          </w:p>
        </w:tc>
        <w:tc>
          <w:tcPr>
            <w:tcW w:w="724" w:type="pct"/>
            <w:tcBorders>
              <w:top w:val="nil"/>
              <w:left w:val="nil"/>
              <w:bottom w:val="single" w:sz="4" w:space="0" w:color="auto"/>
              <w:right w:val="nil"/>
            </w:tcBorders>
          </w:tcPr>
          <w:p w14:paraId="63FF435B" w14:textId="2FE3145C" w:rsidR="00E543EC" w:rsidRPr="00085578" w:rsidRDefault="00E543EC" w:rsidP="00085578">
            <w:pPr>
              <w:jc w:val="both"/>
              <w:rPr>
                <w:rFonts w:ascii="Times New Roman" w:hAnsi="Times New Roman" w:cs="Times New Roman"/>
                <w:color w:val="000000"/>
                <w:sz w:val="24"/>
                <w:szCs w:val="24"/>
              </w:rPr>
            </w:pPr>
            <w:r w:rsidRPr="00085578">
              <w:rPr>
                <w:rFonts w:ascii="Times New Roman" w:hAnsi="Times New Roman" w:cs="Times New Roman"/>
                <w:color w:val="000000"/>
                <w:sz w:val="24"/>
                <w:szCs w:val="24"/>
              </w:rPr>
              <w:t>(6/100)</w:t>
            </w:r>
          </w:p>
        </w:tc>
        <w:tc>
          <w:tcPr>
            <w:tcW w:w="2697" w:type="pct"/>
            <w:vMerge w:val="restart"/>
            <w:tcBorders>
              <w:top w:val="nil"/>
              <w:left w:val="nil"/>
              <w:bottom w:val="nil"/>
              <w:right w:val="nil"/>
            </w:tcBorders>
          </w:tcPr>
          <w:p w14:paraId="52C7EA00" w14:textId="77777777" w:rsidR="00E543EC" w:rsidRPr="00085578" w:rsidRDefault="00E543EC" w:rsidP="00085578">
            <w:pPr>
              <w:jc w:val="both"/>
              <w:rPr>
                <w:rFonts w:ascii="Times New Roman" w:hAnsi="Times New Roman" w:cs="Times New Roman"/>
                <w:color w:val="000000"/>
                <w:sz w:val="24"/>
                <w:szCs w:val="24"/>
              </w:rPr>
            </w:pPr>
            <w:r w:rsidRPr="00085578">
              <w:rPr>
                <w:rFonts w:ascii="Times New Roman" w:hAnsi="Times New Roman" w:cs="Times New Roman"/>
                <w:color w:val="000000"/>
                <w:sz w:val="24"/>
                <w:szCs w:val="24"/>
              </w:rPr>
              <w:t>I = 0,00016438</w:t>
            </w:r>
          </w:p>
          <w:p w14:paraId="5A68EA13" w14:textId="77777777" w:rsidR="00E543EC" w:rsidRPr="00085578" w:rsidRDefault="00E543EC" w:rsidP="00085578">
            <w:pPr>
              <w:jc w:val="both"/>
              <w:rPr>
                <w:rFonts w:ascii="Times New Roman" w:hAnsi="Times New Roman" w:cs="Times New Roman"/>
                <w:color w:val="000000"/>
                <w:sz w:val="24"/>
                <w:szCs w:val="24"/>
              </w:rPr>
            </w:pPr>
            <w:r w:rsidRPr="00085578">
              <w:rPr>
                <w:rFonts w:ascii="Times New Roman" w:hAnsi="Times New Roman" w:cs="Times New Roman"/>
                <w:color w:val="000000"/>
                <w:sz w:val="24"/>
                <w:szCs w:val="24"/>
              </w:rPr>
              <w:t>TX = Percentual da taxa anual = 6%</w:t>
            </w:r>
          </w:p>
        </w:tc>
      </w:tr>
      <w:tr w:rsidR="00E543EC" w:rsidRPr="00085578" w14:paraId="6A44AE1B" w14:textId="77777777" w:rsidTr="00E543EC">
        <w:trPr>
          <w:trHeight w:val="450"/>
        </w:trPr>
        <w:tc>
          <w:tcPr>
            <w:tcW w:w="1248" w:type="pct"/>
            <w:vMerge/>
            <w:tcBorders>
              <w:top w:val="nil"/>
              <w:left w:val="nil"/>
              <w:bottom w:val="nil"/>
              <w:right w:val="nil"/>
            </w:tcBorders>
          </w:tcPr>
          <w:p w14:paraId="36AB22D3" w14:textId="77777777" w:rsidR="00E543EC" w:rsidRPr="00085578" w:rsidRDefault="00E543EC" w:rsidP="00085578">
            <w:pPr>
              <w:jc w:val="both"/>
              <w:rPr>
                <w:rFonts w:ascii="Times New Roman" w:hAnsi="Times New Roman" w:cs="Times New Roman"/>
                <w:color w:val="000000"/>
                <w:sz w:val="24"/>
                <w:szCs w:val="24"/>
              </w:rPr>
            </w:pPr>
          </w:p>
        </w:tc>
        <w:tc>
          <w:tcPr>
            <w:tcW w:w="331" w:type="pct"/>
            <w:vMerge/>
            <w:tcBorders>
              <w:top w:val="nil"/>
              <w:left w:val="nil"/>
              <w:bottom w:val="nil"/>
              <w:right w:val="nil"/>
            </w:tcBorders>
          </w:tcPr>
          <w:p w14:paraId="5E63C8E6" w14:textId="77777777" w:rsidR="00E543EC" w:rsidRPr="00085578" w:rsidRDefault="00E543EC" w:rsidP="00085578">
            <w:pPr>
              <w:jc w:val="both"/>
              <w:rPr>
                <w:rFonts w:ascii="Times New Roman" w:hAnsi="Times New Roman" w:cs="Times New Roman"/>
                <w:color w:val="000000"/>
                <w:sz w:val="24"/>
                <w:szCs w:val="24"/>
              </w:rPr>
            </w:pPr>
          </w:p>
        </w:tc>
        <w:tc>
          <w:tcPr>
            <w:tcW w:w="724" w:type="pct"/>
            <w:tcBorders>
              <w:top w:val="single" w:sz="4" w:space="0" w:color="auto"/>
              <w:left w:val="nil"/>
              <w:bottom w:val="nil"/>
              <w:right w:val="nil"/>
            </w:tcBorders>
          </w:tcPr>
          <w:p w14:paraId="351F0E00" w14:textId="77777777" w:rsidR="00E543EC" w:rsidRPr="00085578" w:rsidRDefault="00E543EC" w:rsidP="00085578">
            <w:pPr>
              <w:jc w:val="both"/>
              <w:rPr>
                <w:rFonts w:ascii="Times New Roman" w:hAnsi="Times New Roman" w:cs="Times New Roman"/>
                <w:color w:val="000000"/>
                <w:sz w:val="24"/>
                <w:szCs w:val="24"/>
              </w:rPr>
            </w:pPr>
            <w:r w:rsidRPr="00085578">
              <w:rPr>
                <w:rFonts w:ascii="Times New Roman" w:hAnsi="Times New Roman" w:cs="Times New Roman"/>
                <w:color w:val="000000"/>
                <w:sz w:val="24"/>
                <w:szCs w:val="24"/>
              </w:rPr>
              <w:t>365</w:t>
            </w:r>
          </w:p>
        </w:tc>
        <w:tc>
          <w:tcPr>
            <w:tcW w:w="2697" w:type="pct"/>
            <w:vMerge/>
            <w:tcBorders>
              <w:top w:val="nil"/>
              <w:left w:val="nil"/>
              <w:bottom w:val="nil"/>
              <w:right w:val="nil"/>
            </w:tcBorders>
          </w:tcPr>
          <w:p w14:paraId="0368E5CD" w14:textId="77777777" w:rsidR="00E543EC" w:rsidRPr="00085578" w:rsidRDefault="00E543EC" w:rsidP="00085578">
            <w:pPr>
              <w:jc w:val="both"/>
              <w:rPr>
                <w:rFonts w:ascii="Times New Roman" w:hAnsi="Times New Roman" w:cs="Times New Roman"/>
                <w:color w:val="000000"/>
                <w:sz w:val="24"/>
                <w:szCs w:val="24"/>
              </w:rPr>
            </w:pPr>
          </w:p>
        </w:tc>
      </w:tr>
    </w:tbl>
    <w:p w14:paraId="570DAF51" w14:textId="77777777" w:rsidR="00044C9E" w:rsidRDefault="00044C9E" w:rsidP="00085578">
      <w:pPr>
        <w:jc w:val="both"/>
        <w:rPr>
          <w:rFonts w:ascii="Times New Roman" w:hAnsi="Times New Roman" w:cs="Times New Roman"/>
          <w:sz w:val="24"/>
          <w:szCs w:val="24"/>
        </w:rPr>
      </w:pPr>
    </w:p>
    <w:p w14:paraId="3BB49FFB" w14:textId="6D88015A" w:rsidR="00085578" w:rsidRPr="00085578" w:rsidRDefault="00085578" w:rsidP="00085578">
      <w:pPr>
        <w:jc w:val="both"/>
        <w:rPr>
          <w:rFonts w:ascii="Times New Roman" w:hAnsi="Times New Roman" w:cs="Times New Roman"/>
          <w:b/>
          <w:bCs/>
          <w:sz w:val="24"/>
          <w:szCs w:val="24"/>
        </w:rPr>
      </w:pPr>
      <w:r w:rsidRPr="00085578">
        <w:rPr>
          <w:rFonts w:ascii="Times New Roman" w:hAnsi="Times New Roman" w:cs="Times New Roman"/>
          <w:b/>
          <w:bCs/>
          <w:sz w:val="24"/>
          <w:szCs w:val="24"/>
        </w:rPr>
        <w:t>6.10 DA ALTERAÇÃO OU ATUALIZAÇÃO DOS PREÇOS REGISTRADOS</w:t>
      </w:r>
    </w:p>
    <w:p w14:paraId="1B6A3E85" w14:textId="77777777" w:rsidR="00085578" w:rsidRPr="00085578" w:rsidRDefault="00085578" w:rsidP="00085578">
      <w:pPr>
        <w:jc w:val="both"/>
        <w:rPr>
          <w:rFonts w:ascii="Times New Roman" w:hAnsi="Times New Roman" w:cs="Times New Roman"/>
          <w:sz w:val="24"/>
          <w:szCs w:val="24"/>
        </w:rPr>
      </w:pPr>
      <w:r w:rsidRPr="00085578">
        <w:rPr>
          <w:rFonts w:ascii="Times New Roman" w:hAnsi="Times New Roman" w:cs="Times New Roman"/>
          <w:sz w:val="24"/>
          <w:szCs w:val="24"/>
        </w:rPr>
        <w:t>O artigo 25 Decreto nº 11.462, de 31 de março de 2023, estabelece as condições nas quais os preços registrados podem ser alterados ou atualizados. Visando garantir a flexibilidade necessária para lidar com eventos imprevisíveis ou situações extraordinárias que possam impactar os custos dos bens, obras ou serviços registrados, são eles:</w:t>
      </w:r>
    </w:p>
    <w:p w14:paraId="55ED4217" w14:textId="77777777" w:rsidR="00085578" w:rsidRPr="00085578" w:rsidRDefault="00085578" w:rsidP="00085578">
      <w:pPr>
        <w:jc w:val="both"/>
        <w:rPr>
          <w:rFonts w:ascii="Times New Roman" w:hAnsi="Times New Roman" w:cs="Times New Roman"/>
          <w:sz w:val="24"/>
          <w:szCs w:val="24"/>
        </w:rPr>
      </w:pPr>
      <w:r w:rsidRPr="00085578">
        <w:rPr>
          <w:rFonts w:ascii="Times New Roman" w:hAnsi="Times New Roman" w:cs="Times New Roman"/>
          <w:b/>
          <w:bCs/>
          <w:sz w:val="24"/>
          <w:szCs w:val="24"/>
        </w:rPr>
        <w:t>I - Adaptação por Força Maior, Caso Fortuito, Fato do Príncipe ou Fatos Imprevisíveis</w:t>
      </w:r>
      <w:r w:rsidRPr="00085578">
        <w:rPr>
          <w:rFonts w:ascii="Times New Roman" w:hAnsi="Times New Roman" w:cs="Times New Roman"/>
          <w:sz w:val="24"/>
          <w:szCs w:val="24"/>
        </w:rPr>
        <w:t>: As partes contratantes concordam que, em situações de força maior, caso fortuito, fato do príncipe ou eventos imprevisíveis de consequências incalculáveis, que inviabilizem a execução da ata tal como pactuada, a alteração ou atualização dos preços registrados será permitida, em conformidade com a alínea “d” do inciso II do caput do art. 124 da Lei nº 14.133/2021;</w:t>
      </w:r>
    </w:p>
    <w:p w14:paraId="0A0D5B07" w14:textId="77777777" w:rsidR="00085578" w:rsidRPr="00085578" w:rsidRDefault="00085578" w:rsidP="00085578">
      <w:pPr>
        <w:jc w:val="both"/>
        <w:rPr>
          <w:rFonts w:ascii="Times New Roman" w:hAnsi="Times New Roman" w:cs="Times New Roman"/>
          <w:sz w:val="24"/>
          <w:szCs w:val="24"/>
        </w:rPr>
      </w:pPr>
      <w:r w:rsidRPr="00085578">
        <w:rPr>
          <w:rFonts w:ascii="Times New Roman" w:hAnsi="Times New Roman" w:cs="Times New Roman"/>
          <w:b/>
          <w:bCs/>
          <w:sz w:val="24"/>
          <w:szCs w:val="24"/>
        </w:rPr>
        <w:t>II - Variação de Preços em Razão de Tributos e Encargos Legais</w:t>
      </w:r>
      <w:r w:rsidRPr="00085578">
        <w:rPr>
          <w:rFonts w:ascii="Times New Roman" w:hAnsi="Times New Roman" w:cs="Times New Roman"/>
          <w:sz w:val="24"/>
          <w:szCs w:val="24"/>
        </w:rPr>
        <w:t>: fica estabelecido que a alteração ou atualização dos preços registrados será autorizada em casos de criação, alteração ou extinção de tributos ou encargos legais, com comprovada repercussão sobre os preços registrados, conforme previsto no Art. 25, II, do Decreto nº 11.462/23.</w:t>
      </w:r>
    </w:p>
    <w:p w14:paraId="3D69D9E2" w14:textId="77777777" w:rsidR="00085578" w:rsidRPr="00085578" w:rsidRDefault="00085578" w:rsidP="00085578">
      <w:pPr>
        <w:jc w:val="both"/>
        <w:rPr>
          <w:rFonts w:ascii="Times New Roman" w:hAnsi="Times New Roman" w:cs="Times New Roman"/>
          <w:sz w:val="24"/>
          <w:szCs w:val="24"/>
        </w:rPr>
      </w:pPr>
      <w:r w:rsidRPr="00085578">
        <w:rPr>
          <w:rFonts w:ascii="Times New Roman" w:hAnsi="Times New Roman" w:cs="Times New Roman"/>
          <w:b/>
          <w:bCs/>
          <w:sz w:val="24"/>
          <w:szCs w:val="24"/>
        </w:rPr>
        <w:t>III - Incorporação de Cláusula de Reajustamento ou Repactuação</w:t>
      </w:r>
      <w:r w:rsidRPr="00085578">
        <w:rPr>
          <w:rFonts w:ascii="Times New Roman" w:hAnsi="Times New Roman" w:cs="Times New Roman"/>
          <w:sz w:val="24"/>
          <w:szCs w:val="24"/>
        </w:rPr>
        <w:t>: no caso de previsão expressa no edital ou aviso de contratação direta de cláusula de reajustamento ou repactuação sobre os preços registrados, as partes concordam com a sua aplicação, nos termos do Art. 25, III, do Decreto nº 11.462/23.</w:t>
      </w:r>
    </w:p>
    <w:p w14:paraId="21F077E5" w14:textId="77777777" w:rsidR="00085578" w:rsidRPr="00085578" w:rsidRDefault="00085578" w:rsidP="00085578">
      <w:pPr>
        <w:jc w:val="both"/>
        <w:rPr>
          <w:rFonts w:ascii="Times New Roman" w:hAnsi="Times New Roman" w:cs="Times New Roman"/>
          <w:sz w:val="24"/>
          <w:szCs w:val="24"/>
        </w:rPr>
      </w:pPr>
    </w:p>
    <w:p w14:paraId="3DA5EFCE" w14:textId="77777777" w:rsidR="00085578" w:rsidRDefault="00085578" w:rsidP="00085578">
      <w:pPr>
        <w:jc w:val="both"/>
        <w:rPr>
          <w:rFonts w:ascii="Times New Roman" w:hAnsi="Times New Roman" w:cs="Times New Roman"/>
          <w:b/>
          <w:sz w:val="24"/>
          <w:szCs w:val="24"/>
        </w:rPr>
      </w:pPr>
      <w:r w:rsidRPr="00085578">
        <w:rPr>
          <w:rFonts w:ascii="Times New Roman" w:hAnsi="Times New Roman" w:cs="Times New Roman"/>
          <w:b/>
          <w:sz w:val="24"/>
          <w:szCs w:val="24"/>
        </w:rPr>
        <w:t>6.11</w:t>
      </w:r>
      <w:r w:rsidR="009B4903" w:rsidRPr="00085578">
        <w:rPr>
          <w:rFonts w:ascii="Times New Roman" w:hAnsi="Times New Roman" w:cs="Times New Roman"/>
          <w:b/>
          <w:sz w:val="24"/>
          <w:szCs w:val="24"/>
        </w:rPr>
        <w:t xml:space="preserve"> </w:t>
      </w:r>
      <w:r w:rsidR="000E720A" w:rsidRPr="00085578">
        <w:rPr>
          <w:rFonts w:ascii="Times New Roman" w:hAnsi="Times New Roman" w:cs="Times New Roman"/>
          <w:b/>
          <w:sz w:val="24"/>
          <w:szCs w:val="24"/>
        </w:rPr>
        <w:t>DO REAJUSTE</w:t>
      </w:r>
      <w:bookmarkStart w:id="0" w:name="_Hlk48233261"/>
    </w:p>
    <w:p w14:paraId="5421DF02" w14:textId="55AB012B" w:rsidR="009B4903" w:rsidRPr="00085578" w:rsidRDefault="00085578" w:rsidP="00085578">
      <w:pPr>
        <w:jc w:val="both"/>
        <w:rPr>
          <w:rFonts w:ascii="Times New Roman" w:hAnsi="Times New Roman" w:cs="Times New Roman"/>
          <w:b/>
          <w:sz w:val="24"/>
          <w:szCs w:val="24"/>
        </w:rPr>
      </w:pPr>
      <w:r>
        <w:rPr>
          <w:rFonts w:ascii="Times New Roman" w:hAnsi="Times New Roman" w:cs="Times New Roman"/>
          <w:b/>
          <w:sz w:val="24"/>
          <w:szCs w:val="24"/>
        </w:rPr>
        <w:t>6.12</w:t>
      </w:r>
      <w:r w:rsidR="009B4903" w:rsidRPr="00085578">
        <w:rPr>
          <w:rFonts w:ascii="Times New Roman" w:hAnsi="Times New Roman" w:cs="Times New Roman"/>
          <w:bCs/>
          <w:sz w:val="24"/>
          <w:szCs w:val="24"/>
        </w:rPr>
        <w:t xml:space="preserve"> </w:t>
      </w:r>
      <w:r w:rsidR="007B03DE" w:rsidRPr="00085578">
        <w:rPr>
          <w:rFonts w:ascii="Times New Roman" w:hAnsi="Times New Roman" w:cs="Times New Roman"/>
          <w:bCs/>
          <w:sz w:val="24"/>
          <w:szCs w:val="24"/>
        </w:rPr>
        <w:t>Os</w:t>
      </w:r>
      <w:r w:rsidR="000E720A" w:rsidRPr="00085578">
        <w:rPr>
          <w:rFonts w:ascii="Times New Roman" w:hAnsi="Times New Roman" w:cs="Times New Roman"/>
          <w:bCs/>
          <w:sz w:val="24"/>
          <w:szCs w:val="24"/>
        </w:rPr>
        <w:t xml:space="preserve"> preços inicialmente contratados são fixos e irreajustáveis no prazo de um ano contado da data limite para a apresentação das propostas.</w:t>
      </w:r>
    </w:p>
    <w:p w14:paraId="50E90745" w14:textId="32B79259" w:rsidR="000E720A" w:rsidRPr="00085578" w:rsidRDefault="00085578" w:rsidP="00085578">
      <w:pPr>
        <w:jc w:val="both"/>
        <w:rPr>
          <w:rFonts w:ascii="Times New Roman" w:hAnsi="Times New Roman" w:cs="Times New Roman"/>
          <w:b/>
          <w:bCs/>
          <w:sz w:val="24"/>
          <w:szCs w:val="24"/>
        </w:rPr>
      </w:pPr>
      <w:r w:rsidRPr="00085578">
        <w:rPr>
          <w:rFonts w:ascii="Times New Roman" w:hAnsi="Times New Roman" w:cs="Times New Roman"/>
          <w:b/>
          <w:bCs/>
          <w:sz w:val="24"/>
          <w:szCs w:val="24"/>
        </w:rPr>
        <w:t>6.13</w:t>
      </w:r>
      <w:r>
        <w:rPr>
          <w:rFonts w:ascii="Times New Roman" w:hAnsi="Times New Roman" w:cs="Times New Roman"/>
          <w:sz w:val="24"/>
          <w:szCs w:val="24"/>
        </w:rPr>
        <w:t xml:space="preserve"> </w:t>
      </w:r>
      <w:r w:rsidR="007B03DE" w:rsidRPr="00085578">
        <w:rPr>
          <w:rFonts w:ascii="Times New Roman" w:hAnsi="Times New Roman" w:cs="Times New Roman"/>
          <w:bCs/>
          <w:sz w:val="24"/>
          <w:szCs w:val="24"/>
        </w:rPr>
        <w:t>Após</w:t>
      </w:r>
      <w:r w:rsidR="000E720A" w:rsidRPr="00085578">
        <w:rPr>
          <w:rFonts w:ascii="Times New Roman" w:hAnsi="Times New Roman" w:cs="Times New Roman"/>
          <w:bCs/>
          <w:sz w:val="24"/>
          <w:szCs w:val="24"/>
        </w:rPr>
        <w:t xml:space="preserve"> o interregno de um ano, e independentemente de pedido da </w:t>
      </w:r>
      <w:r w:rsidR="000E720A" w:rsidRPr="00514D86">
        <w:rPr>
          <w:rFonts w:ascii="Times New Roman" w:hAnsi="Times New Roman" w:cs="Times New Roman"/>
          <w:b/>
          <w:sz w:val="24"/>
          <w:szCs w:val="24"/>
        </w:rPr>
        <w:t>CONTRATADA</w:t>
      </w:r>
      <w:r w:rsidR="000E720A" w:rsidRPr="00085578">
        <w:rPr>
          <w:rFonts w:ascii="Times New Roman" w:hAnsi="Times New Roman" w:cs="Times New Roman"/>
          <w:bCs/>
          <w:sz w:val="24"/>
          <w:szCs w:val="24"/>
        </w:rPr>
        <w:t xml:space="preserve">, os preços iniciais serão reajustados, mediante a aplicação, pela </w:t>
      </w:r>
      <w:r w:rsidR="000E720A" w:rsidRPr="00514D86">
        <w:rPr>
          <w:rFonts w:ascii="Times New Roman" w:hAnsi="Times New Roman" w:cs="Times New Roman"/>
          <w:b/>
          <w:sz w:val="24"/>
          <w:szCs w:val="24"/>
        </w:rPr>
        <w:t>CONTRATANTE</w:t>
      </w:r>
      <w:r w:rsidR="000E720A" w:rsidRPr="00085578">
        <w:rPr>
          <w:rFonts w:ascii="Times New Roman" w:hAnsi="Times New Roman" w:cs="Times New Roman"/>
          <w:bCs/>
          <w:sz w:val="24"/>
          <w:szCs w:val="24"/>
        </w:rPr>
        <w:t xml:space="preserve">, do índice </w:t>
      </w:r>
      <w:bookmarkStart w:id="1" w:name="_Hlk97045562"/>
      <w:r w:rsidR="000E720A" w:rsidRPr="00085578">
        <w:rPr>
          <w:rFonts w:ascii="Times New Roman" w:hAnsi="Times New Roman" w:cs="Times New Roman"/>
          <w:bCs/>
          <w:sz w:val="24"/>
          <w:szCs w:val="24"/>
        </w:rPr>
        <w:t>IPCA (</w:t>
      </w:r>
      <w:r w:rsidR="000E720A" w:rsidRPr="00085578">
        <w:rPr>
          <w:rStyle w:val="Forte"/>
          <w:rFonts w:ascii="Times New Roman" w:hAnsi="Times New Roman" w:cs="Times New Roman"/>
          <w:bCs w:val="0"/>
          <w:sz w:val="24"/>
          <w:szCs w:val="24"/>
        </w:rPr>
        <w:t>Índice Nacional de Preços ao Consumidor)</w:t>
      </w:r>
      <w:r w:rsidR="000E720A" w:rsidRPr="00085578">
        <w:rPr>
          <w:rFonts w:ascii="Times New Roman" w:hAnsi="Times New Roman" w:cs="Times New Roman"/>
          <w:bCs/>
          <w:iCs/>
          <w:sz w:val="24"/>
          <w:szCs w:val="24"/>
        </w:rPr>
        <w:t>,</w:t>
      </w:r>
      <w:bookmarkEnd w:id="1"/>
      <w:r w:rsidR="000E720A" w:rsidRPr="00085578">
        <w:rPr>
          <w:rFonts w:ascii="Times New Roman" w:hAnsi="Times New Roman" w:cs="Times New Roman"/>
          <w:bCs/>
          <w:sz w:val="24"/>
          <w:szCs w:val="24"/>
        </w:rPr>
        <w:t xml:space="preserve"> exclusivamente para as obrigações iniciadas e concluídas após a ocorrência da anualidade, com base na seguinte fórmula (art. 5º do Decreto Federal n.º 1.054, de 1994</w:t>
      </w:r>
      <w:r w:rsidR="000E720A" w:rsidRPr="00085578">
        <w:rPr>
          <w:rFonts w:ascii="Times New Roman" w:hAnsi="Times New Roman" w:cs="Times New Roman"/>
          <w:sz w:val="24"/>
          <w:szCs w:val="24"/>
        </w:rPr>
        <w:t>):</w:t>
      </w:r>
    </w:p>
    <w:p w14:paraId="16C8CD97" w14:textId="77777777" w:rsidR="000E720A" w:rsidRPr="00085578" w:rsidRDefault="000E720A" w:rsidP="00085578">
      <w:pPr>
        <w:jc w:val="both"/>
        <w:rPr>
          <w:rFonts w:ascii="Times New Roman" w:hAnsi="Times New Roman" w:cs="Times New Roman"/>
          <w:sz w:val="24"/>
          <w:szCs w:val="24"/>
        </w:rPr>
      </w:pPr>
      <w:r w:rsidRPr="00085578">
        <w:rPr>
          <w:rFonts w:ascii="Times New Roman" w:hAnsi="Times New Roman" w:cs="Times New Roman"/>
          <w:sz w:val="24"/>
          <w:szCs w:val="24"/>
        </w:rPr>
        <w:t>R = V (I – Iº) / Iº, onde:</w:t>
      </w:r>
    </w:p>
    <w:p w14:paraId="3083E66F" w14:textId="77777777" w:rsidR="000E720A" w:rsidRPr="00085578" w:rsidRDefault="000E720A" w:rsidP="00085578">
      <w:pPr>
        <w:jc w:val="both"/>
        <w:rPr>
          <w:rFonts w:ascii="Times New Roman" w:hAnsi="Times New Roman" w:cs="Times New Roman"/>
          <w:sz w:val="24"/>
          <w:szCs w:val="24"/>
        </w:rPr>
      </w:pPr>
      <w:r w:rsidRPr="00085578">
        <w:rPr>
          <w:rFonts w:ascii="Times New Roman" w:hAnsi="Times New Roman" w:cs="Times New Roman"/>
          <w:sz w:val="24"/>
          <w:szCs w:val="24"/>
        </w:rPr>
        <w:lastRenderedPageBreak/>
        <w:t>R = Valor do reajuste procurado;</w:t>
      </w:r>
    </w:p>
    <w:p w14:paraId="4F2BFC3A" w14:textId="77777777" w:rsidR="000E720A" w:rsidRPr="00085578" w:rsidRDefault="000E720A" w:rsidP="00085578">
      <w:pPr>
        <w:jc w:val="both"/>
        <w:rPr>
          <w:rFonts w:ascii="Times New Roman" w:hAnsi="Times New Roman" w:cs="Times New Roman"/>
          <w:sz w:val="24"/>
          <w:szCs w:val="24"/>
        </w:rPr>
      </w:pPr>
      <w:r w:rsidRPr="00085578">
        <w:rPr>
          <w:rFonts w:ascii="Times New Roman" w:hAnsi="Times New Roman" w:cs="Times New Roman"/>
          <w:sz w:val="24"/>
          <w:szCs w:val="24"/>
        </w:rPr>
        <w:t>V = Valor contratual a ser reajustado;</w:t>
      </w:r>
    </w:p>
    <w:p w14:paraId="657816FB" w14:textId="77777777" w:rsidR="000E720A" w:rsidRPr="00085578" w:rsidRDefault="000E720A" w:rsidP="00085578">
      <w:pPr>
        <w:jc w:val="both"/>
        <w:rPr>
          <w:rFonts w:ascii="Times New Roman" w:hAnsi="Times New Roman" w:cs="Times New Roman"/>
          <w:sz w:val="24"/>
          <w:szCs w:val="24"/>
        </w:rPr>
      </w:pPr>
      <w:r w:rsidRPr="00085578">
        <w:rPr>
          <w:rFonts w:ascii="Times New Roman" w:hAnsi="Times New Roman" w:cs="Times New Roman"/>
          <w:sz w:val="24"/>
          <w:szCs w:val="24"/>
        </w:rPr>
        <w:t>Iº = índice inicial - refere-se ao índice de custos ou de preços correspondente à data fixada para entrega da proposta na licitação;</w:t>
      </w:r>
    </w:p>
    <w:p w14:paraId="4B169A30" w14:textId="77777777" w:rsidR="000E720A" w:rsidRPr="00085578" w:rsidRDefault="000E720A" w:rsidP="00085578">
      <w:pPr>
        <w:jc w:val="both"/>
        <w:rPr>
          <w:rFonts w:ascii="Times New Roman" w:hAnsi="Times New Roman" w:cs="Times New Roman"/>
          <w:sz w:val="24"/>
          <w:szCs w:val="24"/>
        </w:rPr>
      </w:pPr>
      <w:r w:rsidRPr="00085578">
        <w:rPr>
          <w:rFonts w:ascii="Times New Roman" w:hAnsi="Times New Roman" w:cs="Times New Roman"/>
          <w:sz w:val="24"/>
          <w:szCs w:val="24"/>
        </w:rPr>
        <w:t>I = Índice relativo ao mês do reajustamento;</w:t>
      </w:r>
    </w:p>
    <w:p w14:paraId="3D25F8B5" w14:textId="382DE48D" w:rsidR="000E720A" w:rsidRPr="00085578" w:rsidRDefault="00085578" w:rsidP="00085578">
      <w:pPr>
        <w:jc w:val="both"/>
        <w:rPr>
          <w:rFonts w:ascii="Times New Roman" w:hAnsi="Times New Roman" w:cs="Times New Roman"/>
          <w:sz w:val="24"/>
          <w:szCs w:val="24"/>
        </w:rPr>
      </w:pPr>
      <w:r w:rsidRPr="00085578">
        <w:rPr>
          <w:rFonts w:ascii="Times New Roman" w:hAnsi="Times New Roman" w:cs="Times New Roman"/>
          <w:b/>
          <w:bCs/>
          <w:sz w:val="24"/>
          <w:szCs w:val="24"/>
        </w:rPr>
        <w:t>6.14</w:t>
      </w:r>
      <w:r>
        <w:rPr>
          <w:rFonts w:ascii="Times New Roman" w:hAnsi="Times New Roman" w:cs="Times New Roman"/>
          <w:sz w:val="24"/>
          <w:szCs w:val="24"/>
        </w:rPr>
        <w:t xml:space="preserve"> </w:t>
      </w:r>
      <w:r w:rsidR="007B03DE" w:rsidRPr="00085578">
        <w:rPr>
          <w:rFonts w:ascii="Times New Roman" w:hAnsi="Times New Roman" w:cs="Times New Roman"/>
          <w:sz w:val="24"/>
          <w:szCs w:val="24"/>
        </w:rPr>
        <w:t>Nos</w:t>
      </w:r>
      <w:r w:rsidR="000E720A" w:rsidRPr="00085578">
        <w:rPr>
          <w:rFonts w:ascii="Times New Roman" w:hAnsi="Times New Roman" w:cs="Times New Roman"/>
          <w:sz w:val="24"/>
          <w:szCs w:val="24"/>
        </w:rPr>
        <w:t xml:space="preserve"> reajustes subsequentes ao primeiro, o interregno mínimo de um ano será contado a partir dos efeitos financeiros do último reajuste.</w:t>
      </w:r>
    </w:p>
    <w:p w14:paraId="74C3065A" w14:textId="6CF15493" w:rsidR="000E720A" w:rsidRPr="00085578" w:rsidRDefault="00085578" w:rsidP="00085578">
      <w:pPr>
        <w:jc w:val="both"/>
        <w:rPr>
          <w:rFonts w:ascii="Times New Roman" w:hAnsi="Times New Roman" w:cs="Times New Roman"/>
          <w:sz w:val="24"/>
          <w:szCs w:val="24"/>
        </w:rPr>
      </w:pPr>
      <w:r w:rsidRPr="00085578">
        <w:rPr>
          <w:rFonts w:ascii="Times New Roman" w:hAnsi="Times New Roman" w:cs="Times New Roman"/>
          <w:b/>
          <w:bCs/>
          <w:sz w:val="24"/>
          <w:szCs w:val="24"/>
        </w:rPr>
        <w:t>6.15</w:t>
      </w:r>
      <w:r>
        <w:rPr>
          <w:rFonts w:ascii="Times New Roman" w:hAnsi="Times New Roman" w:cs="Times New Roman"/>
          <w:sz w:val="24"/>
          <w:szCs w:val="24"/>
        </w:rPr>
        <w:t xml:space="preserve"> </w:t>
      </w:r>
      <w:r w:rsidR="007B03DE" w:rsidRPr="00085578">
        <w:rPr>
          <w:rFonts w:ascii="Times New Roman" w:hAnsi="Times New Roman" w:cs="Times New Roman"/>
          <w:sz w:val="24"/>
          <w:szCs w:val="24"/>
        </w:rPr>
        <w:t>No</w:t>
      </w:r>
      <w:r w:rsidR="000E720A" w:rsidRPr="00085578">
        <w:rPr>
          <w:rFonts w:ascii="Times New Roman" w:hAnsi="Times New Roman" w:cs="Times New Roman"/>
          <w:sz w:val="24"/>
          <w:szCs w:val="24"/>
        </w:rPr>
        <w:t xml:space="preserve"> caso de atraso ou não divulgação do índice de reajustamento, o </w:t>
      </w:r>
      <w:r w:rsidR="000E720A" w:rsidRPr="00373438">
        <w:rPr>
          <w:rFonts w:ascii="Times New Roman" w:hAnsi="Times New Roman" w:cs="Times New Roman"/>
          <w:b/>
          <w:bCs/>
          <w:sz w:val="24"/>
          <w:szCs w:val="24"/>
        </w:rPr>
        <w:t>CONTRATANTE</w:t>
      </w:r>
      <w:r w:rsidR="000E720A" w:rsidRPr="00085578">
        <w:rPr>
          <w:rFonts w:ascii="Times New Roman" w:hAnsi="Times New Roman" w:cs="Times New Roman"/>
          <w:sz w:val="24"/>
          <w:szCs w:val="24"/>
        </w:rPr>
        <w:t xml:space="preserve"> pagará à </w:t>
      </w:r>
      <w:r w:rsidR="000E720A" w:rsidRPr="00373438">
        <w:rPr>
          <w:rFonts w:ascii="Times New Roman" w:hAnsi="Times New Roman" w:cs="Times New Roman"/>
          <w:b/>
          <w:bCs/>
          <w:sz w:val="24"/>
          <w:szCs w:val="24"/>
        </w:rPr>
        <w:t>CONTRATADA</w:t>
      </w:r>
      <w:r w:rsidR="000E720A" w:rsidRPr="00085578">
        <w:rPr>
          <w:rFonts w:ascii="Times New Roman" w:hAnsi="Times New Roman" w:cs="Times New Roman"/>
          <w:sz w:val="24"/>
          <w:szCs w:val="24"/>
        </w:rPr>
        <w:t xml:space="preserve"> a importância calculada pela última variação conhecida, liquidando a diferença correspondente tão logo seja divulgado o índice definitivo.</w:t>
      </w:r>
    </w:p>
    <w:p w14:paraId="78D79949" w14:textId="4A8C7A59" w:rsidR="000E720A" w:rsidRPr="00085578" w:rsidRDefault="00085578" w:rsidP="00085578">
      <w:pPr>
        <w:jc w:val="both"/>
        <w:rPr>
          <w:rFonts w:ascii="Times New Roman" w:hAnsi="Times New Roman" w:cs="Times New Roman"/>
          <w:sz w:val="24"/>
          <w:szCs w:val="24"/>
        </w:rPr>
      </w:pPr>
      <w:r w:rsidRPr="00085578">
        <w:rPr>
          <w:rFonts w:ascii="Times New Roman" w:hAnsi="Times New Roman" w:cs="Times New Roman"/>
          <w:b/>
          <w:bCs/>
          <w:sz w:val="24"/>
          <w:szCs w:val="24"/>
        </w:rPr>
        <w:t>6.16</w:t>
      </w:r>
      <w:r>
        <w:rPr>
          <w:rFonts w:ascii="Times New Roman" w:hAnsi="Times New Roman" w:cs="Times New Roman"/>
          <w:sz w:val="24"/>
          <w:szCs w:val="24"/>
        </w:rPr>
        <w:t xml:space="preserve"> </w:t>
      </w:r>
      <w:r w:rsidR="000E720A" w:rsidRPr="00085578">
        <w:rPr>
          <w:rFonts w:ascii="Times New Roman" w:hAnsi="Times New Roman" w:cs="Times New Roman"/>
          <w:sz w:val="24"/>
          <w:szCs w:val="24"/>
        </w:rPr>
        <w:t>Nas aferições finais, o índice utilizado para reajuste será, obrigatoriamente, o definitivo.</w:t>
      </w:r>
    </w:p>
    <w:p w14:paraId="0220899F" w14:textId="0D5EE215" w:rsidR="000E720A" w:rsidRPr="00085578" w:rsidRDefault="00085578" w:rsidP="00085578">
      <w:pPr>
        <w:jc w:val="both"/>
        <w:rPr>
          <w:rFonts w:ascii="Times New Roman" w:hAnsi="Times New Roman" w:cs="Times New Roman"/>
          <w:sz w:val="24"/>
          <w:szCs w:val="24"/>
        </w:rPr>
      </w:pPr>
      <w:r w:rsidRPr="00085578">
        <w:rPr>
          <w:rFonts w:ascii="Times New Roman" w:hAnsi="Times New Roman" w:cs="Times New Roman"/>
          <w:b/>
          <w:bCs/>
          <w:sz w:val="24"/>
          <w:szCs w:val="24"/>
        </w:rPr>
        <w:t>6.17</w:t>
      </w:r>
      <w:r>
        <w:rPr>
          <w:rFonts w:ascii="Times New Roman" w:hAnsi="Times New Roman" w:cs="Times New Roman"/>
          <w:sz w:val="24"/>
          <w:szCs w:val="24"/>
        </w:rPr>
        <w:t xml:space="preserve"> </w:t>
      </w:r>
      <w:r w:rsidR="007B03DE" w:rsidRPr="00085578">
        <w:rPr>
          <w:rFonts w:ascii="Times New Roman" w:hAnsi="Times New Roman" w:cs="Times New Roman"/>
          <w:sz w:val="24"/>
          <w:szCs w:val="24"/>
        </w:rPr>
        <w:t>Caso</w:t>
      </w:r>
      <w:r w:rsidR="000E720A" w:rsidRPr="00085578">
        <w:rPr>
          <w:rFonts w:ascii="Times New Roman" w:hAnsi="Times New Roman" w:cs="Times New Roman"/>
          <w:sz w:val="24"/>
          <w:szCs w:val="24"/>
        </w:rPr>
        <w:t xml:space="preserve"> o índice estabelecido para reajustamento venha a ser extinto ou de qualquer forma não possa mais ser utilizado, será adotado, em substituição, o que vier a ser determinado pela legislação então em vigor.</w:t>
      </w:r>
    </w:p>
    <w:p w14:paraId="354C553B" w14:textId="44981B63" w:rsidR="000E720A" w:rsidRPr="00085578" w:rsidRDefault="00085578" w:rsidP="00085578">
      <w:pPr>
        <w:jc w:val="both"/>
        <w:rPr>
          <w:rFonts w:ascii="Times New Roman" w:hAnsi="Times New Roman" w:cs="Times New Roman"/>
          <w:sz w:val="24"/>
          <w:szCs w:val="24"/>
        </w:rPr>
      </w:pPr>
      <w:r w:rsidRPr="00085578">
        <w:rPr>
          <w:rFonts w:ascii="Times New Roman" w:hAnsi="Times New Roman" w:cs="Times New Roman"/>
          <w:b/>
          <w:bCs/>
          <w:sz w:val="24"/>
          <w:szCs w:val="24"/>
        </w:rPr>
        <w:t>6.18</w:t>
      </w:r>
      <w:r>
        <w:rPr>
          <w:rFonts w:ascii="Times New Roman" w:hAnsi="Times New Roman" w:cs="Times New Roman"/>
          <w:sz w:val="24"/>
          <w:szCs w:val="24"/>
        </w:rPr>
        <w:t xml:space="preserve"> </w:t>
      </w:r>
      <w:r w:rsidR="000E720A" w:rsidRPr="00085578">
        <w:rPr>
          <w:rFonts w:ascii="Times New Roman" w:hAnsi="Times New Roman" w:cs="Times New Roman"/>
          <w:sz w:val="24"/>
          <w:szCs w:val="24"/>
        </w:rPr>
        <w:t>Na ausência de previsão legal quanto ao índice substituto, as partes elegerão novo índice oficial, para reajustamento do preço do valor remanescente, por meio de termo aditivo.</w:t>
      </w:r>
    </w:p>
    <w:p w14:paraId="4C6E8251" w14:textId="4E9D63A9" w:rsidR="000E720A" w:rsidRPr="00514D86" w:rsidRDefault="00373438" w:rsidP="007148BC">
      <w:pPr>
        <w:pStyle w:val="PargrafodaLista"/>
        <w:numPr>
          <w:ilvl w:val="1"/>
          <w:numId w:val="11"/>
        </w:numPr>
        <w:jc w:val="both"/>
        <w:rPr>
          <w:rFonts w:ascii="Times New Roman" w:hAnsi="Times New Roman" w:cs="Times New Roman"/>
          <w:sz w:val="24"/>
          <w:szCs w:val="24"/>
        </w:rPr>
      </w:pPr>
      <w:r>
        <w:rPr>
          <w:rFonts w:ascii="Times New Roman" w:hAnsi="Times New Roman" w:cs="Times New Roman"/>
          <w:sz w:val="24"/>
          <w:szCs w:val="24"/>
        </w:rPr>
        <w:t xml:space="preserve"> </w:t>
      </w:r>
      <w:r w:rsidR="000E720A" w:rsidRPr="00514D86">
        <w:rPr>
          <w:rFonts w:ascii="Times New Roman" w:hAnsi="Times New Roman" w:cs="Times New Roman"/>
          <w:sz w:val="24"/>
          <w:szCs w:val="24"/>
        </w:rPr>
        <w:t>O reajuste será realizado por apostilamento.</w:t>
      </w:r>
    </w:p>
    <w:p w14:paraId="468A2BA7" w14:textId="77777777" w:rsidR="000E720A" w:rsidRPr="00E61F3B" w:rsidRDefault="000E720A" w:rsidP="0001698A">
      <w:pPr>
        <w:ind w:firstLine="709"/>
        <w:jc w:val="both"/>
        <w:rPr>
          <w:rFonts w:ascii="Times New Roman" w:hAnsi="Times New Roman" w:cs="Times New Roman"/>
          <w:sz w:val="26"/>
          <w:szCs w:val="26"/>
        </w:rPr>
      </w:pPr>
    </w:p>
    <w:p w14:paraId="0D6F7075" w14:textId="7B45C1A2" w:rsidR="00A663A3" w:rsidRPr="00514D86" w:rsidRDefault="00514D86" w:rsidP="00514D86">
      <w:pPr>
        <w:jc w:val="both"/>
        <w:rPr>
          <w:rFonts w:ascii="Times New Roman" w:hAnsi="Times New Roman" w:cs="Times New Roman"/>
          <w:b/>
          <w:bCs/>
          <w:sz w:val="24"/>
          <w:szCs w:val="24"/>
        </w:rPr>
      </w:pPr>
      <w:r w:rsidRPr="00514D86">
        <w:rPr>
          <w:rFonts w:ascii="Times New Roman" w:hAnsi="Times New Roman" w:cs="Times New Roman"/>
          <w:b/>
          <w:bCs/>
          <w:sz w:val="24"/>
          <w:szCs w:val="24"/>
        </w:rPr>
        <w:t xml:space="preserve">6.20 </w:t>
      </w:r>
      <w:r w:rsidR="000E720A" w:rsidRPr="00514D86">
        <w:rPr>
          <w:rFonts w:ascii="Times New Roman" w:hAnsi="Times New Roman" w:cs="Times New Roman"/>
          <w:b/>
          <w:bCs/>
          <w:sz w:val="24"/>
          <w:szCs w:val="24"/>
        </w:rPr>
        <w:t>DA GARANTIA DE EXECUÇÃO</w:t>
      </w:r>
    </w:p>
    <w:p w14:paraId="6B5A90E1" w14:textId="62BCEB2E" w:rsidR="009B4903" w:rsidRPr="00514D86" w:rsidRDefault="00514D86" w:rsidP="00514D86">
      <w:pPr>
        <w:jc w:val="both"/>
        <w:rPr>
          <w:rFonts w:ascii="Times New Roman" w:eastAsia="CIDFont+F1" w:hAnsi="Times New Roman" w:cs="Times New Roman"/>
          <w:sz w:val="24"/>
          <w:szCs w:val="24"/>
        </w:rPr>
      </w:pPr>
      <w:bookmarkStart w:id="2" w:name="_Hlk97045639"/>
      <w:r w:rsidRPr="00514D86">
        <w:rPr>
          <w:rFonts w:ascii="Times New Roman" w:eastAsia="CIDFont+F1" w:hAnsi="Times New Roman" w:cs="Times New Roman"/>
          <w:b/>
          <w:bCs/>
          <w:sz w:val="24"/>
          <w:szCs w:val="24"/>
        </w:rPr>
        <w:t>6.21</w:t>
      </w:r>
      <w:r>
        <w:rPr>
          <w:rFonts w:ascii="Times New Roman" w:eastAsia="CIDFont+F1" w:hAnsi="Times New Roman" w:cs="Times New Roman"/>
          <w:sz w:val="24"/>
          <w:szCs w:val="24"/>
        </w:rPr>
        <w:t xml:space="preserve"> </w:t>
      </w:r>
      <w:r w:rsidR="000E720A" w:rsidRPr="00514D86">
        <w:rPr>
          <w:rFonts w:ascii="Times New Roman" w:eastAsia="CIDFont+F1" w:hAnsi="Times New Roman" w:cs="Times New Roman"/>
          <w:sz w:val="24"/>
          <w:szCs w:val="24"/>
        </w:rPr>
        <w:t>Não haverá exigência de garantia contratual da execução, pelas razões abaixo justificadas:</w:t>
      </w:r>
    </w:p>
    <w:p w14:paraId="2F49C8A6" w14:textId="500A3B7E" w:rsidR="009B4903" w:rsidRPr="00514D86" w:rsidRDefault="00514D86" w:rsidP="00514D86">
      <w:pPr>
        <w:jc w:val="both"/>
        <w:rPr>
          <w:rFonts w:ascii="Times New Roman" w:eastAsia="CIDFont+F1" w:hAnsi="Times New Roman" w:cs="Times New Roman"/>
          <w:sz w:val="24"/>
          <w:szCs w:val="24"/>
        </w:rPr>
      </w:pPr>
      <w:r w:rsidRPr="00514D86">
        <w:rPr>
          <w:rFonts w:ascii="Times New Roman" w:eastAsia="CIDFont+F1" w:hAnsi="Times New Roman" w:cs="Times New Roman"/>
          <w:b/>
          <w:bCs/>
          <w:sz w:val="24"/>
          <w:szCs w:val="24"/>
        </w:rPr>
        <w:t>6.22</w:t>
      </w:r>
      <w:r w:rsidRPr="00514D86">
        <w:rPr>
          <w:rFonts w:ascii="Times New Roman" w:eastAsia="CIDFont+F1" w:hAnsi="Times New Roman" w:cs="Times New Roman"/>
          <w:sz w:val="24"/>
          <w:szCs w:val="24"/>
        </w:rPr>
        <w:t xml:space="preserve"> Baixa</w:t>
      </w:r>
      <w:r w:rsidR="000E720A" w:rsidRPr="00514D86">
        <w:rPr>
          <w:rFonts w:ascii="Times New Roman" w:eastAsia="CIDFont+F1" w:hAnsi="Times New Roman" w:cs="Times New Roman"/>
          <w:sz w:val="24"/>
          <w:szCs w:val="24"/>
        </w:rPr>
        <w:t xml:space="preserve"> complexidade, natureza do objeto e dos riscos envolvidos, considerando</w:t>
      </w:r>
      <w:r w:rsidR="000E720A" w:rsidRPr="00514D86">
        <w:rPr>
          <w:rFonts w:ascii="Times New Roman" w:hAnsi="Times New Roman" w:cs="Times New Roman"/>
          <w:sz w:val="24"/>
          <w:szCs w:val="24"/>
        </w:rPr>
        <w:t xml:space="preserve"> o prazo de entrega e ausência de prejuízo ao erário, a administração não julga necessária a apresentação de garantia contratual.</w:t>
      </w:r>
    </w:p>
    <w:bookmarkEnd w:id="0"/>
    <w:bookmarkEnd w:id="2"/>
    <w:p w14:paraId="05BC07E5" w14:textId="3D4DA9E8" w:rsidR="000E720A" w:rsidRPr="00514D86" w:rsidRDefault="00514D86" w:rsidP="00514D86">
      <w:pPr>
        <w:jc w:val="both"/>
        <w:rPr>
          <w:rFonts w:ascii="Times New Roman" w:hAnsi="Times New Roman" w:cs="Times New Roman"/>
          <w:b/>
          <w:sz w:val="24"/>
          <w:szCs w:val="24"/>
        </w:rPr>
      </w:pPr>
      <w:r w:rsidRPr="00514D86">
        <w:rPr>
          <w:rFonts w:ascii="Times New Roman" w:hAnsi="Times New Roman" w:cs="Times New Roman"/>
          <w:b/>
          <w:sz w:val="24"/>
          <w:szCs w:val="24"/>
        </w:rPr>
        <w:t xml:space="preserve">6.23 </w:t>
      </w:r>
      <w:r w:rsidR="000E720A" w:rsidRPr="00514D86">
        <w:rPr>
          <w:rFonts w:ascii="Times New Roman" w:hAnsi="Times New Roman" w:cs="Times New Roman"/>
          <w:b/>
          <w:sz w:val="24"/>
          <w:szCs w:val="24"/>
        </w:rPr>
        <w:t>DAS SANÇÕES ADMINISTRATIVAS</w:t>
      </w:r>
    </w:p>
    <w:p w14:paraId="22A74D3B" w14:textId="0E6187A4" w:rsidR="00373438" w:rsidRPr="00373438" w:rsidRDefault="00373438" w:rsidP="00373438">
      <w:pPr>
        <w:rPr>
          <w:rFonts w:ascii="Times New Roman" w:hAnsi="Times New Roman" w:cs="Times New Roman"/>
          <w:sz w:val="24"/>
          <w:szCs w:val="24"/>
        </w:rPr>
      </w:pPr>
      <w:r w:rsidRPr="00373438">
        <w:rPr>
          <w:rFonts w:ascii="Times New Roman" w:hAnsi="Times New Roman" w:cs="Times New Roman"/>
          <w:b/>
          <w:bCs/>
          <w:sz w:val="24"/>
          <w:szCs w:val="24"/>
        </w:rPr>
        <w:t>6.24</w:t>
      </w:r>
      <w:r>
        <w:rPr>
          <w:rFonts w:ascii="Times New Roman" w:hAnsi="Times New Roman" w:cs="Times New Roman"/>
          <w:sz w:val="24"/>
          <w:szCs w:val="24"/>
        </w:rPr>
        <w:t xml:space="preserve"> </w:t>
      </w:r>
      <w:r w:rsidRPr="00373438">
        <w:rPr>
          <w:rFonts w:ascii="Times New Roman" w:hAnsi="Times New Roman" w:cs="Times New Roman"/>
          <w:sz w:val="24"/>
          <w:szCs w:val="24"/>
        </w:rPr>
        <w:t>Constitui infração administrativa, nos termos da Lei nº 14.133/2021, a conduta do contratado que:</w:t>
      </w:r>
      <w:r w:rsidRPr="00373438">
        <w:rPr>
          <w:rFonts w:ascii="Times New Roman" w:hAnsi="Times New Roman" w:cs="Times New Roman"/>
          <w:sz w:val="24"/>
          <w:szCs w:val="24"/>
        </w:rPr>
        <w:br/>
      </w:r>
      <w:r w:rsidRPr="00373438">
        <w:rPr>
          <w:rFonts w:ascii="Times New Roman" w:hAnsi="Times New Roman" w:cs="Times New Roman"/>
          <w:b/>
          <w:bCs/>
          <w:sz w:val="24"/>
          <w:szCs w:val="24"/>
        </w:rPr>
        <w:t>I</w:t>
      </w:r>
      <w:r w:rsidRPr="00373438">
        <w:rPr>
          <w:rFonts w:ascii="Times New Roman" w:hAnsi="Times New Roman" w:cs="Times New Roman"/>
          <w:sz w:val="24"/>
          <w:szCs w:val="24"/>
        </w:rPr>
        <w:t xml:space="preserve"> – der causa à inexecução parcial ou total do contrato;</w:t>
      </w:r>
      <w:r w:rsidRPr="00373438">
        <w:rPr>
          <w:rFonts w:ascii="Times New Roman" w:hAnsi="Times New Roman" w:cs="Times New Roman"/>
          <w:sz w:val="24"/>
          <w:szCs w:val="24"/>
        </w:rPr>
        <w:br/>
      </w:r>
      <w:r w:rsidRPr="00373438">
        <w:rPr>
          <w:rFonts w:ascii="Times New Roman" w:hAnsi="Times New Roman" w:cs="Times New Roman"/>
          <w:b/>
          <w:bCs/>
          <w:sz w:val="24"/>
          <w:szCs w:val="24"/>
        </w:rPr>
        <w:t>II</w:t>
      </w:r>
      <w:r w:rsidRPr="00373438">
        <w:rPr>
          <w:rFonts w:ascii="Times New Roman" w:hAnsi="Times New Roman" w:cs="Times New Roman"/>
          <w:sz w:val="24"/>
          <w:szCs w:val="24"/>
        </w:rPr>
        <w:t xml:space="preserve"> – causar prejuízo grave à Administração, ao funcionamento dos serviços públicos ou ao interesse coletivo;</w:t>
      </w:r>
      <w:r w:rsidRPr="00373438">
        <w:rPr>
          <w:rFonts w:ascii="Times New Roman" w:hAnsi="Times New Roman" w:cs="Times New Roman"/>
          <w:sz w:val="24"/>
          <w:szCs w:val="24"/>
        </w:rPr>
        <w:br/>
      </w:r>
      <w:r w:rsidRPr="00373438">
        <w:rPr>
          <w:rFonts w:ascii="Times New Roman" w:hAnsi="Times New Roman" w:cs="Times New Roman"/>
          <w:b/>
          <w:bCs/>
          <w:sz w:val="24"/>
          <w:szCs w:val="24"/>
        </w:rPr>
        <w:t>III</w:t>
      </w:r>
      <w:r w:rsidRPr="00373438">
        <w:rPr>
          <w:rFonts w:ascii="Times New Roman" w:hAnsi="Times New Roman" w:cs="Times New Roman"/>
          <w:sz w:val="24"/>
          <w:szCs w:val="24"/>
        </w:rPr>
        <w:t xml:space="preserve"> – atrasar injustificadamente a execução ou a entrega do objeto;</w:t>
      </w:r>
      <w:r w:rsidRPr="00373438">
        <w:rPr>
          <w:rFonts w:ascii="Times New Roman" w:hAnsi="Times New Roman" w:cs="Times New Roman"/>
          <w:sz w:val="24"/>
          <w:szCs w:val="24"/>
        </w:rPr>
        <w:br/>
      </w:r>
      <w:r w:rsidRPr="00373438">
        <w:rPr>
          <w:rFonts w:ascii="Times New Roman" w:hAnsi="Times New Roman" w:cs="Times New Roman"/>
          <w:b/>
          <w:bCs/>
          <w:sz w:val="24"/>
          <w:szCs w:val="24"/>
        </w:rPr>
        <w:t>IV</w:t>
      </w:r>
      <w:r w:rsidRPr="00373438">
        <w:rPr>
          <w:rFonts w:ascii="Times New Roman" w:hAnsi="Times New Roman" w:cs="Times New Roman"/>
          <w:sz w:val="24"/>
          <w:szCs w:val="24"/>
        </w:rPr>
        <w:t xml:space="preserve"> – apresentar documentação ou declaração falsa;</w:t>
      </w:r>
      <w:r w:rsidRPr="00373438">
        <w:rPr>
          <w:rFonts w:ascii="Times New Roman" w:hAnsi="Times New Roman" w:cs="Times New Roman"/>
          <w:sz w:val="24"/>
          <w:szCs w:val="24"/>
        </w:rPr>
        <w:br/>
      </w:r>
      <w:r w:rsidRPr="00373438">
        <w:rPr>
          <w:rFonts w:ascii="Times New Roman" w:hAnsi="Times New Roman" w:cs="Times New Roman"/>
          <w:b/>
          <w:bCs/>
          <w:sz w:val="24"/>
          <w:szCs w:val="24"/>
        </w:rPr>
        <w:t>V</w:t>
      </w:r>
      <w:r w:rsidRPr="00373438">
        <w:rPr>
          <w:rFonts w:ascii="Times New Roman" w:hAnsi="Times New Roman" w:cs="Times New Roman"/>
          <w:sz w:val="24"/>
          <w:szCs w:val="24"/>
        </w:rPr>
        <w:t xml:space="preserve"> – praticar fraude ou ato ilícito na execução contratual;</w:t>
      </w:r>
      <w:r w:rsidRPr="00373438">
        <w:rPr>
          <w:rFonts w:ascii="Times New Roman" w:hAnsi="Times New Roman" w:cs="Times New Roman"/>
          <w:sz w:val="24"/>
          <w:szCs w:val="24"/>
        </w:rPr>
        <w:br/>
      </w:r>
      <w:r w:rsidRPr="00373438">
        <w:rPr>
          <w:rFonts w:ascii="Times New Roman" w:hAnsi="Times New Roman" w:cs="Times New Roman"/>
          <w:b/>
          <w:bCs/>
          <w:sz w:val="24"/>
          <w:szCs w:val="24"/>
        </w:rPr>
        <w:t xml:space="preserve">VI </w:t>
      </w:r>
      <w:r w:rsidRPr="00373438">
        <w:rPr>
          <w:rFonts w:ascii="Times New Roman" w:hAnsi="Times New Roman" w:cs="Times New Roman"/>
          <w:sz w:val="24"/>
          <w:szCs w:val="24"/>
        </w:rPr>
        <w:t>– comportar-se de modo inidôneo;</w:t>
      </w:r>
      <w:r w:rsidRPr="00373438">
        <w:rPr>
          <w:rFonts w:ascii="Times New Roman" w:hAnsi="Times New Roman" w:cs="Times New Roman"/>
          <w:sz w:val="24"/>
          <w:szCs w:val="24"/>
        </w:rPr>
        <w:br/>
      </w:r>
      <w:r w:rsidRPr="00373438">
        <w:rPr>
          <w:rFonts w:ascii="Times New Roman" w:hAnsi="Times New Roman" w:cs="Times New Roman"/>
          <w:b/>
          <w:bCs/>
          <w:sz w:val="24"/>
          <w:szCs w:val="24"/>
        </w:rPr>
        <w:t>VII</w:t>
      </w:r>
      <w:r w:rsidRPr="00373438">
        <w:rPr>
          <w:rFonts w:ascii="Times New Roman" w:hAnsi="Times New Roman" w:cs="Times New Roman"/>
          <w:sz w:val="24"/>
          <w:szCs w:val="24"/>
        </w:rPr>
        <w:t xml:space="preserve"> – praticar ato lesivo previsto na Lei nº 12.846/2013.</w:t>
      </w:r>
    </w:p>
    <w:p w14:paraId="074A9333" w14:textId="77777777" w:rsidR="00373438" w:rsidRPr="00373438" w:rsidRDefault="00373438" w:rsidP="00373438">
      <w:pPr>
        <w:rPr>
          <w:rFonts w:ascii="Times New Roman" w:hAnsi="Times New Roman" w:cs="Times New Roman"/>
          <w:sz w:val="24"/>
          <w:szCs w:val="24"/>
        </w:rPr>
      </w:pPr>
      <w:r w:rsidRPr="00373438">
        <w:rPr>
          <w:rFonts w:ascii="Times New Roman" w:hAnsi="Times New Roman" w:cs="Times New Roman"/>
          <w:sz w:val="24"/>
          <w:szCs w:val="24"/>
        </w:rPr>
        <w:t xml:space="preserve"> Pela inexecução total ou parcial, poderão ser aplicadas as seguintes sanções:</w:t>
      </w:r>
      <w:r w:rsidRPr="00373438">
        <w:rPr>
          <w:rFonts w:ascii="Times New Roman" w:hAnsi="Times New Roman" w:cs="Times New Roman"/>
          <w:sz w:val="24"/>
          <w:szCs w:val="24"/>
        </w:rPr>
        <w:br/>
      </w:r>
      <w:r w:rsidRPr="00373438">
        <w:rPr>
          <w:rFonts w:ascii="Times New Roman" w:hAnsi="Times New Roman" w:cs="Times New Roman"/>
          <w:b/>
          <w:bCs/>
          <w:sz w:val="24"/>
          <w:szCs w:val="24"/>
        </w:rPr>
        <w:t>I</w:t>
      </w:r>
      <w:r w:rsidRPr="00373438">
        <w:rPr>
          <w:rFonts w:ascii="Times New Roman" w:hAnsi="Times New Roman" w:cs="Times New Roman"/>
          <w:sz w:val="24"/>
          <w:szCs w:val="24"/>
        </w:rPr>
        <w:t xml:space="preserve"> – advertência, nos casos de menor gravidade;</w:t>
      </w:r>
      <w:r w:rsidRPr="00373438">
        <w:rPr>
          <w:rFonts w:ascii="Times New Roman" w:hAnsi="Times New Roman" w:cs="Times New Roman"/>
          <w:sz w:val="24"/>
          <w:szCs w:val="24"/>
        </w:rPr>
        <w:br/>
      </w:r>
      <w:r w:rsidRPr="00373438">
        <w:rPr>
          <w:rFonts w:ascii="Times New Roman" w:hAnsi="Times New Roman" w:cs="Times New Roman"/>
          <w:b/>
          <w:bCs/>
          <w:sz w:val="24"/>
          <w:szCs w:val="24"/>
        </w:rPr>
        <w:t>II</w:t>
      </w:r>
      <w:r w:rsidRPr="00373438">
        <w:rPr>
          <w:rFonts w:ascii="Times New Roman" w:hAnsi="Times New Roman" w:cs="Times New Roman"/>
          <w:sz w:val="24"/>
          <w:szCs w:val="24"/>
        </w:rPr>
        <w:t xml:space="preserve"> – multa:</w:t>
      </w:r>
      <w:r w:rsidRPr="00373438">
        <w:rPr>
          <w:rFonts w:ascii="Times New Roman" w:hAnsi="Times New Roman" w:cs="Times New Roman"/>
          <w:sz w:val="24"/>
          <w:szCs w:val="24"/>
        </w:rPr>
        <w:br/>
      </w:r>
      <w:r w:rsidRPr="00373438">
        <w:rPr>
          <w:rFonts w:ascii="Times New Roman" w:hAnsi="Times New Roman" w:cs="Times New Roman"/>
          <w:b/>
          <w:bCs/>
          <w:sz w:val="24"/>
          <w:szCs w:val="24"/>
        </w:rPr>
        <w:lastRenderedPageBreak/>
        <w:t>a)</w:t>
      </w:r>
      <w:r w:rsidRPr="00373438">
        <w:rPr>
          <w:rFonts w:ascii="Times New Roman" w:hAnsi="Times New Roman" w:cs="Times New Roman"/>
          <w:sz w:val="24"/>
          <w:szCs w:val="24"/>
        </w:rPr>
        <w:t xml:space="preserve"> moratória, de 2% a 10% ao dia sobre a parcela em atraso, limitada a 30 dias;</w:t>
      </w:r>
      <w:r w:rsidRPr="00373438">
        <w:rPr>
          <w:rFonts w:ascii="Times New Roman" w:hAnsi="Times New Roman" w:cs="Times New Roman"/>
          <w:sz w:val="24"/>
          <w:szCs w:val="24"/>
        </w:rPr>
        <w:br/>
      </w:r>
      <w:r w:rsidRPr="00373438">
        <w:rPr>
          <w:rFonts w:ascii="Times New Roman" w:hAnsi="Times New Roman" w:cs="Times New Roman"/>
          <w:b/>
          <w:bCs/>
          <w:sz w:val="24"/>
          <w:szCs w:val="24"/>
        </w:rPr>
        <w:t>b)</w:t>
      </w:r>
      <w:r w:rsidRPr="00373438">
        <w:rPr>
          <w:rFonts w:ascii="Times New Roman" w:hAnsi="Times New Roman" w:cs="Times New Roman"/>
          <w:sz w:val="24"/>
          <w:szCs w:val="24"/>
        </w:rPr>
        <w:t xml:space="preserve"> compensatória, de 5% sobre o valor total do contrato, em caso de inexecução total;</w:t>
      </w:r>
      <w:r w:rsidRPr="00373438">
        <w:rPr>
          <w:rFonts w:ascii="Times New Roman" w:hAnsi="Times New Roman" w:cs="Times New Roman"/>
          <w:sz w:val="24"/>
          <w:szCs w:val="24"/>
        </w:rPr>
        <w:br/>
      </w:r>
      <w:r w:rsidRPr="00373438">
        <w:rPr>
          <w:rFonts w:ascii="Times New Roman" w:hAnsi="Times New Roman" w:cs="Times New Roman"/>
          <w:b/>
          <w:bCs/>
          <w:sz w:val="24"/>
          <w:szCs w:val="24"/>
        </w:rPr>
        <w:t>III</w:t>
      </w:r>
      <w:r w:rsidRPr="00373438">
        <w:rPr>
          <w:rFonts w:ascii="Times New Roman" w:hAnsi="Times New Roman" w:cs="Times New Roman"/>
          <w:sz w:val="24"/>
          <w:szCs w:val="24"/>
        </w:rPr>
        <w:t xml:space="preserve"> – impedimento de licitar e contratar pelo prazo de até 2 (dois) anos;</w:t>
      </w:r>
      <w:r w:rsidRPr="00373438">
        <w:rPr>
          <w:rFonts w:ascii="Times New Roman" w:hAnsi="Times New Roman" w:cs="Times New Roman"/>
          <w:sz w:val="24"/>
          <w:szCs w:val="24"/>
        </w:rPr>
        <w:br/>
      </w:r>
      <w:r w:rsidRPr="00373438">
        <w:rPr>
          <w:rFonts w:ascii="Times New Roman" w:hAnsi="Times New Roman" w:cs="Times New Roman"/>
          <w:b/>
          <w:bCs/>
          <w:sz w:val="24"/>
          <w:szCs w:val="24"/>
        </w:rPr>
        <w:t>IV</w:t>
      </w:r>
      <w:r w:rsidRPr="00373438">
        <w:rPr>
          <w:rFonts w:ascii="Times New Roman" w:hAnsi="Times New Roman" w:cs="Times New Roman"/>
          <w:sz w:val="24"/>
          <w:szCs w:val="24"/>
        </w:rPr>
        <w:t xml:space="preserve"> – declaração de inidoneidade para licitar ou contratar com a Administração Pública.</w:t>
      </w:r>
    </w:p>
    <w:p w14:paraId="52FDB8EF" w14:textId="492DA1EB" w:rsidR="00373438" w:rsidRPr="00373438" w:rsidRDefault="00373438" w:rsidP="00373438">
      <w:pPr>
        <w:rPr>
          <w:rFonts w:ascii="Times New Roman" w:hAnsi="Times New Roman" w:cs="Times New Roman"/>
          <w:sz w:val="24"/>
          <w:szCs w:val="24"/>
        </w:rPr>
      </w:pPr>
      <w:r w:rsidRPr="00373438">
        <w:rPr>
          <w:rFonts w:ascii="Times New Roman" w:hAnsi="Times New Roman" w:cs="Times New Roman"/>
          <w:b/>
          <w:bCs/>
          <w:sz w:val="24"/>
          <w:szCs w:val="24"/>
        </w:rPr>
        <w:t>6.2</w:t>
      </w:r>
      <w:r>
        <w:rPr>
          <w:rFonts w:ascii="Times New Roman" w:hAnsi="Times New Roman" w:cs="Times New Roman"/>
          <w:b/>
          <w:bCs/>
          <w:sz w:val="24"/>
          <w:szCs w:val="24"/>
        </w:rPr>
        <w:t>5</w:t>
      </w:r>
      <w:r w:rsidRPr="00373438">
        <w:rPr>
          <w:rFonts w:ascii="Times New Roman" w:hAnsi="Times New Roman" w:cs="Times New Roman"/>
          <w:sz w:val="24"/>
          <w:szCs w:val="24"/>
        </w:rPr>
        <w:t xml:space="preserve"> A aplicação das sanções previstas neste termo não exclui, em hipótese alguma, a obrigação de reparação integral do dano causado ao Contratante (art. 156, §9º, da Lei nº 14.133, de 2021). Todas as sanções previstas neste Contrato poderão ser aplicadas cumulativamente com a multa (art. 156, §7º, da Lei nº 14.133, de 2021).</w:t>
      </w:r>
    </w:p>
    <w:p w14:paraId="6AAC8582" w14:textId="5F7439CD" w:rsidR="00373438" w:rsidRPr="00373438" w:rsidRDefault="00373438" w:rsidP="00373438">
      <w:pPr>
        <w:rPr>
          <w:rFonts w:ascii="Times New Roman" w:hAnsi="Times New Roman" w:cs="Times New Roman"/>
          <w:sz w:val="24"/>
          <w:szCs w:val="24"/>
        </w:rPr>
      </w:pPr>
      <w:r w:rsidRPr="00373438">
        <w:rPr>
          <w:rFonts w:ascii="Times New Roman" w:hAnsi="Times New Roman" w:cs="Times New Roman"/>
          <w:b/>
          <w:bCs/>
          <w:sz w:val="24"/>
          <w:szCs w:val="24"/>
        </w:rPr>
        <w:t>6.2</w:t>
      </w:r>
      <w:r>
        <w:rPr>
          <w:rFonts w:ascii="Times New Roman" w:hAnsi="Times New Roman" w:cs="Times New Roman"/>
          <w:b/>
          <w:bCs/>
          <w:sz w:val="24"/>
          <w:szCs w:val="24"/>
        </w:rPr>
        <w:t>6</w:t>
      </w:r>
      <w:r w:rsidRPr="00373438">
        <w:rPr>
          <w:rFonts w:ascii="Times New Roman" w:hAnsi="Times New Roman" w:cs="Times New Roman"/>
          <w:b/>
          <w:bCs/>
          <w:sz w:val="24"/>
          <w:szCs w:val="24"/>
        </w:rPr>
        <w:t xml:space="preserve"> </w:t>
      </w:r>
      <w:r w:rsidRPr="00373438">
        <w:rPr>
          <w:rFonts w:ascii="Times New Roman" w:hAnsi="Times New Roman" w:cs="Times New Roman"/>
          <w:sz w:val="24"/>
          <w:szCs w:val="24"/>
        </w:rPr>
        <w:t>Antes da aplicação da multa será facultada a defesa do interessado no prazo de 15 (quinze) dias úteis, contado da data de sua intimação (art. 157, da Lei nº 14.133, de 2021);</w:t>
      </w:r>
    </w:p>
    <w:p w14:paraId="778AC083" w14:textId="77777777" w:rsidR="00373438" w:rsidRPr="00373438" w:rsidRDefault="00373438" w:rsidP="00373438">
      <w:pPr>
        <w:rPr>
          <w:rFonts w:ascii="Times New Roman" w:hAnsi="Times New Roman" w:cs="Times New Roman"/>
          <w:sz w:val="24"/>
          <w:szCs w:val="24"/>
        </w:rPr>
      </w:pPr>
      <w:r w:rsidRPr="00373438">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1085E33" w14:textId="77777777" w:rsidR="00373438" w:rsidRPr="00373438" w:rsidRDefault="00373438" w:rsidP="00373438">
      <w:pPr>
        <w:rPr>
          <w:rFonts w:ascii="Times New Roman" w:hAnsi="Times New Roman" w:cs="Times New Roman"/>
          <w:sz w:val="24"/>
          <w:szCs w:val="24"/>
        </w:rPr>
      </w:pPr>
      <w:r w:rsidRPr="00373438">
        <w:rPr>
          <w:rFonts w:ascii="Times New Roman" w:hAnsi="Times New Roman" w:cs="Times New Roman"/>
          <w:sz w:val="24"/>
          <w:szCs w:val="24"/>
        </w:rPr>
        <w:t>Aplica-se ainda o previsto na Lei 14.133/2021 e o edital.</w:t>
      </w:r>
    </w:p>
    <w:p w14:paraId="591280B3" w14:textId="38FFD8F6" w:rsidR="00373438" w:rsidRPr="00373438" w:rsidRDefault="00373438" w:rsidP="00373438">
      <w:pPr>
        <w:rPr>
          <w:rFonts w:ascii="Times New Roman" w:hAnsi="Times New Roman" w:cs="Times New Roman"/>
          <w:sz w:val="24"/>
          <w:szCs w:val="24"/>
        </w:rPr>
      </w:pPr>
      <w:r w:rsidRPr="00373438">
        <w:rPr>
          <w:rFonts w:ascii="Times New Roman" w:hAnsi="Times New Roman" w:cs="Times New Roman"/>
          <w:b/>
          <w:bCs/>
          <w:sz w:val="24"/>
          <w:szCs w:val="24"/>
        </w:rPr>
        <w:t>6.2</w:t>
      </w:r>
      <w:r>
        <w:rPr>
          <w:rFonts w:ascii="Times New Roman" w:hAnsi="Times New Roman" w:cs="Times New Roman"/>
          <w:b/>
          <w:bCs/>
          <w:sz w:val="24"/>
          <w:szCs w:val="24"/>
        </w:rPr>
        <w:t>7</w:t>
      </w:r>
      <w:r w:rsidRPr="00373438">
        <w:rPr>
          <w:rFonts w:ascii="Times New Roman" w:hAnsi="Times New Roman" w:cs="Times New Roman"/>
          <w:sz w:val="24"/>
          <w:szCs w:val="24"/>
        </w:rPr>
        <w:t xml:space="preserve"> As multas devidas e/ou prejuízos causados à Contratante serão deduzidos dos valores a serem pagos, ou recolhidos em favor da Contratante, ou deduzidos da garantia, ou ainda, quando for o caso, serão inscritos na Dívida Ativa e cobrados judicialmente.</w:t>
      </w:r>
    </w:p>
    <w:p w14:paraId="35E03961" w14:textId="77777777" w:rsidR="00373438" w:rsidRPr="00373438" w:rsidRDefault="00373438" w:rsidP="00373438">
      <w:pPr>
        <w:rPr>
          <w:rFonts w:ascii="Times New Roman" w:hAnsi="Times New Roman" w:cs="Times New Roman"/>
          <w:sz w:val="24"/>
          <w:szCs w:val="24"/>
        </w:rPr>
      </w:pPr>
      <w:r w:rsidRPr="00373438">
        <w:rPr>
          <w:rFonts w:ascii="Times New Roman" w:hAnsi="Times New Roman" w:cs="Times New Roman"/>
          <w:sz w:val="24"/>
          <w:szCs w:val="24"/>
        </w:rPr>
        <w:t xml:space="preserve">Caso a Contratante determine, a multa deverá ser recolhida no prazo máximo de 30 (trinta) dias, a contar da data do recebimento da comunicação enviada pela autoridade competente. </w:t>
      </w:r>
    </w:p>
    <w:p w14:paraId="76061CB8" w14:textId="56944B81" w:rsidR="00373438" w:rsidRPr="00373438" w:rsidRDefault="00373438" w:rsidP="00373438">
      <w:pPr>
        <w:rPr>
          <w:rFonts w:ascii="Times New Roman" w:hAnsi="Times New Roman" w:cs="Times New Roman"/>
          <w:sz w:val="24"/>
          <w:szCs w:val="24"/>
        </w:rPr>
      </w:pPr>
      <w:r w:rsidRPr="00373438">
        <w:rPr>
          <w:rFonts w:ascii="Times New Roman" w:hAnsi="Times New Roman" w:cs="Times New Roman"/>
          <w:b/>
          <w:bCs/>
          <w:sz w:val="24"/>
          <w:szCs w:val="24"/>
        </w:rPr>
        <w:t>6.2</w:t>
      </w:r>
      <w:r>
        <w:rPr>
          <w:rFonts w:ascii="Times New Roman" w:hAnsi="Times New Roman" w:cs="Times New Roman"/>
          <w:b/>
          <w:bCs/>
          <w:sz w:val="24"/>
          <w:szCs w:val="24"/>
        </w:rPr>
        <w:t>8</w:t>
      </w:r>
      <w:r w:rsidRPr="00373438">
        <w:rPr>
          <w:rFonts w:ascii="Times New Roman" w:hAnsi="Times New Roman" w:cs="Times New Roman"/>
          <w:b/>
          <w:bCs/>
          <w:sz w:val="24"/>
          <w:szCs w:val="24"/>
        </w:rPr>
        <w:t xml:space="preserve"> </w:t>
      </w:r>
      <w:r w:rsidRPr="00373438">
        <w:rPr>
          <w:rFonts w:ascii="Times New Roman" w:hAnsi="Times New Roman" w:cs="Times New Roman"/>
          <w:sz w:val="24"/>
          <w:szCs w:val="24"/>
        </w:rPr>
        <w:t>Caso o valor da multa não seja suficiente para cobrir os prejuízos causados pela conduta do licitante, a Contratante poderá cobrar o valor remanescente judicialmente, conforme artigo 419 do Código Civil. A autoridade competente, na aplicação das sanções, levará em consideração a gravidade da conduta do infrator, o caráter educativo da pena, bem como o dano causado à Administração, observado o princípio da proporcionalidade.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388C0EB" w14:textId="2A37C482" w:rsidR="00373438" w:rsidRPr="00373438" w:rsidRDefault="00373438" w:rsidP="00373438">
      <w:pPr>
        <w:rPr>
          <w:rFonts w:ascii="Times New Roman" w:hAnsi="Times New Roman" w:cs="Times New Roman"/>
          <w:sz w:val="24"/>
          <w:szCs w:val="24"/>
        </w:rPr>
      </w:pPr>
      <w:r w:rsidRPr="00373438">
        <w:rPr>
          <w:rFonts w:ascii="Times New Roman" w:hAnsi="Times New Roman" w:cs="Times New Roman"/>
          <w:b/>
          <w:bCs/>
          <w:sz w:val="24"/>
          <w:szCs w:val="24"/>
        </w:rPr>
        <w:t>6.2</w:t>
      </w:r>
      <w:r>
        <w:rPr>
          <w:rFonts w:ascii="Times New Roman" w:hAnsi="Times New Roman" w:cs="Times New Roman"/>
          <w:b/>
          <w:bCs/>
          <w:sz w:val="24"/>
          <w:szCs w:val="24"/>
        </w:rPr>
        <w:t>9</w:t>
      </w:r>
      <w:r w:rsidRPr="00373438">
        <w:rPr>
          <w:rFonts w:ascii="Times New Roman" w:hAnsi="Times New Roman" w:cs="Times New Roman"/>
          <w:b/>
          <w:bCs/>
          <w:sz w:val="24"/>
          <w:szCs w:val="24"/>
        </w:rPr>
        <w:t xml:space="preserve"> </w:t>
      </w:r>
      <w:r w:rsidRPr="00373438">
        <w:rPr>
          <w:rFonts w:ascii="Times New Roman" w:hAnsi="Times New Roman" w:cs="Times New Roman"/>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05DDDCD" w14:textId="78AE79D0" w:rsidR="00373438" w:rsidRPr="00373438" w:rsidRDefault="00373438" w:rsidP="00373438">
      <w:pPr>
        <w:rPr>
          <w:rFonts w:ascii="Times New Roman" w:hAnsi="Times New Roman" w:cs="Times New Roman"/>
          <w:sz w:val="24"/>
          <w:szCs w:val="24"/>
        </w:rPr>
      </w:pPr>
      <w:r w:rsidRPr="00373438">
        <w:rPr>
          <w:rFonts w:ascii="Times New Roman" w:hAnsi="Times New Roman" w:cs="Times New Roman"/>
          <w:b/>
          <w:bCs/>
          <w:sz w:val="24"/>
          <w:szCs w:val="24"/>
        </w:rPr>
        <w:lastRenderedPageBreak/>
        <w:t>6.</w:t>
      </w:r>
      <w:r>
        <w:rPr>
          <w:rFonts w:ascii="Times New Roman" w:hAnsi="Times New Roman" w:cs="Times New Roman"/>
          <w:b/>
          <w:bCs/>
          <w:sz w:val="24"/>
          <w:szCs w:val="24"/>
        </w:rPr>
        <w:t>30</w:t>
      </w:r>
      <w:r w:rsidRPr="00373438">
        <w:rPr>
          <w:rFonts w:ascii="Times New Roman" w:hAnsi="Times New Roman" w:cs="Times New Roman"/>
          <w:sz w:val="24"/>
          <w:szCs w:val="24"/>
        </w:rPr>
        <w:t xml:space="preserve">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6536BAA8" w14:textId="6B15E6D2" w:rsidR="00531F81" w:rsidRPr="00E61F3B" w:rsidRDefault="00373438" w:rsidP="00373438">
      <w:pPr>
        <w:rPr>
          <w:rFonts w:ascii="Times New Roman" w:hAnsi="Times New Roman" w:cs="Times New Roman"/>
        </w:rPr>
      </w:pPr>
      <w:r w:rsidRPr="00373438">
        <w:rPr>
          <w:rFonts w:ascii="Times New Roman" w:hAnsi="Times New Roman" w:cs="Times New Roman"/>
          <w:b/>
          <w:bCs/>
          <w:sz w:val="24"/>
          <w:szCs w:val="24"/>
        </w:rPr>
        <w:t>6.3</w:t>
      </w:r>
      <w:r>
        <w:rPr>
          <w:rFonts w:ascii="Times New Roman" w:hAnsi="Times New Roman" w:cs="Times New Roman"/>
          <w:b/>
          <w:bCs/>
          <w:sz w:val="24"/>
          <w:szCs w:val="24"/>
        </w:rPr>
        <w:t>1</w:t>
      </w:r>
      <w:r w:rsidRPr="00373438">
        <w:rPr>
          <w:rFonts w:ascii="Times New Roman" w:hAnsi="Times New Roman" w:cs="Times New Roman"/>
          <w:sz w:val="24"/>
          <w:szCs w:val="24"/>
        </w:rPr>
        <w:t xml:space="preserve"> As penalidades serão obrigatoriamente registradas no Cadastro Municipal</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531F81" w:rsidRPr="006D371C" w14:paraId="006B7E9D" w14:textId="77777777" w:rsidTr="00F6516F">
        <w:trPr>
          <w:trHeight w:val="113"/>
        </w:trPr>
        <w:tc>
          <w:tcPr>
            <w:tcW w:w="5000" w:type="pct"/>
            <w:shd w:val="clear" w:color="auto" w:fill="B4C6E7" w:themeFill="accent1" w:themeFillTint="66"/>
          </w:tcPr>
          <w:p w14:paraId="2E795981" w14:textId="7FA3BD82" w:rsidR="00531F81" w:rsidRPr="00274EDD" w:rsidRDefault="00531F81" w:rsidP="00F6516F">
            <w:pPr>
              <w:pStyle w:val="Ttulo1"/>
              <w:tabs>
                <w:tab w:val="left" w:pos="1280"/>
                <w:tab w:val="left" w:pos="1281"/>
              </w:tabs>
              <w:spacing w:before="0" w:line="360" w:lineRule="auto"/>
              <w:jc w:val="center"/>
              <w:rPr>
                <w:rFonts w:ascii="Times New Roman" w:hAnsi="Times New Roman" w:cs="Times New Roman"/>
                <w:b/>
                <w:spacing w:val="6"/>
                <w:sz w:val="23"/>
                <w:szCs w:val="23"/>
              </w:rPr>
            </w:pPr>
            <w:r w:rsidRPr="00274EDD">
              <w:rPr>
                <w:rFonts w:ascii="Times New Roman" w:hAnsi="Times New Roman" w:cs="Times New Roman"/>
                <w:b/>
                <w:color w:val="auto"/>
                <w:spacing w:val="6"/>
                <w:sz w:val="24"/>
                <w:szCs w:val="24"/>
              </w:rPr>
              <w:t xml:space="preserve">VII – FORMA E CRITÉRIOS DE SELEÇÃO DE FORNECEDOR – </w:t>
            </w:r>
            <w:r w:rsidRPr="00274EDD">
              <w:rPr>
                <w:rFonts w:ascii="Times New Roman" w:hAnsi="Times New Roman" w:cs="Times New Roman"/>
                <w:b/>
                <w:i/>
                <w:color w:val="auto"/>
                <w:spacing w:val="6"/>
                <w:sz w:val="24"/>
                <w:szCs w:val="24"/>
              </w:rPr>
              <w:t>Lei Federal 14.133/21; art. 6; XXIII; h:</w:t>
            </w:r>
          </w:p>
        </w:tc>
      </w:tr>
    </w:tbl>
    <w:p w14:paraId="6D7E038C" w14:textId="77777777" w:rsidR="00C41055" w:rsidRDefault="00C41055" w:rsidP="00C41055">
      <w:pPr>
        <w:jc w:val="both"/>
        <w:rPr>
          <w:rFonts w:ascii="Times New Roman" w:hAnsi="Times New Roman" w:cs="Times New Roman"/>
          <w:b/>
          <w:bCs/>
          <w:sz w:val="24"/>
          <w:szCs w:val="24"/>
        </w:rPr>
      </w:pPr>
    </w:p>
    <w:p w14:paraId="3A22CC42" w14:textId="2FD3DACF" w:rsidR="00C41055" w:rsidRPr="00C41055" w:rsidRDefault="00C41055" w:rsidP="00C41055">
      <w:pPr>
        <w:jc w:val="both"/>
        <w:rPr>
          <w:rFonts w:ascii="Times New Roman" w:hAnsi="Times New Roman" w:cs="Times New Roman"/>
          <w:sz w:val="24"/>
          <w:szCs w:val="24"/>
        </w:rPr>
      </w:pPr>
      <w:r w:rsidRPr="00C41055">
        <w:rPr>
          <w:rFonts w:ascii="Times New Roman" w:hAnsi="Times New Roman" w:cs="Times New Roman"/>
          <w:b/>
          <w:bCs/>
          <w:sz w:val="24"/>
          <w:szCs w:val="24"/>
        </w:rPr>
        <w:t>7.1</w:t>
      </w:r>
      <w:r>
        <w:rPr>
          <w:rFonts w:ascii="Times New Roman" w:hAnsi="Times New Roman" w:cs="Times New Roman"/>
          <w:sz w:val="24"/>
          <w:szCs w:val="24"/>
        </w:rPr>
        <w:t xml:space="preserve"> </w:t>
      </w:r>
      <w:r w:rsidRPr="00C41055">
        <w:rPr>
          <w:rFonts w:ascii="Times New Roman" w:hAnsi="Times New Roman" w:cs="Times New Roman"/>
          <w:sz w:val="24"/>
          <w:szCs w:val="24"/>
        </w:rPr>
        <w:t xml:space="preserve">O fornecedor será selecionado por meio da realização de procedimento licitatório na modalidade </w:t>
      </w:r>
      <w:r w:rsidRPr="00C41055">
        <w:rPr>
          <w:rFonts w:ascii="Times New Roman" w:hAnsi="Times New Roman" w:cs="Times New Roman"/>
          <w:b/>
          <w:bCs/>
          <w:sz w:val="24"/>
          <w:szCs w:val="24"/>
        </w:rPr>
        <w:t>PREGÃO</w:t>
      </w:r>
      <w:r w:rsidRPr="00C41055">
        <w:rPr>
          <w:rFonts w:ascii="Times New Roman" w:hAnsi="Times New Roman" w:cs="Times New Roman"/>
          <w:sz w:val="24"/>
          <w:szCs w:val="24"/>
        </w:rPr>
        <w:t xml:space="preserve">, em sua forma </w:t>
      </w:r>
      <w:r w:rsidRPr="00C41055">
        <w:rPr>
          <w:rFonts w:ascii="Times New Roman" w:hAnsi="Times New Roman" w:cs="Times New Roman"/>
          <w:b/>
          <w:bCs/>
          <w:sz w:val="24"/>
          <w:szCs w:val="24"/>
        </w:rPr>
        <w:t>ELETRÔNICA</w:t>
      </w:r>
      <w:r w:rsidRPr="00C41055">
        <w:rPr>
          <w:rFonts w:ascii="Times New Roman" w:hAnsi="Times New Roman" w:cs="Times New Roman"/>
          <w:sz w:val="24"/>
          <w:szCs w:val="24"/>
        </w:rPr>
        <w:t xml:space="preserve">, adotando-se como critério de julgamento o </w:t>
      </w:r>
      <w:r w:rsidRPr="00C41055">
        <w:rPr>
          <w:rFonts w:ascii="Times New Roman" w:hAnsi="Times New Roman" w:cs="Times New Roman"/>
          <w:b/>
          <w:bCs/>
          <w:sz w:val="24"/>
          <w:szCs w:val="24"/>
        </w:rPr>
        <w:t>MENOR PREÇO POR ITEM</w:t>
      </w:r>
      <w:r w:rsidRPr="00C41055">
        <w:rPr>
          <w:rFonts w:ascii="Times New Roman" w:hAnsi="Times New Roman" w:cs="Times New Roman"/>
          <w:sz w:val="24"/>
          <w:szCs w:val="24"/>
        </w:rPr>
        <w:t>, nos termos da Lei Federal nº 14.133/2021.</w:t>
      </w:r>
    </w:p>
    <w:p w14:paraId="6402E31B" w14:textId="77777777" w:rsidR="00C41055" w:rsidRPr="00C41055" w:rsidRDefault="00C41055" w:rsidP="00C41055">
      <w:pPr>
        <w:jc w:val="both"/>
        <w:rPr>
          <w:rFonts w:ascii="Times New Roman" w:hAnsi="Times New Roman" w:cs="Times New Roman"/>
          <w:sz w:val="24"/>
          <w:szCs w:val="24"/>
        </w:rPr>
      </w:pPr>
      <w:r w:rsidRPr="00C41055">
        <w:rPr>
          <w:rFonts w:ascii="Times New Roman" w:hAnsi="Times New Roman" w:cs="Times New Roman"/>
          <w:b/>
          <w:bCs/>
          <w:sz w:val="24"/>
          <w:szCs w:val="24"/>
        </w:rPr>
        <w:t>7.2</w:t>
      </w:r>
      <w:r w:rsidRPr="00C41055">
        <w:rPr>
          <w:rFonts w:ascii="Times New Roman" w:hAnsi="Times New Roman" w:cs="Times New Roman"/>
          <w:sz w:val="24"/>
          <w:szCs w:val="24"/>
        </w:rPr>
        <w:t xml:space="preserve"> Considerando a natureza dos gêneros alimentícios objeto da contratação, bem como a necessidade de manutenção da qualidade, conservação adequada e abastecimento contínuo das unidades administrativas municipais, o fornecimento será realizado de forma parcelada e conforme a demanda da Administração Pública.</w:t>
      </w:r>
    </w:p>
    <w:p w14:paraId="5DCF688F" w14:textId="77777777" w:rsidR="00C41055" w:rsidRPr="00C41055" w:rsidRDefault="00C41055" w:rsidP="00C41055">
      <w:pPr>
        <w:jc w:val="both"/>
        <w:rPr>
          <w:rFonts w:ascii="Times New Roman" w:hAnsi="Times New Roman" w:cs="Times New Roman"/>
          <w:sz w:val="24"/>
          <w:szCs w:val="24"/>
        </w:rPr>
      </w:pPr>
      <w:r w:rsidRPr="00C41055">
        <w:rPr>
          <w:rFonts w:ascii="Times New Roman" w:hAnsi="Times New Roman" w:cs="Times New Roman"/>
          <w:b/>
          <w:bCs/>
          <w:sz w:val="24"/>
          <w:szCs w:val="24"/>
        </w:rPr>
        <w:t>7.3</w:t>
      </w:r>
      <w:r w:rsidRPr="00C41055">
        <w:rPr>
          <w:rFonts w:ascii="Times New Roman" w:hAnsi="Times New Roman" w:cs="Times New Roman"/>
          <w:sz w:val="24"/>
          <w:szCs w:val="24"/>
        </w:rPr>
        <w:t xml:space="preserve"> Dessa forma, será exigido da futura contratada capacidade operacional para realização de, no mínimo, </w:t>
      </w:r>
      <w:r w:rsidRPr="00C41055">
        <w:rPr>
          <w:rFonts w:ascii="Times New Roman" w:hAnsi="Times New Roman" w:cs="Times New Roman"/>
          <w:b/>
          <w:bCs/>
          <w:sz w:val="24"/>
          <w:szCs w:val="24"/>
        </w:rPr>
        <w:t>03 (três) entregas semanais</w:t>
      </w:r>
      <w:r w:rsidRPr="00C41055">
        <w:rPr>
          <w:rFonts w:ascii="Times New Roman" w:hAnsi="Times New Roman" w:cs="Times New Roman"/>
          <w:sz w:val="24"/>
          <w:szCs w:val="24"/>
        </w:rPr>
        <w:t>, conforme cronograma, requisições e necessidades definidas pela Administração Municipal, garantindo regularidade no abastecimento e redução do período de armazenamento dos produtos nas unidades atendidas.</w:t>
      </w:r>
    </w:p>
    <w:p w14:paraId="78EB2969" w14:textId="77777777" w:rsidR="00C41055" w:rsidRPr="00C41055" w:rsidRDefault="00C41055" w:rsidP="00C41055">
      <w:pPr>
        <w:jc w:val="both"/>
        <w:rPr>
          <w:rFonts w:ascii="Times New Roman" w:hAnsi="Times New Roman" w:cs="Times New Roman"/>
          <w:sz w:val="24"/>
          <w:szCs w:val="24"/>
        </w:rPr>
      </w:pPr>
      <w:r w:rsidRPr="00C41055">
        <w:rPr>
          <w:rFonts w:ascii="Times New Roman" w:hAnsi="Times New Roman" w:cs="Times New Roman"/>
          <w:b/>
          <w:bCs/>
          <w:sz w:val="24"/>
          <w:szCs w:val="24"/>
        </w:rPr>
        <w:t>7.4</w:t>
      </w:r>
      <w:r w:rsidRPr="00C41055">
        <w:rPr>
          <w:rFonts w:ascii="Times New Roman" w:hAnsi="Times New Roman" w:cs="Times New Roman"/>
          <w:sz w:val="24"/>
          <w:szCs w:val="24"/>
        </w:rPr>
        <w:t xml:space="preserve"> A exigência encontra fundamento na necessidade de assegurar maior eficiência logística, qualidade no fornecimento, continuidade do abastecimento e manutenção das condições adequadas de conservação dos produtos durante toda a execução contratual, evitando perdas, desperdícios e prejuízos à Administração Pública.</w:t>
      </w:r>
    </w:p>
    <w:p w14:paraId="70A09DD3" w14:textId="77777777" w:rsidR="00C41055" w:rsidRPr="00C41055" w:rsidRDefault="00C41055" w:rsidP="00C41055">
      <w:pPr>
        <w:jc w:val="both"/>
        <w:rPr>
          <w:rFonts w:ascii="Times New Roman" w:hAnsi="Times New Roman" w:cs="Times New Roman"/>
          <w:sz w:val="24"/>
          <w:szCs w:val="24"/>
        </w:rPr>
      </w:pPr>
      <w:r w:rsidRPr="00F84763">
        <w:rPr>
          <w:rFonts w:ascii="Times New Roman" w:hAnsi="Times New Roman" w:cs="Times New Roman"/>
          <w:b/>
          <w:bCs/>
          <w:sz w:val="24"/>
          <w:szCs w:val="24"/>
        </w:rPr>
        <w:t>7.5</w:t>
      </w:r>
      <w:r w:rsidRPr="00C41055">
        <w:rPr>
          <w:rFonts w:ascii="Times New Roman" w:hAnsi="Times New Roman" w:cs="Times New Roman"/>
          <w:sz w:val="24"/>
          <w:szCs w:val="24"/>
        </w:rPr>
        <w:t xml:space="preserve"> A adoção do critério encontra fundamento nos princípios da eficiência, economicidade, interesse público e planejamento administrativo, previstos nos arts. 5º e 11 da Lei Federal nº 14.133/2021, bem como na necessidade de garantir adequada execução contratual e continuidade dos serviços públicos desenvolvidos pelas Secretarias Municipais participantes.</w:t>
      </w:r>
    </w:p>
    <w:p w14:paraId="5CD38B15" w14:textId="2FA03311" w:rsidR="00C41055" w:rsidRPr="00C41055" w:rsidRDefault="00C41055" w:rsidP="00C41055">
      <w:pPr>
        <w:jc w:val="both"/>
        <w:rPr>
          <w:rFonts w:ascii="Times New Roman" w:hAnsi="Times New Roman" w:cs="Times New Roman"/>
          <w:sz w:val="24"/>
          <w:szCs w:val="24"/>
        </w:rPr>
      </w:pPr>
      <w:r w:rsidRPr="00C41055">
        <w:rPr>
          <w:rFonts w:ascii="Times New Roman" w:hAnsi="Times New Roman" w:cs="Times New Roman"/>
          <w:b/>
          <w:bCs/>
          <w:sz w:val="24"/>
          <w:szCs w:val="24"/>
        </w:rPr>
        <w:t>7.6</w:t>
      </w:r>
      <w:r w:rsidRPr="00C41055">
        <w:rPr>
          <w:rFonts w:ascii="Times New Roman" w:hAnsi="Times New Roman" w:cs="Times New Roman"/>
          <w:sz w:val="24"/>
          <w:szCs w:val="24"/>
        </w:rPr>
        <w:t xml:space="preserve"> Ressalta-se que a solução adotada se mostra tecnicamente viável e operacionalmente adequada às necessidades da Administração Municipal, especialmente em razão da participação de múltiplas Secretarias no mesmo processo de contratação, promovendo maior padronização das aquisições, racionalização dos procedimentos administrativos, eficiência operacional e melhor gestão dos recursos públicos.</w:t>
      </w:r>
    </w:p>
    <w:p w14:paraId="3A8B7FF8" w14:textId="77777777" w:rsidR="00C41055" w:rsidRPr="00C41055" w:rsidRDefault="00C41055" w:rsidP="00C41055">
      <w:pPr>
        <w:jc w:val="both"/>
        <w:rPr>
          <w:rFonts w:ascii="Times New Roman" w:hAnsi="Times New Roman" w:cs="Times New Roman"/>
          <w:sz w:val="24"/>
          <w:szCs w:val="24"/>
        </w:rPr>
      </w:pPr>
      <w:r w:rsidRPr="00C41055">
        <w:rPr>
          <w:rFonts w:ascii="Times New Roman" w:hAnsi="Times New Roman" w:cs="Times New Roman"/>
          <w:b/>
          <w:bCs/>
          <w:sz w:val="24"/>
          <w:szCs w:val="24"/>
        </w:rPr>
        <w:t>7.7</w:t>
      </w:r>
      <w:r w:rsidRPr="00C41055">
        <w:rPr>
          <w:rFonts w:ascii="Times New Roman" w:hAnsi="Times New Roman" w:cs="Times New Roman"/>
          <w:sz w:val="24"/>
          <w:szCs w:val="24"/>
        </w:rPr>
        <w:t xml:space="preserve"> Destaca-se, ainda, que o modelo adotado é amplamente utilizado por diversos municípios brasileiros em contratações de gêneros alimentícios realizadas por meio de </w:t>
      </w:r>
      <w:r w:rsidRPr="00C41055">
        <w:rPr>
          <w:rFonts w:ascii="Times New Roman" w:hAnsi="Times New Roman" w:cs="Times New Roman"/>
          <w:b/>
          <w:bCs/>
          <w:sz w:val="24"/>
          <w:szCs w:val="24"/>
        </w:rPr>
        <w:t>Pregão Eletrônico e Sistema de Registro de Preços</w:t>
      </w:r>
      <w:r w:rsidRPr="00C41055">
        <w:rPr>
          <w:rFonts w:ascii="Times New Roman" w:hAnsi="Times New Roman" w:cs="Times New Roman"/>
          <w:sz w:val="24"/>
          <w:szCs w:val="24"/>
        </w:rPr>
        <w:t>, em razão da economicidade, competitividade e eficiência proporcionadas à Administração Pública.</w:t>
      </w:r>
    </w:p>
    <w:p w14:paraId="7F2A919A" w14:textId="447D40A2" w:rsidR="009D22B6" w:rsidRPr="00C41055" w:rsidRDefault="009D22B6" w:rsidP="007148BC">
      <w:pPr>
        <w:pStyle w:val="Nivel1"/>
        <w:numPr>
          <w:ilvl w:val="0"/>
          <w:numId w:val="10"/>
        </w:numPr>
        <w:spacing w:before="0" w:after="0" w:line="360" w:lineRule="auto"/>
        <w:ind w:left="435" w:hanging="435"/>
        <w:outlineLvl w:val="9"/>
        <w:rPr>
          <w:rFonts w:ascii="Times New Roman" w:hAnsi="Times New Roman" w:cs="Times New Roman"/>
          <w:b w:val="0"/>
          <w:spacing w:val="6"/>
          <w:sz w:val="24"/>
          <w:szCs w:val="24"/>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107A9F" w:rsidRPr="00274EDD" w14:paraId="2063008D" w14:textId="77777777" w:rsidTr="00F6516F">
        <w:trPr>
          <w:trHeight w:val="113"/>
        </w:trPr>
        <w:tc>
          <w:tcPr>
            <w:tcW w:w="5000" w:type="pct"/>
            <w:shd w:val="clear" w:color="auto" w:fill="B4C6E7" w:themeFill="accent1" w:themeFillTint="66"/>
          </w:tcPr>
          <w:p w14:paraId="19565762" w14:textId="2EE7DB3C" w:rsidR="00107A9F" w:rsidRPr="00274EDD" w:rsidRDefault="00107A9F" w:rsidP="00F6516F">
            <w:pPr>
              <w:pStyle w:val="Ttulo1"/>
              <w:tabs>
                <w:tab w:val="left" w:pos="1280"/>
                <w:tab w:val="left" w:pos="1281"/>
              </w:tabs>
              <w:spacing w:before="0" w:line="360" w:lineRule="auto"/>
              <w:jc w:val="center"/>
              <w:rPr>
                <w:rFonts w:ascii="Times New Roman" w:hAnsi="Times New Roman" w:cs="Times New Roman"/>
                <w:b/>
                <w:spacing w:val="6"/>
                <w:sz w:val="24"/>
                <w:szCs w:val="24"/>
              </w:rPr>
            </w:pPr>
            <w:r>
              <w:rPr>
                <w:rFonts w:ascii="Times New Roman" w:hAnsi="Times New Roman" w:cs="Times New Roman"/>
                <w:b/>
                <w:color w:val="auto"/>
                <w:spacing w:val="6"/>
                <w:sz w:val="24"/>
                <w:szCs w:val="24"/>
              </w:rPr>
              <w:t>VIII</w:t>
            </w:r>
            <w:r w:rsidRPr="00274EDD">
              <w:rPr>
                <w:rFonts w:ascii="Times New Roman" w:hAnsi="Times New Roman" w:cs="Times New Roman"/>
                <w:b/>
                <w:color w:val="auto"/>
                <w:spacing w:val="6"/>
                <w:sz w:val="24"/>
                <w:szCs w:val="24"/>
              </w:rPr>
              <w:t xml:space="preserve">– ESTIMATIVAS DO VALOR DA CONTRATAÇÃO – </w:t>
            </w:r>
            <w:r w:rsidRPr="00274EDD">
              <w:rPr>
                <w:rFonts w:ascii="Times New Roman" w:hAnsi="Times New Roman" w:cs="Times New Roman"/>
                <w:b/>
                <w:i/>
                <w:color w:val="auto"/>
                <w:spacing w:val="6"/>
                <w:sz w:val="24"/>
                <w:szCs w:val="24"/>
              </w:rPr>
              <w:t>Lei Federal 14.133/21; art. 6; XXIII; i:</w:t>
            </w:r>
          </w:p>
        </w:tc>
      </w:tr>
    </w:tbl>
    <w:p w14:paraId="57A25690" w14:textId="77777777" w:rsidR="004C0A4A" w:rsidRPr="00E61F3B" w:rsidRDefault="004C0A4A" w:rsidP="0001698A">
      <w:pPr>
        <w:jc w:val="both"/>
        <w:rPr>
          <w:rFonts w:ascii="Times New Roman" w:hAnsi="Times New Roman"/>
          <w:sz w:val="26"/>
          <w:szCs w:val="26"/>
          <w:lang w:eastAsia="pt-BR"/>
        </w:rPr>
      </w:pPr>
    </w:p>
    <w:p w14:paraId="3973A153" w14:textId="77777777" w:rsidR="00F41972" w:rsidRPr="00E61F3B" w:rsidRDefault="00F41972" w:rsidP="007148BC">
      <w:pPr>
        <w:pStyle w:val="PargrafodaLista"/>
        <w:keepNext/>
        <w:keepLines/>
        <w:numPr>
          <w:ilvl w:val="0"/>
          <w:numId w:val="3"/>
        </w:numPr>
        <w:contextualSpacing w:val="0"/>
        <w:jc w:val="both"/>
        <w:rPr>
          <w:rFonts w:ascii="Times New Roman" w:eastAsiaTheme="majorEastAsia" w:hAnsi="Times New Roman" w:cs="Times New Roman"/>
          <w:vanish/>
          <w:sz w:val="26"/>
          <w:szCs w:val="26"/>
          <w:lang w:eastAsia="pt-BR"/>
        </w:rPr>
      </w:pPr>
    </w:p>
    <w:p w14:paraId="4A3E2E35" w14:textId="77777777" w:rsidR="00F41972" w:rsidRPr="00E61F3B" w:rsidRDefault="00F41972" w:rsidP="007148BC">
      <w:pPr>
        <w:pStyle w:val="PargrafodaLista"/>
        <w:keepNext/>
        <w:keepLines/>
        <w:numPr>
          <w:ilvl w:val="0"/>
          <w:numId w:val="3"/>
        </w:numPr>
        <w:contextualSpacing w:val="0"/>
        <w:jc w:val="both"/>
        <w:rPr>
          <w:rFonts w:ascii="Times New Roman" w:eastAsiaTheme="majorEastAsia" w:hAnsi="Times New Roman" w:cs="Times New Roman"/>
          <w:vanish/>
          <w:sz w:val="26"/>
          <w:szCs w:val="26"/>
          <w:lang w:eastAsia="pt-BR"/>
        </w:rPr>
      </w:pPr>
    </w:p>
    <w:p w14:paraId="695D9B82" w14:textId="2AA1CB12" w:rsidR="00DB09D4" w:rsidRPr="00C41055" w:rsidRDefault="00C41055" w:rsidP="00C41055">
      <w:pPr>
        <w:jc w:val="both"/>
        <w:rPr>
          <w:rFonts w:ascii="Times New Roman" w:hAnsi="Times New Roman" w:cs="Times New Roman"/>
          <w:b/>
          <w:sz w:val="24"/>
          <w:szCs w:val="24"/>
        </w:rPr>
      </w:pPr>
      <w:r w:rsidRPr="00C41055">
        <w:rPr>
          <w:rFonts w:ascii="Times New Roman" w:hAnsi="Times New Roman" w:cs="Times New Roman"/>
          <w:b/>
          <w:bCs/>
          <w:sz w:val="24"/>
          <w:szCs w:val="24"/>
        </w:rPr>
        <w:t>8.1</w:t>
      </w:r>
      <w:r>
        <w:rPr>
          <w:rFonts w:ascii="Times New Roman" w:hAnsi="Times New Roman" w:cs="Times New Roman"/>
          <w:sz w:val="24"/>
          <w:szCs w:val="24"/>
        </w:rPr>
        <w:t xml:space="preserve"> </w:t>
      </w:r>
      <w:r w:rsidR="00BF1366" w:rsidRPr="00C41055">
        <w:rPr>
          <w:rFonts w:ascii="Times New Roman" w:hAnsi="Times New Roman" w:cs="Times New Roman"/>
          <w:sz w:val="24"/>
          <w:szCs w:val="24"/>
        </w:rPr>
        <w:t>O custo estimado da contratação c</w:t>
      </w:r>
      <w:r w:rsidR="003E11BB" w:rsidRPr="00C41055">
        <w:rPr>
          <w:rFonts w:ascii="Times New Roman" w:hAnsi="Times New Roman" w:cs="Times New Roman"/>
          <w:sz w:val="24"/>
          <w:szCs w:val="24"/>
        </w:rPr>
        <w:t>o</w:t>
      </w:r>
      <w:r w:rsidR="00BF1366" w:rsidRPr="00C41055">
        <w:rPr>
          <w:rFonts w:ascii="Times New Roman" w:hAnsi="Times New Roman" w:cs="Times New Roman"/>
          <w:sz w:val="24"/>
          <w:szCs w:val="24"/>
        </w:rPr>
        <w:t>nsta no anexo do edital.</w:t>
      </w:r>
      <w:bookmarkStart w:id="3" w:name="_Hlk97047386"/>
    </w:p>
    <w:p w14:paraId="7DBC1861" w14:textId="77777777" w:rsidR="005C6F8B" w:rsidRPr="00107A9F" w:rsidRDefault="005C6F8B" w:rsidP="00107A9F">
      <w:pPr>
        <w:rPr>
          <w:lang w:eastAsia="pt-BR"/>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107A9F" w:rsidRPr="00274EDD" w14:paraId="0510770F" w14:textId="77777777" w:rsidTr="00F6516F">
        <w:trPr>
          <w:trHeight w:val="113"/>
        </w:trPr>
        <w:tc>
          <w:tcPr>
            <w:tcW w:w="5000" w:type="pct"/>
            <w:shd w:val="clear" w:color="auto" w:fill="B4C6E7" w:themeFill="accent1" w:themeFillTint="66"/>
          </w:tcPr>
          <w:p w14:paraId="108CCFE6" w14:textId="7648F568" w:rsidR="00107A9F" w:rsidRPr="00274EDD" w:rsidRDefault="00B804A7" w:rsidP="00B804A7">
            <w:pPr>
              <w:pStyle w:val="Ttulo1"/>
              <w:tabs>
                <w:tab w:val="left" w:pos="1280"/>
                <w:tab w:val="left" w:pos="1281"/>
              </w:tabs>
              <w:spacing w:before="0" w:line="360" w:lineRule="auto"/>
              <w:jc w:val="center"/>
              <w:rPr>
                <w:rFonts w:ascii="Times New Roman" w:hAnsi="Times New Roman" w:cs="Times New Roman"/>
                <w:b/>
                <w:spacing w:val="6"/>
                <w:sz w:val="24"/>
                <w:szCs w:val="24"/>
              </w:rPr>
            </w:pPr>
            <w:r>
              <w:rPr>
                <w:rFonts w:ascii="Times New Roman" w:hAnsi="Times New Roman" w:cs="Times New Roman"/>
                <w:b/>
                <w:color w:val="auto"/>
                <w:spacing w:val="6"/>
                <w:sz w:val="24"/>
                <w:szCs w:val="24"/>
              </w:rPr>
              <w:t>I</w:t>
            </w:r>
            <w:r w:rsidR="00107A9F" w:rsidRPr="00274EDD">
              <w:rPr>
                <w:rFonts w:ascii="Times New Roman" w:hAnsi="Times New Roman" w:cs="Times New Roman"/>
                <w:b/>
                <w:color w:val="auto"/>
                <w:spacing w:val="6"/>
                <w:sz w:val="24"/>
                <w:szCs w:val="24"/>
              </w:rPr>
              <w:t xml:space="preserve">X – </w:t>
            </w:r>
            <w:r w:rsidR="00107A9F">
              <w:rPr>
                <w:rFonts w:ascii="Times New Roman" w:hAnsi="Times New Roman" w:cs="Times New Roman"/>
                <w:b/>
                <w:color w:val="auto"/>
                <w:spacing w:val="6"/>
                <w:sz w:val="24"/>
                <w:szCs w:val="24"/>
              </w:rPr>
              <w:t xml:space="preserve">ADEQUAÇÃO ORÇAMENTÁRIA </w:t>
            </w:r>
            <w:r w:rsidR="00107A9F" w:rsidRPr="00274EDD">
              <w:rPr>
                <w:rFonts w:ascii="Times New Roman" w:hAnsi="Times New Roman" w:cs="Times New Roman"/>
                <w:b/>
                <w:color w:val="auto"/>
                <w:spacing w:val="6"/>
                <w:sz w:val="24"/>
                <w:szCs w:val="24"/>
              </w:rPr>
              <w:t xml:space="preserve">– </w:t>
            </w:r>
            <w:r w:rsidR="00107A9F" w:rsidRPr="00274EDD">
              <w:rPr>
                <w:rFonts w:ascii="Times New Roman" w:hAnsi="Times New Roman" w:cs="Times New Roman"/>
                <w:b/>
                <w:i/>
                <w:color w:val="auto"/>
                <w:spacing w:val="6"/>
                <w:sz w:val="24"/>
                <w:szCs w:val="24"/>
              </w:rPr>
              <w:t xml:space="preserve">Lei Federal 14.133/21; art. 6; XXIII; </w:t>
            </w:r>
            <w:r w:rsidR="00107A9F">
              <w:rPr>
                <w:rFonts w:ascii="Times New Roman" w:hAnsi="Times New Roman" w:cs="Times New Roman"/>
                <w:b/>
                <w:i/>
                <w:color w:val="auto"/>
                <w:spacing w:val="6"/>
                <w:sz w:val="24"/>
                <w:szCs w:val="24"/>
              </w:rPr>
              <w:t>j</w:t>
            </w:r>
            <w:r w:rsidR="00107A9F" w:rsidRPr="00274EDD">
              <w:rPr>
                <w:rFonts w:ascii="Times New Roman" w:hAnsi="Times New Roman" w:cs="Times New Roman"/>
                <w:b/>
                <w:i/>
                <w:color w:val="auto"/>
                <w:spacing w:val="6"/>
                <w:sz w:val="24"/>
                <w:szCs w:val="24"/>
              </w:rPr>
              <w:t>:</w:t>
            </w:r>
          </w:p>
        </w:tc>
      </w:tr>
    </w:tbl>
    <w:p w14:paraId="4BD8A0CC" w14:textId="77777777" w:rsidR="00107A9F" w:rsidRPr="00107A9F" w:rsidRDefault="00107A9F" w:rsidP="00107A9F">
      <w:pPr>
        <w:rPr>
          <w:lang w:eastAsia="pt-BR"/>
        </w:rPr>
      </w:pPr>
    </w:p>
    <w:p w14:paraId="554EB83A" w14:textId="206E6995" w:rsidR="00B804A7" w:rsidRPr="00C41055" w:rsidRDefault="00B804A7" w:rsidP="00C41055">
      <w:pPr>
        <w:jc w:val="both"/>
        <w:rPr>
          <w:rFonts w:ascii="Times New Roman" w:hAnsi="Times New Roman" w:cs="Times New Roman"/>
          <w:sz w:val="24"/>
          <w:szCs w:val="24"/>
        </w:rPr>
      </w:pPr>
      <w:r w:rsidRPr="00C41055">
        <w:rPr>
          <w:rFonts w:ascii="Times New Roman" w:hAnsi="Times New Roman" w:cs="Times New Roman"/>
          <w:b/>
          <w:bCs/>
          <w:sz w:val="24"/>
          <w:szCs w:val="24"/>
        </w:rPr>
        <w:t>9.1</w:t>
      </w:r>
      <w:r w:rsidRPr="00C41055">
        <w:rPr>
          <w:rFonts w:ascii="Times New Roman" w:hAnsi="Times New Roman" w:cs="Times New Roman"/>
          <w:sz w:val="24"/>
          <w:szCs w:val="24"/>
        </w:rPr>
        <w:t xml:space="preserve"> </w:t>
      </w:r>
      <w:r w:rsidRPr="008A6A11">
        <w:rPr>
          <w:rFonts w:ascii="Times New Roman" w:hAnsi="Times New Roman" w:cs="Times New Roman"/>
          <w:b/>
          <w:bCs/>
          <w:sz w:val="24"/>
          <w:szCs w:val="24"/>
        </w:rPr>
        <w:t>As</w:t>
      </w:r>
      <w:r w:rsidR="0034457C" w:rsidRPr="008A6A11">
        <w:rPr>
          <w:rFonts w:ascii="Times New Roman" w:hAnsi="Times New Roman" w:cs="Times New Roman"/>
          <w:b/>
          <w:bCs/>
          <w:sz w:val="24"/>
          <w:szCs w:val="24"/>
        </w:rPr>
        <w:t xml:space="preserve"> despesas decorrentes da referida aquisição estão previstas no</w:t>
      </w:r>
      <w:r w:rsidR="002E0BE2" w:rsidRPr="008A6A11">
        <w:rPr>
          <w:rFonts w:ascii="Times New Roman" w:hAnsi="Times New Roman" w:cs="Times New Roman"/>
          <w:b/>
          <w:bCs/>
          <w:sz w:val="24"/>
          <w:szCs w:val="24"/>
        </w:rPr>
        <w:t>s</w:t>
      </w:r>
      <w:r w:rsidR="0034457C" w:rsidRPr="008A6A11">
        <w:rPr>
          <w:rFonts w:ascii="Times New Roman" w:hAnsi="Times New Roman" w:cs="Times New Roman"/>
          <w:b/>
          <w:bCs/>
          <w:sz w:val="24"/>
          <w:szCs w:val="24"/>
        </w:rPr>
        <w:t xml:space="preserve"> orçamento</w:t>
      </w:r>
      <w:r w:rsidR="002E0BE2" w:rsidRPr="008A6A11">
        <w:rPr>
          <w:rFonts w:ascii="Times New Roman" w:hAnsi="Times New Roman" w:cs="Times New Roman"/>
          <w:b/>
          <w:bCs/>
          <w:sz w:val="24"/>
          <w:szCs w:val="24"/>
        </w:rPr>
        <w:t>s</w:t>
      </w:r>
      <w:r w:rsidR="002E0BE2" w:rsidRPr="00C41055">
        <w:rPr>
          <w:rFonts w:ascii="Times New Roman" w:hAnsi="Times New Roman" w:cs="Times New Roman"/>
          <w:sz w:val="24"/>
          <w:szCs w:val="24"/>
        </w:rPr>
        <w:t>:</w:t>
      </w:r>
    </w:p>
    <w:p w14:paraId="3F03464E" w14:textId="1801F466" w:rsidR="00B804A7" w:rsidRPr="00C41055" w:rsidRDefault="00B804A7" w:rsidP="00C41055">
      <w:pPr>
        <w:jc w:val="both"/>
        <w:rPr>
          <w:rFonts w:ascii="Times New Roman" w:hAnsi="Times New Roman" w:cs="Times New Roman"/>
          <w:sz w:val="24"/>
          <w:szCs w:val="24"/>
        </w:rPr>
      </w:pPr>
      <w:r w:rsidRPr="00C41055">
        <w:rPr>
          <w:rFonts w:ascii="Times New Roman" w:hAnsi="Times New Roman" w:cs="Times New Roman"/>
          <w:b/>
          <w:bCs/>
          <w:sz w:val="24"/>
          <w:szCs w:val="24"/>
        </w:rPr>
        <w:t>9.2</w:t>
      </w:r>
      <w:r w:rsidR="00850525" w:rsidRPr="00C41055">
        <w:rPr>
          <w:rFonts w:ascii="Times New Roman" w:hAnsi="Times New Roman" w:cs="Times New Roman"/>
          <w:sz w:val="24"/>
          <w:szCs w:val="24"/>
        </w:rPr>
        <w:t>.</w:t>
      </w:r>
      <w:r w:rsidRPr="00C41055">
        <w:rPr>
          <w:rFonts w:ascii="Times New Roman" w:hAnsi="Times New Roman" w:cs="Times New Roman"/>
          <w:sz w:val="24"/>
          <w:szCs w:val="24"/>
        </w:rPr>
        <w:t xml:space="preserve"> Hospital – Projeto Atividade – 4069 Fonte – 500,600 e 621</w:t>
      </w:r>
    </w:p>
    <w:p w14:paraId="4335E01C" w14:textId="3670949C" w:rsidR="00B804A7" w:rsidRPr="00C41055" w:rsidRDefault="00B804A7" w:rsidP="00C41055">
      <w:pPr>
        <w:jc w:val="both"/>
        <w:rPr>
          <w:rFonts w:ascii="Times New Roman" w:hAnsi="Times New Roman" w:cs="Times New Roman"/>
          <w:sz w:val="24"/>
          <w:szCs w:val="24"/>
        </w:rPr>
      </w:pPr>
      <w:r w:rsidRPr="00C41055">
        <w:rPr>
          <w:rFonts w:ascii="Times New Roman" w:hAnsi="Times New Roman" w:cs="Times New Roman"/>
          <w:b/>
          <w:bCs/>
          <w:sz w:val="24"/>
          <w:szCs w:val="24"/>
        </w:rPr>
        <w:t>9.3</w:t>
      </w:r>
      <w:r w:rsidR="00850525" w:rsidRPr="00C41055">
        <w:rPr>
          <w:rFonts w:ascii="Times New Roman" w:hAnsi="Times New Roman" w:cs="Times New Roman"/>
          <w:b/>
          <w:bCs/>
          <w:sz w:val="24"/>
          <w:szCs w:val="24"/>
        </w:rPr>
        <w:t>.</w:t>
      </w:r>
      <w:r w:rsidRPr="00C41055">
        <w:rPr>
          <w:rFonts w:ascii="Times New Roman" w:hAnsi="Times New Roman" w:cs="Times New Roman"/>
          <w:sz w:val="24"/>
          <w:szCs w:val="24"/>
        </w:rPr>
        <w:t xml:space="preserve"> Fundo Municipal de Saúde – Projeto Atividade – 4077,4071,4082,4068,4076 – Fonte – 500,600 e 621</w:t>
      </w:r>
    </w:p>
    <w:p w14:paraId="6D2D7F3E" w14:textId="42905744" w:rsidR="00B804A7" w:rsidRPr="00C41055" w:rsidRDefault="00B804A7" w:rsidP="00C41055">
      <w:pPr>
        <w:jc w:val="both"/>
        <w:rPr>
          <w:rFonts w:ascii="Times New Roman" w:hAnsi="Times New Roman" w:cs="Times New Roman"/>
          <w:sz w:val="24"/>
          <w:szCs w:val="24"/>
        </w:rPr>
      </w:pPr>
      <w:r w:rsidRPr="00C41055">
        <w:rPr>
          <w:rFonts w:ascii="Times New Roman" w:hAnsi="Times New Roman" w:cs="Times New Roman"/>
          <w:b/>
          <w:bCs/>
          <w:sz w:val="24"/>
          <w:szCs w:val="24"/>
        </w:rPr>
        <w:t>9.4</w:t>
      </w:r>
      <w:r w:rsidR="00850525" w:rsidRPr="00C41055">
        <w:rPr>
          <w:rFonts w:ascii="Times New Roman" w:hAnsi="Times New Roman" w:cs="Times New Roman"/>
          <w:sz w:val="24"/>
          <w:szCs w:val="24"/>
        </w:rPr>
        <w:t>.</w:t>
      </w:r>
      <w:r w:rsidRPr="00C41055">
        <w:rPr>
          <w:rFonts w:ascii="Times New Roman" w:hAnsi="Times New Roman" w:cs="Times New Roman"/>
          <w:sz w:val="24"/>
          <w:szCs w:val="24"/>
        </w:rPr>
        <w:t xml:space="preserve"> Esporte e Cultura – Projeto Atividade – 4051 – Fonte – 1500</w:t>
      </w:r>
    </w:p>
    <w:p w14:paraId="32732873" w14:textId="55C00518" w:rsidR="00B804A7" w:rsidRPr="00C41055" w:rsidRDefault="00B804A7" w:rsidP="00C41055">
      <w:pPr>
        <w:jc w:val="both"/>
        <w:rPr>
          <w:rFonts w:ascii="Times New Roman" w:hAnsi="Times New Roman" w:cs="Times New Roman"/>
          <w:sz w:val="24"/>
          <w:szCs w:val="24"/>
        </w:rPr>
      </w:pPr>
      <w:r w:rsidRPr="00C41055">
        <w:rPr>
          <w:rFonts w:ascii="Times New Roman" w:hAnsi="Times New Roman" w:cs="Times New Roman"/>
          <w:b/>
          <w:bCs/>
          <w:sz w:val="24"/>
          <w:szCs w:val="24"/>
        </w:rPr>
        <w:t>9.5</w:t>
      </w:r>
      <w:r w:rsidR="00850525" w:rsidRPr="00C41055">
        <w:rPr>
          <w:rFonts w:ascii="Times New Roman" w:hAnsi="Times New Roman" w:cs="Times New Roman"/>
          <w:sz w:val="24"/>
          <w:szCs w:val="24"/>
        </w:rPr>
        <w:t>.</w:t>
      </w:r>
      <w:r w:rsidRPr="00C41055">
        <w:rPr>
          <w:rFonts w:ascii="Times New Roman" w:hAnsi="Times New Roman" w:cs="Times New Roman"/>
          <w:sz w:val="24"/>
          <w:szCs w:val="24"/>
        </w:rPr>
        <w:t xml:space="preserve"> Educação – Projeto Atividade – 4038 – Fonte - 1500 </w:t>
      </w:r>
    </w:p>
    <w:p w14:paraId="12EF24E0" w14:textId="626A39E8" w:rsidR="00B804A7" w:rsidRPr="00C41055" w:rsidRDefault="00B804A7" w:rsidP="00C41055">
      <w:pPr>
        <w:jc w:val="both"/>
        <w:rPr>
          <w:rFonts w:ascii="Times New Roman" w:hAnsi="Times New Roman" w:cs="Times New Roman"/>
          <w:sz w:val="24"/>
          <w:szCs w:val="24"/>
        </w:rPr>
      </w:pPr>
      <w:r w:rsidRPr="00C41055">
        <w:rPr>
          <w:rFonts w:ascii="Times New Roman" w:hAnsi="Times New Roman" w:cs="Times New Roman"/>
          <w:b/>
          <w:bCs/>
          <w:sz w:val="24"/>
          <w:szCs w:val="24"/>
        </w:rPr>
        <w:t>9.6</w:t>
      </w:r>
      <w:r w:rsidR="00850525" w:rsidRPr="00C41055">
        <w:rPr>
          <w:rFonts w:ascii="Times New Roman" w:hAnsi="Times New Roman" w:cs="Times New Roman"/>
          <w:sz w:val="24"/>
          <w:szCs w:val="24"/>
        </w:rPr>
        <w:t>.</w:t>
      </w:r>
      <w:r w:rsidRPr="00C41055">
        <w:rPr>
          <w:rFonts w:ascii="Times New Roman" w:hAnsi="Times New Roman" w:cs="Times New Roman"/>
          <w:sz w:val="24"/>
          <w:szCs w:val="24"/>
        </w:rPr>
        <w:t xml:space="preserve"> </w:t>
      </w:r>
      <w:r w:rsidR="00850525" w:rsidRPr="00C41055">
        <w:rPr>
          <w:rFonts w:ascii="Times New Roman" w:hAnsi="Times New Roman" w:cs="Times New Roman"/>
          <w:sz w:val="24"/>
          <w:szCs w:val="24"/>
        </w:rPr>
        <w:t>Administração e Planejamento – Projeto Atividade 4101 – Fonte – 1500</w:t>
      </w:r>
    </w:p>
    <w:p w14:paraId="73E7417D" w14:textId="3B8A9895" w:rsidR="00850525" w:rsidRPr="00C41055" w:rsidRDefault="00850525" w:rsidP="00C41055">
      <w:pPr>
        <w:jc w:val="both"/>
        <w:rPr>
          <w:rFonts w:ascii="Times New Roman" w:hAnsi="Times New Roman" w:cs="Times New Roman"/>
          <w:sz w:val="24"/>
          <w:szCs w:val="24"/>
        </w:rPr>
      </w:pPr>
      <w:r w:rsidRPr="00C41055">
        <w:rPr>
          <w:rFonts w:ascii="Times New Roman" w:hAnsi="Times New Roman" w:cs="Times New Roman"/>
          <w:b/>
          <w:bCs/>
          <w:sz w:val="24"/>
          <w:szCs w:val="24"/>
        </w:rPr>
        <w:t>9.7</w:t>
      </w:r>
      <w:r w:rsidRPr="00C41055">
        <w:rPr>
          <w:rFonts w:ascii="Times New Roman" w:hAnsi="Times New Roman" w:cs="Times New Roman"/>
          <w:sz w:val="24"/>
          <w:szCs w:val="24"/>
        </w:rPr>
        <w:t>. Gabinete – Projeto Atividade</w:t>
      </w:r>
      <w:r w:rsidR="00BF314B" w:rsidRPr="00C41055">
        <w:rPr>
          <w:rFonts w:ascii="Times New Roman" w:hAnsi="Times New Roman" w:cs="Times New Roman"/>
          <w:sz w:val="24"/>
          <w:szCs w:val="24"/>
        </w:rPr>
        <w:t xml:space="preserve"> - 4055</w:t>
      </w:r>
      <w:r w:rsidRPr="00C41055">
        <w:rPr>
          <w:rFonts w:ascii="Times New Roman" w:hAnsi="Times New Roman" w:cs="Times New Roman"/>
          <w:sz w:val="24"/>
          <w:szCs w:val="24"/>
        </w:rPr>
        <w:t xml:space="preserve">,4002,4062,4058,4067 – Fonte </w:t>
      </w:r>
      <w:r w:rsidR="004C772D" w:rsidRPr="00C41055">
        <w:rPr>
          <w:rFonts w:ascii="Times New Roman" w:hAnsi="Times New Roman" w:cs="Times New Roman"/>
          <w:sz w:val="24"/>
          <w:szCs w:val="24"/>
        </w:rPr>
        <w:t>–</w:t>
      </w:r>
      <w:r w:rsidRPr="00C41055">
        <w:rPr>
          <w:rFonts w:ascii="Times New Roman" w:hAnsi="Times New Roman" w:cs="Times New Roman"/>
          <w:sz w:val="24"/>
          <w:szCs w:val="24"/>
        </w:rPr>
        <w:t xml:space="preserve"> 1500</w:t>
      </w:r>
      <w:r w:rsidR="004C772D" w:rsidRPr="00C41055">
        <w:rPr>
          <w:rFonts w:ascii="Times New Roman" w:hAnsi="Times New Roman" w:cs="Times New Roman"/>
          <w:sz w:val="24"/>
          <w:szCs w:val="24"/>
        </w:rPr>
        <w:t xml:space="preserve"> e 1501</w:t>
      </w:r>
    </w:p>
    <w:p w14:paraId="1059F3A1" w14:textId="2F696649" w:rsidR="004C772D" w:rsidRPr="00C41055" w:rsidRDefault="004C772D" w:rsidP="00C41055">
      <w:pPr>
        <w:jc w:val="both"/>
        <w:rPr>
          <w:rFonts w:ascii="Times New Roman" w:hAnsi="Times New Roman" w:cs="Times New Roman"/>
          <w:sz w:val="24"/>
          <w:szCs w:val="24"/>
        </w:rPr>
      </w:pPr>
      <w:r w:rsidRPr="00C41055">
        <w:rPr>
          <w:rFonts w:ascii="Times New Roman" w:hAnsi="Times New Roman" w:cs="Times New Roman"/>
          <w:b/>
          <w:bCs/>
          <w:sz w:val="24"/>
          <w:szCs w:val="24"/>
        </w:rPr>
        <w:t>9.8</w:t>
      </w:r>
      <w:r w:rsidRPr="00C41055">
        <w:rPr>
          <w:rFonts w:ascii="Times New Roman" w:hAnsi="Times New Roman" w:cs="Times New Roman"/>
          <w:sz w:val="24"/>
          <w:szCs w:val="24"/>
        </w:rPr>
        <w:t xml:space="preserve">. Habitação- Projeto Atividade </w:t>
      </w:r>
      <w:r w:rsidR="00BF314B" w:rsidRPr="00C41055">
        <w:rPr>
          <w:rFonts w:ascii="Times New Roman" w:hAnsi="Times New Roman" w:cs="Times New Roman"/>
          <w:sz w:val="24"/>
          <w:szCs w:val="24"/>
        </w:rPr>
        <w:t>– 4000 – Fonte 1500</w:t>
      </w:r>
    </w:p>
    <w:p w14:paraId="1CBC0AC3" w14:textId="04F517D7" w:rsidR="00BF314B" w:rsidRPr="00C41055" w:rsidRDefault="00BF314B" w:rsidP="00C41055">
      <w:pPr>
        <w:jc w:val="both"/>
        <w:rPr>
          <w:rFonts w:ascii="Times New Roman" w:hAnsi="Times New Roman" w:cs="Times New Roman"/>
          <w:sz w:val="24"/>
          <w:szCs w:val="24"/>
        </w:rPr>
      </w:pPr>
      <w:r w:rsidRPr="00C41055">
        <w:rPr>
          <w:rFonts w:ascii="Times New Roman" w:hAnsi="Times New Roman" w:cs="Times New Roman"/>
          <w:b/>
          <w:bCs/>
          <w:sz w:val="24"/>
          <w:szCs w:val="24"/>
        </w:rPr>
        <w:t>9.9</w:t>
      </w:r>
      <w:r w:rsidRPr="00C41055">
        <w:rPr>
          <w:rFonts w:ascii="Times New Roman" w:hAnsi="Times New Roman" w:cs="Times New Roman"/>
          <w:sz w:val="24"/>
          <w:szCs w:val="24"/>
        </w:rPr>
        <w:t>. Assistência Social- Projeto Atividade – 4114, 4117, 4118 – Fonte 1500, 1660</w:t>
      </w:r>
    </w:p>
    <w:p w14:paraId="25394E5F" w14:textId="6984180B" w:rsidR="00BF314B" w:rsidRDefault="00BF314B" w:rsidP="00C41055">
      <w:pPr>
        <w:jc w:val="both"/>
        <w:rPr>
          <w:rFonts w:ascii="Times New Roman" w:hAnsi="Times New Roman" w:cs="Times New Roman"/>
          <w:sz w:val="24"/>
          <w:szCs w:val="24"/>
        </w:rPr>
      </w:pPr>
      <w:r w:rsidRPr="00C41055">
        <w:rPr>
          <w:rFonts w:ascii="Times New Roman" w:hAnsi="Times New Roman" w:cs="Times New Roman"/>
          <w:b/>
          <w:bCs/>
          <w:sz w:val="24"/>
          <w:szCs w:val="24"/>
        </w:rPr>
        <w:t>9.10</w:t>
      </w:r>
      <w:r w:rsidRPr="00C41055">
        <w:rPr>
          <w:rFonts w:ascii="Times New Roman" w:hAnsi="Times New Roman" w:cs="Times New Roman"/>
          <w:sz w:val="24"/>
          <w:szCs w:val="24"/>
        </w:rPr>
        <w:t xml:space="preserve">. Finanças – Projeto Atividade - </w:t>
      </w:r>
      <w:r w:rsidR="008A6A11">
        <w:rPr>
          <w:rFonts w:ascii="Times New Roman" w:hAnsi="Times New Roman" w:cs="Times New Roman"/>
          <w:sz w:val="24"/>
          <w:szCs w:val="24"/>
        </w:rPr>
        <w:t>4053</w:t>
      </w:r>
      <w:r w:rsidR="008A6A11" w:rsidRPr="00C41055">
        <w:rPr>
          <w:rFonts w:ascii="Times New Roman" w:hAnsi="Times New Roman" w:cs="Times New Roman"/>
          <w:sz w:val="24"/>
          <w:szCs w:val="24"/>
        </w:rPr>
        <w:t xml:space="preserve"> Fonte</w:t>
      </w:r>
      <w:r w:rsidRPr="00C41055">
        <w:rPr>
          <w:rFonts w:ascii="Times New Roman" w:hAnsi="Times New Roman" w:cs="Times New Roman"/>
          <w:sz w:val="24"/>
          <w:szCs w:val="24"/>
        </w:rPr>
        <w:t xml:space="preserve"> </w:t>
      </w:r>
      <w:r w:rsidR="008A6A11">
        <w:rPr>
          <w:rFonts w:ascii="Times New Roman" w:hAnsi="Times New Roman" w:cs="Times New Roman"/>
          <w:sz w:val="24"/>
          <w:szCs w:val="24"/>
        </w:rPr>
        <w:t>–</w:t>
      </w:r>
      <w:r w:rsidRPr="00C41055">
        <w:rPr>
          <w:rFonts w:ascii="Times New Roman" w:hAnsi="Times New Roman" w:cs="Times New Roman"/>
          <w:sz w:val="24"/>
          <w:szCs w:val="24"/>
        </w:rPr>
        <w:t xml:space="preserve"> 1500</w:t>
      </w:r>
    </w:p>
    <w:p w14:paraId="4267D047" w14:textId="2DC75A93" w:rsidR="008A6A11" w:rsidRPr="00C41055" w:rsidRDefault="008A6A11" w:rsidP="00C41055">
      <w:pPr>
        <w:jc w:val="both"/>
        <w:rPr>
          <w:rFonts w:ascii="Times New Roman" w:hAnsi="Times New Roman" w:cs="Times New Roman"/>
          <w:sz w:val="24"/>
          <w:szCs w:val="24"/>
        </w:rPr>
      </w:pPr>
      <w:r w:rsidRPr="008A6A11">
        <w:rPr>
          <w:rFonts w:ascii="Times New Roman" w:hAnsi="Times New Roman" w:cs="Times New Roman"/>
          <w:b/>
          <w:bCs/>
          <w:sz w:val="24"/>
          <w:szCs w:val="24"/>
        </w:rPr>
        <w:t>9.11</w:t>
      </w:r>
      <w:r>
        <w:rPr>
          <w:rFonts w:ascii="Times New Roman" w:hAnsi="Times New Roman" w:cs="Times New Roman"/>
          <w:sz w:val="24"/>
          <w:szCs w:val="24"/>
        </w:rPr>
        <w:t xml:space="preserve">. Infraestrutura – Projeto Atividade </w:t>
      </w:r>
      <w:r w:rsidR="00310B40">
        <w:rPr>
          <w:rFonts w:ascii="Times New Roman" w:hAnsi="Times New Roman" w:cs="Times New Roman"/>
          <w:sz w:val="24"/>
          <w:szCs w:val="24"/>
        </w:rPr>
        <w:t>–</w:t>
      </w:r>
      <w:r>
        <w:rPr>
          <w:rFonts w:ascii="Times New Roman" w:hAnsi="Times New Roman" w:cs="Times New Roman"/>
          <w:sz w:val="24"/>
          <w:szCs w:val="24"/>
        </w:rPr>
        <w:t xml:space="preserve"> </w:t>
      </w:r>
      <w:r w:rsidR="00310B40">
        <w:rPr>
          <w:rFonts w:ascii="Times New Roman" w:hAnsi="Times New Roman" w:cs="Times New Roman"/>
          <w:sz w:val="24"/>
          <w:szCs w:val="24"/>
        </w:rPr>
        <w:t>4083 – Fonte 1500</w:t>
      </w:r>
    </w:p>
    <w:p w14:paraId="66BC53AF" w14:textId="77777777" w:rsidR="00B639C4" w:rsidRPr="00C41055" w:rsidRDefault="00B639C4" w:rsidP="00C41055">
      <w:pPr>
        <w:jc w:val="both"/>
        <w:rPr>
          <w:rFonts w:ascii="Times New Roman" w:hAnsi="Times New Roman" w:cs="Times New Roman"/>
          <w:sz w:val="24"/>
          <w:szCs w:val="24"/>
        </w:rPr>
      </w:pPr>
    </w:p>
    <w:p w14:paraId="035AC7BA" w14:textId="5F28D90A" w:rsidR="000E720A" w:rsidRPr="00C41055" w:rsidRDefault="0034457C" w:rsidP="00C41055">
      <w:pPr>
        <w:jc w:val="both"/>
        <w:rPr>
          <w:rFonts w:ascii="Times New Roman" w:hAnsi="Times New Roman" w:cs="Times New Roman"/>
          <w:sz w:val="24"/>
          <w:szCs w:val="24"/>
        </w:rPr>
      </w:pPr>
      <w:r w:rsidRPr="00C41055">
        <w:rPr>
          <w:rFonts w:ascii="Times New Roman" w:hAnsi="Times New Roman" w:cs="Times New Roman"/>
          <w:sz w:val="24"/>
          <w:szCs w:val="24"/>
        </w:rPr>
        <w:t>Deodápolis</w:t>
      </w:r>
      <w:r w:rsidR="00872F15" w:rsidRPr="00C41055">
        <w:rPr>
          <w:rFonts w:ascii="Times New Roman" w:hAnsi="Times New Roman" w:cs="Times New Roman"/>
          <w:sz w:val="24"/>
          <w:szCs w:val="24"/>
        </w:rPr>
        <w:t>/MS</w:t>
      </w:r>
      <w:r w:rsidR="000E720A" w:rsidRPr="00C41055">
        <w:rPr>
          <w:rFonts w:ascii="Times New Roman" w:hAnsi="Times New Roman" w:cs="Times New Roman"/>
          <w:sz w:val="24"/>
          <w:szCs w:val="24"/>
        </w:rPr>
        <w:t xml:space="preserve">, </w:t>
      </w:r>
      <w:r w:rsidR="008F5338">
        <w:rPr>
          <w:rFonts w:ascii="Times New Roman" w:hAnsi="Times New Roman" w:cs="Times New Roman"/>
          <w:sz w:val="24"/>
          <w:szCs w:val="24"/>
        </w:rPr>
        <w:t>14</w:t>
      </w:r>
      <w:r w:rsidR="00D1226B" w:rsidRPr="00C41055">
        <w:rPr>
          <w:rFonts w:ascii="Times New Roman" w:hAnsi="Times New Roman" w:cs="Times New Roman"/>
          <w:sz w:val="24"/>
          <w:szCs w:val="24"/>
        </w:rPr>
        <w:t xml:space="preserve"> </w:t>
      </w:r>
      <w:r w:rsidR="00C41055">
        <w:rPr>
          <w:rFonts w:ascii="Times New Roman" w:hAnsi="Times New Roman" w:cs="Times New Roman"/>
          <w:sz w:val="24"/>
          <w:szCs w:val="24"/>
        </w:rPr>
        <w:t>maio</w:t>
      </w:r>
      <w:r w:rsidR="00D1226B" w:rsidRPr="00C41055">
        <w:rPr>
          <w:rFonts w:ascii="Times New Roman" w:hAnsi="Times New Roman" w:cs="Times New Roman"/>
          <w:sz w:val="24"/>
          <w:szCs w:val="24"/>
        </w:rPr>
        <w:t xml:space="preserve"> de 202</w:t>
      </w:r>
      <w:r w:rsidR="00BF314B" w:rsidRPr="00C41055">
        <w:rPr>
          <w:rFonts w:ascii="Times New Roman" w:hAnsi="Times New Roman" w:cs="Times New Roman"/>
          <w:sz w:val="24"/>
          <w:szCs w:val="24"/>
        </w:rPr>
        <w:t>6</w:t>
      </w:r>
      <w:r w:rsidR="00D1226B" w:rsidRPr="00C41055">
        <w:rPr>
          <w:rFonts w:ascii="Times New Roman" w:hAnsi="Times New Roman" w:cs="Times New Roman"/>
          <w:sz w:val="24"/>
          <w:szCs w:val="24"/>
        </w:rPr>
        <w:t>.</w:t>
      </w:r>
    </w:p>
    <w:p w14:paraId="514C7605" w14:textId="77777777" w:rsidR="00BE2FF4" w:rsidRPr="0074044D" w:rsidRDefault="00BE2FF4" w:rsidP="00EE37AF">
      <w:pPr>
        <w:ind w:firstLine="709"/>
        <w:jc w:val="both"/>
        <w:rPr>
          <w:rFonts w:ascii="Times New Roman" w:hAnsi="Times New Roman" w:cs="Times New Roman"/>
          <w:sz w:val="24"/>
          <w:szCs w:val="24"/>
        </w:rPr>
      </w:pPr>
    </w:p>
    <w:p w14:paraId="7780496B" w14:textId="77777777" w:rsidR="00E543EC" w:rsidRDefault="00E543EC" w:rsidP="00EE37AF">
      <w:pPr>
        <w:ind w:firstLine="709"/>
        <w:jc w:val="both"/>
        <w:rPr>
          <w:rFonts w:ascii="Times New Roman" w:hAnsi="Times New Roman" w:cs="Times New Roman"/>
          <w:sz w:val="24"/>
          <w:szCs w:val="24"/>
        </w:rPr>
      </w:pPr>
    </w:p>
    <w:p w14:paraId="40A22DEA" w14:textId="77777777" w:rsidR="00E543EC" w:rsidRDefault="00E543EC" w:rsidP="00EE37AF">
      <w:pPr>
        <w:ind w:firstLine="709"/>
        <w:jc w:val="both"/>
        <w:rPr>
          <w:rFonts w:ascii="Times New Roman" w:hAnsi="Times New Roman" w:cs="Times New Roman"/>
          <w:sz w:val="24"/>
          <w:szCs w:val="24"/>
        </w:rPr>
      </w:pPr>
    </w:p>
    <w:bookmarkEnd w:id="3"/>
    <w:p w14:paraId="35F881EF" w14:textId="661EFFC5" w:rsidR="000E720A" w:rsidRDefault="000E720A" w:rsidP="00BF314B">
      <w:pPr>
        <w:ind w:firstLine="709"/>
        <w:jc w:val="center"/>
        <w:rPr>
          <w:rFonts w:ascii="Times New Roman" w:hAnsi="Times New Roman" w:cs="Times New Roman"/>
          <w:sz w:val="26"/>
          <w:szCs w:val="26"/>
        </w:rPr>
      </w:pPr>
    </w:p>
    <w:p w14:paraId="563DD538" w14:textId="77777777" w:rsidR="00BF314B" w:rsidRPr="00BF314B" w:rsidRDefault="00BF314B" w:rsidP="00BF314B">
      <w:pPr>
        <w:ind w:firstLine="709"/>
        <w:jc w:val="center"/>
        <w:rPr>
          <w:rFonts w:ascii="Times New Roman" w:hAnsi="Times New Roman" w:cs="Times New Roman"/>
          <w:sz w:val="26"/>
          <w:szCs w:val="26"/>
        </w:rPr>
      </w:pPr>
    </w:p>
    <w:p w14:paraId="23BA2802" w14:textId="4CAFF586" w:rsidR="003E11BB" w:rsidRPr="007C64F6" w:rsidRDefault="00BF314B" w:rsidP="00C41055">
      <w:pPr>
        <w:jc w:val="center"/>
        <w:rPr>
          <w:rFonts w:ascii="Times New Roman" w:hAnsi="Times New Roman" w:cs="Times New Roman"/>
          <w:b/>
          <w:bCs/>
          <w:sz w:val="24"/>
          <w:szCs w:val="24"/>
        </w:rPr>
      </w:pPr>
      <w:r w:rsidRPr="007C64F6">
        <w:rPr>
          <w:rFonts w:ascii="Times New Roman" w:hAnsi="Times New Roman" w:cs="Times New Roman"/>
          <w:b/>
          <w:bCs/>
          <w:sz w:val="24"/>
          <w:szCs w:val="24"/>
        </w:rPr>
        <w:t>Érica Pereira da Silva</w:t>
      </w:r>
    </w:p>
    <w:p w14:paraId="7619A0FF" w14:textId="4B3964C6" w:rsidR="00BE2FF4" w:rsidRPr="007C64F6" w:rsidRDefault="00BF314B" w:rsidP="00C41055">
      <w:pPr>
        <w:jc w:val="center"/>
        <w:rPr>
          <w:rFonts w:ascii="Times New Roman" w:hAnsi="Times New Roman" w:cs="Times New Roman"/>
          <w:b/>
          <w:bCs/>
          <w:sz w:val="24"/>
          <w:szCs w:val="24"/>
        </w:rPr>
      </w:pPr>
      <w:r w:rsidRPr="007C64F6">
        <w:rPr>
          <w:rFonts w:ascii="Times New Roman" w:hAnsi="Times New Roman" w:cs="Times New Roman"/>
          <w:b/>
          <w:bCs/>
          <w:sz w:val="24"/>
          <w:szCs w:val="24"/>
        </w:rPr>
        <w:t>Setor</w:t>
      </w:r>
      <w:r w:rsidR="00BE2FF4" w:rsidRPr="007C64F6">
        <w:rPr>
          <w:rFonts w:ascii="Times New Roman" w:hAnsi="Times New Roman" w:cs="Times New Roman"/>
          <w:b/>
          <w:bCs/>
          <w:sz w:val="24"/>
          <w:szCs w:val="24"/>
        </w:rPr>
        <w:t xml:space="preserve"> de Planejamento</w:t>
      </w:r>
    </w:p>
    <w:p w14:paraId="73C548D9" w14:textId="77777777" w:rsidR="00BE2FF4" w:rsidRPr="00C41055" w:rsidRDefault="00BE2FF4" w:rsidP="00C41055">
      <w:pPr>
        <w:ind w:firstLine="709"/>
        <w:jc w:val="center"/>
        <w:rPr>
          <w:rFonts w:ascii="Times New Roman" w:hAnsi="Times New Roman" w:cs="Times New Roman"/>
          <w:sz w:val="24"/>
          <w:szCs w:val="24"/>
        </w:rPr>
      </w:pPr>
    </w:p>
    <w:p w14:paraId="009F613B" w14:textId="77777777" w:rsidR="00BE2FF4" w:rsidRDefault="00BE2FF4" w:rsidP="00E543EC">
      <w:pPr>
        <w:ind w:firstLine="709"/>
        <w:jc w:val="center"/>
        <w:rPr>
          <w:rFonts w:ascii="Times New Roman" w:hAnsi="Times New Roman" w:cs="Times New Roman"/>
          <w:sz w:val="24"/>
          <w:szCs w:val="24"/>
        </w:rPr>
      </w:pPr>
    </w:p>
    <w:p w14:paraId="29B818E8" w14:textId="77777777" w:rsidR="00BE2FF4" w:rsidRDefault="00BE2FF4" w:rsidP="00E543EC">
      <w:pPr>
        <w:ind w:firstLine="709"/>
        <w:jc w:val="center"/>
        <w:rPr>
          <w:rFonts w:ascii="Times New Roman" w:hAnsi="Times New Roman" w:cs="Times New Roman"/>
          <w:sz w:val="24"/>
          <w:szCs w:val="24"/>
        </w:rPr>
      </w:pPr>
    </w:p>
    <w:p w14:paraId="6A06F505" w14:textId="2F43E75C" w:rsidR="00BE2FF4" w:rsidRPr="0074044D" w:rsidRDefault="00BE2FF4" w:rsidP="008A6A11">
      <w:pPr>
        <w:rPr>
          <w:rFonts w:ascii="Times New Roman" w:hAnsi="Times New Roman" w:cs="Times New Roman"/>
          <w:sz w:val="24"/>
          <w:szCs w:val="24"/>
        </w:rPr>
      </w:pPr>
    </w:p>
    <w:sectPr w:rsidR="00BE2FF4" w:rsidRPr="0074044D" w:rsidSect="000344E9">
      <w:headerReference w:type="default" r:id="rId8"/>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28A694" w14:textId="77777777" w:rsidR="004F6620" w:rsidRDefault="004F6620" w:rsidP="00F2539D">
      <w:pPr>
        <w:spacing w:line="240" w:lineRule="auto"/>
      </w:pPr>
      <w:r>
        <w:separator/>
      </w:r>
    </w:p>
  </w:endnote>
  <w:endnote w:type="continuationSeparator" w:id="0">
    <w:p w14:paraId="2C62406A" w14:textId="77777777" w:rsidR="004F6620" w:rsidRDefault="004F6620" w:rsidP="00F253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Eras Medium ITC">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auto"/>
    <w:pitch w:val="variable"/>
    <w:sig w:usb0="00000003" w:usb1="00000000" w:usb2="00000000" w:usb3="00000000" w:csb0="00000001" w:csb1="00000000"/>
  </w:font>
  <w:font w:name="CIDFont+F1">
    <w:altName w:val="Yu Gothic"/>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8"/>
        <w:szCs w:val="18"/>
      </w:rPr>
      <w:id w:val="-1910760089"/>
      <w:docPartObj>
        <w:docPartGallery w:val="Page Numbers (Bottom of Page)"/>
        <w:docPartUnique/>
      </w:docPartObj>
    </w:sdtPr>
    <w:sdtEndPr/>
    <w:sdtContent>
      <w:p w14:paraId="3D5242E5" w14:textId="203BCA25" w:rsidR="009D6561" w:rsidRPr="009D6561" w:rsidRDefault="009D6561">
        <w:pPr>
          <w:pStyle w:val="Rodap"/>
          <w:jc w:val="right"/>
          <w:rPr>
            <w:rFonts w:ascii="Times New Roman" w:hAnsi="Times New Roman" w:cs="Times New Roman"/>
            <w:sz w:val="18"/>
            <w:szCs w:val="18"/>
          </w:rPr>
        </w:pPr>
        <w:r w:rsidRPr="009D6561">
          <w:rPr>
            <w:rFonts w:ascii="Times New Roman" w:hAnsi="Times New Roman" w:cs="Times New Roman"/>
            <w:sz w:val="18"/>
            <w:szCs w:val="18"/>
          </w:rPr>
          <w:fldChar w:fldCharType="begin"/>
        </w:r>
        <w:r w:rsidRPr="009D6561">
          <w:rPr>
            <w:rFonts w:ascii="Times New Roman" w:hAnsi="Times New Roman" w:cs="Times New Roman"/>
            <w:sz w:val="18"/>
            <w:szCs w:val="18"/>
          </w:rPr>
          <w:instrText>PAGE   \* MERGEFORMAT</w:instrText>
        </w:r>
        <w:r w:rsidRPr="009D6561">
          <w:rPr>
            <w:rFonts w:ascii="Times New Roman" w:hAnsi="Times New Roman" w:cs="Times New Roman"/>
            <w:sz w:val="18"/>
            <w:szCs w:val="18"/>
          </w:rPr>
          <w:fldChar w:fldCharType="separate"/>
        </w:r>
        <w:r w:rsidRPr="009D6561">
          <w:rPr>
            <w:rFonts w:ascii="Times New Roman" w:hAnsi="Times New Roman" w:cs="Times New Roman"/>
            <w:sz w:val="18"/>
            <w:szCs w:val="18"/>
          </w:rPr>
          <w:t>2</w:t>
        </w:r>
        <w:r w:rsidRPr="009D6561">
          <w:rPr>
            <w:rFonts w:ascii="Times New Roman" w:hAnsi="Times New Roman" w:cs="Times New Roman"/>
            <w:sz w:val="18"/>
            <w:szCs w:val="18"/>
          </w:rPr>
          <w:fldChar w:fldCharType="end"/>
        </w:r>
      </w:p>
    </w:sdtContent>
  </w:sdt>
  <w:p w14:paraId="793DDBAE" w14:textId="77777777" w:rsidR="009D6561" w:rsidRDefault="009D656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02580A" w14:textId="77777777" w:rsidR="004F6620" w:rsidRDefault="004F6620" w:rsidP="00F2539D">
      <w:pPr>
        <w:spacing w:line="240" w:lineRule="auto"/>
      </w:pPr>
      <w:r>
        <w:separator/>
      </w:r>
    </w:p>
  </w:footnote>
  <w:footnote w:type="continuationSeparator" w:id="0">
    <w:p w14:paraId="001E0359" w14:textId="77777777" w:rsidR="004F6620" w:rsidRDefault="004F6620" w:rsidP="00F2539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65B83" w14:textId="6F2B6744" w:rsidR="00A43749" w:rsidRDefault="00A43749" w:rsidP="00A43749">
    <w:pPr>
      <w:spacing w:line="240" w:lineRule="auto"/>
      <w:jc w:val="center"/>
      <w:rPr>
        <w:rFonts w:ascii="Garamond" w:hAnsi="Garamond" w:cs="Times New Roman"/>
        <w:sz w:val="24"/>
        <w:szCs w:val="24"/>
      </w:rPr>
    </w:pPr>
    <w:r w:rsidRPr="00A43749">
      <w:rPr>
        <w:rFonts w:ascii="Garamond" w:hAnsi="Garamond"/>
        <w:noProof/>
        <w:sz w:val="24"/>
        <w:szCs w:val="24"/>
        <w:lang w:eastAsia="pt-BR"/>
      </w:rPr>
      <w:drawing>
        <wp:anchor distT="0" distB="0" distL="114300" distR="114300" simplePos="0" relativeHeight="251659264" behindDoc="1" locked="0" layoutInCell="1" allowOverlap="1" wp14:anchorId="6F259622" wp14:editId="4C21EB80">
          <wp:simplePos x="0" y="0"/>
          <wp:positionH relativeFrom="column">
            <wp:posOffset>-295274</wp:posOffset>
          </wp:positionH>
          <wp:positionV relativeFrom="paragraph">
            <wp:posOffset>-278130</wp:posOffset>
          </wp:positionV>
          <wp:extent cx="1028700" cy="893345"/>
          <wp:effectExtent l="0" t="0" r="0" b="2540"/>
          <wp:wrapNone/>
          <wp:docPr id="44"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1034622" cy="898488"/>
                  </a:xfrm>
                  <a:prstGeom prst="rect">
                    <a:avLst/>
                  </a:prstGeom>
                </pic:spPr>
              </pic:pic>
            </a:graphicData>
          </a:graphic>
          <wp14:sizeRelH relativeFrom="margin">
            <wp14:pctWidth>0</wp14:pctWidth>
          </wp14:sizeRelH>
          <wp14:sizeRelV relativeFrom="margin">
            <wp14:pctHeight>0</wp14:pctHeight>
          </wp14:sizeRelV>
        </wp:anchor>
      </w:drawing>
    </w:r>
    <w:r w:rsidRPr="00A43749">
      <w:rPr>
        <w:rFonts w:ascii="Garamond" w:hAnsi="Garamond" w:cs="Times New Roman"/>
        <w:b/>
        <w:sz w:val="24"/>
        <w:szCs w:val="24"/>
      </w:rPr>
      <w:t>PREFEITURA MUNICIPAL DE DEODÁPOLIS</w:t>
    </w:r>
    <w:r w:rsidRPr="00A43749">
      <w:rPr>
        <w:rFonts w:ascii="Garamond" w:hAnsi="Garamond" w:cs="Times New Roman"/>
        <w:sz w:val="24"/>
        <w:szCs w:val="24"/>
      </w:rPr>
      <w:br/>
      <w:t>Mato Grosso do Sul</w:t>
    </w:r>
  </w:p>
  <w:p w14:paraId="5F718ABB" w14:textId="77777777" w:rsidR="00F47329" w:rsidRPr="00A43749" w:rsidRDefault="00F47329" w:rsidP="00A43749">
    <w:pPr>
      <w:spacing w:line="240" w:lineRule="auto"/>
      <w:jc w:val="center"/>
      <w:rPr>
        <w:rFonts w:ascii="Garamond" w:hAnsi="Garamond" w:cs="Times New Roman"/>
        <w:b/>
        <w:sz w:val="24"/>
        <w:szCs w:val="24"/>
      </w:rPr>
    </w:pPr>
  </w:p>
  <w:p w14:paraId="11D48C52" w14:textId="77777777" w:rsidR="00F2539D" w:rsidRDefault="00F2539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Commarcadores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6" w15:restartNumberingAfterBreak="0">
    <w:nsid w:val="09D02D0E"/>
    <w:multiLevelType w:val="multilevel"/>
    <w:tmpl w:val="44C81572"/>
    <w:lvl w:ilvl="0">
      <w:start w:val="6"/>
      <w:numFmt w:val="decimal"/>
      <w:lvlText w:val="%1"/>
      <w:lvlJc w:val="left"/>
      <w:pPr>
        <w:ind w:left="420" w:hanging="420"/>
      </w:pPr>
      <w:rPr>
        <w:rFonts w:hint="default"/>
        <w:b/>
      </w:rPr>
    </w:lvl>
    <w:lvl w:ilvl="1">
      <w:start w:val="19"/>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1D5C100D"/>
    <w:multiLevelType w:val="multilevel"/>
    <w:tmpl w:val="FB5A3116"/>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68862F1"/>
    <w:multiLevelType w:val="multilevel"/>
    <w:tmpl w:val="373C8976"/>
    <w:lvl w:ilvl="0">
      <w:start w:val="8"/>
      <w:numFmt w:val="decimal"/>
      <w:lvlText w:val="%1."/>
      <w:lvlJc w:val="left"/>
      <w:pPr>
        <w:ind w:left="495" w:hanging="495"/>
      </w:pPr>
      <w:rPr>
        <w:rFonts w:hint="default"/>
        <w:b w:val="0"/>
        <w:bCs w:val="0"/>
        <w:color w:val="FFFFFF" w:themeColor="background1"/>
      </w:rPr>
    </w:lvl>
    <w:lvl w:ilvl="1">
      <w:start w:val="1"/>
      <w:numFmt w:val="decimal"/>
      <w:lvlText w:val="%1.%2."/>
      <w:lvlJc w:val="left"/>
      <w:pPr>
        <w:ind w:left="495" w:hanging="495"/>
      </w:pPr>
      <w:rPr>
        <w:rFonts w:hint="default"/>
        <w:b w:val="0"/>
        <w:strike w:val="0"/>
        <w:color w:val="auto"/>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294C7B1F"/>
    <w:multiLevelType w:val="multilevel"/>
    <w:tmpl w:val="408EEA54"/>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26572975">
    <w:abstractNumId w:val="7"/>
  </w:num>
  <w:num w:numId="2" w16cid:durableId="2032536685">
    <w:abstractNumId w:val="10"/>
  </w:num>
  <w:num w:numId="3" w16cid:durableId="1879582300">
    <w:abstractNumId w:val="9"/>
  </w:num>
  <w:num w:numId="4" w16cid:durableId="1159616398">
    <w:abstractNumId w:val="5"/>
  </w:num>
  <w:num w:numId="5" w16cid:durableId="743920662">
    <w:abstractNumId w:val="3"/>
  </w:num>
  <w:num w:numId="6" w16cid:durableId="144514718">
    <w:abstractNumId w:val="2"/>
  </w:num>
  <w:num w:numId="7" w16cid:durableId="17394992">
    <w:abstractNumId w:val="4"/>
  </w:num>
  <w:num w:numId="8" w16cid:durableId="1347944771">
    <w:abstractNumId w:val="1"/>
  </w:num>
  <w:num w:numId="9" w16cid:durableId="154300021">
    <w:abstractNumId w:val="0"/>
  </w:num>
  <w:num w:numId="10" w16cid:durableId="81266728">
    <w:abstractNumId w:val="8"/>
  </w:num>
  <w:num w:numId="11" w16cid:durableId="2117282779">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38B"/>
    <w:rsid w:val="00004DF1"/>
    <w:rsid w:val="00006A42"/>
    <w:rsid w:val="000130E4"/>
    <w:rsid w:val="00013A4E"/>
    <w:rsid w:val="00014387"/>
    <w:rsid w:val="00014493"/>
    <w:rsid w:val="0001698A"/>
    <w:rsid w:val="000207A6"/>
    <w:rsid w:val="00020EF4"/>
    <w:rsid w:val="0002246A"/>
    <w:rsid w:val="000322F4"/>
    <w:rsid w:val="000344E9"/>
    <w:rsid w:val="000447A2"/>
    <w:rsid w:val="00044C9E"/>
    <w:rsid w:val="00045021"/>
    <w:rsid w:val="00045504"/>
    <w:rsid w:val="00047A45"/>
    <w:rsid w:val="00047EEE"/>
    <w:rsid w:val="00052B39"/>
    <w:rsid w:val="00054E7C"/>
    <w:rsid w:val="00056E41"/>
    <w:rsid w:val="00085578"/>
    <w:rsid w:val="00085AF3"/>
    <w:rsid w:val="00087401"/>
    <w:rsid w:val="000B0849"/>
    <w:rsid w:val="000B3ECD"/>
    <w:rsid w:val="000C2FEC"/>
    <w:rsid w:val="000C5A33"/>
    <w:rsid w:val="000D0A5D"/>
    <w:rsid w:val="000E18CF"/>
    <w:rsid w:val="000E2E50"/>
    <w:rsid w:val="000E720A"/>
    <w:rsid w:val="000E7701"/>
    <w:rsid w:val="00107A9F"/>
    <w:rsid w:val="00114016"/>
    <w:rsid w:val="00117F83"/>
    <w:rsid w:val="00123BD4"/>
    <w:rsid w:val="001557FB"/>
    <w:rsid w:val="0016171C"/>
    <w:rsid w:val="00173E3D"/>
    <w:rsid w:val="00180FA9"/>
    <w:rsid w:val="00181DB0"/>
    <w:rsid w:val="00187345"/>
    <w:rsid w:val="00187943"/>
    <w:rsid w:val="00193714"/>
    <w:rsid w:val="00194C93"/>
    <w:rsid w:val="00195A21"/>
    <w:rsid w:val="001A34A7"/>
    <w:rsid w:val="001B22AC"/>
    <w:rsid w:val="001B6C3D"/>
    <w:rsid w:val="001C6EC7"/>
    <w:rsid w:val="001C733C"/>
    <w:rsid w:val="001C738B"/>
    <w:rsid w:val="001E76C8"/>
    <w:rsid w:val="001F15B8"/>
    <w:rsid w:val="001F65E8"/>
    <w:rsid w:val="00217723"/>
    <w:rsid w:val="00222829"/>
    <w:rsid w:val="002246B4"/>
    <w:rsid w:val="00226411"/>
    <w:rsid w:val="0022794F"/>
    <w:rsid w:val="00233FDF"/>
    <w:rsid w:val="00235451"/>
    <w:rsid w:val="00237BC4"/>
    <w:rsid w:val="002558D4"/>
    <w:rsid w:val="00276D26"/>
    <w:rsid w:val="00281207"/>
    <w:rsid w:val="0028484A"/>
    <w:rsid w:val="00286F8B"/>
    <w:rsid w:val="00292F85"/>
    <w:rsid w:val="002956AD"/>
    <w:rsid w:val="002B28C0"/>
    <w:rsid w:val="002B2D6C"/>
    <w:rsid w:val="002B319C"/>
    <w:rsid w:val="002B5BE5"/>
    <w:rsid w:val="002E0BE2"/>
    <w:rsid w:val="002E44FC"/>
    <w:rsid w:val="002F33BE"/>
    <w:rsid w:val="00302902"/>
    <w:rsid w:val="00310B40"/>
    <w:rsid w:val="00311775"/>
    <w:rsid w:val="0031480E"/>
    <w:rsid w:val="00317212"/>
    <w:rsid w:val="00325A9C"/>
    <w:rsid w:val="00330EBE"/>
    <w:rsid w:val="00333C50"/>
    <w:rsid w:val="003347B4"/>
    <w:rsid w:val="0034073D"/>
    <w:rsid w:val="003419BB"/>
    <w:rsid w:val="00341A0B"/>
    <w:rsid w:val="003431F8"/>
    <w:rsid w:val="0034457C"/>
    <w:rsid w:val="00354CDD"/>
    <w:rsid w:val="00356A26"/>
    <w:rsid w:val="0035719E"/>
    <w:rsid w:val="00360BE4"/>
    <w:rsid w:val="003618F6"/>
    <w:rsid w:val="00362F4E"/>
    <w:rsid w:val="0037243F"/>
    <w:rsid w:val="003730C5"/>
    <w:rsid w:val="00373438"/>
    <w:rsid w:val="00382CBA"/>
    <w:rsid w:val="00390632"/>
    <w:rsid w:val="003A6AC6"/>
    <w:rsid w:val="003B671D"/>
    <w:rsid w:val="003C466C"/>
    <w:rsid w:val="003E11BB"/>
    <w:rsid w:val="003F3D9B"/>
    <w:rsid w:val="003F78CB"/>
    <w:rsid w:val="0040254A"/>
    <w:rsid w:val="004032A4"/>
    <w:rsid w:val="004079A5"/>
    <w:rsid w:val="00421D5C"/>
    <w:rsid w:val="00424103"/>
    <w:rsid w:val="00425598"/>
    <w:rsid w:val="004341AE"/>
    <w:rsid w:val="004366CD"/>
    <w:rsid w:val="00437838"/>
    <w:rsid w:val="0044747F"/>
    <w:rsid w:val="004521B6"/>
    <w:rsid w:val="004617AF"/>
    <w:rsid w:val="004650C8"/>
    <w:rsid w:val="00465E62"/>
    <w:rsid w:val="0047196D"/>
    <w:rsid w:val="0047211D"/>
    <w:rsid w:val="00474BAC"/>
    <w:rsid w:val="00475DBF"/>
    <w:rsid w:val="00476990"/>
    <w:rsid w:val="00477BE0"/>
    <w:rsid w:val="00483A40"/>
    <w:rsid w:val="00483F44"/>
    <w:rsid w:val="004926E3"/>
    <w:rsid w:val="00493D04"/>
    <w:rsid w:val="00493D45"/>
    <w:rsid w:val="004B2572"/>
    <w:rsid w:val="004B28FC"/>
    <w:rsid w:val="004B2E0F"/>
    <w:rsid w:val="004C0A4A"/>
    <w:rsid w:val="004C4B6B"/>
    <w:rsid w:val="004C772D"/>
    <w:rsid w:val="004D13D2"/>
    <w:rsid w:val="004D26DA"/>
    <w:rsid w:val="004D5BDA"/>
    <w:rsid w:val="004E0228"/>
    <w:rsid w:val="004E38CA"/>
    <w:rsid w:val="004F0355"/>
    <w:rsid w:val="004F0AB8"/>
    <w:rsid w:val="004F6620"/>
    <w:rsid w:val="004F669F"/>
    <w:rsid w:val="0051289B"/>
    <w:rsid w:val="00513EC6"/>
    <w:rsid w:val="00514D86"/>
    <w:rsid w:val="00516795"/>
    <w:rsid w:val="00521C6E"/>
    <w:rsid w:val="005272C9"/>
    <w:rsid w:val="00531F81"/>
    <w:rsid w:val="0053499B"/>
    <w:rsid w:val="00537789"/>
    <w:rsid w:val="005451A5"/>
    <w:rsid w:val="00550288"/>
    <w:rsid w:val="00557A7C"/>
    <w:rsid w:val="00565669"/>
    <w:rsid w:val="00577560"/>
    <w:rsid w:val="00580637"/>
    <w:rsid w:val="005846A7"/>
    <w:rsid w:val="00585795"/>
    <w:rsid w:val="005A2F73"/>
    <w:rsid w:val="005B06D2"/>
    <w:rsid w:val="005B42D7"/>
    <w:rsid w:val="005B7738"/>
    <w:rsid w:val="005C0ADD"/>
    <w:rsid w:val="005C6F8B"/>
    <w:rsid w:val="005D0A18"/>
    <w:rsid w:val="005E713D"/>
    <w:rsid w:val="005F3BCD"/>
    <w:rsid w:val="005F5C5E"/>
    <w:rsid w:val="00612020"/>
    <w:rsid w:val="00613DB0"/>
    <w:rsid w:val="0061404F"/>
    <w:rsid w:val="00626A11"/>
    <w:rsid w:val="0062714D"/>
    <w:rsid w:val="0064165E"/>
    <w:rsid w:val="00641FAC"/>
    <w:rsid w:val="006467DD"/>
    <w:rsid w:val="00656A9C"/>
    <w:rsid w:val="00663AED"/>
    <w:rsid w:val="006668E3"/>
    <w:rsid w:val="006759E9"/>
    <w:rsid w:val="00682279"/>
    <w:rsid w:val="006834D7"/>
    <w:rsid w:val="0068546C"/>
    <w:rsid w:val="006920D0"/>
    <w:rsid w:val="00692D8F"/>
    <w:rsid w:val="00693861"/>
    <w:rsid w:val="00694D97"/>
    <w:rsid w:val="00697E17"/>
    <w:rsid w:val="006A650A"/>
    <w:rsid w:val="006A6BA3"/>
    <w:rsid w:val="006B31DA"/>
    <w:rsid w:val="006C01F1"/>
    <w:rsid w:val="006C3360"/>
    <w:rsid w:val="006D05D7"/>
    <w:rsid w:val="006D5036"/>
    <w:rsid w:val="006D59CA"/>
    <w:rsid w:val="006D7790"/>
    <w:rsid w:val="006E0DD7"/>
    <w:rsid w:val="006F40CF"/>
    <w:rsid w:val="006F79CC"/>
    <w:rsid w:val="00701537"/>
    <w:rsid w:val="00707878"/>
    <w:rsid w:val="0071327E"/>
    <w:rsid w:val="007148BC"/>
    <w:rsid w:val="00715AA2"/>
    <w:rsid w:val="0072103F"/>
    <w:rsid w:val="00725F60"/>
    <w:rsid w:val="0074044D"/>
    <w:rsid w:val="00742080"/>
    <w:rsid w:val="00747BD5"/>
    <w:rsid w:val="00757043"/>
    <w:rsid w:val="00767F2A"/>
    <w:rsid w:val="007754D1"/>
    <w:rsid w:val="00783BA2"/>
    <w:rsid w:val="00785524"/>
    <w:rsid w:val="00790EB5"/>
    <w:rsid w:val="00792507"/>
    <w:rsid w:val="007933DD"/>
    <w:rsid w:val="00793B05"/>
    <w:rsid w:val="007A01C1"/>
    <w:rsid w:val="007A122F"/>
    <w:rsid w:val="007A1B34"/>
    <w:rsid w:val="007A1BA0"/>
    <w:rsid w:val="007A69F3"/>
    <w:rsid w:val="007A733B"/>
    <w:rsid w:val="007B03DE"/>
    <w:rsid w:val="007B3115"/>
    <w:rsid w:val="007C1F41"/>
    <w:rsid w:val="007C2C6D"/>
    <w:rsid w:val="007C64F6"/>
    <w:rsid w:val="007D5048"/>
    <w:rsid w:val="007E012A"/>
    <w:rsid w:val="007E54E1"/>
    <w:rsid w:val="007E5640"/>
    <w:rsid w:val="007E7064"/>
    <w:rsid w:val="00807B4E"/>
    <w:rsid w:val="008276EE"/>
    <w:rsid w:val="00850525"/>
    <w:rsid w:val="008511DC"/>
    <w:rsid w:val="00856DE1"/>
    <w:rsid w:val="00861124"/>
    <w:rsid w:val="0086185A"/>
    <w:rsid w:val="00861994"/>
    <w:rsid w:val="00866265"/>
    <w:rsid w:val="00872F15"/>
    <w:rsid w:val="00876616"/>
    <w:rsid w:val="008A21C6"/>
    <w:rsid w:val="008A2938"/>
    <w:rsid w:val="008A6A11"/>
    <w:rsid w:val="008C30C6"/>
    <w:rsid w:val="008C6D4A"/>
    <w:rsid w:val="008D2413"/>
    <w:rsid w:val="008D29E6"/>
    <w:rsid w:val="008E1AB0"/>
    <w:rsid w:val="008E61CF"/>
    <w:rsid w:val="008F5338"/>
    <w:rsid w:val="00901200"/>
    <w:rsid w:val="00901E56"/>
    <w:rsid w:val="0090482C"/>
    <w:rsid w:val="00907A3B"/>
    <w:rsid w:val="00913A92"/>
    <w:rsid w:val="00916D44"/>
    <w:rsid w:val="009207C8"/>
    <w:rsid w:val="00921C2C"/>
    <w:rsid w:val="00925CAA"/>
    <w:rsid w:val="009267EE"/>
    <w:rsid w:val="00930839"/>
    <w:rsid w:val="009324E5"/>
    <w:rsid w:val="00936C44"/>
    <w:rsid w:val="009514A9"/>
    <w:rsid w:val="00957030"/>
    <w:rsid w:val="00972302"/>
    <w:rsid w:val="00977AD8"/>
    <w:rsid w:val="009A25B8"/>
    <w:rsid w:val="009B4386"/>
    <w:rsid w:val="009B4903"/>
    <w:rsid w:val="009D014C"/>
    <w:rsid w:val="009D22B6"/>
    <w:rsid w:val="009D589C"/>
    <w:rsid w:val="009D6561"/>
    <w:rsid w:val="009E426C"/>
    <w:rsid w:val="009F1DE0"/>
    <w:rsid w:val="009F32A8"/>
    <w:rsid w:val="009F4B74"/>
    <w:rsid w:val="009F5849"/>
    <w:rsid w:val="00A01388"/>
    <w:rsid w:val="00A0637B"/>
    <w:rsid w:val="00A23BD1"/>
    <w:rsid w:val="00A26284"/>
    <w:rsid w:val="00A26A7B"/>
    <w:rsid w:val="00A26A81"/>
    <w:rsid w:val="00A37699"/>
    <w:rsid w:val="00A4022D"/>
    <w:rsid w:val="00A4029F"/>
    <w:rsid w:val="00A43749"/>
    <w:rsid w:val="00A479F5"/>
    <w:rsid w:val="00A5411A"/>
    <w:rsid w:val="00A64C1B"/>
    <w:rsid w:val="00A658E7"/>
    <w:rsid w:val="00A663A3"/>
    <w:rsid w:val="00A6692D"/>
    <w:rsid w:val="00A70FA6"/>
    <w:rsid w:val="00A80896"/>
    <w:rsid w:val="00A8525B"/>
    <w:rsid w:val="00A90885"/>
    <w:rsid w:val="00A93A6A"/>
    <w:rsid w:val="00A93EB3"/>
    <w:rsid w:val="00AA6872"/>
    <w:rsid w:val="00AB48C8"/>
    <w:rsid w:val="00AB6D31"/>
    <w:rsid w:val="00AC32CF"/>
    <w:rsid w:val="00AC5FF2"/>
    <w:rsid w:val="00AD0C84"/>
    <w:rsid w:val="00AD2844"/>
    <w:rsid w:val="00AD3425"/>
    <w:rsid w:val="00AE33FD"/>
    <w:rsid w:val="00AE3EDC"/>
    <w:rsid w:val="00AF19B3"/>
    <w:rsid w:val="00AF28D6"/>
    <w:rsid w:val="00AF3C29"/>
    <w:rsid w:val="00AF5BF2"/>
    <w:rsid w:val="00B050BF"/>
    <w:rsid w:val="00B21CB2"/>
    <w:rsid w:val="00B244D3"/>
    <w:rsid w:val="00B24BA5"/>
    <w:rsid w:val="00B25A87"/>
    <w:rsid w:val="00B26B01"/>
    <w:rsid w:val="00B3302F"/>
    <w:rsid w:val="00B358E7"/>
    <w:rsid w:val="00B41B64"/>
    <w:rsid w:val="00B622F1"/>
    <w:rsid w:val="00B639C4"/>
    <w:rsid w:val="00B63E99"/>
    <w:rsid w:val="00B64A94"/>
    <w:rsid w:val="00B65960"/>
    <w:rsid w:val="00B67E34"/>
    <w:rsid w:val="00B70C16"/>
    <w:rsid w:val="00B75E85"/>
    <w:rsid w:val="00B76218"/>
    <w:rsid w:val="00B804A7"/>
    <w:rsid w:val="00B80985"/>
    <w:rsid w:val="00BB5A1F"/>
    <w:rsid w:val="00BC2AB8"/>
    <w:rsid w:val="00BC36F2"/>
    <w:rsid w:val="00BC40EC"/>
    <w:rsid w:val="00BC4E3B"/>
    <w:rsid w:val="00BE0386"/>
    <w:rsid w:val="00BE1A1A"/>
    <w:rsid w:val="00BE2FF4"/>
    <w:rsid w:val="00BE5931"/>
    <w:rsid w:val="00BF1366"/>
    <w:rsid w:val="00BF2CD6"/>
    <w:rsid w:val="00BF314B"/>
    <w:rsid w:val="00C0666C"/>
    <w:rsid w:val="00C06FC3"/>
    <w:rsid w:val="00C16F6E"/>
    <w:rsid w:val="00C2298D"/>
    <w:rsid w:val="00C23F36"/>
    <w:rsid w:val="00C25F4D"/>
    <w:rsid w:val="00C30290"/>
    <w:rsid w:val="00C32140"/>
    <w:rsid w:val="00C32AA3"/>
    <w:rsid w:val="00C33B51"/>
    <w:rsid w:val="00C342F1"/>
    <w:rsid w:val="00C41055"/>
    <w:rsid w:val="00C508BB"/>
    <w:rsid w:val="00C61C77"/>
    <w:rsid w:val="00C63A83"/>
    <w:rsid w:val="00C7071E"/>
    <w:rsid w:val="00C775F7"/>
    <w:rsid w:val="00C826AC"/>
    <w:rsid w:val="00C82D4D"/>
    <w:rsid w:val="00C843B6"/>
    <w:rsid w:val="00C86666"/>
    <w:rsid w:val="00C94C94"/>
    <w:rsid w:val="00CA3831"/>
    <w:rsid w:val="00CA44E2"/>
    <w:rsid w:val="00CA5474"/>
    <w:rsid w:val="00CB19F4"/>
    <w:rsid w:val="00CB41C5"/>
    <w:rsid w:val="00CB7ADC"/>
    <w:rsid w:val="00CD0486"/>
    <w:rsid w:val="00CD09CE"/>
    <w:rsid w:val="00CD3DB4"/>
    <w:rsid w:val="00CD7A44"/>
    <w:rsid w:val="00CE23C3"/>
    <w:rsid w:val="00CE5A05"/>
    <w:rsid w:val="00CF0FBD"/>
    <w:rsid w:val="00CF545B"/>
    <w:rsid w:val="00D1226B"/>
    <w:rsid w:val="00D15F24"/>
    <w:rsid w:val="00D223F0"/>
    <w:rsid w:val="00D23350"/>
    <w:rsid w:val="00D23536"/>
    <w:rsid w:val="00D2399B"/>
    <w:rsid w:val="00D25C93"/>
    <w:rsid w:val="00D273F4"/>
    <w:rsid w:val="00D311B0"/>
    <w:rsid w:val="00D3243D"/>
    <w:rsid w:val="00D340B3"/>
    <w:rsid w:val="00D37934"/>
    <w:rsid w:val="00D44DB6"/>
    <w:rsid w:val="00D60149"/>
    <w:rsid w:val="00D60343"/>
    <w:rsid w:val="00D61B54"/>
    <w:rsid w:val="00D62ABF"/>
    <w:rsid w:val="00D72C80"/>
    <w:rsid w:val="00D76ED6"/>
    <w:rsid w:val="00D86B05"/>
    <w:rsid w:val="00D92789"/>
    <w:rsid w:val="00D93420"/>
    <w:rsid w:val="00D94BF4"/>
    <w:rsid w:val="00D95548"/>
    <w:rsid w:val="00D96462"/>
    <w:rsid w:val="00D96EC3"/>
    <w:rsid w:val="00D97ADB"/>
    <w:rsid w:val="00DA3830"/>
    <w:rsid w:val="00DA764B"/>
    <w:rsid w:val="00DA7838"/>
    <w:rsid w:val="00DB09D4"/>
    <w:rsid w:val="00DD5646"/>
    <w:rsid w:val="00DD6393"/>
    <w:rsid w:val="00DD7BBF"/>
    <w:rsid w:val="00DE6BC8"/>
    <w:rsid w:val="00DF3166"/>
    <w:rsid w:val="00DF464E"/>
    <w:rsid w:val="00E01897"/>
    <w:rsid w:val="00E03E17"/>
    <w:rsid w:val="00E13478"/>
    <w:rsid w:val="00E23CBB"/>
    <w:rsid w:val="00E24A26"/>
    <w:rsid w:val="00E24CFC"/>
    <w:rsid w:val="00E265DA"/>
    <w:rsid w:val="00E426DE"/>
    <w:rsid w:val="00E457C3"/>
    <w:rsid w:val="00E46303"/>
    <w:rsid w:val="00E51212"/>
    <w:rsid w:val="00E52D12"/>
    <w:rsid w:val="00E543EC"/>
    <w:rsid w:val="00E54FF3"/>
    <w:rsid w:val="00E57DA4"/>
    <w:rsid w:val="00E61F3B"/>
    <w:rsid w:val="00E679CF"/>
    <w:rsid w:val="00E77388"/>
    <w:rsid w:val="00E77E66"/>
    <w:rsid w:val="00E806EB"/>
    <w:rsid w:val="00E86B20"/>
    <w:rsid w:val="00E92472"/>
    <w:rsid w:val="00E95261"/>
    <w:rsid w:val="00E97599"/>
    <w:rsid w:val="00E976B8"/>
    <w:rsid w:val="00EA2359"/>
    <w:rsid w:val="00EA25A6"/>
    <w:rsid w:val="00EB20DF"/>
    <w:rsid w:val="00EB2C51"/>
    <w:rsid w:val="00EC0BB7"/>
    <w:rsid w:val="00EC0BBB"/>
    <w:rsid w:val="00EC5236"/>
    <w:rsid w:val="00EC524E"/>
    <w:rsid w:val="00ED6DFB"/>
    <w:rsid w:val="00ED7525"/>
    <w:rsid w:val="00EE37AF"/>
    <w:rsid w:val="00F0233D"/>
    <w:rsid w:val="00F11F5B"/>
    <w:rsid w:val="00F15516"/>
    <w:rsid w:val="00F2539D"/>
    <w:rsid w:val="00F262C5"/>
    <w:rsid w:val="00F33387"/>
    <w:rsid w:val="00F33E76"/>
    <w:rsid w:val="00F41972"/>
    <w:rsid w:val="00F41AE2"/>
    <w:rsid w:val="00F44821"/>
    <w:rsid w:val="00F467D9"/>
    <w:rsid w:val="00F47329"/>
    <w:rsid w:val="00F533C5"/>
    <w:rsid w:val="00F53D7A"/>
    <w:rsid w:val="00F54225"/>
    <w:rsid w:val="00F62DE6"/>
    <w:rsid w:val="00F63A62"/>
    <w:rsid w:val="00F803F2"/>
    <w:rsid w:val="00F84763"/>
    <w:rsid w:val="00F86930"/>
    <w:rsid w:val="00F912B7"/>
    <w:rsid w:val="00F91419"/>
    <w:rsid w:val="00F92570"/>
    <w:rsid w:val="00F9428D"/>
    <w:rsid w:val="00F9728E"/>
    <w:rsid w:val="00FA2FAA"/>
    <w:rsid w:val="00FA3337"/>
    <w:rsid w:val="00FA454A"/>
    <w:rsid w:val="00FC1A08"/>
    <w:rsid w:val="00FC43E4"/>
    <w:rsid w:val="00FD079C"/>
    <w:rsid w:val="00FD0F9A"/>
    <w:rsid w:val="00FD3E61"/>
    <w:rsid w:val="00FE0F90"/>
    <w:rsid w:val="00FE7365"/>
    <w:rsid w:val="00FF56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9374F"/>
  <w15:chartTrackingRefBased/>
  <w15:docId w15:val="{F7137C9B-7D38-42E7-AF18-D16DF2A25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38B"/>
  </w:style>
  <w:style w:type="paragraph" w:styleId="Ttulo1">
    <w:name w:val="heading 1"/>
    <w:basedOn w:val="Normal"/>
    <w:next w:val="Normal"/>
    <w:link w:val="Ttulo1Char"/>
    <w:uiPriority w:val="9"/>
    <w:qFormat/>
    <w:rsid w:val="006920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FD0F9A"/>
    <w:pPr>
      <w:keepNext/>
      <w:keepLines/>
      <w:widowControl w:val="0"/>
      <w:autoSpaceDE w:val="0"/>
      <w:autoSpaceDN w:val="0"/>
      <w:spacing w:before="40" w:line="240" w:lineRule="auto"/>
      <w:outlineLvl w:val="1"/>
    </w:pPr>
    <w:rPr>
      <w:rFonts w:asciiTheme="majorHAnsi" w:eastAsiaTheme="majorEastAsia" w:hAnsiTheme="majorHAnsi" w:cstheme="majorBidi"/>
      <w:color w:val="2F5496" w:themeColor="accent1" w:themeShade="BF"/>
      <w:sz w:val="26"/>
      <w:szCs w:val="26"/>
      <w:lang w:eastAsia="pt-PT" w:bidi="pt-PT"/>
    </w:rPr>
  </w:style>
  <w:style w:type="paragraph" w:styleId="Ttulo3">
    <w:name w:val="heading 3"/>
    <w:basedOn w:val="Normal"/>
    <w:next w:val="Normal"/>
    <w:link w:val="Ttulo3Char"/>
    <w:uiPriority w:val="9"/>
    <w:unhideWhenUsed/>
    <w:qFormat/>
    <w:rsid w:val="00FD0F9A"/>
    <w:pPr>
      <w:keepNext/>
      <w:keepLines/>
      <w:widowControl w:val="0"/>
      <w:autoSpaceDE w:val="0"/>
      <w:autoSpaceDN w:val="0"/>
      <w:spacing w:before="40" w:line="240" w:lineRule="auto"/>
      <w:outlineLvl w:val="2"/>
    </w:pPr>
    <w:rPr>
      <w:rFonts w:asciiTheme="majorHAnsi" w:eastAsiaTheme="majorEastAsia" w:hAnsiTheme="majorHAnsi" w:cstheme="majorBidi"/>
      <w:color w:val="1F3763" w:themeColor="accent1" w:themeShade="7F"/>
      <w:sz w:val="24"/>
      <w:szCs w:val="24"/>
      <w:lang w:eastAsia="pt-PT" w:bidi="pt-PT"/>
    </w:rPr>
  </w:style>
  <w:style w:type="paragraph" w:styleId="Ttulo4">
    <w:name w:val="heading 4"/>
    <w:basedOn w:val="Normal"/>
    <w:next w:val="Normal"/>
    <w:link w:val="Ttulo4Char"/>
    <w:uiPriority w:val="9"/>
    <w:semiHidden/>
    <w:unhideWhenUsed/>
    <w:qFormat/>
    <w:rsid w:val="00FD0F9A"/>
    <w:pPr>
      <w:keepNext/>
      <w:keepLines/>
      <w:spacing w:before="200" w:line="276" w:lineRule="auto"/>
      <w:outlineLvl w:val="3"/>
    </w:pPr>
    <w:rPr>
      <w:rFonts w:asciiTheme="majorHAnsi" w:eastAsiaTheme="majorEastAsia" w:hAnsiTheme="majorHAnsi" w:cstheme="majorBidi"/>
      <w:b/>
      <w:bCs/>
      <w:i/>
      <w:iCs/>
      <w:color w:val="4472C4" w:themeColor="accent1"/>
      <w:lang w:val="en-US"/>
    </w:rPr>
  </w:style>
  <w:style w:type="paragraph" w:styleId="Ttulo5">
    <w:name w:val="heading 5"/>
    <w:basedOn w:val="Normal"/>
    <w:next w:val="Normal"/>
    <w:link w:val="Ttulo5Char"/>
    <w:uiPriority w:val="9"/>
    <w:semiHidden/>
    <w:unhideWhenUsed/>
    <w:qFormat/>
    <w:rsid w:val="00FD0F9A"/>
    <w:pPr>
      <w:keepNext/>
      <w:keepLines/>
      <w:spacing w:before="200" w:line="276" w:lineRule="auto"/>
      <w:outlineLvl w:val="4"/>
    </w:pPr>
    <w:rPr>
      <w:rFonts w:asciiTheme="majorHAnsi" w:eastAsiaTheme="majorEastAsia" w:hAnsiTheme="majorHAnsi" w:cstheme="majorBidi"/>
      <w:color w:val="1F3763" w:themeColor="accent1" w:themeShade="7F"/>
      <w:lang w:val="en-US"/>
    </w:rPr>
  </w:style>
  <w:style w:type="paragraph" w:styleId="Ttulo6">
    <w:name w:val="heading 6"/>
    <w:basedOn w:val="Normal"/>
    <w:next w:val="Normal"/>
    <w:link w:val="Ttulo6Char"/>
    <w:uiPriority w:val="9"/>
    <w:semiHidden/>
    <w:unhideWhenUsed/>
    <w:qFormat/>
    <w:rsid w:val="00FD0F9A"/>
    <w:pPr>
      <w:keepNext/>
      <w:keepLines/>
      <w:spacing w:before="200" w:line="276" w:lineRule="auto"/>
      <w:outlineLvl w:val="5"/>
    </w:pPr>
    <w:rPr>
      <w:rFonts w:asciiTheme="majorHAnsi" w:eastAsiaTheme="majorEastAsia" w:hAnsiTheme="majorHAnsi" w:cstheme="majorBidi"/>
      <w:i/>
      <w:iCs/>
      <w:color w:val="1F3763" w:themeColor="accent1" w:themeShade="7F"/>
      <w:lang w:val="en-US"/>
    </w:rPr>
  </w:style>
  <w:style w:type="paragraph" w:styleId="Ttulo7">
    <w:name w:val="heading 7"/>
    <w:basedOn w:val="Normal"/>
    <w:next w:val="Normal"/>
    <w:link w:val="Ttulo7Char"/>
    <w:uiPriority w:val="9"/>
    <w:semiHidden/>
    <w:unhideWhenUsed/>
    <w:qFormat/>
    <w:rsid w:val="00FD0F9A"/>
    <w:pPr>
      <w:keepNext/>
      <w:keepLines/>
      <w:spacing w:before="200" w:line="276" w:lineRule="auto"/>
      <w:outlineLvl w:val="6"/>
    </w:pPr>
    <w:rPr>
      <w:rFonts w:asciiTheme="majorHAnsi" w:eastAsiaTheme="majorEastAsia" w:hAnsiTheme="majorHAnsi" w:cstheme="majorBidi"/>
      <w:i/>
      <w:iCs/>
      <w:color w:val="404040" w:themeColor="text1" w:themeTint="BF"/>
      <w:lang w:val="en-US"/>
    </w:rPr>
  </w:style>
  <w:style w:type="paragraph" w:styleId="Ttulo8">
    <w:name w:val="heading 8"/>
    <w:basedOn w:val="Normal"/>
    <w:next w:val="Normal"/>
    <w:link w:val="Ttulo8Char"/>
    <w:uiPriority w:val="9"/>
    <w:semiHidden/>
    <w:unhideWhenUsed/>
    <w:qFormat/>
    <w:rsid w:val="00FD0F9A"/>
    <w:pPr>
      <w:keepNext/>
      <w:keepLines/>
      <w:spacing w:before="200" w:line="276" w:lineRule="auto"/>
      <w:outlineLvl w:val="7"/>
    </w:pPr>
    <w:rPr>
      <w:rFonts w:asciiTheme="majorHAnsi" w:eastAsiaTheme="majorEastAsia" w:hAnsiTheme="majorHAnsi" w:cstheme="majorBidi"/>
      <w:color w:val="4472C4" w:themeColor="accent1"/>
      <w:sz w:val="20"/>
      <w:szCs w:val="20"/>
      <w:lang w:val="en-US"/>
    </w:rPr>
  </w:style>
  <w:style w:type="paragraph" w:styleId="Ttulo9">
    <w:name w:val="heading 9"/>
    <w:basedOn w:val="Normal"/>
    <w:next w:val="Normal"/>
    <w:link w:val="Ttulo9Char"/>
    <w:uiPriority w:val="9"/>
    <w:semiHidden/>
    <w:unhideWhenUsed/>
    <w:qFormat/>
    <w:rsid w:val="00FD0F9A"/>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1C738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Segundo,List I Paragraph,Lista de Itens"/>
    <w:basedOn w:val="Normal"/>
    <w:link w:val="PargrafodaListaChar"/>
    <w:uiPriority w:val="34"/>
    <w:qFormat/>
    <w:rsid w:val="001C738B"/>
    <w:pPr>
      <w:ind w:left="720"/>
      <w:contextualSpacing/>
    </w:pPr>
  </w:style>
  <w:style w:type="paragraph" w:styleId="Corpodetexto">
    <w:name w:val="Body Text"/>
    <w:basedOn w:val="Normal"/>
    <w:link w:val="CorpodetextoChar"/>
    <w:uiPriority w:val="99"/>
    <w:unhideWhenUsed/>
    <w:qFormat/>
    <w:rsid w:val="000C5A33"/>
    <w:pPr>
      <w:spacing w:after="120" w:line="276" w:lineRule="auto"/>
    </w:pPr>
  </w:style>
  <w:style w:type="character" w:customStyle="1" w:styleId="CorpodetextoChar">
    <w:name w:val="Corpo de texto Char"/>
    <w:basedOn w:val="Fontepargpadro"/>
    <w:link w:val="Corpodetexto"/>
    <w:uiPriority w:val="99"/>
    <w:rsid w:val="000C5A33"/>
  </w:style>
  <w:style w:type="paragraph" w:styleId="NormalWeb">
    <w:name w:val="Normal (Web)"/>
    <w:basedOn w:val="Normal"/>
    <w:uiPriority w:val="99"/>
    <w:unhideWhenUsed/>
    <w:rsid w:val="0004550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F2539D"/>
    <w:pPr>
      <w:tabs>
        <w:tab w:val="center" w:pos="4680"/>
        <w:tab w:val="right" w:pos="9360"/>
      </w:tabs>
      <w:spacing w:line="240" w:lineRule="auto"/>
    </w:pPr>
  </w:style>
  <w:style w:type="character" w:customStyle="1" w:styleId="CabealhoChar">
    <w:name w:val="Cabeçalho Char"/>
    <w:basedOn w:val="Fontepargpadro"/>
    <w:link w:val="Cabealho"/>
    <w:uiPriority w:val="99"/>
    <w:rsid w:val="00F2539D"/>
  </w:style>
  <w:style w:type="paragraph" w:styleId="Rodap">
    <w:name w:val="footer"/>
    <w:basedOn w:val="Normal"/>
    <w:link w:val="RodapChar"/>
    <w:uiPriority w:val="99"/>
    <w:unhideWhenUsed/>
    <w:rsid w:val="00F2539D"/>
    <w:pPr>
      <w:tabs>
        <w:tab w:val="center" w:pos="4680"/>
        <w:tab w:val="right" w:pos="9360"/>
      </w:tabs>
      <w:spacing w:line="240" w:lineRule="auto"/>
    </w:pPr>
  </w:style>
  <w:style w:type="character" w:customStyle="1" w:styleId="RodapChar">
    <w:name w:val="Rodapé Char"/>
    <w:basedOn w:val="Fontepargpadro"/>
    <w:link w:val="Rodap"/>
    <w:uiPriority w:val="99"/>
    <w:rsid w:val="00F2539D"/>
  </w:style>
  <w:style w:type="paragraph" w:customStyle="1" w:styleId="Padro">
    <w:name w:val="Padrão"/>
    <w:rsid w:val="000D0A5D"/>
    <w:pPr>
      <w:snapToGrid w:val="0"/>
      <w:spacing w:line="240" w:lineRule="auto"/>
    </w:pPr>
    <w:rPr>
      <w:rFonts w:ascii="Times New Roman" w:eastAsia="Times New Roman" w:hAnsi="Times New Roman" w:cs="Times New Roman"/>
      <w:sz w:val="24"/>
      <w:szCs w:val="20"/>
      <w:lang w:eastAsia="pt-BR"/>
    </w:rPr>
  </w:style>
  <w:style w:type="character" w:styleId="Forte">
    <w:name w:val="Strong"/>
    <w:basedOn w:val="Fontepargpadro"/>
    <w:uiPriority w:val="22"/>
    <w:qFormat/>
    <w:rsid w:val="000D0A5D"/>
    <w:rPr>
      <w:b/>
      <w:bCs/>
    </w:rPr>
  </w:style>
  <w:style w:type="paragraph" w:customStyle="1" w:styleId="Nivel1">
    <w:name w:val="Nivel1"/>
    <w:basedOn w:val="Ttulo1"/>
    <w:next w:val="Normal"/>
    <w:link w:val="Nivel1Char"/>
    <w:qFormat/>
    <w:rsid w:val="006920D0"/>
    <w:pPr>
      <w:numPr>
        <w:numId w:val="1"/>
      </w:numPr>
      <w:spacing w:before="480" w:after="120" w:line="276" w:lineRule="auto"/>
      <w:jc w:val="both"/>
    </w:pPr>
    <w:rPr>
      <w:rFonts w:ascii="Arial" w:hAnsi="Arial" w:cs="Arial"/>
      <w:b/>
      <w:color w:val="000000"/>
      <w:sz w:val="20"/>
      <w:szCs w:val="20"/>
      <w:lang w:eastAsia="pt-BR"/>
    </w:rPr>
  </w:style>
  <w:style w:type="character" w:customStyle="1" w:styleId="Ttulo1Char">
    <w:name w:val="Título 1 Char"/>
    <w:basedOn w:val="Fontepargpadro"/>
    <w:link w:val="Ttulo1"/>
    <w:uiPriority w:val="9"/>
    <w:rsid w:val="006920D0"/>
    <w:rPr>
      <w:rFonts w:asciiTheme="majorHAnsi" w:eastAsiaTheme="majorEastAsia" w:hAnsiTheme="majorHAnsi" w:cstheme="majorBidi"/>
      <w:color w:val="2F5496" w:themeColor="accent1" w:themeShade="BF"/>
      <w:sz w:val="32"/>
      <w:szCs w:val="32"/>
    </w:rPr>
  </w:style>
  <w:style w:type="paragraph" w:styleId="Citao">
    <w:name w:val="Quote"/>
    <w:basedOn w:val="Normal"/>
    <w:next w:val="Normal"/>
    <w:link w:val="CitaoChar"/>
    <w:uiPriority w:val="29"/>
    <w:qFormat/>
    <w:rsid w:val="000E720A"/>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E720A"/>
    <w:rPr>
      <w:rFonts w:ascii="Arial" w:eastAsia="Calibri" w:hAnsi="Arial" w:cs="Tahoma"/>
      <w:i/>
      <w:iCs/>
      <w:color w:val="000000"/>
      <w:sz w:val="20"/>
      <w:szCs w:val="24"/>
      <w:shd w:val="clear" w:color="auto" w:fill="FFFFCC"/>
    </w:rPr>
  </w:style>
  <w:style w:type="character" w:customStyle="1" w:styleId="Nivel1Char">
    <w:name w:val="Nivel1 Char"/>
    <w:basedOn w:val="Ttulo1Char"/>
    <w:link w:val="Nivel1"/>
    <w:rsid w:val="000E720A"/>
    <w:rPr>
      <w:rFonts w:ascii="Arial" w:eastAsiaTheme="majorEastAsia" w:hAnsi="Arial" w:cs="Arial"/>
      <w:b/>
      <w:color w:val="000000"/>
      <w:sz w:val="20"/>
      <w:szCs w:val="20"/>
      <w:lang w:eastAsia="pt-BR"/>
    </w:rPr>
  </w:style>
  <w:style w:type="paragraph" w:customStyle="1" w:styleId="Nivel2">
    <w:name w:val="Nivel 2"/>
    <w:link w:val="Nivel2Char"/>
    <w:qFormat/>
    <w:rsid w:val="000E720A"/>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0E720A"/>
    <w:pPr>
      <w:numPr>
        <w:ilvl w:val="0"/>
        <w:numId w:val="0"/>
      </w:numPr>
      <w:tabs>
        <w:tab w:val="num" w:pos="360"/>
      </w:tabs>
      <w:ind w:left="644" w:hanging="432"/>
    </w:pPr>
    <w:rPr>
      <w:rFonts w:cs="Arial"/>
      <w:b/>
    </w:rPr>
  </w:style>
  <w:style w:type="paragraph" w:customStyle="1" w:styleId="Nivel3">
    <w:name w:val="Nivel 3"/>
    <w:basedOn w:val="Nivel2"/>
    <w:qFormat/>
    <w:rsid w:val="000E720A"/>
    <w:pPr>
      <w:numPr>
        <w:ilvl w:val="0"/>
        <w:numId w:val="0"/>
      </w:numPr>
      <w:tabs>
        <w:tab w:val="num" w:pos="360"/>
      </w:tabs>
      <w:ind w:left="1922" w:hanging="180"/>
    </w:pPr>
    <w:rPr>
      <w:rFonts w:cs="Arial"/>
      <w:color w:val="000000"/>
    </w:rPr>
  </w:style>
  <w:style w:type="paragraph" w:customStyle="1" w:styleId="Nivel4">
    <w:name w:val="Nivel 4"/>
    <w:basedOn w:val="Nivel3"/>
    <w:qFormat/>
    <w:rsid w:val="000E720A"/>
    <w:pPr>
      <w:numPr>
        <w:ilvl w:val="3"/>
      </w:numPr>
      <w:tabs>
        <w:tab w:val="num" w:pos="360"/>
      </w:tabs>
      <w:ind w:left="2491" w:hanging="360"/>
    </w:pPr>
    <w:rPr>
      <w:color w:val="auto"/>
    </w:rPr>
  </w:style>
  <w:style w:type="paragraph" w:customStyle="1" w:styleId="Nivel5">
    <w:name w:val="Nivel 5"/>
    <w:basedOn w:val="Nivel4"/>
    <w:qFormat/>
    <w:rsid w:val="000E720A"/>
    <w:pPr>
      <w:numPr>
        <w:ilvl w:val="4"/>
      </w:numPr>
      <w:tabs>
        <w:tab w:val="num" w:pos="360"/>
      </w:tabs>
      <w:ind w:left="3485" w:hanging="360"/>
    </w:pPr>
  </w:style>
  <w:style w:type="character" w:customStyle="1" w:styleId="Nivel2Char">
    <w:name w:val="Nivel 2 Char"/>
    <w:basedOn w:val="Fontepargpadro"/>
    <w:link w:val="Nivel2"/>
    <w:rsid w:val="000E720A"/>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0E720A"/>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eastAsia="Times New Roman" w:hAnsi="Ecofont_Spranq_eco_Sans" w:cs="Ecofont_Spranq_eco_Sans"/>
      <w:i/>
      <w:iCs/>
      <w:color w:val="000000"/>
      <w:sz w:val="24"/>
      <w:szCs w:val="24"/>
      <w:shd w:val="clear" w:color="auto" w:fill="FFFFCC"/>
    </w:rPr>
  </w:style>
  <w:style w:type="character" w:customStyle="1" w:styleId="QuoteChar">
    <w:name w:val="Quote Char"/>
    <w:link w:val="Citao1"/>
    <w:rsid w:val="000E720A"/>
    <w:rPr>
      <w:rFonts w:ascii="Ecofont_Spranq_eco_Sans" w:eastAsia="Times New Roman" w:hAnsi="Ecofont_Spranq_eco_Sans" w:cs="Ecofont_Spranq_eco_Sans"/>
      <w:i/>
      <w:iCs/>
      <w:color w:val="000000"/>
      <w:sz w:val="24"/>
      <w:szCs w:val="24"/>
      <w:shd w:val="clear" w:color="auto" w:fill="FFFFCC"/>
    </w:rPr>
  </w:style>
  <w:style w:type="table" w:customStyle="1" w:styleId="TableNormal">
    <w:name w:val="Table Normal"/>
    <w:uiPriority w:val="2"/>
    <w:semiHidden/>
    <w:unhideWhenUsed/>
    <w:qFormat/>
    <w:rsid w:val="00B622F1"/>
    <w:pPr>
      <w:widowControl w:val="0"/>
      <w:autoSpaceDE w:val="0"/>
      <w:autoSpaceDN w:val="0"/>
      <w:spacing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622F1"/>
    <w:pPr>
      <w:widowControl w:val="0"/>
      <w:autoSpaceDE w:val="0"/>
      <w:autoSpaceDN w:val="0"/>
      <w:spacing w:line="240" w:lineRule="auto"/>
    </w:pPr>
    <w:rPr>
      <w:rFonts w:ascii="Calibri" w:eastAsia="Calibri" w:hAnsi="Calibri" w:cs="Calibri"/>
      <w:lang w:val="pt-PT" w:eastAsia="pt-PT" w:bidi="pt-PT"/>
    </w:rPr>
  </w:style>
  <w:style w:type="character" w:customStyle="1" w:styleId="fontstyle01">
    <w:name w:val="fontstyle01"/>
    <w:basedOn w:val="Fontepargpadro"/>
    <w:rsid w:val="00B622F1"/>
    <w:rPr>
      <w:rFonts w:ascii="Eras Medium ITC" w:hAnsi="Eras Medium ITC" w:hint="default"/>
      <w:b w:val="0"/>
      <w:bCs w:val="0"/>
      <w:i w:val="0"/>
      <w:iCs w:val="0"/>
      <w:color w:val="000000"/>
      <w:sz w:val="24"/>
      <w:szCs w:val="24"/>
    </w:rPr>
  </w:style>
  <w:style w:type="character" w:styleId="Hyperlink">
    <w:name w:val="Hyperlink"/>
    <w:basedOn w:val="Fontepargpadro"/>
    <w:uiPriority w:val="99"/>
    <w:unhideWhenUsed/>
    <w:rsid w:val="00B622F1"/>
    <w:rPr>
      <w:color w:val="0563C1" w:themeColor="hyperlink"/>
      <w:u w:val="single"/>
    </w:rPr>
  </w:style>
  <w:style w:type="character" w:customStyle="1" w:styleId="MenoPendente1">
    <w:name w:val="Menção Pendente1"/>
    <w:basedOn w:val="Fontepargpadro"/>
    <w:uiPriority w:val="99"/>
    <w:semiHidden/>
    <w:unhideWhenUsed/>
    <w:rsid w:val="00B622F1"/>
    <w:rPr>
      <w:color w:val="605E5C"/>
      <w:shd w:val="clear" w:color="auto" w:fill="E1DFDD"/>
    </w:rPr>
  </w:style>
  <w:style w:type="character" w:styleId="HiperlinkVisitado">
    <w:name w:val="FollowedHyperlink"/>
    <w:basedOn w:val="Fontepargpadro"/>
    <w:uiPriority w:val="99"/>
    <w:semiHidden/>
    <w:unhideWhenUsed/>
    <w:rsid w:val="00B622F1"/>
    <w:rPr>
      <w:color w:val="954F72"/>
      <w:u w:val="single"/>
    </w:rPr>
  </w:style>
  <w:style w:type="paragraph" w:customStyle="1" w:styleId="msonormal0">
    <w:name w:val="msonormal"/>
    <w:basedOn w:val="Normal"/>
    <w:rsid w:val="00B622F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B622F1"/>
    <w:pPr>
      <w:spacing w:before="100" w:beforeAutospacing="1" w:after="100" w:afterAutospacing="1" w:line="240" w:lineRule="auto"/>
      <w:jc w:val="center"/>
      <w:textAlignment w:val="center"/>
    </w:pPr>
    <w:rPr>
      <w:rFonts w:ascii="Tahoma" w:eastAsia="Times New Roman" w:hAnsi="Tahoma" w:cs="Tahoma"/>
      <w:b/>
      <w:bCs/>
      <w:sz w:val="18"/>
      <w:szCs w:val="18"/>
      <w:lang w:eastAsia="pt-BR"/>
    </w:rPr>
  </w:style>
  <w:style w:type="paragraph" w:customStyle="1" w:styleId="xl66">
    <w:name w:val="xl66"/>
    <w:basedOn w:val="Normal"/>
    <w:rsid w:val="00B622F1"/>
    <w:pPr>
      <w:spacing w:before="100" w:beforeAutospacing="1" w:after="100" w:afterAutospacing="1" w:line="240" w:lineRule="auto"/>
    </w:pPr>
    <w:rPr>
      <w:rFonts w:ascii="Tahoma" w:eastAsia="Times New Roman" w:hAnsi="Tahoma" w:cs="Tahoma"/>
      <w:sz w:val="18"/>
      <w:szCs w:val="18"/>
      <w:lang w:eastAsia="pt-BR"/>
    </w:rPr>
  </w:style>
  <w:style w:type="paragraph" w:customStyle="1" w:styleId="xl67">
    <w:name w:val="xl67"/>
    <w:basedOn w:val="Normal"/>
    <w:rsid w:val="00B622F1"/>
    <w:pPr>
      <w:spacing w:before="100" w:beforeAutospacing="1" w:after="100" w:afterAutospacing="1" w:line="240" w:lineRule="auto"/>
      <w:jc w:val="center"/>
    </w:pPr>
    <w:rPr>
      <w:rFonts w:ascii="Tahoma" w:eastAsia="Times New Roman" w:hAnsi="Tahoma" w:cs="Tahoma"/>
      <w:sz w:val="18"/>
      <w:szCs w:val="18"/>
      <w:lang w:eastAsia="pt-BR"/>
    </w:rPr>
  </w:style>
  <w:style w:type="paragraph" w:styleId="Textodebalo">
    <w:name w:val="Balloon Text"/>
    <w:basedOn w:val="Normal"/>
    <w:link w:val="TextodebaloChar"/>
    <w:uiPriority w:val="99"/>
    <w:semiHidden/>
    <w:unhideWhenUsed/>
    <w:rsid w:val="00B622F1"/>
    <w:pPr>
      <w:widowControl w:val="0"/>
      <w:autoSpaceDE w:val="0"/>
      <w:autoSpaceDN w:val="0"/>
      <w:spacing w:line="240" w:lineRule="auto"/>
    </w:pPr>
    <w:rPr>
      <w:rFonts w:ascii="Segoe UI" w:eastAsia="Calibri" w:hAnsi="Segoe UI" w:cs="Segoe UI"/>
      <w:sz w:val="18"/>
      <w:szCs w:val="18"/>
      <w:lang w:val="pt-PT" w:eastAsia="pt-PT" w:bidi="pt-PT"/>
    </w:rPr>
  </w:style>
  <w:style w:type="character" w:customStyle="1" w:styleId="TextodebaloChar">
    <w:name w:val="Texto de balão Char"/>
    <w:basedOn w:val="Fontepargpadro"/>
    <w:link w:val="Textodebalo"/>
    <w:uiPriority w:val="99"/>
    <w:semiHidden/>
    <w:rsid w:val="00B622F1"/>
    <w:rPr>
      <w:rFonts w:ascii="Segoe UI" w:eastAsia="Calibri" w:hAnsi="Segoe UI" w:cs="Segoe UI"/>
      <w:sz w:val="18"/>
      <w:szCs w:val="18"/>
      <w:lang w:val="pt-PT" w:eastAsia="pt-PT" w:bidi="pt-PT"/>
    </w:rPr>
  </w:style>
  <w:style w:type="paragraph" w:customStyle="1" w:styleId="xl63">
    <w:name w:val="xl63"/>
    <w:basedOn w:val="Normal"/>
    <w:rsid w:val="00B25A87"/>
    <w:pPr>
      <w:spacing w:before="100" w:beforeAutospacing="1" w:after="100" w:afterAutospacing="1" w:line="240" w:lineRule="auto"/>
    </w:pPr>
    <w:rPr>
      <w:rFonts w:ascii="Calibri Light" w:eastAsia="Times New Roman" w:hAnsi="Calibri Light" w:cs="Calibri Light"/>
      <w:sz w:val="20"/>
      <w:szCs w:val="20"/>
      <w:lang w:eastAsia="pt-BR"/>
    </w:rPr>
  </w:style>
  <w:style w:type="paragraph" w:customStyle="1" w:styleId="xl64">
    <w:name w:val="xl64"/>
    <w:basedOn w:val="Normal"/>
    <w:rsid w:val="00B25A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sz w:val="20"/>
      <w:szCs w:val="20"/>
      <w:lang w:eastAsia="pt-BR"/>
    </w:rPr>
  </w:style>
  <w:style w:type="paragraph" w:customStyle="1" w:styleId="xl68">
    <w:name w:val="xl68"/>
    <w:basedOn w:val="Normal"/>
    <w:rsid w:val="00B25A87"/>
    <w:pPr>
      <w:spacing w:before="100" w:beforeAutospacing="1" w:after="100" w:afterAutospacing="1" w:line="240" w:lineRule="auto"/>
    </w:pPr>
    <w:rPr>
      <w:rFonts w:ascii="Calibri Light" w:eastAsia="Times New Roman" w:hAnsi="Calibri Light" w:cs="Calibri Light"/>
      <w:b/>
      <w:bCs/>
      <w:sz w:val="20"/>
      <w:szCs w:val="20"/>
      <w:lang w:eastAsia="pt-BR"/>
    </w:rPr>
  </w:style>
  <w:style w:type="paragraph" w:customStyle="1" w:styleId="xl69">
    <w:name w:val="xl69"/>
    <w:basedOn w:val="Normal"/>
    <w:rsid w:val="00B25A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t-BR"/>
    </w:rPr>
  </w:style>
  <w:style w:type="paragraph" w:customStyle="1" w:styleId="xl70">
    <w:name w:val="xl70"/>
    <w:basedOn w:val="Normal"/>
    <w:rsid w:val="00B25A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t-BR"/>
    </w:rPr>
  </w:style>
  <w:style w:type="paragraph" w:customStyle="1" w:styleId="xl71">
    <w:name w:val="xl71"/>
    <w:basedOn w:val="Normal"/>
    <w:rsid w:val="00B25A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sz w:val="20"/>
      <w:szCs w:val="20"/>
      <w:lang w:eastAsia="pt-BR"/>
    </w:rPr>
  </w:style>
  <w:style w:type="paragraph" w:customStyle="1" w:styleId="xl72">
    <w:name w:val="xl72"/>
    <w:basedOn w:val="Normal"/>
    <w:rsid w:val="00B25A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color w:val="FF0000"/>
      <w:sz w:val="20"/>
      <w:szCs w:val="20"/>
      <w:lang w:eastAsia="pt-BR"/>
    </w:rPr>
  </w:style>
  <w:style w:type="paragraph" w:customStyle="1" w:styleId="xl73">
    <w:name w:val="xl73"/>
    <w:basedOn w:val="Normal"/>
    <w:rsid w:val="00B25A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sz w:val="20"/>
      <w:szCs w:val="20"/>
      <w:lang w:eastAsia="pt-BR"/>
    </w:rPr>
  </w:style>
  <w:style w:type="paragraph" w:customStyle="1" w:styleId="xl74">
    <w:name w:val="xl74"/>
    <w:basedOn w:val="Normal"/>
    <w:rsid w:val="00E42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sz w:val="20"/>
      <w:szCs w:val="20"/>
      <w:lang w:eastAsia="pt-BR"/>
    </w:rPr>
  </w:style>
  <w:style w:type="paragraph" w:customStyle="1" w:styleId="xl75">
    <w:name w:val="xl75"/>
    <w:basedOn w:val="Normal"/>
    <w:rsid w:val="00E42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t-BR"/>
    </w:rPr>
  </w:style>
  <w:style w:type="paragraph" w:customStyle="1" w:styleId="xl76">
    <w:name w:val="xl76"/>
    <w:basedOn w:val="Normal"/>
    <w:rsid w:val="007933DD"/>
    <w:pPr>
      <w:spacing w:before="100" w:beforeAutospacing="1" w:after="100" w:afterAutospacing="1" w:line="240" w:lineRule="auto"/>
      <w:jc w:val="center"/>
    </w:pPr>
    <w:rPr>
      <w:rFonts w:ascii="Calibri Light" w:eastAsia="Times New Roman" w:hAnsi="Calibri Light" w:cs="Calibri Light"/>
      <w:b/>
      <w:bCs/>
      <w:sz w:val="20"/>
      <w:szCs w:val="20"/>
      <w:lang w:eastAsia="pt-BR"/>
    </w:rPr>
  </w:style>
  <w:style w:type="paragraph" w:customStyle="1" w:styleId="xl77">
    <w:name w:val="xl77"/>
    <w:basedOn w:val="Normal"/>
    <w:rsid w:val="007933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sz w:val="20"/>
      <w:szCs w:val="20"/>
      <w:lang w:eastAsia="pt-BR"/>
    </w:rPr>
  </w:style>
  <w:style w:type="paragraph" w:customStyle="1" w:styleId="xl78">
    <w:name w:val="xl78"/>
    <w:basedOn w:val="Normal"/>
    <w:rsid w:val="007933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sz w:val="20"/>
      <w:szCs w:val="20"/>
      <w:lang w:eastAsia="pt-BR"/>
    </w:rPr>
  </w:style>
  <w:style w:type="paragraph" w:customStyle="1" w:styleId="xl79">
    <w:name w:val="xl79"/>
    <w:basedOn w:val="Normal"/>
    <w:rsid w:val="007933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sz w:val="20"/>
      <w:szCs w:val="20"/>
      <w:lang w:eastAsia="pt-BR"/>
    </w:rPr>
  </w:style>
  <w:style w:type="paragraph" w:customStyle="1" w:styleId="xl80">
    <w:name w:val="xl80"/>
    <w:basedOn w:val="Normal"/>
    <w:rsid w:val="007933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sz w:val="20"/>
      <w:szCs w:val="20"/>
      <w:lang w:eastAsia="pt-BR"/>
    </w:rPr>
  </w:style>
  <w:style w:type="character" w:customStyle="1" w:styleId="Ttulo2Char">
    <w:name w:val="Título 2 Char"/>
    <w:basedOn w:val="Fontepargpadro"/>
    <w:link w:val="Ttulo2"/>
    <w:uiPriority w:val="9"/>
    <w:rsid w:val="00FD0F9A"/>
    <w:rPr>
      <w:rFonts w:asciiTheme="majorHAnsi" w:eastAsiaTheme="majorEastAsia" w:hAnsiTheme="majorHAnsi" w:cstheme="majorBidi"/>
      <w:color w:val="2F5496" w:themeColor="accent1" w:themeShade="BF"/>
      <w:sz w:val="26"/>
      <w:szCs w:val="26"/>
      <w:lang w:eastAsia="pt-PT" w:bidi="pt-PT"/>
    </w:rPr>
  </w:style>
  <w:style w:type="character" w:customStyle="1" w:styleId="Ttulo3Char">
    <w:name w:val="Título 3 Char"/>
    <w:basedOn w:val="Fontepargpadro"/>
    <w:link w:val="Ttulo3"/>
    <w:uiPriority w:val="9"/>
    <w:rsid w:val="00FD0F9A"/>
    <w:rPr>
      <w:rFonts w:asciiTheme="majorHAnsi" w:eastAsiaTheme="majorEastAsia" w:hAnsiTheme="majorHAnsi" w:cstheme="majorBidi"/>
      <w:color w:val="1F3763" w:themeColor="accent1" w:themeShade="7F"/>
      <w:sz w:val="24"/>
      <w:szCs w:val="24"/>
      <w:lang w:eastAsia="pt-PT" w:bidi="pt-PT"/>
    </w:rPr>
  </w:style>
  <w:style w:type="character" w:customStyle="1" w:styleId="Ttulo4Char">
    <w:name w:val="Título 4 Char"/>
    <w:basedOn w:val="Fontepargpadro"/>
    <w:link w:val="Ttulo4"/>
    <w:uiPriority w:val="9"/>
    <w:semiHidden/>
    <w:rsid w:val="00FD0F9A"/>
    <w:rPr>
      <w:rFonts w:asciiTheme="majorHAnsi" w:eastAsiaTheme="majorEastAsia" w:hAnsiTheme="majorHAnsi" w:cstheme="majorBidi"/>
      <w:b/>
      <w:bCs/>
      <w:i/>
      <w:iCs/>
      <w:color w:val="4472C4" w:themeColor="accent1"/>
      <w:lang w:val="en-US"/>
    </w:rPr>
  </w:style>
  <w:style w:type="character" w:customStyle="1" w:styleId="Ttulo5Char">
    <w:name w:val="Título 5 Char"/>
    <w:basedOn w:val="Fontepargpadro"/>
    <w:link w:val="Ttulo5"/>
    <w:uiPriority w:val="9"/>
    <w:semiHidden/>
    <w:rsid w:val="00FD0F9A"/>
    <w:rPr>
      <w:rFonts w:asciiTheme="majorHAnsi" w:eastAsiaTheme="majorEastAsia" w:hAnsiTheme="majorHAnsi" w:cstheme="majorBidi"/>
      <w:color w:val="1F3763" w:themeColor="accent1" w:themeShade="7F"/>
      <w:lang w:val="en-US"/>
    </w:rPr>
  </w:style>
  <w:style w:type="character" w:customStyle="1" w:styleId="Ttulo6Char">
    <w:name w:val="Título 6 Char"/>
    <w:basedOn w:val="Fontepargpadro"/>
    <w:link w:val="Ttulo6"/>
    <w:uiPriority w:val="9"/>
    <w:semiHidden/>
    <w:rsid w:val="00FD0F9A"/>
    <w:rPr>
      <w:rFonts w:asciiTheme="majorHAnsi" w:eastAsiaTheme="majorEastAsia" w:hAnsiTheme="majorHAnsi" w:cstheme="majorBidi"/>
      <w:i/>
      <w:iCs/>
      <w:color w:val="1F3763" w:themeColor="accent1" w:themeShade="7F"/>
      <w:lang w:val="en-US"/>
    </w:rPr>
  </w:style>
  <w:style w:type="character" w:customStyle="1" w:styleId="Ttulo7Char">
    <w:name w:val="Título 7 Char"/>
    <w:basedOn w:val="Fontepargpadro"/>
    <w:link w:val="Ttulo7"/>
    <w:uiPriority w:val="9"/>
    <w:semiHidden/>
    <w:rsid w:val="00FD0F9A"/>
    <w:rPr>
      <w:rFonts w:asciiTheme="majorHAnsi" w:eastAsiaTheme="majorEastAsia" w:hAnsiTheme="majorHAnsi" w:cstheme="majorBidi"/>
      <w:i/>
      <w:iCs/>
      <w:color w:val="404040" w:themeColor="text1" w:themeTint="BF"/>
      <w:lang w:val="en-US"/>
    </w:rPr>
  </w:style>
  <w:style w:type="character" w:customStyle="1" w:styleId="Ttulo8Char">
    <w:name w:val="Título 8 Char"/>
    <w:basedOn w:val="Fontepargpadro"/>
    <w:link w:val="Ttulo8"/>
    <w:uiPriority w:val="9"/>
    <w:semiHidden/>
    <w:rsid w:val="00FD0F9A"/>
    <w:rPr>
      <w:rFonts w:asciiTheme="majorHAnsi" w:eastAsiaTheme="majorEastAsia" w:hAnsiTheme="majorHAnsi" w:cstheme="majorBidi"/>
      <w:color w:val="4472C4" w:themeColor="accent1"/>
      <w:sz w:val="20"/>
      <w:szCs w:val="20"/>
      <w:lang w:val="en-US"/>
    </w:rPr>
  </w:style>
  <w:style w:type="character" w:customStyle="1" w:styleId="Ttulo9Char">
    <w:name w:val="Título 9 Char"/>
    <w:basedOn w:val="Fontepargpadro"/>
    <w:link w:val="Ttulo9"/>
    <w:uiPriority w:val="9"/>
    <w:semiHidden/>
    <w:rsid w:val="00FD0F9A"/>
    <w:rPr>
      <w:rFonts w:asciiTheme="majorHAnsi" w:eastAsiaTheme="majorEastAsia" w:hAnsiTheme="majorHAnsi" w:cstheme="majorBidi"/>
      <w:i/>
      <w:iCs/>
      <w:color w:val="404040" w:themeColor="text1" w:themeTint="BF"/>
      <w:sz w:val="20"/>
      <w:szCs w:val="20"/>
      <w:lang w:val="en-US"/>
    </w:rPr>
  </w:style>
  <w:style w:type="character" w:customStyle="1" w:styleId="ng-star-inserted">
    <w:name w:val="ng-star-inserted"/>
    <w:basedOn w:val="Fontepargpadro"/>
    <w:rsid w:val="00FD0F9A"/>
  </w:style>
  <w:style w:type="paragraph" w:customStyle="1" w:styleId="pb-0">
    <w:name w:val="pb-0"/>
    <w:basedOn w:val="Normal"/>
    <w:rsid w:val="00FD0F9A"/>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deGrade6Colorida">
    <w:name w:val="Grid Table 6 Colorful"/>
    <w:basedOn w:val="Tabelanormal"/>
    <w:uiPriority w:val="51"/>
    <w:rsid w:val="00FD0F9A"/>
    <w:pPr>
      <w:widowControl w:val="0"/>
      <w:autoSpaceDE w:val="0"/>
      <w:autoSpaceDN w:val="0"/>
      <w:spacing w:line="240" w:lineRule="auto"/>
    </w:pPr>
    <w:rPr>
      <w:color w:val="000000" w:themeColor="text1"/>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2">
    <w:name w:val="Grid Table 2"/>
    <w:basedOn w:val="Tabelanormal"/>
    <w:uiPriority w:val="47"/>
    <w:rsid w:val="00FD0F9A"/>
    <w:pPr>
      <w:widowControl w:val="0"/>
      <w:autoSpaceDE w:val="0"/>
      <w:autoSpaceDN w:val="0"/>
      <w:spacing w:line="240" w:lineRule="auto"/>
    </w:pPr>
    <w:rPr>
      <w:lang w:val="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font5">
    <w:name w:val="font5"/>
    <w:basedOn w:val="Normal"/>
    <w:rsid w:val="00FD0F9A"/>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6">
    <w:name w:val="font6"/>
    <w:basedOn w:val="Normal"/>
    <w:rsid w:val="00FD0F9A"/>
    <w:pPr>
      <w:spacing w:before="100" w:beforeAutospacing="1" w:after="100" w:afterAutospacing="1" w:line="240" w:lineRule="auto"/>
    </w:pPr>
    <w:rPr>
      <w:rFonts w:ascii="Times New Roman" w:eastAsia="Times New Roman" w:hAnsi="Times New Roman" w:cs="Times New Roman"/>
      <w:color w:val="000000"/>
      <w:sz w:val="20"/>
      <w:szCs w:val="20"/>
      <w:lang w:eastAsia="pt-BR"/>
    </w:rPr>
  </w:style>
  <w:style w:type="paragraph" w:styleId="SemEspaamento">
    <w:name w:val="No Spacing"/>
    <w:uiPriority w:val="1"/>
    <w:qFormat/>
    <w:rsid w:val="00FD0F9A"/>
    <w:pPr>
      <w:spacing w:line="240" w:lineRule="auto"/>
    </w:pPr>
    <w:rPr>
      <w:rFonts w:eastAsiaTheme="minorEastAsia"/>
      <w:lang w:val="en-US"/>
    </w:rPr>
  </w:style>
  <w:style w:type="paragraph" w:styleId="Ttulo">
    <w:name w:val="Title"/>
    <w:basedOn w:val="Normal"/>
    <w:next w:val="Normal"/>
    <w:link w:val="TtuloChar"/>
    <w:uiPriority w:val="10"/>
    <w:qFormat/>
    <w:rsid w:val="00FD0F9A"/>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en-US"/>
    </w:rPr>
  </w:style>
  <w:style w:type="character" w:customStyle="1" w:styleId="TtuloChar">
    <w:name w:val="Título Char"/>
    <w:basedOn w:val="Fontepargpadro"/>
    <w:link w:val="Ttulo"/>
    <w:uiPriority w:val="10"/>
    <w:rsid w:val="00FD0F9A"/>
    <w:rPr>
      <w:rFonts w:asciiTheme="majorHAnsi" w:eastAsiaTheme="majorEastAsia" w:hAnsiTheme="majorHAnsi" w:cstheme="majorBidi"/>
      <w:color w:val="323E4F" w:themeColor="text2" w:themeShade="BF"/>
      <w:spacing w:val="5"/>
      <w:kern w:val="28"/>
      <w:sz w:val="52"/>
      <w:szCs w:val="52"/>
      <w:lang w:val="en-US"/>
    </w:rPr>
  </w:style>
  <w:style w:type="paragraph" w:styleId="Subttulo">
    <w:name w:val="Subtitle"/>
    <w:basedOn w:val="Normal"/>
    <w:next w:val="Normal"/>
    <w:link w:val="SubttuloChar"/>
    <w:uiPriority w:val="11"/>
    <w:qFormat/>
    <w:rsid w:val="00FD0F9A"/>
    <w:pPr>
      <w:numPr>
        <w:ilvl w:val="1"/>
      </w:numPr>
      <w:spacing w:after="200" w:line="276" w:lineRule="auto"/>
    </w:pPr>
    <w:rPr>
      <w:rFonts w:asciiTheme="majorHAnsi" w:eastAsiaTheme="majorEastAsia" w:hAnsiTheme="majorHAnsi" w:cstheme="majorBidi"/>
      <w:i/>
      <w:iCs/>
      <w:color w:val="4472C4" w:themeColor="accent1"/>
      <w:spacing w:val="15"/>
      <w:sz w:val="24"/>
      <w:szCs w:val="24"/>
      <w:lang w:val="en-US"/>
    </w:rPr>
  </w:style>
  <w:style w:type="character" w:customStyle="1" w:styleId="SubttuloChar">
    <w:name w:val="Subtítulo Char"/>
    <w:basedOn w:val="Fontepargpadro"/>
    <w:link w:val="Subttulo"/>
    <w:uiPriority w:val="11"/>
    <w:rsid w:val="00FD0F9A"/>
    <w:rPr>
      <w:rFonts w:asciiTheme="majorHAnsi" w:eastAsiaTheme="majorEastAsia" w:hAnsiTheme="majorHAnsi" w:cstheme="majorBidi"/>
      <w:i/>
      <w:iCs/>
      <w:color w:val="4472C4" w:themeColor="accent1"/>
      <w:spacing w:val="15"/>
      <w:sz w:val="24"/>
      <w:szCs w:val="24"/>
      <w:lang w:val="en-US"/>
    </w:rPr>
  </w:style>
  <w:style w:type="paragraph" w:styleId="Corpodetexto2">
    <w:name w:val="Body Text 2"/>
    <w:basedOn w:val="Normal"/>
    <w:link w:val="Corpodetexto2Char"/>
    <w:uiPriority w:val="99"/>
    <w:unhideWhenUsed/>
    <w:rsid w:val="00FD0F9A"/>
    <w:pPr>
      <w:spacing w:after="120" w:line="480" w:lineRule="auto"/>
    </w:pPr>
    <w:rPr>
      <w:rFonts w:eastAsiaTheme="minorEastAsia"/>
      <w:lang w:val="en-US"/>
    </w:rPr>
  </w:style>
  <w:style w:type="character" w:customStyle="1" w:styleId="Corpodetexto2Char">
    <w:name w:val="Corpo de texto 2 Char"/>
    <w:basedOn w:val="Fontepargpadro"/>
    <w:link w:val="Corpodetexto2"/>
    <w:uiPriority w:val="99"/>
    <w:rsid w:val="00FD0F9A"/>
    <w:rPr>
      <w:rFonts w:eastAsiaTheme="minorEastAsia"/>
      <w:lang w:val="en-US"/>
    </w:rPr>
  </w:style>
  <w:style w:type="paragraph" w:styleId="Corpodetexto3">
    <w:name w:val="Body Text 3"/>
    <w:basedOn w:val="Normal"/>
    <w:link w:val="Corpodetexto3Char"/>
    <w:uiPriority w:val="99"/>
    <w:unhideWhenUsed/>
    <w:rsid w:val="00FD0F9A"/>
    <w:pPr>
      <w:spacing w:after="120" w:line="276" w:lineRule="auto"/>
    </w:pPr>
    <w:rPr>
      <w:rFonts w:eastAsiaTheme="minorEastAsia"/>
      <w:sz w:val="16"/>
      <w:szCs w:val="16"/>
      <w:lang w:val="en-US"/>
    </w:rPr>
  </w:style>
  <w:style w:type="character" w:customStyle="1" w:styleId="Corpodetexto3Char">
    <w:name w:val="Corpo de texto 3 Char"/>
    <w:basedOn w:val="Fontepargpadro"/>
    <w:link w:val="Corpodetexto3"/>
    <w:uiPriority w:val="99"/>
    <w:rsid w:val="00FD0F9A"/>
    <w:rPr>
      <w:rFonts w:eastAsiaTheme="minorEastAsia"/>
      <w:sz w:val="16"/>
      <w:szCs w:val="16"/>
      <w:lang w:val="en-US"/>
    </w:rPr>
  </w:style>
  <w:style w:type="paragraph" w:styleId="Lista">
    <w:name w:val="List"/>
    <w:basedOn w:val="Normal"/>
    <w:uiPriority w:val="99"/>
    <w:unhideWhenUsed/>
    <w:rsid w:val="00FD0F9A"/>
    <w:pPr>
      <w:spacing w:after="200" w:line="276" w:lineRule="auto"/>
      <w:ind w:left="360" w:hanging="360"/>
      <w:contextualSpacing/>
    </w:pPr>
    <w:rPr>
      <w:rFonts w:eastAsiaTheme="minorEastAsia"/>
      <w:lang w:val="en-US"/>
    </w:rPr>
  </w:style>
  <w:style w:type="paragraph" w:styleId="Lista2">
    <w:name w:val="List 2"/>
    <w:basedOn w:val="Normal"/>
    <w:uiPriority w:val="99"/>
    <w:unhideWhenUsed/>
    <w:rsid w:val="00FD0F9A"/>
    <w:pPr>
      <w:spacing w:after="200" w:line="276" w:lineRule="auto"/>
      <w:ind w:left="720" w:hanging="360"/>
      <w:contextualSpacing/>
    </w:pPr>
    <w:rPr>
      <w:rFonts w:eastAsiaTheme="minorEastAsia"/>
      <w:lang w:val="en-US"/>
    </w:rPr>
  </w:style>
  <w:style w:type="paragraph" w:styleId="Lista3">
    <w:name w:val="List 3"/>
    <w:basedOn w:val="Normal"/>
    <w:uiPriority w:val="99"/>
    <w:unhideWhenUsed/>
    <w:rsid w:val="00FD0F9A"/>
    <w:pPr>
      <w:spacing w:after="200" w:line="276" w:lineRule="auto"/>
      <w:ind w:left="1080" w:hanging="360"/>
      <w:contextualSpacing/>
    </w:pPr>
    <w:rPr>
      <w:rFonts w:eastAsiaTheme="minorEastAsia"/>
      <w:lang w:val="en-US"/>
    </w:rPr>
  </w:style>
  <w:style w:type="paragraph" w:styleId="Commarcadores">
    <w:name w:val="List Bullet"/>
    <w:basedOn w:val="Normal"/>
    <w:uiPriority w:val="99"/>
    <w:unhideWhenUsed/>
    <w:rsid w:val="00FD0F9A"/>
    <w:pPr>
      <w:numPr>
        <w:numId w:val="4"/>
      </w:numPr>
      <w:tabs>
        <w:tab w:val="clear" w:pos="360"/>
      </w:tabs>
      <w:spacing w:after="200" w:line="276" w:lineRule="auto"/>
      <w:ind w:left="0" w:firstLine="0"/>
      <w:contextualSpacing/>
    </w:pPr>
    <w:rPr>
      <w:rFonts w:eastAsiaTheme="minorEastAsia"/>
      <w:lang w:val="en-US"/>
    </w:rPr>
  </w:style>
  <w:style w:type="paragraph" w:styleId="Commarcadores2">
    <w:name w:val="List Bullet 2"/>
    <w:basedOn w:val="Normal"/>
    <w:uiPriority w:val="99"/>
    <w:unhideWhenUsed/>
    <w:rsid w:val="00FD0F9A"/>
    <w:pPr>
      <w:numPr>
        <w:numId w:val="5"/>
      </w:numPr>
      <w:tabs>
        <w:tab w:val="clear" w:pos="720"/>
      </w:tabs>
      <w:spacing w:after="200" w:line="276" w:lineRule="auto"/>
      <w:ind w:left="0" w:firstLine="0"/>
      <w:contextualSpacing/>
    </w:pPr>
    <w:rPr>
      <w:rFonts w:eastAsiaTheme="minorEastAsia"/>
      <w:lang w:val="en-US"/>
    </w:rPr>
  </w:style>
  <w:style w:type="paragraph" w:styleId="Commarcadores3">
    <w:name w:val="List Bullet 3"/>
    <w:basedOn w:val="Normal"/>
    <w:uiPriority w:val="99"/>
    <w:unhideWhenUsed/>
    <w:rsid w:val="00FD0F9A"/>
    <w:pPr>
      <w:numPr>
        <w:numId w:val="6"/>
      </w:numPr>
      <w:tabs>
        <w:tab w:val="clear" w:pos="1080"/>
      </w:tabs>
      <w:spacing w:after="200" w:line="276" w:lineRule="auto"/>
      <w:ind w:left="0" w:firstLine="0"/>
      <w:contextualSpacing/>
    </w:pPr>
    <w:rPr>
      <w:rFonts w:eastAsiaTheme="minorEastAsia"/>
      <w:lang w:val="en-US"/>
    </w:rPr>
  </w:style>
  <w:style w:type="paragraph" w:styleId="Numerada">
    <w:name w:val="List Number"/>
    <w:basedOn w:val="Normal"/>
    <w:uiPriority w:val="99"/>
    <w:unhideWhenUsed/>
    <w:rsid w:val="00FD0F9A"/>
    <w:pPr>
      <w:numPr>
        <w:numId w:val="7"/>
      </w:numPr>
      <w:tabs>
        <w:tab w:val="clear" w:pos="360"/>
      </w:tabs>
      <w:spacing w:after="200" w:line="276" w:lineRule="auto"/>
      <w:ind w:left="0" w:firstLine="0"/>
      <w:contextualSpacing/>
    </w:pPr>
    <w:rPr>
      <w:rFonts w:eastAsiaTheme="minorEastAsia"/>
      <w:lang w:val="en-US"/>
    </w:rPr>
  </w:style>
  <w:style w:type="paragraph" w:styleId="Numerada2">
    <w:name w:val="List Number 2"/>
    <w:basedOn w:val="Normal"/>
    <w:uiPriority w:val="99"/>
    <w:unhideWhenUsed/>
    <w:rsid w:val="00FD0F9A"/>
    <w:pPr>
      <w:numPr>
        <w:numId w:val="8"/>
      </w:numPr>
      <w:tabs>
        <w:tab w:val="clear" w:pos="720"/>
      </w:tabs>
      <w:spacing w:after="200" w:line="276" w:lineRule="auto"/>
      <w:ind w:left="0" w:firstLine="0"/>
      <w:contextualSpacing/>
    </w:pPr>
    <w:rPr>
      <w:rFonts w:eastAsiaTheme="minorEastAsia"/>
      <w:lang w:val="en-US"/>
    </w:rPr>
  </w:style>
  <w:style w:type="paragraph" w:styleId="Numerada3">
    <w:name w:val="List Number 3"/>
    <w:basedOn w:val="Normal"/>
    <w:uiPriority w:val="99"/>
    <w:unhideWhenUsed/>
    <w:rsid w:val="00FD0F9A"/>
    <w:pPr>
      <w:numPr>
        <w:numId w:val="9"/>
      </w:numPr>
      <w:tabs>
        <w:tab w:val="clear" w:pos="1080"/>
      </w:tabs>
      <w:spacing w:after="200" w:line="276" w:lineRule="auto"/>
      <w:ind w:left="0" w:firstLine="0"/>
      <w:contextualSpacing/>
    </w:pPr>
    <w:rPr>
      <w:rFonts w:eastAsiaTheme="minorEastAsia"/>
      <w:lang w:val="en-US"/>
    </w:rPr>
  </w:style>
  <w:style w:type="paragraph" w:styleId="Listadecontinuao">
    <w:name w:val="List Continue"/>
    <w:basedOn w:val="Normal"/>
    <w:uiPriority w:val="99"/>
    <w:unhideWhenUsed/>
    <w:rsid w:val="00FD0F9A"/>
    <w:pPr>
      <w:spacing w:after="120" w:line="276" w:lineRule="auto"/>
      <w:ind w:left="360"/>
      <w:contextualSpacing/>
    </w:pPr>
    <w:rPr>
      <w:rFonts w:eastAsiaTheme="minorEastAsia"/>
      <w:lang w:val="en-US"/>
    </w:rPr>
  </w:style>
  <w:style w:type="paragraph" w:styleId="Listadecontinuao2">
    <w:name w:val="List Continue 2"/>
    <w:basedOn w:val="Normal"/>
    <w:uiPriority w:val="99"/>
    <w:unhideWhenUsed/>
    <w:rsid w:val="00FD0F9A"/>
    <w:pPr>
      <w:spacing w:after="120" w:line="276" w:lineRule="auto"/>
      <w:ind w:left="720"/>
      <w:contextualSpacing/>
    </w:pPr>
    <w:rPr>
      <w:rFonts w:eastAsiaTheme="minorEastAsia"/>
      <w:lang w:val="en-US"/>
    </w:rPr>
  </w:style>
  <w:style w:type="paragraph" w:styleId="Listadecontinuao3">
    <w:name w:val="List Continue 3"/>
    <w:basedOn w:val="Normal"/>
    <w:uiPriority w:val="99"/>
    <w:unhideWhenUsed/>
    <w:rsid w:val="00FD0F9A"/>
    <w:pPr>
      <w:spacing w:after="120" w:line="276" w:lineRule="auto"/>
      <w:ind w:left="1080"/>
      <w:contextualSpacing/>
    </w:pPr>
    <w:rPr>
      <w:rFonts w:eastAsiaTheme="minorEastAsia"/>
      <w:lang w:val="en-US"/>
    </w:rPr>
  </w:style>
  <w:style w:type="paragraph" w:styleId="Textodemacro">
    <w:name w:val="macro"/>
    <w:link w:val="TextodemacroChar"/>
    <w:uiPriority w:val="99"/>
    <w:unhideWhenUsed/>
    <w:rsid w:val="00FD0F9A"/>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sz w:val="20"/>
      <w:szCs w:val="20"/>
      <w:lang w:val="en-US"/>
    </w:rPr>
  </w:style>
  <w:style w:type="character" w:customStyle="1" w:styleId="TextodemacroChar">
    <w:name w:val="Texto de macro Char"/>
    <w:basedOn w:val="Fontepargpadro"/>
    <w:link w:val="Textodemacro"/>
    <w:uiPriority w:val="99"/>
    <w:rsid w:val="00FD0F9A"/>
    <w:rPr>
      <w:rFonts w:ascii="Courier" w:eastAsiaTheme="minorEastAsia" w:hAnsi="Courier"/>
      <w:sz w:val="20"/>
      <w:szCs w:val="20"/>
      <w:lang w:val="en-US"/>
    </w:rPr>
  </w:style>
  <w:style w:type="paragraph" w:styleId="Legenda">
    <w:name w:val="caption"/>
    <w:basedOn w:val="Normal"/>
    <w:next w:val="Normal"/>
    <w:uiPriority w:val="35"/>
    <w:semiHidden/>
    <w:unhideWhenUsed/>
    <w:qFormat/>
    <w:rsid w:val="00FD0F9A"/>
    <w:pPr>
      <w:spacing w:after="200" w:line="240" w:lineRule="auto"/>
    </w:pPr>
    <w:rPr>
      <w:rFonts w:eastAsiaTheme="minorEastAsia"/>
      <w:b/>
      <w:bCs/>
      <w:color w:val="4472C4" w:themeColor="accent1"/>
      <w:sz w:val="18"/>
      <w:szCs w:val="18"/>
      <w:lang w:val="en-US"/>
    </w:rPr>
  </w:style>
  <w:style w:type="character" w:styleId="nfase">
    <w:name w:val="Emphasis"/>
    <w:basedOn w:val="Fontepargpadro"/>
    <w:uiPriority w:val="20"/>
    <w:qFormat/>
    <w:rsid w:val="00FD0F9A"/>
    <w:rPr>
      <w:i/>
      <w:iCs/>
    </w:rPr>
  </w:style>
  <w:style w:type="paragraph" w:styleId="CitaoIntensa">
    <w:name w:val="Intense Quote"/>
    <w:basedOn w:val="Normal"/>
    <w:next w:val="Normal"/>
    <w:link w:val="CitaoIntensaChar"/>
    <w:uiPriority w:val="30"/>
    <w:qFormat/>
    <w:rsid w:val="00FD0F9A"/>
    <w:pPr>
      <w:pBdr>
        <w:bottom w:val="single" w:sz="4" w:space="4" w:color="4472C4" w:themeColor="accent1"/>
      </w:pBdr>
      <w:spacing w:before="200" w:after="280" w:line="276" w:lineRule="auto"/>
      <w:ind w:left="936" w:right="936"/>
    </w:pPr>
    <w:rPr>
      <w:rFonts w:eastAsiaTheme="minorEastAsia"/>
      <w:b/>
      <w:bCs/>
      <w:i/>
      <w:iCs/>
      <w:color w:val="4472C4" w:themeColor="accent1"/>
      <w:lang w:val="en-US"/>
    </w:rPr>
  </w:style>
  <w:style w:type="character" w:customStyle="1" w:styleId="CitaoIntensaChar">
    <w:name w:val="Citação Intensa Char"/>
    <w:basedOn w:val="Fontepargpadro"/>
    <w:link w:val="CitaoIntensa"/>
    <w:uiPriority w:val="30"/>
    <w:rsid w:val="00FD0F9A"/>
    <w:rPr>
      <w:rFonts w:eastAsiaTheme="minorEastAsia"/>
      <w:b/>
      <w:bCs/>
      <w:i/>
      <w:iCs/>
      <w:color w:val="4472C4" w:themeColor="accent1"/>
      <w:lang w:val="en-US"/>
    </w:rPr>
  </w:style>
  <w:style w:type="character" w:styleId="nfaseSutil">
    <w:name w:val="Subtle Emphasis"/>
    <w:basedOn w:val="Fontepargpadro"/>
    <w:uiPriority w:val="19"/>
    <w:qFormat/>
    <w:rsid w:val="00FD0F9A"/>
    <w:rPr>
      <w:i/>
      <w:iCs/>
      <w:color w:val="808080" w:themeColor="text1" w:themeTint="7F"/>
    </w:rPr>
  </w:style>
  <w:style w:type="character" w:styleId="nfaseIntensa">
    <w:name w:val="Intense Emphasis"/>
    <w:basedOn w:val="Fontepargpadro"/>
    <w:uiPriority w:val="21"/>
    <w:qFormat/>
    <w:rsid w:val="00FD0F9A"/>
    <w:rPr>
      <w:b/>
      <w:bCs/>
      <w:i/>
      <w:iCs/>
      <w:color w:val="4472C4" w:themeColor="accent1"/>
    </w:rPr>
  </w:style>
  <w:style w:type="character" w:styleId="RefernciaSutil">
    <w:name w:val="Subtle Reference"/>
    <w:basedOn w:val="Fontepargpadro"/>
    <w:uiPriority w:val="31"/>
    <w:qFormat/>
    <w:rsid w:val="00FD0F9A"/>
    <w:rPr>
      <w:smallCaps/>
      <w:color w:val="ED7D31" w:themeColor="accent2"/>
      <w:u w:val="single"/>
    </w:rPr>
  </w:style>
  <w:style w:type="character" w:styleId="RefernciaIntensa">
    <w:name w:val="Intense Reference"/>
    <w:basedOn w:val="Fontepargpadro"/>
    <w:uiPriority w:val="32"/>
    <w:qFormat/>
    <w:rsid w:val="00FD0F9A"/>
    <w:rPr>
      <w:b/>
      <w:bCs/>
      <w:smallCaps/>
      <w:color w:val="ED7D31" w:themeColor="accent2"/>
      <w:spacing w:val="5"/>
      <w:u w:val="single"/>
    </w:rPr>
  </w:style>
  <w:style w:type="character" w:styleId="TtulodoLivro">
    <w:name w:val="Book Title"/>
    <w:basedOn w:val="Fontepargpadro"/>
    <w:uiPriority w:val="33"/>
    <w:qFormat/>
    <w:rsid w:val="00FD0F9A"/>
    <w:rPr>
      <w:b/>
      <w:bCs/>
      <w:smallCaps/>
      <w:spacing w:val="5"/>
    </w:rPr>
  </w:style>
  <w:style w:type="paragraph" w:styleId="CabealhodoSumrio">
    <w:name w:val="TOC Heading"/>
    <w:basedOn w:val="Ttulo1"/>
    <w:next w:val="Normal"/>
    <w:uiPriority w:val="39"/>
    <w:semiHidden/>
    <w:unhideWhenUsed/>
    <w:qFormat/>
    <w:rsid w:val="00FD0F9A"/>
    <w:pPr>
      <w:spacing w:before="480" w:line="276" w:lineRule="auto"/>
      <w:outlineLvl w:val="9"/>
    </w:pPr>
    <w:rPr>
      <w:b/>
      <w:bCs/>
      <w:sz w:val="28"/>
      <w:szCs w:val="28"/>
      <w:lang w:val="en-US"/>
    </w:rPr>
  </w:style>
  <w:style w:type="table" w:styleId="SombreamentoClaro">
    <w:name w:val="Light Shading"/>
    <w:basedOn w:val="Tabelanormal"/>
    <w:uiPriority w:val="60"/>
    <w:rsid w:val="00FD0F9A"/>
    <w:pPr>
      <w:spacing w:line="240" w:lineRule="auto"/>
    </w:pPr>
    <w:rPr>
      <w:rFonts w:eastAsiaTheme="minorEastAsia"/>
      <w:color w:val="000000" w:themeColor="text1" w:themeShade="BF"/>
      <w:lang w:val="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FD0F9A"/>
    <w:pPr>
      <w:spacing w:line="240" w:lineRule="auto"/>
    </w:pPr>
    <w:rPr>
      <w:rFonts w:eastAsiaTheme="minorEastAsia"/>
      <w:color w:val="2F5496" w:themeColor="accent1" w:themeShade="BF"/>
      <w:lang w:val="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mentoClaro-nfase2">
    <w:name w:val="Light Shading Accent 2"/>
    <w:basedOn w:val="Tabelanormal"/>
    <w:uiPriority w:val="60"/>
    <w:rsid w:val="00FD0F9A"/>
    <w:pPr>
      <w:spacing w:line="240" w:lineRule="auto"/>
    </w:pPr>
    <w:rPr>
      <w:rFonts w:eastAsiaTheme="minorEastAsia"/>
      <w:color w:val="C45911" w:themeColor="accent2" w:themeShade="BF"/>
      <w:lang w:val="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3">
    <w:name w:val="Light Shading Accent 3"/>
    <w:basedOn w:val="Tabelanormal"/>
    <w:uiPriority w:val="60"/>
    <w:rsid w:val="00FD0F9A"/>
    <w:pPr>
      <w:spacing w:line="240" w:lineRule="auto"/>
    </w:pPr>
    <w:rPr>
      <w:rFonts w:eastAsiaTheme="minorEastAsia"/>
      <w:color w:val="7B7B7B" w:themeColor="accent3" w:themeShade="BF"/>
      <w:lang w:val="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4">
    <w:name w:val="Light Shading Accent 4"/>
    <w:basedOn w:val="Tabelanormal"/>
    <w:uiPriority w:val="60"/>
    <w:rsid w:val="00FD0F9A"/>
    <w:pPr>
      <w:spacing w:line="240" w:lineRule="auto"/>
    </w:pPr>
    <w:rPr>
      <w:rFonts w:eastAsiaTheme="minorEastAsia"/>
      <w:color w:val="BF8F00" w:themeColor="accent4" w:themeShade="BF"/>
      <w:lang w:val="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mentoClaro-nfase5">
    <w:name w:val="Light Shading Accent 5"/>
    <w:basedOn w:val="Tabelanormal"/>
    <w:uiPriority w:val="60"/>
    <w:rsid w:val="00FD0F9A"/>
    <w:pPr>
      <w:spacing w:line="240" w:lineRule="auto"/>
    </w:pPr>
    <w:rPr>
      <w:rFonts w:eastAsiaTheme="minorEastAsia"/>
      <w:color w:val="2E74B5" w:themeColor="accent5" w:themeShade="BF"/>
      <w:lang w:val="en-US"/>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mentoClaro-nfase6">
    <w:name w:val="Light Shading Accent 6"/>
    <w:basedOn w:val="Tabelanormal"/>
    <w:uiPriority w:val="60"/>
    <w:rsid w:val="00FD0F9A"/>
    <w:pPr>
      <w:spacing w:line="240" w:lineRule="auto"/>
    </w:pPr>
    <w:rPr>
      <w:rFonts w:eastAsiaTheme="minorEastAsia"/>
      <w:color w:val="538135" w:themeColor="accent6" w:themeShade="BF"/>
      <w:lang w:val="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aClara">
    <w:name w:val="Light List"/>
    <w:basedOn w:val="Tabelanormal"/>
    <w:uiPriority w:val="61"/>
    <w:rsid w:val="00FD0F9A"/>
    <w:pPr>
      <w:spacing w:line="240" w:lineRule="auto"/>
    </w:pPr>
    <w:rPr>
      <w:rFonts w:eastAsiaTheme="minorEastAsia"/>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FD0F9A"/>
    <w:pPr>
      <w:spacing w:line="240" w:lineRule="auto"/>
    </w:pPr>
    <w:rPr>
      <w:rFonts w:eastAsiaTheme="minorEastAsia"/>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e2">
    <w:name w:val="Light List Accent 2"/>
    <w:basedOn w:val="Tabelanormal"/>
    <w:uiPriority w:val="61"/>
    <w:rsid w:val="00FD0F9A"/>
    <w:pPr>
      <w:spacing w:line="240" w:lineRule="auto"/>
    </w:pPr>
    <w:rPr>
      <w:rFonts w:eastAsiaTheme="minorEastAsia"/>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e3">
    <w:name w:val="Light List Accent 3"/>
    <w:basedOn w:val="Tabelanormal"/>
    <w:uiPriority w:val="61"/>
    <w:rsid w:val="00FD0F9A"/>
    <w:pPr>
      <w:spacing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e4">
    <w:name w:val="Light List Accent 4"/>
    <w:basedOn w:val="Tabelanormal"/>
    <w:uiPriority w:val="61"/>
    <w:rsid w:val="00FD0F9A"/>
    <w:pPr>
      <w:spacing w:line="240" w:lineRule="auto"/>
    </w:pPr>
    <w:rPr>
      <w:rFonts w:eastAsiaTheme="minorEastAsia"/>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e5">
    <w:name w:val="Light List Accent 5"/>
    <w:basedOn w:val="Tabelanormal"/>
    <w:uiPriority w:val="61"/>
    <w:rsid w:val="00FD0F9A"/>
    <w:pPr>
      <w:spacing w:line="240" w:lineRule="auto"/>
    </w:pPr>
    <w:rPr>
      <w:rFonts w:eastAsiaTheme="minorEastAsia"/>
      <w:lang w:val="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nfase6">
    <w:name w:val="Light List Accent 6"/>
    <w:basedOn w:val="Tabelanormal"/>
    <w:uiPriority w:val="61"/>
    <w:rsid w:val="00FD0F9A"/>
    <w:pPr>
      <w:spacing w:line="240" w:lineRule="auto"/>
    </w:pPr>
    <w:rPr>
      <w:rFonts w:eastAsiaTheme="minorEastAsia"/>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GradeClara">
    <w:name w:val="Light Grid"/>
    <w:basedOn w:val="Tabelanormal"/>
    <w:uiPriority w:val="62"/>
    <w:rsid w:val="00FD0F9A"/>
    <w:pPr>
      <w:spacing w:line="240" w:lineRule="auto"/>
    </w:pPr>
    <w:rPr>
      <w:rFonts w:eastAsiaTheme="minorEastAsia"/>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FD0F9A"/>
    <w:pPr>
      <w:spacing w:line="240" w:lineRule="auto"/>
    </w:pPr>
    <w:rPr>
      <w:rFonts w:eastAsiaTheme="minorEastAsia"/>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GradeClara-nfase2">
    <w:name w:val="Light Grid Accent 2"/>
    <w:basedOn w:val="Tabelanormal"/>
    <w:uiPriority w:val="62"/>
    <w:rsid w:val="00FD0F9A"/>
    <w:pPr>
      <w:spacing w:line="240" w:lineRule="auto"/>
    </w:pPr>
    <w:rPr>
      <w:rFonts w:eastAsiaTheme="minorEastAsia"/>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radeClara-nfase3">
    <w:name w:val="Light Grid Accent 3"/>
    <w:basedOn w:val="Tabelanormal"/>
    <w:uiPriority w:val="62"/>
    <w:rsid w:val="00FD0F9A"/>
    <w:pPr>
      <w:spacing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radeClara-nfase4">
    <w:name w:val="Light Grid Accent 4"/>
    <w:basedOn w:val="Tabelanormal"/>
    <w:uiPriority w:val="62"/>
    <w:rsid w:val="00FD0F9A"/>
    <w:pPr>
      <w:spacing w:line="240" w:lineRule="auto"/>
    </w:pPr>
    <w:rPr>
      <w:rFonts w:eastAsiaTheme="minorEastAsia"/>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radeClara-nfase5">
    <w:name w:val="Light Grid Accent 5"/>
    <w:basedOn w:val="Tabelanormal"/>
    <w:uiPriority w:val="62"/>
    <w:rsid w:val="00FD0F9A"/>
    <w:pPr>
      <w:spacing w:line="240" w:lineRule="auto"/>
    </w:pPr>
    <w:rPr>
      <w:rFonts w:eastAsiaTheme="minorEastAsia"/>
      <w:lang w:val="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GradeClara-nfase6">
    <w:name w:val="Light Grid Accent 6"/>
    <w:basedOn w:val="Tabelanormal"/>
    <w:uiPriority w:val="62"/>
    <w:rsid w:val="00FD0F9A"/>
    <w:pPr>
      <w:spacing w:line="240" w:lineRule="auto"/>
    </w:pPr>
    <w:rPr>
      <w:rFonts w:eastAsiaTheme="minorEastAsia"/>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mentoMdio1">
    <w:name w:val="Medium Shading 1"/>
    <w:basedOn w:val="Tabelanormal"/>
    <w:uiPriority w:val="63"/>
    <w:rsid w:val="00FD0F9A"/>
    <w:pPr>
      <w:spacing w:line="240" w:lineRule="auto"/>
    </w:pPr>
    <w:rPr>
      <w:rFonts w:eastAsiaTheme="minorEastAsia"/>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FD0F9A"/>
    <w:pPr>
      <w:spacing w:line="240" w:lineRule="auto"/>
    </w:pPr>
    <w:rPr>
      <w:rFonts w:eastAsiaTheme="minorEastAsia"/>
      <w:lang w:val="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FD0F9A"/>
    <w:pPr>
      <w:spacing w:line="240" w:lineRule="auto"/>
    </w:pPr>
    <w:rPr>
      <w:rFonts w:eastAsiaTheme="minorEastAsia"/>
      <w:lang w:val="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FD0F9A"/>
    <w:pPr>
      <w:spacing w:line="240" w:lineRule="auto"/>
    </w:pPr>
    <w:rPr>
      <w:rFonts w:eastAsiaTheme="minorEastAsia"/>
      <w:lang w:val="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FD0F9A"/>
    <w:pPr>
      <w:spacing w:line="240" w:lineRule="auto"/>
    </w:pPr>
    <w:rPr>
      <w:rFonts w:eastAsiaTheme="minorEastAsia"/>
      <w:lang w:val="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FD0F9A"/>
    <w:pPr>
      <w:spacing w:line="240" w:lineRule="auto"/>
    </w:pPr>
    <w:rPr>
      <w:rFonts w:eastAsiaTheme="minorEastAsia"/>
      <w:lang w:val="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FD0F9A"/>
    <w:pPr>
      <w:spacing w:line="240" w:lineRule="auto"/>
    </w:pPr>
    <w:rPr>
      <w:rFonts w:eastAsiaTheme="minorEastAsia"/>
      <w:lang w:val="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FD0F9A"/>
    <w:pPr>
      <w:spacing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FD0F9A"/>
    <w:pPr>
      <w:spacing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FD0F9A"/>
    <w:pPr>
      <w:spacing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FD0F9A"/>
    <w:pPr>
      <w:spacing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FD0F9A"/>
    <w:pPr>
      <w:spacing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FD0F9A"/>
    <w:pPr>
      <w:spacing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FD0F9A"/>
    <w:pPr>
      <w:spacing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FD0F9A"/>
    <w:pPr>
      <w:spacing w:line="240" w:lineRule="auto"/>
    </w:pPr>
    <w:rPr>
      <w:rFonts w:eastAsiaTheme="minorEastAsia"/>
      <w:color w:val="000000" w:themeColor="text1"/>
      <w:lang w:val="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FD0F9A"/>
    <w:pPr>
      <w:spacing w:line="240" w:lineRule="auto"/>
    </w:pPr>
    <w:rPr>
      <w:rFonts w:eastAsiaTheme="minorEastAsia"/>
      <w:color w:val="000000" w:themeColor="text1"/>
      <w:lang w:val="en-US"/>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dia1-nfase2">
    <w:name w:val="Medium List 1 Accent 2"/>
    <w:basedOn w:val="Tabelanormal"/>
    <w:uiPriority w:val="65"/>
    <w:rsid w:val="00FD0F9A"/>
    <w:pPr>
      <w:spacing w:line="240" w:lineRule="auto"/>
    </w:pPr>
    <w:rPr>
      <w:rFonts w:eastAsiaTheme="minorEastAsia"/>
      <w:color w:val="000000" w:themeColor="text1"/>
      <w:lang w:val="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dia1-nfase3">
    <w:name w:val="Medium List 1 Accent 3"/>
    <w:basedOn w:val="Tabelanormal"/>
    <w:uiPriority w:val="65"/>
    <w:rsid w:val="00FD0F9A"/>
    <w:pPr>
      <w:spacing w:line="240" w:lineRule="auto"/>
    </w:pPr>
    <w:rPr>
      <w:rFonts w:eastAsiaTheme="minorEastAsia"/>
      <w:color w:val="000000" w:themeColor="text1"/>
      <w:lang w:val="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dia1-nfase4">
    <w:name w:val="Medium List 1 Accent 4"/>
    <w:basedOn w:val="Tabelanormal"/>
    <w:uiPriority w:val="65"/>
    <w:rsid w:val="00FD0F9A"/>
    <w:pPr>
      <w:spacing w:line="240" w:lineRule="auto"/>
    </w:pPr>
    <w:rPr>
      <w:rFonts w:eastAsiaTheme="minorEastAsia"/>
      <w:color w:val="000000" w:themeColor="text1"/>
      <w:lang w:val="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dia1-nfase5">
    <w:name w:val="Medium List 1 Accent 5"/>
    <w:basedOn w:val="Tabelanormal"/>
    <w:uiPriority w:val="65"/>
    <w:rsid w:val="00FD0F9A"/>
    <w:pPr>
      <w:spacing w:line="240" w:lineRule="auto"/>
    </w:pPr>
    <w:rPr>
      <w:rFonts w:eastAsiaTheme="minorEastAsia"/>
      <w:color w:val="000000" w:themeColor="text1"/>
      <w:lang w:val="en-US"/>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ListaMdia1-nfase6">
    <w:name w:val="Medium List 1 Accent 6"/>
    <w:basedOn w:val="Tabelanormal"/>
    <w:uiPriority w:val="65"/>
    <w:rsid w:val="00FD0F9A"/>
    <w:pPr>
      <w:spacing w:line="240" w:lineRule="auto"/>
    </w:pPr>
    <w:rPr>
      <w:rFonts w:eastAsiaTheme="minorEastAsia"/>
      <w:color w:val="000000" w:themeColor="text1"/>
      <w:lang w:val="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dia2">
    <w:name w:val="Medium List 2"/>
    <w:basedOn w:val="Tabelanormal"/>
    <w:uiPriority w:val="66"/>
    <w:rsid w:val="00FD0F9A"/>
    <w:pPr>
      <w:spacing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FD0F9A"/>
    <w:pPr>
      <w:spacing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FD0F9A"/>
    <w:pPr>
      <w:spacing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FD0F9A"/>
    <w:pPr>
      <w:spacing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FD0F9A"/>
    <w:pPr>
      <w:spacing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FD0F9A"/>
    <w:pPr>
      <w:spacing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FD0F9A"/>
    <w:pPr>
      <w:spacing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FD0F9A"/>
    <w:pPr>
      <w:spacing w:line="240" w:lineRule="auto"/>
    </w:pPr>
    <w:rPr>
      <w:rFonts w:eastAsiaTheme="minorEastAsia"/>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FD0F9A"/>
    <w:pPr>
      <w:spacing w:line="240" w:lineRule="auto"/>
    </w:pPr>
    <w:rPr>
      <w:rFonts w:eastAsiaTheme="minorEastAsia"/>
      <w:lang w:val="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Mdia1-nfase2">
    <w:name w:val="Medium Grid 1 Accent 2"/>
    <w:basedOn w:val="Tabelanormal"/>
    <w:uiPriority w:val="67"/>
    <w:rsid w:val="00FD0F9A"/>
    <w:pPr>
      <w:spacing w:line="240" w:lineRule="auto"/>
    </w:pPr>
    <w:rPr>
      <w:rFonts w:eastAsiaTheme="minorEastAsia"/>
      <w:lang w:val="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Mdia1-nfase3">
    <w:name w:val="Medium Grid 1 Accent 3"/>
    <w:basedOn w:val="Tabelanormal"/>
    <w:uiPriority w:val="67"/>
    <w:rsid w:val="00FD0F9A"/>
    <w:pPr>
      <w:spacing w:line="240" w:lineRule="auto"/>
    </w:pPr>
    <w:rPr>
      <w:rFonts w:eastAsiaTheme="minorEastAsia"/>
      <w:lang w:val="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Mdia1-nfase4">
    <w:name w:val="Medium Grid 1 Accent 4"/>
    <w:basedOn w:val="Tabelanormal"/>
    <w:uiPriority w:val="67"/>
    <w:rsid w:val="00FD0F9A"/>
    <w:pPr>
      <w:spacing w:line="240" w:lineRule="auto"/>
    </w:pPr>
    <w:rPr>
      <w:rFonts w:eastAsiaTheme="minorEastAsia"/>
      <w:lang w:val="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Mdia1-nfase5">
    <w:name w:val="Medium Grid 1 Accent 5"/>
    <w:basedOn w:val="Tabelanormal"/>
    <w:uiPriority w:val="67"/>
    <w:rsid w:val="00FD0F9A"/>
    <w:pPr>
      <w:spacing w:line="240" w:lineRule="auto"/>
    </w:pPr>
    <w:rPr>
      <w:rFonts w:eastAsiaTheme="minorEastAsia"/>
      <w:lang w:val="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Mdia1-nfase6">
    <w:name w:val="Medium Grid 1 Accent 6"/>
    <w:basedOn w:val="Tabelanormal"/>
    <w:uiPriority w:val="67"/>
    <w:rsid w:val="00FD0F9A"/>
    <w:pPr>
      <w:spacing w:line="240" w:lineRule="auto"/>
    </w:pPr>
    <w:rPr>
      <w:rFonts w:eastAsiaTheme="minorEastAsia"/>
      <w:lang w:val="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adeMdia2">
    <w:name w:val="Medium Grid 2"/>
    <w:basedOn w:val="Tabelanormal"/>
    <w:uiPriority w:val="68"/>
    <w:rsid w:val="00FD0F9A"/>
    <w:pPr>
      <w:spacing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FD0F9A"/>
    <w:pPr>
      <w:spacing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FD0F9A"/>
    <w:pPr>
      <w:spacing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FD0F9A"/>
    <w:pPr>
      <w:spacing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FD0F9A"/>
    <w:pPr>
      <w:spacing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FD0F9A"/>
    <w:pPr>
      <w:spacing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FD0F9A"/>
    <w:pPr>
      <w:spacing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FD0F9A"/>
    <w:pPr>
      <w:spacing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FD0F9A"/>
    <w:pPr>
      <w:spacing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GradeMdia3-nfase2">
    <w:name w:val="Medium Grid 3 Accent 2"/>
    <w:basedOn w:val="Tabelanormal"/>
    <w:uiPriority w:val="69"/>
    <w:rsid w:val="00FD0F9A"/>
    <w:pPr>
      <w:spacing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GradeMdia3-nfase3">
    <w:name w:val="Medium Grid 3 Accent 3"/>
    <w:basedOn w:val="Tabelanormal"/>
    <w:uiPriority w:val="69"/>
    <w:rsid w:val="00FD0F9A"/>
    <w:pPr>
      <w:spacing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GradeMdia3-nfase4">
    <w:name w:val="Medium Grid 3 Accent 4"/>
    <w:basedOn w:val="Tabelanormal"/>
    <w:uiPriority w:val="69"/>
    <w:rsid w:val="00FD0F9A"/>
    <w:pPr>
      <w:spacing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GradeMdia3-nfase5">
    <w:name w:val="Medium Grid 3 Accent 5"/>
    <w:basedOn w:val="Tabelanormal"/>
    <w:uiPriority w:val="69"/>
    <w:rsid w:val="00FD0F9A"/>
    <w:pPr>
      <w:spacing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GradeMdia3-nfase6">
    <w:name w:val="Medium Grid 3 Accent 6"/>
    <w:basedOn w:val="Tabelanormal"/>
    <w:uiPriority w:val="69"/>
    <w:rsid w:val="00FD0F9A"/>
    <w:pPr>
      <w:spacing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Escura">
    <w:name w:val="Dark List"/>
    <w:basedOn w:val="Tabelanormal"/>
    <w:uiPriority w:val="70"/>
    <w:rsid w:val="00FD0F9A"/>
    <w:pPr>
      <w:spacing w:line="240" w:lineRule="auto"/>
    </w:pPr>
    <w:rPr>
      <w:rFonts w:eastAsiaTheme="minorEastAsia"/>
      <w:color w:val="FFFFFF" w:themeColor="background1"/>
      <w:lang w:val="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FD0F9A"/>
    <w:pPr>
      <w:spacing w:line="240" w:lineRule="auto"/>
    </w:pPr>
    <w:rPr>
      <w:rFonts w:eastAsiaTheme="minorEastAsia"/>
      <w:color w:val="FFFFFF" w:themeColor="background1"/>
      <w:lang w:val="en-US"/>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ListaEscura-nfase2">
    <w:name w:val="Dark List Accent 2"/>
    <w:basedOn w:val="Tabelanormal"/>
    <w:uiPriority w:val="70"/>
    <w:rsid w:val="00FD0F9A"/>
    <w:pPr>
      <w:spacing w:line="240" w:lineRule="auto"/>
    </w:pPr>
    <w:rPr>
      <w:rFonts w:eastAsiaTheme="minorEastAsia"/>
      <w:color w:val="FFFFFF" w:themeColor="background1"/>
      <w:lang w:val="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Escura-nfase3">
    <w:name w:val="Dark List Accent 3"/>
    <w:basedOn w:val="Tabelanormal"/>
    <w:uiPriority w:val="70"/>
    <w:rsid w:val="00FD0F9A"/>
    <w:pPr>
      <w:spacing w:line="240" w:lineRule="auto"/>
    </w:pPr>
    <w:rPr>
      <w:rFonts w:eastAsiaTheme="minorEastAsia"/>
      <w:color w:val="FFFFFF" w:themeColor="background1"/>
      <w:lang w:val="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Escura-nfase4">
    <w:name w:val="Dark List Accent 4"/>
    <w:basedOn w:val="Tabelanormal"/>
    <w:uiPriority w:val="70"/>
    <w:rsid w:val="00FD0F9A"/>
    <w:pPr>
      <w:spacing w:line="240" w:lineRule="auto"/>
    </w:pPr>
    <w:rPr>
      <w:rFonts w:eastAsiaTheme="minorEastAsia"/>
      <w:color w:val="FFFFFF" w:themeColor="background1"/>
      <w:lang w:val="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Escura-nfase5">
    <w:name w:val="Dark List Accent 5"/>
    <w:basedOn w:val="Tabelanormal"/>
    <w:uiPriority w:val="70"/>
    <w:rsid w:val="00FD0F9A"/>
    <w:pPr>
      <w:spacing w:line="240" w:lineRule="auto"/>
    </w:pPr>
    <w:rPr>
      <w:rFonts w:eastAsiaTheme="minorEastAsia"/>
      <w:color w:val="FFFFFF" w:themeColor="background1"/>
      <w:lang w:val="en-US"/>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ListaEscura-nfase6">
    <w:name w:val="Dark List Accent 6"/>
    <w:basedOn w:val="Tabelanormal"/>
    <w:uiPriority w:val="70"/>
    <w:rsid w:val="00FD0F9A"/>
    <w:pPr>
      <w:spacing w:line="240" w:lineRule="auto"/>
    </w:pPr>
    <w:rPr>
      <w:rFonts w:eastAsiaTheme="minorEastAsia"/>
      <w:color w:val="FFFFFF" w:themeColor="background1"/>
      <w:lang w:val="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SombreamentoColorido">
    <w:name w:val="Colorful Shading"/>
    <w:basedOn w:val="Tabelanormal"/>
    <w:uiPriority w:val="71"/>
    <w:rsid w:val="00FD0F9A"/>
    <w:pPr>
      <w:spacing w:line="240" w:lineRule="auto"/>
    </w:pPr>
    <w:rPr>
      <w:rFonts w:eastAsiaTheme="minorEastAsia"/>
      <w:color w:val="000000" w:themeColor="text1"/>
      <w:lang w:val="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FD0F9A"/>
    <w:pPr>
      <w:spacing w:line="240" w:lineRule="auto"/>
    </w:pPr>
    <w:rPr>
      <w:rFonts w:eastAsiaTheme="minorEastAsia"/>
      <w:color w:val="000000" w:themeColor="text1"/>
      <w:lang w:val="en-US"/>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FD0F9A"/>
    <w:pPr>
      <w:spacing w:line="240" w:lineRule="auto"/>
    </w:pPr>
    <w:rPr>
      <w:rFonts w:eastAsiaTheme="minorEastAsia"/>
      <w:color w:val="000000" w:themeColor="text1"/>
      <w:lang w:val="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FD0F9A"/>
    <w:pPr>
      <w:spacing w:line="240" w:lineRule="auto"/>
    </w:pPr>
    <w:rPr>
      <w:rFonts w:eastAsiaTheme="minorEastAsia"/>
      <w:color w:val="000000" w:themeColor="text1"/>
      <w:lang w:val="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mentoColorido-nfase4">
    <w:name w:val="Colorful Shading Accent 4"/>
    <w:basedOn w:val="Tabelanormal"/>
    <w:uiPriority w:val="71"/>
    <w:rsid w:val="00FD0F9A"/>
    <w:pPr>
      <w:spacing w:line="240" w:lineRule="auto"/>
    </w:pPr>
    <w:rPr>
      <w:rFonts w:eastAsiaTheme="minorEastAsia"/>
      <w:color w:val="000000" w:themeColor="text1"/>
      <w:lang w:val="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FD0F9A"/>
    <w:pPr>
      <w:spacing w:line="240" w:lineRule="auto"/>
    </w:pPr>
    <w:rPr>
      <w:rFonts w:eastAsiaTheme="minorEastAsia"/>
      <w:color w:val="000000" w:themeColor="text1"/>
      <w:lang w:val="en-US"/>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FD0F9A"/>
    <w:pPr>
      <w:spacing w:line="240" w:lineRule="auto"/>
    </w:pPr>
    <w:rPr>
      <w:rFonts w:eastAsiaTheme="minorEastAsia"/>
      <w:color w:val="000000" w:themeColor="text1"/>
      <w:lang w:val="en-US"/>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FD0F9A"/>
    <w:pPr>
      <w:spacing w:line="240" w:lineRule="auto"/>
    </w:pPr>
    <w:rPr>
      <w:rFonts w:eastAsiaTheme="minorEastAsia"/>
      <w:color w:val="000000" w:themeColor="text1"/>
      <w:lang w:val="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FD0F9A"/>
    <w:pPr>
      <w:spacing w:line="240" w:lineRule="auto"/>
    </w:pPr>
    <w:rPr>
      <w:rFonts w:eastAsiaTheme="minorEastAsia"/>
      <w:color w:val="000000" w:themeColor="text1"/>
      <w:lang w:val="en-US"/>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ListaColorida-nfase2">
    <w:name w:val="Colorful List Accent 2"/>
    <w:basedOn w:val="Tabelanormal"/>
    <w:uiPriority w:val="72"/>
    <w:rsid w:val="00FD0F9A"/>
    <w:pPr>
      <w:spacing w:line="240" w:lineRule="auto"/>
    </w:pPr>
    <w:rPr>
      <w:rFonts w:eastAsiaTheme="minorEastAsia"/>
      <w:color w:val="000000" w:themeColor="text1"/>
      <w:lang w:val="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Colorida-nfase3">
    <w:name w:val="Colorful List Accent 3"/>
    <w:basedOn w:val="Tabelanormal"/>
    <w:uiPriority w:val="72"/>
    <w:rsid w:val="00FD0F9A"/>
    <w:pPr>
      <w:spacing w:line="240" w:lineRule="auto"/>
    </w:pPr>
    <w:rPr>
      <w:rFonts w:eastAsiaTheme="minorEastAsia"/>
      <w:color w:val="000000" w:themeColor="text1"/>
      <w:lang w:val="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Colorida-nfase4">
    <w:name w:val="Colorful List Accent 4"/>
    <w:basedOn w:val="Tabelanormal"/>
    <w:uiPriority w:val="72"/>
    <w:rsid w:val="00FD0F9A"/>
    <w:pPr>
      <w:spacing w:line="240" w:lineRule="auto"/>
    </w:pPr>
    <w:rPr>
      <w:rFonts w:eastAsiaTheme="minorEastAsia"/>
      <w:color w:val="000000" w:themeColor="text1"/>
      <w:lang w:val="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Colorida-nfase5">
    <w:name w:val="Colorful List Accent 5"/>
    <w:basedOn w:val="Tabelanormal"/>
    <w:uiPriority w:val="72"/>
    <w:rsid w:val="00FD0F9A"/>
    <w:pPr>
      <w:spacing w:line="240" w:lineRule="auto"/>
    </w:pPr>
    <w:rPr>
      <w:rFonts w:eastAsiaTheme="minorEastAsia"/>
      <w:color w:val="000000" w:themeColor="text1"/>
      <w:lang w:val="en-US"/>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ListaColorida-nfase6">
    <w:name w:val="Colorful List Accent 6"/>
    <w:basedOn w:val="Tabelanormal"/>
    <w:uiPriority w:val="72"/>
    <w:rsid w:val="00FD0F9A"/>
    <w:pPr>
      <w:spacing w:line="240" w:lineRule="auto"/>
    </w:pPr>
    <w:rPr>
      <w:rFonts w:eastAsiaTheme="minorEastAsia"/>
      <w:color w:val="000000" w:themeColor="text1"/>
      <w:lang w:val="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GradeColorida">
    <w:name w:val="Colorful Grid"/>
    <w:basedOn w:val="Tabelanormal"/>
    <w:uiPriority w:val="73"/>
    <w:rsid w:val="00FD0F9A"/>
    <w:pPr>
      <w:spacing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FD0F9A"/>
    <w:pPr>
      <w:spacing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Colorida-nfase2">
    <w:name w:val="Colorful Grid Accent 2"/>
    <w:basedOn w:val="Tabelanormal"/>
    <w:uiPriority w:val="73"/>
    <w:rsid w:val="00FD0F9A"/>
    <w:pPr>
      <w:spacing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Colorida-nfase3">
    <w:name w:val="Colorful Grid Accent 3"/>
    <w:basedOn w:val="Tabelanormal"/>
    <w:uiPriority w:val="73"/>
    <w:rsid w:val="00FD0F9A"/>
    <w:pPr>
      <w:spacing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Colorida-nfase4">
    <w:name w:val="Colorful Grid Accent 4"/>
    <w:basedOn w:val="Tabelanormal"/>
    <w:uiPriority w:val="73"/>
    <w:rsid w:val="00FD0F9A"/>
    <w:pPr>
      <w:spacing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Colorida-nfase5">
    <w:name w:val="Colorful Grid Accent 5"/>
    <w:basedOn w:val="Tabelanormal"/>
    <w:uiPriority w:val="73"/>
    <w:rsid w:val="00FD0F9A"/>
    <w:pPr>
      <w:spacing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Colorida-nfase6">
    <w:name w:val="Colorful Grid Accent 6"/>
    <w:basedOn w:val="Tabelanormal"/>
    <w:uiPriority w:val="73"/>
    <w:rsid w:val="00FD0F9A"/>
    <w:pPr>
      <w:spacing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character" w:customStyle="1" w:styleId="PargrafodaListaChar">
    <w:name w:val="Parágrafo da Lista Char"/>
    <w:aliases w:val="Segundo Char,List I Paragraph Char,Lista de Itens Char"/>
    <w:link w:val="PargrafodaLista"/>
    <w:uiPriority w:val="34"/>
    <w:qFormat/>
    <w:locked/>
    <w:rsid w:val="005846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216171">
      <w:bodyDiv w:val="1"/>
      <w:marLeft w:val="0"/>
      <w:marRight w:val="0"/>
      <w:marTop w:val="0"/>
      <w:marBottom w:val="0"/>
      <w:divBdr>
        <w:top w:val="none" w:sz="0" w:space="0" w:color="auto"/>
        <w:left w:val="none" w:sz="0" w:space="0" w:color="auto"/>
        <w:bottom w:val="none" w:sz="0" w:space="0" w:color="auto"/>
        <w:right w:val="none" w:sz="0" w:space="0" w:color="auto"/>
      </w:divBdr>
    </w:div>
    <w:div w:id="441069686">
      <w:bodyDiv w:val="1"/>
      <w:marLeft w:val="0"/>
      <w:marRight w:val="0"/>
      <w:marTop w:val="0"/>
      <w:marBottom w:val="0"/>
      <w:divBdr>
        <w:top w:val="none" w:sz="0" w:space="0" w:color="auto"/>
        <w:left w:val="none" w:sz="0" w:space="0" w:color="auto"/>
        <w:bottom w:val="none" w:sz="0" w:space="0" w:color="auto"/>
        <w:right w:val="none" w:sz="0" w:space="0" w:color="auto"/>
      </w:divBdr>
    </w:div>
    <w:div w:id="558055528">
      <w:bodyDiv w:val="1"/>
      <w:marLeft w:val="0"/>
      <w:marRight w:val="0"/>
      <w:marTop w:val="0"/>
      <w:marBottom w:val="0"/>
      <w:divBdr>
        <w:top w:val="none" w:sz="0" w:space="0" w:color="auto"/>
        <w:left w:val="none" w:sz="0" w:space="0" w:color="auto"/>
        <w:bottom w:val="none" w:sz="0" w:space="0" w:color="auto"/>
        <w:right w:val="none" w:sz="0" w:space="0" w:color="auto"/>
      </w:divBdr>
    </w:div>
    <w:div w:id="582839591">
      <w:bodyDiv w:val="1"/>
      <w:marLeft w:val="0"/>
      <w:marRight w:val="0"/>
      <w:marTop w:val="0"/>
      <w:marBottom w:val="0"/>
      <w:divBdr>
        <w:top w:val="none" w:sz="0" w:space="0" w:color="auto"/>
        <w:left w:val="none" w:sz="0" w:space="0" w:color="auto"/>
        <w:bottom w:val="none" w:sz="0" w:space="0" w:color="auto"/>
        <w:right w:val="none" w:sz="0" w:space="0" w:color="auto"/>
      </w:divBdr>
    </w:div>
    <w:div w:id="657923591">
      <w:bodyDiv w:val="1"/>
      <w:marLeft w:val="0"/>
      <w:marRight w:val="0"/>
      <w:marTop w:val="0"/>
      <w:marBottom w:val="0"/>
      <w:divBdr>
        <w:top w:val="none" w:sz="0" w:space="0" w:color="auto"/>
        <w:left w:val="none" w:sz="0" w:space="0" w:color="auto"/>
        <w:bottom w:val="none" w:sz="0" w:space="0" w:color="auto"/>
        <w:right w:val="none" w:sz="0" w:space="0" w:color="auto"/>
      </w:divBdr>
    </w:div>
    <w:div w:id="669337915">
      <w:bodyDiv w:val="1"/>
      <w:marLeft w:val="0"/>
      <w:marRight w:val="0"/>
      <w:marTop w:val="0"/>
      <w:marBottom w:val="0"/>
      <w:divBdr>
        <w:top w:val="none" w:sz="0" w:space="0" w:color="auto"/>
        <w:left w:val="none" w:sz="0" w:space="0" w:color="auto"/>
        <w:bottom w:val="none" w:sz="0" w:space="0" w:color="auto"/>
        <w:right w:val="none" w:sz="0" w:space="0" w:color="auto"/>
      </w:divBdr>
    </w:div>
    <w:div w:id="872886449">
      <w:bodyDiv w:val="1"/>
      <w:marLeft w:val="0"/>
      <w:marRight w:val="0"/>
      <w:marTop w:val="0"/>
      <w:marBottom w:val="0"/>
      <w:divBdr>
        <w:top w:val="none" w:sz="0" w:space="0" w:color="auto"/>
        <w:left w:val="none" w:sz="0" w:space="0" w:color="auto"/>
        <w:bottom w:val="none" w:sz="0" w:space="0" w:color="auto"/>
        <w:right w:val="none" w:sz="0" w:space="0" w:color="auto"/>
      </w:divBdr>
    </w:div>
    <w:div w:id="888422684">
      <w:bodyDiv w:val="1"/>
      <w:marLeft w:val="0"/>
      <w:marRight w:val="0"/>
      <w:marTop w:val="0"/>
      <w:marBottom w:val="0"/>
      <w:divBdr>
        <w:top w:val="none" w:sz="0" w:space="0" w:color="auto"/>
        <w:left w:val="none" w:sz="0" w:space="0" w:color="auto"/>
        <w:bottom w:val="none" w:sz="0" w:space="0" w:color="auto"/>
        <w:right w:val="none" w:sz="0" w:space="0" w:color="auto"/>
      </w:divBdr>
    </w:div>
    <w:div w:id="964428738">
      <w:bodyDiv w:val="1"/>
      <w:marLeft w:val="0"/>
      <w:marRight w:val="0"/>
      <w:marTop w:val="0"/>
      <w:marBottom w:val="0"/>
      <w:divBdr>
        <w:top w:val="none" w:sz="0" w:space="0" w:color="auto"/>
        <w:left w:val="none" w:sz="0" w:space="0" w:color="auto"/>
        <w:bottom w:val="none" w:sz="0" w:space="0" w:color="auto"/>
        <w:right w:val="none" w:sz="0" w:space="0" w:color="auto"/>
      </w:divBdr>
    </w:div>
    <w:div w:id="1115828241">
      <w:bodyDiv w:val="1"/>
      <w:marLeft w:val="0"/>
      <w:marRight w:val="0"/>
      <w:marTop w:val="0"/>
      <w:marBottom w:val="0"/>
      <w:divBdr>
        <w:top w:val="none" w:sz="0" w:space="0" w:color="auto"/>
        <w:left w:val="none" w:sz="0" w:space="0" w:color="auto"/>
        <w:bottom w:val="none" w:sz="0" w:space="0" w:color="auto"/>
        <w:right w:val="none" w:sz="0" w:space="0" w:color="auto"/>
      </w:divBdr>
    </w:div>
    <w:div w:id="1508059102">
      <w:bodyDiv w:val="1"/>
      <w:marLeft w:val="0"/>
      <w:marRight w:val="0"/>
      <w:marTop w:val="0"/>
      <w:marBottom w:val="0"/>
      <w:divBdr>
        <w:top w:val="none" w:sz="0" w:space="0" w:color="auto"/>
        <w:left w:val="none" w:sz="0" w:space="0" w:color="auto"/>
        <w:bottom w:val="none" w:sz="0" w:space="0" w:color="auto"/>
        <w:right w:val="none" w:sz="0" w:space="0" w:color="auto"/>
      </w:divBdr>
    </w:div>
    <w:div w:id="1780487652">
      <w:bodyDiv w:val="1"/>
      <w:marLeft w:val="0"/>
      <w:marRight w:val="0"/>
      <w:marTop w:val="0"/>
      <w:marBottom w:val="0"/>
      <w:divBdr>
        <w:top w:val="none" w:sz="0" w:space="0" w:color="auto"/>
        <w:left w:val="none" w:sz="0" w:space="0" w:color="auto"/>
        <w:bottom w:val="none" w:sz="0" w:space="0" w:color="auto"/>
        <w:right w:val="none" w:sz="0" w:space="0" w:color="auto"/>
      </w:divBdr>
    </w:div>
    <w:div w:id="1844540381">
      <w:bodyDiv w:val="1"/>
      <w:marLeft w:val="0"/>
      <w:marRight w:val="0"/>
      <w:marTop w:val="0"/>
      <w:marBottom w:val="0"/>
      <w:divBdr>
        <w:top w:val="none" w:sz="0" w:space="0" w:color="auto"/>
        <w:left w:val="none" w:sz="0" w:space="0" w:color="auto"/>
        <w:bottom w:val="none" w:sz="0" w:space="0" w:color="auto"/>
        <w:right w:val="none" w:sz="0" w:space="0" w:color="auto"/>
      </w:divBdr>
    </w:div>
    <w:div w:id="1965233718">
      <w:bodyDiv w:val="1"/>
      <w:marLeft w:val="0"/>
      <w:marRight w:val="0"/>
      <w:marTop w:val="0"/>
      <w:marBottom w:val="0"/>
      <w:divBdr>
        <w:top w:val="none" w:sz="0" w:space="0" w:color="auto"/>
        <w:left w:val="none" w:sz="0" w:space="0" w:color="auto"/>
        <w:bottom w:val="none" w:sz="0" w:space="0" w:color="auto"/>
        <w:right w:val="none" w:sz="0" w:space="0" w:color="auto"/>
      </w:divBdr>
    </w:div>
    <w:div w:id="1988124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4531D-10DC-417C-B9D7-FFE67EB30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29</Pages>
  <Words>8263</Words>
  <Characters>44622</Characters>
  <Application>Microsoft Office Word</Application>
  <DocSecurity>0</DocSecurity>
  <Lines>371</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FG</dc:creator>
  <cp:keywords/>
  <dc:description/>
  <cp:lastModifiedBy>PLANEJAMENTO-III</cp:lastModifiedBy>
  <cp:revision>7</cp:revision>
  <cp:lastPrinted>2024-03-15T18:37:00Z</cp:lastPrinted>
  <dcterms:created xsi:type="dcterms:W3CDTF">2026-04-28T18:41:00Z</dcterms:created>
  <dcterms:modified xsi:type="dcterms:W3CDTF">2026-05-14T12:19:00Z</dcterms:modified>
</cp:coreProperties>
</file>