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46A6A8" w14:textId="2C745AF1" w:rsidR="00862180" w:rsidRPr="00862180" w:rsidRDefault="00532B25" w:rsidP="00862180">
      <w:pPr>
        <w:jc w:val="center"/>
        <w:rPr>
          <w:sz w:val="24"/>
          <w:szCs w:val="24"/>
        </w:rPr>
      </w:pPr>
      <w:r w:rsidRPr="00862180">
        <w:rPr>
          <w:sz w:val="24"/>
          <w:szCs w:val="24"/>
        </w:rPr>
        <w:t>━━━━━━━━━━━━━━━━━━━━━━━━━━━━━━━━━━━━━━━━━━</w:t>
      </w:r>
    </w:p>
    <w:p w14:paraId="2DD61CC7" w14:textId="77777777" w:rsidR="00516540" w:rsidRPr="00862180" w:rsidRDefault="00532B25">
      <w:pPr>
        <w:jc w:val="center"/>
        <w:rPr>
          <w:sz w:val="24"/>
          <w:szCs w:val="24"/>
        </w:rPr>
      </w:pPr>
      <w:r w:rsidRPr="00862180">
        <w:rPr>
          <w:b/>
          <w:sz w:val="24"/>
          <w:szCs w:val="24"/>
        </w:rPr>
        <w:t>PROPOSTA DE PREÇOS</w:t>
      </w:r>
    </w:p>
    <w:p w14:paraId="0A1AD2AA" w14:textId="77777777" w:rsidR="00516540" w:rsidRPr="00862180" w:rsidRDefault="00532B25">
      <w:pPr>
        <w:jc w:val="center"/>
        <w:rPr>
          <w:sz w:val="24"/>
          <w:szCs w:val="24"/>
        </w:rPr>
      </w:pPr>
      <w:r w:rsidRPr="00862180">
        <w:rPr>
          <w:sz w:val="24"/>
          <w:szCs w:val="24"/>
        </w:rPr>
        <w:t>DISPENSA DE LICITAÇÃO Nº 3/2026/SECOM</w:t>
      </w:r>
    </w:p>
    <w:p w14:paraId="42108B77" w14:textId="77777777" w:rsidR="00516540" w:rsidRPr="00862180" w:rsidRDefault="00532B25">
      <w:pPr>
        <w:jc w:val="center"/>
        <w:rPr>
          <w:sz w:val="24"/>
          <w:szCs w:val="24"/>
        </w:rPr>
      </w:pPr>
      <w:r w:rsidRPr="00862180">
        <w:rPr>
          <w:sz w:val="24"/>
          <w:szCs w:val="24"/>
        </w:rPr>
        <w:t>Processo SEI nº 4028.013564.00018/2026-02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368"/>
      </w:tblGrid>
      <w:tr w:rsidR="00516540" w:rsidRPr="00862180" w14:paraId="4CD12576" w14:textId="77777777">
        <w:tc>
          <w:tcPr>
            <w:tcW w:w="10368" w:type="dxa"/>
            <w:shd w:val="clear" w:color="auto" w:fill="DCE7F5"/>
          </w:tcPr>
          <w:p w14:paraId="0FC3278E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1.  DADOS DA EMPRESA</w:t>
            </w:r>
          </w:p>
        </w:tc>
      </w:tr>
    </w:tbl>
    <w:p w14:paraId="0E970686" w14:textId="77777777" w:rsidR="00516540" w:rsidRPr="00862180" w:rsidRDefault="00516540">
      <w:pPr>
        <w:spacing w:after="0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24"/>
        <w:gridCol w:w="7056"/>
      </w:tblGrid>
      <w:tr w:rsidR="00516540" w:rsidRPr="00862180" w14:paraId="125E16D0" w14:textId="77777777">
        <w:tc>
          <w:tcPr>
            <w:tcW w:w="3024" w:type="dxa"/>
            <w:shd w:val="clear" w:color="auto" w:fill="F0F0F0"/>
          </w:tcPr>
          <w:p w14:paraId="52E1F04F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Razão Social:</w:t>
            </w:r>
          </w:p>
        </w:tc>
        <w:tc>
          <w:tcPr>
            <w:tcW w:w="7056" w:type="dxa"/>
          </w:tcPr>
          <w:p w14:paraId="40CCF84A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 xml:space="preserve"> </w:t>
            </w:r>
          </w:p>
        </w:tc>
      </w:tr>
      <w:tr w:rsidR="00516540" w:rsidRPr="00862180" w14:paraId="7159D555" w14:textId="77777777">
        <w:tc>
          <w:tcPr>
            <w:tcW w:w="3024" w:type="dxa"/>
            <w:shd w:val="clear" w:color="auto" w:fill="F0F0F0"/>
          </w:tcPr>
          <w:p w14:paraId="3E9DDA91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Nome Fantasia (opcional):</w:t>
            </w:r>
          </w:p>
        </w:tc>
        <w:tc>
          <w:tcPr>
            <w:tcW w:w="7056" w:type="dxa"/>
          </w:tcPr>
          <w:p w14:paraId="48D6BE92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 xml:space="preserve"> </w:t>
            </w:r>
          </w:p>
        </w:tc>
      </w:tr>
      <w:tr w:rsidR="00516540" w:rsidRPr="00862180" w14:paraId="35752F39" w14:textId="77777777">
        <w:tc>
          <w:tcPr>
            <w:tcW w:w="3024" w:type="dxa"/>
            <w:shd w:val="clear" w:color="auto" w:fill="F0F0F0"/>
          </w:tcPr>
          <w:p w14:paraId="1E5A061B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CNPJ:</w:t>
            </w:r>
          </w:p>
        </w:tc>
        <w:tc>
          <w:tcPr>
            <w:tcW w:w="7056" w:type="dxa"/>
          </w:tcPr>
          <w:p w14:paraId="7EA906C2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 xml:space="preserve"> </w:t>
            </w:r>
          </w:p>
        </w:tc>
      </w:tr>
      <w:tr w:rsidR="00516540" w:rsidRPr="00862180" w14:paraId="4F8143AF" w14:textId="77777777">
        <w:tc>
          <w:tcPr>
            <w:tcW w:w="3024" w:type="dxa"/>
            <w:shd w:val="clear" w:color="auto" w:fill="F0F0F0"/>
          </w:tcPr>
          <w:p w14:paraId="6BA1632A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Endereço:</w:t>
            </w:r>
          </w:p>
        </w:tc>
        <w:tc>
          <w:tcPr>
            <w:tcW w:w="7056" w:type="dxa"/>
          </w:tcPr>
          <w:p w14:paraId="29662AB6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 xml:space="preserve"> </w:t>
            </w:r>
          </w:p>
        </w:tc>
      </w:tr>
      <w:tr w:rsidR="00516540" w:rsidRPr="00862180" w14:paraId="7CBBFB77" w14:textId="77777777">
        <w:tc>
          <w:tcPr>
            <w:tcW w:w="3024" w:type="dxa"/>
            <w:shd w:val="clear" w:color="auto" w:fill="F0F0F0"/>
          </w:tcPr>
          <w:p w14:paraId="2D0E79ED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CEP:</w:t>
            </w:r>
          </w:p>
        </w:tc>
        <w:tc>
          <w:tcPr>
            <w:tcW w:w="7056" w:type="dxa"/>
          </w:tcPr>
          <w:p w14:paraId="1F683B69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 xml:space="preserve"> </w:t>
            </w:r>
          </w:p>
        </w:tc>
      </w:tr>
      <w:tr w:rsidR="00516540" w:rsidRPr="00862180" w14:paraId="72994AA3" w14:textId="77777777">
        <w:tc>
          <w:tcPr>
            <w:tcW w:w="3024" w:type="dxa"/>
            <w:shd w:val="clear" w:color="auto" w:fill="F0F0F0"/>
          </w:tcPr>
          <w:p w14:paraId="52AAF9A4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Cidade/UF:</w:t>
            </w:r>
          </w:p>
        </w:tc>
        <w:tc>
          <w:tcPr>
            <w:tcW w:w="7056" w:type="dxa"/>
          </w:tcPr>
          <w:p w14:paraId="0437FAB3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 xml:space="preserve"> </w:t>
            </w:r>
          </w:p>
        </w:tc>
      </w:tr>
      <w:tr w:rsidR="00516540" w:rsidRPr="00862180" w14:paraId="7C80A88D" w14:textId="77777777">
        <w:tc>
          <w:tcPr>
            <w:tcW w:w="3024" w:type="dxa"/>
            <w:shd w:val="clear" w:color="auto" w:fill="F0F0F0"/>
          </w:tcPr>
          <w:p w14:paraId="7DD15675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Telefones:</w:t>
            </w:r>
          </w:p>
        </w:tc>
        <w:tc>
          <w:tcPr>
            <w:tcW w:w="7056" w:type="dxa"/>
          </w:tcPr>
          <w:p w14:paraId="62EEC176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 xml:space="preserve"> </w:t>
            </w:r>
          </w:p>
        </w:tc>
      </w:tr>
      <w:tr w:rsidR="00516540" w:rsidRPr="00862180" w14:paraId="53A8C7EA" w14:textId="77777777">
        <w:tc>
          <w:tcPr>
            <w:tcW w:w="3024" w:type="dxa"/>
            <w:shd w:val="clear" w:color="auto" w:fill="F0F0F0"/>
          </w:tcPr>
          <w:p w14:paraId="6ECF1D82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E-mail:</w:t>
            </w:r>
          </w:p>
        </w:tc>
        <w:tc>
          <w:tcPr>
            <w:tcW w:w="7056" w:type="dxa"/>
          </w:tcPr>
          <w:p w14:paraId="1AAC00D6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 xml:space="preserve"> </w:t>
            </w:r>
          </w:p>
        </w:tc>
      </w:tr>
      <w:tr w:rsidR="00516540" w:rsidRPr="00862180" w14:paraId="76701CFE" w14:textId="77777777">
        <w:tc>
          <w:tcPr>
            <w:tcW w:w="3024" w:type="dxa"/>
            <w:shd w:val="clear" w:color="auto" w:fill="F0F0F0"/>
          </w:tcPr>
          <w:p w14:paraId="0D0A425D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Representante Legal:</w:t>
            </w:r>
          </w:p>
        </w:tc>
        <w:tc>
          <w:tcPr>
            <w:tcW w:w="7056" w:type="dxa"/>
          </w:tcPr>
          <w:p w14:paraId="5DA0A1E8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 xml:space="preserve"> </w:t>
            </w:r>
          </w:p>
        </w:tc>
      </w:tr>
      <w:tr w:rsidR="00516540" w:rsidRPr="00862180" w14:paraId="5C91B025" w14:textId="77777777">
        <w:tc>
          <w:tcPr>
            <w:tcW w:w="3024" w:type="dxa"/>
            <w:shd w:val="clear" w:color="auto" w:fill="F0F0F0"/>
          </w:tcPr>
          <w:p w14:paraId="461522B3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Cargo/Função:</w:t>
            </w:r>
          </w:p>
        </w:tc>
        <w:tc>
          <w:tcPr>
            <w:tcW w:w="7056" w:type="dxa"/>
          </w:tcPr>
          <w:p w14:paraId="33E1128E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 xml:space="preserve"> </w:t>
            </w:r>
          </w:p>
        </w:tc>
      </w:tr>
      <w:tr w:rsidR="00516540" w:rsidRPr="00862180" w14:paraId="29917981" w14:textId="77777777">
        <w:tc>
          <w:tcPr>
            <w:tcW w:w="3024" w:type="dxa"/>
            <w:shd w:val="clear" w:color="auto" w:fill="F0F0F0"/>
          </w:tcPr>
          <w:p w14:paraId="5C1F5E1F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RG:</w:t>
            </w:r>
          </w:p>
        </w:tc>
        <w:tc>
          <w:tcPr>
            <w:tcW w:w="7056" w:type="dxa"/>
          </w:tcPr>
          <w:p w14:paraId="3A6AAD91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 xml:space="preserve"> </w:t>
            </w:r>
          </w:p>
        </w:tc>
      </w:tr>
      <w:tr w:rsidR="00516540" w:rsidRPr="00862180" w14:paraId="47119F9F" w14:textId="77777777">
        <w:tc>
          <w:tcPr>
            <w:tcW w:w="3024" w:type="dxa"/>
            <w:shd w:val="clear" w:color="auto" w:fill="F0F0F0"/>
          </w:tcPr>
          <w:p w14:paraId="4CEF1DEF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CPF:</w:t>
            </w:r>
          </w:p>
        </w:tc>
        <w:tc>
          <w:tcPr>
            <w:tcW w:w="7056" w:type="dxa"/>
          </w:tcPr>
          <w:p w14:paraId="0C5C2C06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 xml:space="preserve"> </w:t>
            </w:r>
          </w:p>
        </w:tc>
      </w:tr>
    </w:tbl>
    <w:p w14:paraId="0A256E82" w14:textId="77777777" w:rsidR="00516540" w:rsidRPr="00862180" w:rsidRDefault="00516540">
      <w:pPr>
        <w:rPr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368"/>
      </w:tblGrid>
      <w:tr w:rsidR="00516540" w:rsidRPr="00862180" w14:paraId="668E12D9" w14:textId="77777777">
        <w:tc>
          <w:tcPr>
            <w:tcW w:w="10368" w:type="dxa"/>
            <w:shd w:val="clear" w:color="auto" w:fill="DCE7F5"/>
          </w:tcPr>
          <w:p w14:paraId="590D193D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2.  OBJETO</w:t>
            </w:r>
          </w:p>
        </w:tc>
      </w:tr>
    </w:tbl>
    <w:p w14:paraId="7375F8ED" w14:textId="77777777" w:rsidR="00516540" w:rsidRPr="00862180" w:rsidRDefault="00516540">
      <w:pPr>
        <w:spacing w:after="0"/>
        <w:rPr>
          <w:sz w:val="24"/>
          <w:szCs w:val="24"/>
        </w:rPr>
      </w:pPr>
    </w:p>
    <w:p w14:paraId="0FDBA419" w14:textId="77777777" w:rsidR="00516540" w:rsidRPr="00862180" w:rsidRDefault="00532B25">
      <w:pPr>
        <w:rPr>
          <w:sz w:val="24"/>
          <w:szCs w:val="24"/>
        </w:rPr>
      </w:pPr>
      <w:r w:rsidRPr="00862180">
        <w:rPr>
          <w:sz w:val="24"/>
          <w:szCs w:val="24"/>
        </w:rPr>
        <w:t>Contratação de pessoa jurídica especializada para prestação de serviços técnicos de assessoria e consultoria em contabilidade pública, para apoio às rotinas orçamentárias, financeiras, patrimoniais e contábeis da Secretaria de Estado de Comunicação – SECOM e da Fundação Aldeia de Comunicação do Acre – FUNDAC, conforme condições, quantidades e exigências estabelecidas no Termo de Referência nº 22/2026/SECOM-DICONLI.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368"/>
      </w:tblGrid>
      <w:tr w:rsidR="00516540" w:rsidRPr="00862180" w14:paraId="56B802D4" w14:textId="77777777">
        <w:tc>
          <w:tcPr>
            <w:tcW w:w="10368" w:type="dxa"/>
            <w:shd w:val="clear" w:color="auto" w:fill="DCE7F5"/>
          </w:tcPr>
          <w:p w14:paraId="7832FA44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3.  PROPOSTA DE PREÇOS</w:t>
            </w:r>
          </w:p>
        </w:tc>
      </w:tr>
    </w:tbl>
    <w:p w14:paraId="6C51703B" w14:textId="77777777" w:rsidR="00516540" w:rsidRPr="00862180" w:rsidRDefault="00516540">
      <w:pPr>
        <w:spacing w:after="0"/>
        <w:rPr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1481"/>
        <w:gridCol w:w="1481"/>
        <w:gridCol w:w="1481"/>
        <w:gridCol w:w="1481"/>
        <w:gridCol w:w="1481"/>
        <w:gridCol w:w="1481"/>
        <w:gridCol w:w="1481"/>
      </w:tblGrid>
      <w:tr w:rsidR="00516540" w:rsidRPr="00862180" w14:paraId="40B0FF63" w14:textId="77777777">
        <w:tc>
          <w:tcPr>
            <w:tcW w:w="1481" w:type="dxa"/>
            <w:shd w:val="clear" w:color="auto" w:fill="DCE7F5"/>
          </w:tcPr>
          <w:p w14:paraId="0B4B72E2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1481" w:type="dxa"/>
            <w:shd w:val="clear" w:color="auto" w:fill="DCE7F5"/>
          </w:tcPr>
          <w:p w14:paraId="68830DDC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Descrição do serviço</w:t>
            </w:r>
          </w:p>
        </w:tc>
        <w:tc>
          <w:tcPr>
            <w:tcW w:w="1481" w:type="dxa"/>
            <w:shd w:val="clear" w:color="auto" w:fill="DCE7F5"/>
          </w:tcPr>
          <w:p w14:paraId="06B78EE3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Órgão</w:t>
            </w:r>
          </w:p>
        </w:tc>
        <w:tc>
          <w:tcPr>
            <w:tcW w:w="1481" w:type="dxa"/>
            <w:shd w:val="clear" w:color="auto" w:fill="DCE7F5"/>
          </w:tcPr>
          <w:p w14:paraId="4AF14566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Unidade</w:t>
            </w:r>
          </w:p>
        </w:tc>
        <w:tc>
          <w:tcPr>
            <w:tcW w:w="1481" w:type="dxa"/>
            <w:shd w:val="clear" w:color="auto" w:fill="DCE7F5"/>
          </w:tcPr>
          <w:p w14:paraId="250036F8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Quantidade (meses)</w:t>
            </w:r>
          </w:p>
        </w:tc>
        <w:tc>
          <w:tcPr>
            <w:tcW w:w="1481" w:type="dxa"/>
            <w:shd w:val="clear" w:color="auto" w:fill="DCE7F5"/>
          </w:tcPr>
          <w:p w14:paraId="14498490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Valor mensal (R$)</w:t>
            </w:r>
          </w:p>
        </w:tc>
        <w:tc>
          <w:tcPr>
            <w:tcW w:w="1481" w:type="dxa"/>
            <w:shd w:val="clear" w:color="auto" w:fill="DCE7F5"/>
          </w:tcPr>
          <w:p w14:paraId="636F5231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Valor total 12 meses (R$)</w:t>
            </w:r>
          </w:p>
        </w:tc>
      </w:tr>
      <w:tr w:rsidR="00516540" w:rsidRPr="00862180" w14:paraId="0BD44876" w14:textId="77777777">
        <w:tc>
          <w:tcPr>
            <w:tcW w:w="1481" w:type="dxa"/>
          </w:tcPr>
          <w:p w14:paraId="61424DC8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>1</w:t>
            </w:r>
          </w:p>
        </w:tc>
        <w:tc>
          <w:tcPr>
            <w:tcW w:w="1481" w:type="dxa"/>
          </w:tcPr>
          <w:p w14:paraId="47AEE32C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>Serviço técnico especializado de assessoria e consultoria em contabilidade pública</w:t>
            </w:r>
          </w:p>
        </w:tc>
        <w:tc>
          <w:tcPr>
            <w:tcW w:w="1481" w:type="dxa"/>
          </w:tcPr>
          <w:p w14:paraId="1B4DEFF2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>FUNDAC</w:t>
            </w:r>
          </w:p>
        </w:tc>
        <w:tc>
          <w:tcPr>
            <w:tcW w:w="1481" w:type="dxa"/>
          </w:tcPr>
          <w:p w14:paraId="17FACC0A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>Mês</w:t>
            </w:r>
          </w:p>
        </w:tc>
        <w:tc>
          <w:tcPr>
            <w:tcW w:w="1481" w:type="dxa"/>
          </w:tcPr>
          <w:p w14:paraId="0B726D29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>12</w:t>
            </w:r>
          </w:p>
        </w:tc>
        <w:tc>
          <w:tcPr>
            <w:tcW w:w="1481" w:type="dxa"/>
          </w:tcPr>
          <w:p w14:paraId="3FD262FC" w14:textId="77777777" w:rsidR="00516540" w:rsidRPr="00862180" w:rsidRDefault="00516540">
            <w:pPr>
              <w:rPr>
                <w:sz w:val="24"/>
                <w:szCs w:val="24"/>
              </w:rPr>
            </w:pPr>
          </w:p>
        </w:tc>
        <w:tc>
          <w:tcPr>
            <w:tcW w:w="1481" w:type="dxa"/>
          </w:tcPr>
          <w:p w14:paraId="052C3405" w14:textId="77777777" w:rsidR="00516540" w:rsidRPr="00862180" w:rsidRDefault="00516540">
            <w:pPr>
              <w:rPr>
                <w:sz w:val="24"/>
                <w:szCs w:val="24"/>
              </w:rPr>
            </w:pPr>
          </w:p>
        </w:tc>
      </w:tr>
      <w:tr w:rsidR="00516540" w:rsidRPr="00862180" w14:paraId="1E7636A0" w14:textId="77777777">
        <w:tc>
          <w:tcPr>
            <w:tcW w:w="1481" w:type="dxa"/>
          </w:tcPr>
          <w:p w14:paraId="69EC8386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14:paraId="317E8F69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 xml:space="preserve">Serviço </w:t>
            </w:r>
            <w:r w:rsidRPr="00862180">
              <w:rPr>
                <w:sz w:val="24"/>
                <w:szCs w:val="24"/>
              </w:rPr>
              <w:lastRenderedPageBreak/>
              <w:t>técnico especializado de assessoria e consultoria em contabilidade pública</w:t>
            </w:r>
          </w:p>
        </w:tc>
        <w:tc>
          <w:tcPr>
            <w:tcW w:w="1481" w:type="dxa"/>
          </w:tcPr>
          <w:p w14:paraId="5F507FEA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lastRenderedPageBreak/>
              <w:t>SECOM</w:t>
            </w:r>
          </w:p>
        </w:tc>
        <w:tc>
          <w:tcPr>
            <w:tcW w:w="1481" w:type="dxa"/>
          </w:tcPr>
          <w:p w14:paraId="2E482CDE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>Mês</w:t>
            </w:r>
          </w:p>
        </w:tc>
        <w:tc>
          <w:tcPr>
            <w:tcW w:w="1481" w:type="dxa"/>
          </w:tcPr>
          <w:p w14:paraId="21EE19F7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>12</w:t>
            </w:r>
          </w:p>
        </w:tc>
        <w:tc>
          <w:tcPr>
            <w:tcW w:w="1481" w:type="dxa"/>
          </w:tcPr>
          <w:p w14:paraId="4666DFFD" w14:textId="77777777" w:rsidR="00516540" w:rsidRPr="00862180" w:rsidRDefault="00516540">
            <w:pPr>
              <w:rPr>
                <w:sz w:val="24"/>
                <w:szCs w:val="24"/>
              </w:rPr>
            </w:pPr>
          </w:p>
        </w:tc>
        <w:tc>
          <w:tcPr>
            <w:tcW w:w="1481" w:type="dxa"/>
          </w:tcPr>
          <w:p w14:paraId="73ABBCC8" w14:textId="77777777" w:rsidR="00516540" w:rsidRPr="00862180" w:rsidRDefault="00516540">
            <w:pPr>
              <w:rPr>
                <w:sz w:val="24"/>
                <w:szCs w:val="24"/>
              </w:rPr>
            </w:pPr>
          </w:p>
        </w:tc>
      </w:tr>
      <w:tr w:rsidR="00516540" w:rsidRPr="00862180" w14:paraId="613F5743" w14:textId="77777777">
        <w:tc>
          <w:tcPr>
            <w:tcW w:w="8886" w:type="dxa"/>
            <w:gridSpan w:val="6"/>
          </w:tcPr>
          <w:p w14:paraId="381A563E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sz w:val="24"/>
                <w:szCs w:val="24"/>
              </w:rPr>
              <w:t>VALOR TOTAL GLOBAL (R$)</w:t>
            </w:r>
          </w:p>
        </w:tc>
        <w:tc>
          <w:tcPr>
            <w:tcW w:w="1481" w:type="dxa"/>
          </w:tcPr>
          <w:p w14:paraId="656B5240" w14:textId="77777777" w:rsidR="00516540" w:rsidRPr="00862180" w:rsidRDefault="00516540">
            <w:pPr>
              <w:rPr>
                <w:sz w:val="24"/>
                <w:szCs w:val="24"/>
              </w:rPr>
            </w:pPr>
          </w:p>
        </w:tc>
      </w:tr>
    </w:tbl>
    <w:p w14:paraId="56038266" w14:textId="77777777" w:rsidR="00516540" w:rsidRPr="00862180" w:rsidRDefault="00516540">
      <w:pPr>
        <w:rPr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368"/>
      </w:tblGrid>
      <w:tr w:rsidR="00516540" w:rsidRPr="00862180" w14:paraId="429E274A" w14:textId="77777777">
        <w:tc>
          <w:tcPr>
            <w:tcW w:w="10368" w:type="dxa"/>
            <w:shd w:val="clear" w:color="auto" w:fill="DCE7F5"/>
          </w:tcPr>
          <w:p w14:paraId="5FAE73D2" w14:textId="77777777" w:rsidR="00516540" w:rsidRPr="00862180" w:rsidRDefault="00532B25">
            <w:pPr>
              <w:rPr>
                <w:sz w:val="24"/>
                <w:szCs w:val="24"/>
              </w:rPr>
            </w:pPr>
            <w:r w:rsidRPr="00862180">
              <w:rPr>
                <w:b/>
                <w:sz w:val="24"/>
                <w:szCs w:val="24"/>
              </w:rPr>
              <w:t>4.  DECLARAÇÕES</w:t>
            </w:r>
          </w:p>
        </w:tc>
      </w:tr>
    </w:tbl>
    <w:p w14:paraId="48562038" w14:textId="77777777" w:rsidR="00516540" w:rsidRPr="00862180" w:rsidRDefault="00516540">
      <w:pPr>
        <w:spacing w:after="0"/>
        <w:rPr>
          <w:sz w:val="24"/>
          <w:szCs w:val="24"/>
        </w:rPr>
      </w:pPr>
    </w:p>
    <w:p w14:paraId="2B1ED21F" w14:textId="77777777" w:rsidR="00516540" w:rsidRPr="00862180" w:rsidRDefault="00532B25">
      <w:pPr>
        <w:rPr>
          <w:sz w:val="24"/>
          <w:szCs w:val="24"/>
        </w:rPr>
      </w:pPr>
      <w:r w:rsidRPr="00862180">
        <w:rPr>
          <w:sz w:val="24"/>
          <w:szCs w:val="24"/>
        </w:rPr>
        <w:t>Declaramos que:</w:t>
      </w:r>
    </w:p>
    <w:p w14:paraId="586FB791" w14:textId="77777777" w:rsidR="00516540" w:rsidRPr="00862180" w:rsidRDefault="00532B25">
      <w:pPr>
        <w:rPr>
          <w:sz w:val="24"/>
          <w:szCs w:val="24"/>
        </w:rPr>
      </w:pPr>
      <w:r w:rsidRPr="00862180">
        <w:rPr>
          <w:sz w:val="24"/>
          <w:szCs w:val="24"/>
        </w:rPr>
        <w:t xml:space="preserve">a) Nos preços propostos estão incluídos todos os custos e despesas necessários à execução integral dos serviços, inclusive despesas com pessoal, encargos trabalhistas, previdenciários, fiscais, comerciais, materiais, equipamentos, deslocamentos, tributos e quaisquer outros custos diretos ou indiretos incidentes sobre </w:t>
      </w:r>
      <w:proofErr w:type="gramStart"/>
      <w:r w:rsidRPr="00862180">
        <w:rPr>
          <w:sz w:val="24"/>
          <w:szCs w:val="24"/>
        </w:rPr>
        <w:t>a</w:t>
      </w:r>
      <w:proofErr w:type="gramEnd"/>
      <w:r w:rsidRPr="00862180">
        <w:rPr>
          <w:sz w:val="24"/>
          <w:szCs w:val="24"/>
        </w:rPr>
        <w:t xml:space="preserve"> execução do objeto.</w:t>
      </w:r>
    </w:p>
    <w:p w14:paraId="50E21A61" w14:textId="77777777" w:rsidR="00516540" w:rsidRPr="00862180" w:rsidRDefault="00532B25">
      <w:pPr>
        <w:rPr>
          <w:sz w:val="24"/>
          <w:szCs w:val="24"/>
        </w:rPr>
      </w:pPr>
      <w:r w:rsidRPr="00862180">
        <w:rPr>
          <w:sz w:val="24"/>
          <w:szCs w:val="24"/>
        </w:rPr>
        <w:t>b) Temos pleno conhecimento das condições estabelecidas no Termo de Referência nº 22/2026/SECOM-DICONLI e no Aviso de Dispensa de Licitação nº 3/2026/SECOM, às quais nos submetemos integralmente.</w:t>
      </w:r>
    </w:p>
    <w:p w14:paraId="0D1AD9E0" w14:textId="77777777" w:rsidR="00516540" w:rsidRPr="00862180" w:rsidRDefault="00532B25">
      <w:pPr>
        <w:rPr>
          <w:sz w:val="24"/>
          <w:szCs w:val="24"/>
        </w:rPr>
      </w:pPr>
      <w:r w:rsidRPr="00862180">
        <w:rPr>
          <w:sz w:val="24"/>
          <w:szCs w:val="24"/>
        </w:rPr>
        <w:t xml:space="preserve">c) A presente proposta contempla </w:t>
      </w:r>
      <w:proofErr w:type="gramStart"/>
      <w:r w:rsidRPr="00862180">
        <w:rPr>
          <w:sz w:val="24"/>
          <w:szCs w:val="24"/>
        </w:rPr>
        <w:t>a</w:t>
      </w:r>
      <w:proofErr w:type="gramEnd"/>
      <w:r w:rsidRPr="00862180">
        <w:rPr>
          <w:sz w:val="24"/>
          <w:szCs w:val="24"/>
        </w:rPr>
        <w:t xml:space="preserve"> execução total dos serviços para a SECOM e para a FUNDAC, conforme especificações e condições estabelecidas.</w:t>
      </w:r>
    </w:p>
    <w:p w14:paraId="5A2529A9" w14:textId="77777777" w:rsidR="00516540" w:rsidRPr="00862180" w:rsidRDefault="00532B25">
      <w:pPr>
        <w:rPr>
          <w:sz w:val="24"/>
          <w:szCs w:val="24"/>
        </w:rPr>
      </w:pPr>
      <w:r w:rsidRPr="00862180">
        <w:rPr>
          <w:sz w:val="24"/>
          <w:szCs w:val="24"/>
        </w:rPr>
        <w:t>d) O prazo de validade da proposta é de, no mínimo, 60 (sessenta) dias, contados da data de sua apresentação, conforme item 9.8 do Termo de Referência.</w:t>
      </w:r>
    </w:p>
    <w:p w14:paraId="5EBC1694" w14:textId="06D19636" w:rsidR="00516540" w:rsidRDefault="00532B25">
      <w:pPr>
        <w:rPr>
          <w:sz w:val="24"/>
          <w:szCs w:val="24"/>
        </w:rPr>
      </w:pPr>
      <w:r w:rsidRPr="00862180">
        <w:rPr>
          <w:sz w:val="24"/>
          <w:szCs w:val="24"/>
        </w:rPr>
        <w:t>e) Estamos cientes de que o critério de julgamento será o de menor preço global, considerando o atendimento conjunto das necessidades da SECOM e da FUNDAC.</w:t>
      </w:r>
    </w:p>
    <w:p w14:paraId="317C541C" w14:textId="77777777" w:rsidR="00862180" w:rsidRPr="00862180" w:rsidRDefault="00862180">
      <w:pPr>
        <w:rPr>
          <w:sz w:val="24"/>
          <w:szCs w:val="24"/>
        </w:rPr>
      </w:pPr>
    </w:p>
    <w:p w14:paraId="70BB11F7" w14:textId="77777777" w:rsidR="00516540" w:rsidRPr="00862180" w:rsidRDefault="00532B25">
      <w:pPr>
        <w:jc w:val="right"/>
        <w:rPr>
          <w:sz w:val="24"/>
          <w:szCs w:val="24"/>
        </w:rPr>
      </w:pPr>
      <w:r w:rsidRPr="00862180">
        <w:rPr>
          <w:sz w:val="24"/>
          <w:szCs w:val="24"/>
        </w:rPr>
        <w:t xml:space="preserve">________________________, ____ de __________________ </w:t>
      </w:r>
      <w:proofErr w:type="spellStart"/>
      <w:r w:rsidRPr="00862180">
        <w:rPr>
          <w:sz w:val="24"/>
          <w:szCs w:val="24"/>
        </w:rPr>
        <w:t>de</w:t>
      </w:r>
      <w:proofErr w:type="spellEnd"/>
      <w:r w:rsidRPr="00862180">
        <w:rPr>
          <w:sz w:val="24"/>
          <w:szCs w:val="24"/>
        </w:rPr>
        <w:t xml:space="preserve"> 2026.</w:t>
      </w:r>
    </w:p>
    <w:p w14:paraId="51371D75" w14:textId="77777777" w:rsidR="00862180" w:rsidRDefault="00862180">
      <w:pPr>
        <w:jc w:val="center"/>
        <w:rPr>
          <w:sz w:val="24"/>
          <w:szCs w:val="24"/>
        </w:rPr>
      </w:pPr>
    </w:p>
    <w:p w14:paraId="109D724A" w14:textId="77777777" w:rsidR="00862180" w:rsidRDefault="00862180">
      <w:pPr>
        <w:jc w:val="center"/>
        <w:rPr>
          <w:sz w:val="24"/>
          <w:szCs w:val="24"/>
        </w:rPr>
      </w:pPr>
    </w:p>
    <w:p w14:paraId="53AD27A4" w14:textId="4A71F3A9" w:rsidR="00516540" w:rsidRDefault="00532B25">
      <w:pPr>
        <w:jc w:val="center"/>
        <w:rPr>
          <w:sz w:val="24"/>
          <w:szCs w:val="24"/>
        </w:rPr>
      </w:pPr>
      <w:r w:rsidRPr="00862180">
        <w:rPr>
          <w:sz w:val="24"/>
          <w:szCs w:val="24"/>
        </w:rPr>
        <w:t>________________________________________________</w:t>
      </w:r>
    </w:p>
    <w:p w14:paraId="45B776A5" w14:textId="77777777" w:rsidR="00862180" w:rsidRPr="00862180" w:rsidRDefault="00862180">
      <w:pPr>
        <w:jc w:val="center"/>
        <w:rPr>
          <w:sz w:val="24"/>
          <w:szCs w:val="24"/>
        </w:rPr>
      </w:pPr>
    </w:p>
    <w:p w14:paraId="34D6A29C" w14:textId="7CC12CF2" w:rsidR="00516540" w:rsidRDefault="00532B25">
      <w:pPr>
        <w:jc w:val="center"/>
        <w:rPr>
          <w:sz w:val="24"/>
          <w:szCs w:val="24"/>
        </w:rPr>
      </w:pPr>
      <w:proofErr w:type="spellStart"/>
      <w:r w:rsidRPr="00862180">
        <w:rPr>
          <w:sz w:val="24"/>
          <w:szCs w:val="24"/>
        </w:rPr>
        <w:t>Assinatura</w:t>
      </w:r>
      <w:proofErr w:type="spellEnd"/>
      <w:r w:rsidRPr="00862180">
        <w:rPr>
          <w:sz w:val="24"/>
          <w:szCs w:val="24"/>
        </w:rPr>
        <w:t xml:space="preserve"> do </w:t>
      </w:r>
      <w:proofErr w:type="spellStart"/>
      <w:r w:rsidRPr="00862180">
        <w:rPr>
          <w:sz w:val="24"/>
          <w:szCs w:val="24"/>
        </w:rPr>
        <w:t>representante</w:t>
      </w:r>
      <w:proofErr w:type="spellEnd"/>
      <w:r w:rsidRPr="00862180">
        <w:rPr>
          <w:sz w:val="24"/>
          <w:szCs w:val="24"/>
        </w:rPr>
        <w:t xml:space="preserve"> da empresa</w:t>
      </w:r>
      <w:r w:rsidRPr="00862180">
        <w:rPr>
          <w:sz w:val="24"/>
          <w:szCs w:val="24"/>
        </w:rPr>
        <w:br/>
        <w:t>Nome: __________________________</w:t>
      </w:r>
      <w:r w:rsidRPr="00862180">
        <w:rPr>
          <w:sz w:val="24"/>
          <w:szCs w:val="24"/>
        </w:rPr>
        <w:br/>
        <w:t>Cargo: __________________________</w:t>
      </w:r>
      <w:r w:rsidRPr="00862180">
        <w:rPr>
          <w:sz w:val="24"/>
          <w:szCs w:val="24"/>
        </w:rPr>
        <w:br/>
        <w:t>CPF: __________________________</w:t>
      </w:r>
    </w:p>
    <w:p w14:paraId="19E63302" w14:textId="2F3F8734" w:rsidR="0087311E" w:rsidRPr="0087311E" w:rsidRDefault="0087311E" w:rsidP="0087311E">
      <w:pPr>
        <w:rPr>
          <w:sz w:val="24"/>
          <w:szCs w:val="24"/>
        </w:rPr>
      </w:pPr>
    </w:p>
    <w:p w14:paraId="3332A790" w14:textId="395318B4" w:rsidR="0087311E" w:rsidRPr="0087311E" w:rsidRDefault="0087311E" w:rsidP="0087311E">
      <w:pPr>
        <w:rPr>
          <w:sz w:val="24"/>
          <w:szCs w:val="24"/>
        </w:rPr>
      </w:pPr>
    </w:p>
    <w:p w14:paraId="43E77F9E" w14:textId="23179C27" w:rsidR="0087311E" w:rsidRPr="0087311E" w:rsidRDefault="0087311E" w:rsidP="0087311E">
      <w:pPr>
        <w:tabs>
          <w:tab w:val="left" w:pos="744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87311E" w:rsidRPr="0087311E" w:rsidSect="00034616">
      <w:pgSz w:w="12240" w:h="15840"/>
      <w:pgMar w:top="792" w:right="936" w:bottom="792" w:left="93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042D21" w14:textId="77777777" w:rsidR="004104DA" w:rsidRDefault="004104DA">
      <w:pPr>
        <w:spacing w:after="0" w:line="240" w:lineRule="auto"/>
      </w:pPr>
      <w:r>
        <w:separator/>
      </w:r>
    </w:p>
  </w:endnote>
  <w:endnote w:type="continuationSeparator" w:id="0">
    <w:p w14:paraId="70BC07EA" w14:textId="77777777" w:rsidR="004104DA" w:rsidRDefault="00410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3F1B64" w14:textId="77777777" w:rsidR="004104DA" w:rsidRDefault="004104DA">
      <w:pPr>
        <w:spacing w:after="0" w:line="240" w:lineRule="auto"/>
      </w:pPr>
      <w:r>
        <w:separator/>
      </w:r>
    </w:p>
  </w:footnote>
  <w:footnote w:type="continuationSeparator" w:id="0">
    <w:p w14:paraId="0CD8E179" w14:textId="77777777" w:rsidR="004104DA" w:rsidRDefault="00410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04DA"/>
    <w:rsid w:val="00516540"/>
    <w:rsid w:val="00532B25"/>
    <w:rsid w:val="00862180"/>
    <w:rsid w:val="0087311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852187"/>
  <w14:defaultImageDpi w14:val="300"/>
  <w15:docId w15:val="{B2CD9573-E9FE-4FE2-A986-2253DE6D5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</w:pPr>
    <w:rPr>
      <w:rFonts w:ascii="Times New Roman" w:hAnsi="Times New Roman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Secom Contratos</cp:lastModifiedBy>
  <cp:revision>3</cp:revision>
  <dcterms:created xsi:type="dcterms:W3CDTF">2013-12-23T23:15:00Z</dcterms:created>
  <dcterms:modified xsi:type="dcterms:W3CDTF">2026-10-21T18:12:00Z</dcterms:modified>
  <cp:category/>
</cp:coreProperties>
</file>