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56D" w:rsidRPr="00AF383E" w:rsidRDefault="002D60DB" w:rsidP="00AF383E">
      <w:pPr>
        <w:pStyle w:val="Ttulo2"/>
        <w:spacing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>PROPOSTA DE PREÇOS (MODELO)</w:t>
      </w:r>
    </w:p>
    <w:p w:rsidR="00FD056D" w:rsidRPr="00AF383E" w:rsidRDefault="00FD056D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2D60DB" w:rsidRPr="00AF383E" w:rsidRDefault="00B94DF5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Dispensa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Eletrônica</w:t>
      </w:r>
      <w:bookmarkStart w:id="0" w:name="_GoBack"/>
      <w:bookmarkEnd w:id="0"/>
      <w:r w:rsidR="002D60DB" w:rsidRPr="00AF383E">
        <w:rPr>
          <w:rFonts w:ascii="Arial" w:hAnsi="Arial" w:cs="Arial"/>
          <w:color w:val="000000" w:themeColor="text1"/>
          <w:sz w:val="22"/>
          <w:szCs w:val="22"/>
        </w:rPr>
        <w:t xml:space="preserve"> Nº </w:t>
      </w:r>
      <w:r w:rsidR="002D60DB" w:rsidRPr="00AF383E">
        <w:rPr>
          <w:rFonts w:ascii="Arial" w:hAnsi="Arial" w:cs="Arial"/>
          <w:color w:val="000000" w:themeColor="text1"/>
          <w:sz w:val="22"/>
          <w:szCs w:val="22"/>
        </w:rPr>
        <w:t>09/2025</w:t>
      </w:r>
      <w:r w:rsidR="002D60DB" w:rsidRPr="00AF38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IDENTIFICAÇÃO DA PROPONENTE 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NOME DE FANTASIA: 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RAZÃO SOCIAL: 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CNPJ: 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>INSC. EST.: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 OPTANTE PELO SIMPLES? SIM </w:t>
      </w:r>
      <w:proofErr w:type="gramStart"/>
      <w:r w:rsidRPr="00AF383E">
        <w:rPr>
          <w:rFonts w:ascii="Arial" w:hAnsi="Arial" w:cs="Arial"/>
          <w:color w:val="000000" w:themeColor="text1"/>
          <w:sz w:val="22"/>
          <w:szCs w:val="22"/>
        </w:rPr>
        <w:t>( )</w:t>
      </w:r>
      <w:proofErr w:type="gramEnd"/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 NÃO( ) 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ENDEREÇO: 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BAIRRO: 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CIDADE: 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CEP: 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E-MAIL: </w:t>
      </w:r>
    </w:p>
    <w:p w:rsidR="002D60DB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TELEFONE: </w:t>
      </w:r>
    </w:p>
    <w:p w:rsidR="00FD056D" w:rsidRPr="00AF383E" w:rsidRDefault="002D60DB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AF383E">
        <w:rPr>
          <w:rFonts w:ascii="Arial" w:hAnsi="Arial" w:cs="Arial"/>
          <w:color w:val="000000" w:themeColor="text1"/>
          <w:sz w:val="22"/>
          <w:szCs w:val="22"/>
        </w:rPr>
        <w:t>Representante</w:t>
      </w:r>
      <w:proofErr w:type="spellEnd"/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 Legal: CPF:</w:t>
      </w:r>
    </w:p>
    <w:p w:rsidR="00D63A1A" w:rsidRPr="00AF383E" w:rsidRDefault="00B94DF5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>LOTE 01 – ENVELOPES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26"/>
        <w:gridCol w:w="1365"/>
        <w:gridCol w:w="1495"/>
        <w:gridCol w:w="1944"/>
        <w:gridCol w:w="690"/>
        <w:gridCol w:w="1246"/>
        <w:gridCol w:w="1164"/>
      </w:tblGrid>
      <w:tr w:rsidR="00AF383E" w:rsidRPr="00AF383E"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ITEM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OBJETO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DESCRIÇÃO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UNIDADE DE FORNECIMENTO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QT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UNITÁRIO (R$)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TOTAL (R$)</w:t>
            </w:r>
          </w:p>
        </w:tc>
      </w:tr>
      <w:tr w:rsidR="00AF383E" w:rsidRPr="00AF383E"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01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ENVELOPE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 xml:space="preserve">Envelope pequeno (sem janela) Medidas: 23 x 11,3 cm fechado, com aba de 3,7 cm para fechar o envelope.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Descrição: no canto superior esquerdo, deverá </w:t>
            </w: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 xml:space="preserve">conter a impressão da identificação do Crefito-13. À direita, o símbolo das armas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>da república acima da escrita “CREFITO - 13”, e à esquerda do símbolo, o endereço do Conselho. O texto do Endereço deverá conte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r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 xml:space="preserve">as seguintes informações: “Conselho Regional de Fisioterapia e Terapia Ocupacional da 13ª Região - Rua Antônio Maria Coelho, n°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 xml:space="preserve">1400 – Centro – Campo Grande – MS - CEP: 79.002-220 Fone: (67) 3321 -4558 / (67) – 3321 – 4346. Material: Papel offset 90g,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 xml:space="preserve">cor 1x0 (frente). Arte ofertada pelo </w:t>
            </w: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CREFITO-13.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4000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02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ENVELOPE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 xml:space="preserve">Envelope Médio. Medidas: 25 x 18 cm fechado, com aba de 3 cm para fechar o envelope. No canto superior esquerdo,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>deverá conter a impressão da identificação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 do Crefito-13. À direita, o símbolo das armas da república acima da escrita “CREFITO - 13”,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 xml:space="preserve">e à esquerda do símbolo, o endereço do Conselho. Ao centro, a descrição “NÃO DOBRAR”. O texto do Endereço deverá conter as seguintes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>informações: “Conselho Regio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nal de Fisioterapia e Terapia Ocupacional da 13ª Região - </w:t>
            </w: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 xml:space="preserve">Rua Antônio Maria Coelho, n° 1400 – Centro –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 xml:space="preserve">Campo Grande – MS - CEP: 79.002-220 Fone: (67) 3321 - 4558 / (67) – 3321 – 4346. Material: Papel Duplex Cartonado 240g, cor 1x0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>(frente). Arte ofertada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 pelo CREFITO-13.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2000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03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ENVELOPE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 xml:space="preserve">Envelope Grande. Medidas: 34 x 24 cm fechado, com aba de 4 cm para fechar o envelope. No canto superior esquerdo,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deverá conter a impressão da identificação do Crefito-13. À direita, o símbolo das armas da república acima da escrita “CREFITO - 13”,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</w: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 xml:space="preserve">e à esquerda do símbolo, o endereço do Conselho. “Conselho Regional de Fisioterapia e Terapia Ocupacional da 13ª Região 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- Rua Antônio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 xml:space="preserve">Maria Coelho, n° 1400 – Centro – Campo Grande – MS - CEP: 79.002-220 Fone: (67) 3321 - 4558 / (67) – 3321 – 4346. Material: Papel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>offset 90g, cor 1x0 (frente). Arte ofertada pelo CREFITO-13.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4000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04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ENVELOPE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 xml:space="preserve">Envelope gigante. Medidas: 40 x 30 cm fechado, com aba de 5 cm para fechar o envelope. No canto superior esquerdo,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 xml:space="preserve">deverá conter a impressão da </w:t>
            </w: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 xml:space="preserve">identificação do Crefito-13. À direita, o símbolo das armas da república acima da escrita “CREFITO - 13”, </w:t>
            </w:r>
            <w:r w:rsidRPr="00AF383E">
              <w:rPr>
                <w:rFonts w:ascii="Arial" w:hAnsi="Arial" w:cs="Arial"/>
                <w:color w:val="000000" w:themeColor="text1"/>
              </w:rPr>
              <w:br/>
              <w:t>e à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 esquerda do símbolo, o endereço do Conselho. Ao centro, a descrição “NÃO DOBRAR”. Arte ofertada pelo CREFITO-13.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200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>
        <w:tc>
          <w:tcPr>
            <w:tcW w:w="7404" w:type="dxa"/>
            <w:gridSpan w:val="6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VALOR TOTAL DO LOTE 01</w:t>
            </w:r>
          </w:p>
        </w:tc>
        <w:tc>
          <w:tcPr>
            <w:tcW w:w="1234" w:type="dxa"/>
          </w:tcPr>
          <w:p w:rsidR="00D63A1A" w:rsidRPr="00AF383E" w:rsidRDefault="00B94DF5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</w:tbl>
    <w:p w:rsidR="00000000" w:rsidRPr="00AF383E" w:rsidRDefault="00B94DF5" w:rsidP="00AF383E">
      <w:pPr>
        <w:spacing w:line="240" w:lineRule="auto"/>
        <w:rPr>
          <w:rFonts w:ascii="Arial" w:hAnsi="Arial" w:cs="Arial"/>
          <w:color w:val="000000" w:themeColor="text1"/>
        </w:rPr>
      </w:pPr>
    </w:p>
    <w:p w:rsidR="00F40ED8" w:rsidRPr="00AF383E" w:rsidRDefault="00F40ED8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LOTE </w:t>
      </w:r>
      <w:r w:rsidRPr="00AF383E">
        <w:rPr>
          <w:rFonts w:ascii="Arial" w:hAnsi="Arial" w:cs="Arial"/>
          <w:color w:val="000000" w:themeColor="text1"/>
          <w:sz w:val="22"/>
          <w:szCs w:val="22"/>
        </w:rPr>
        <w:t>02 – PASTAS INSTITUCIONAIS E PRONTUÁRIAS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26"/>
        <w:gridCol w:w="1764"/>
        <w:gridCol w:w="2002"/>
        <w:gridCol w:w="1611"/>
        <w:gridCol w:w="599"/>
        <w:gridCol w:w="1047"/>
        <w:gridCol w:w="981"/>
      </w:tblGrid>
      <w:tr w:rsidR="00AF383E" w:rsidRPr="00AF383E" w:rsidTr="00C17A31"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ITEM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OBJETO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DESCRIÇÃO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UNIDADE DE FORNECIMENTO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QT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UNITÁRIO (R$)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TOTAL (R$)</w:t>
            </w:r>
          </w:p>
        </w:tc>
      </w:tr>
      <w:tr w:rsidR="00AF383E" w:rsidRPr="00AF383E" w:rsidTr="00C17A31"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01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PASTA COM BOLSA ENCAIXE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PASTA com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bolsa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encaixe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aberto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320x470mm;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fechado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320x235mm;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4x0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couchê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liso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250gr/m²;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branca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com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laminação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Bopp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brilho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frente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com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acabamento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dobra;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bolsa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12cm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vincada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colada do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direito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interno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CREFITO-13.</w:t>
            </w:r>
          </w:p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5</w:t>
            </w:r>
            <w:r w:rsidRPr="00AF383E">
              <w:rPr>
                <w:rFonts w:ascii="Arial" w:hAnsi="Arial" w:cs="Arial"/>
                <w:color w:val="000000" w:themeColor="text1"/>
              </w:rPr>
              <w:t>000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C17A31"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02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PASTA PRONTUÁRIO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PASTA PRONTUÁRIO de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Processo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Ético-Disciplinar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aberto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330x530mm;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fechado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330x240mm;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cartolina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240gr/m²;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rosa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acabamento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dobra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sanfona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5cm com 3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vincos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2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furos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laterais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para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encaixe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grampo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trilho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CREFITO-13.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100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C17A31"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03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PASTA PRONTUÁRIO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de PASTA PRONTUÁRIO de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Processo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Licitatório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,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aberto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330x530mm;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fechado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330x240mm;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cartolina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240gr/m²;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branca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acabamento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dobra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sanfona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5cm com 3 </w:t>
            </w:r>
            <w:proofErr w:type="spellStart"/>
            <w:proofErr w:type="gramStart"/>
            <w:r w:rsidRPr="00AF383E">
              <w:rPr>
                <w:rFonts w:ascii="Arial" w:hAnsi="Arial" w:cs="Arial"/>
                <w:color w:val="000000" w:themeColor="text1"/>
              </w:rPr>
              <w:t>vinco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>;,</w:t>
            </w:r>
            <w:proofErr w:type="gramEnd"/>
            <w:r w:rsidRPr="00AF383E">
              <w:rPr>
                <w:rFonts w:ascii="Arial" w:hAnsi="Arial" w:cs="Arial"/>
                <w:color w:val="000000" w:themeColor="text1"/>
              </w:rPr>
              <w:t xml:space="preserve"> 2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furos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laterais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para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encaixe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grampo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trilho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</w:t>
            </w: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 xml:space="preserve">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100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C17A31"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04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PASTA PRONTUÁRIO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PASTA PRONTUÁRIO de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Contrato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aberto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330x530mm;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fechado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330x240mm;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cartolina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240gr/m²;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branca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acabamento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dobra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sanfona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5cm com 3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vincos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2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furos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laterais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para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encaixe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grampo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trilho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</w:t>
            </w:r>
            <w:r w:rsidRPr="00AF383E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1</w:t>
            </w:r>
            <w:r w:rsidRPr="00AF383E">
              <w:rPr>
                <w:rFonts w:ascii="Arial" w:hAnsi="Arial" w:cs="Arial"/>
                <w:color w:val="000000" w:themeColor="text1"/>
              </w:rPr>
              <w:t>00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C17A31"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05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PASTA DE PROCESSO</w:t>
            </w:r>
          </w:p>
          <w:p w:rsidR="00F40ED8" w:rsidRPr="00AF383E" w:rsidRDefault="00F40ED8" w:rsidP="00AF383E">
            <w:pPr>
              <w:spacing w:after="80"/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TRIBUTÁRIO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PASTA de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Processo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Tributário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aberto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320x470mm;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fechado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320x235mm; com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1 dobra;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cartolina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240gr/m²;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branco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2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furos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laterais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para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encaixe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grampo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trilho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CREFITO-13.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100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C17A31"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06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PASTA PRONTUÁRIO DE PROCESSO ADMINISTRATIVO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PASTA PRONTUÁRIO de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Processo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Administrativo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Registro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Empresa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/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Consul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lastRenderedPageBreak/>
              <w:t>tório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aberto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330x530mm;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fechado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330x240mm;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cartolina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240gr/m²;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amarelo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acabamento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dobra </w:t>
            </w:r>
            <w:proofErr w:type="spellStart"/>
            <w:proofErr w:type="gramStart"/>
            <w:r w:rsidRPr="00AF383E">
              <w:rPr>
                <w:rFonts w:ascii="Arial" w:hAnsi="Arial" w:cs="Arial"/>
                <w:color w:val="000000" w:themeColor="text1"/>
              </w:rPr>
              <w:t>sanfona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 5</w:t>
            </w:r>
            <w:proofErr w:type="gramEnd"/>
            <w:r w:rsidRPr="00AF383E">
              <w:rPr>
                <w:rFonts w:ascii="Arial" w:hAnsi="Arial" w:cs="Arial"/>
                <w:color w:val="000000" w:themeColor="text1"/>
              </w:rPr>
              <w:t xml:space="preserve">cm com 3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vincos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2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furos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laterais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para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encaixe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grampo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trilho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CREFITO-13.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1000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C17A31"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07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PASTA PRONTUARIO DE PROCESSO REGISTRO (PESSOA FÍSICA).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FISIOTERAPEUTA.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PASTA PRONTUÁRIO de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Processo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Registro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de Pessoa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Física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-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Fisioterapeuta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aberto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330x530mm,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fechado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330x240mm;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cartolina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240gr/m²;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verde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acabamento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dobra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sanfona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5cm com 3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vincos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2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furos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laterais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para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encaixe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grampo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trilho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CREFITO-13.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500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C17A31"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08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PASTA PRONTUÁRIO DE PROCESSO REGISTRO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lastRenderedPageBreak/>
              <w:t>(PESSOA FÍSICA) TERAPEUTA OCUPACIONAL</w:t>
            </w:r>
            <w:r w:rsidRPr="00AF383E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PASTA PRONTUÁRIO de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Processo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Registro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de Pessoa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Física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-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lastRenderedPageBreak/>
              <w:t>Terapeuta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Ocupacional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,</w:t>
            </w:r>
            <w:r w:rsidRPr="00AF383E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aberto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330x530mm,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fechado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330x240mm;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cartolina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240gr/m²;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azul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acabamento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dobra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sanfona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5cm com 3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vincos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2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furos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laterais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para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encaixe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grampo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trilho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200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</w:tr>
      <w:tr w:rsidR="00AF383E" w:rsidRPr="00AF383E" w:rsidTr="00C17A31">
        <w:tc>
          <w:tcPr>
            <w:tcW w:w="7404" w:type="dxa"/>
            <w:gridSpan w:val="6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VALOR TOTAL DO LOTE 02</w:t>
            </w:r>
          </w:p>
        </w:tc>
        <w:tc>
          <w:tcPr>
            <w:tcW w:w="1234" w:type="dxa"/>
          </w:tcPr>
          <w:p w:rsidR="00F40ED8" w:rsidRPr="00AF383E" w:rsidRDefault="00F40ED8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</w:tbl>
    <w:p w:rsidR="00F40ED8" w:rsidRPr="00AF383E" w:rsidRDefault="00F40ED8" w:rsidP="00AF383E">
      <w:pPr>
        <w:spacing w:line="240" w:lineRule="auto"/>
        <w:rPr>
          <w:rFonts w:ascii="Arial" w:hAnsi="Arial" w:cs="Arial"/>
          <w:color w:val="000000" w:themeColor="text1"/>
        </w:rPr>
      </w:pPr>
    </w:p>
    <w:p w:rsidR="00732A0D" w:rsidRPr="00AF383E" w:rsidRDefault="00732A0D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LOTE </w:t>
      </w:r>
      <w:r w:rsidRPr="00AF383E">
        <w:rPr>
          <w:rFonts w:ascii="Arial" w:hAnsi="Arial" w:cs="Arial"/>
          <w:color w:val="000000" w:themeColor="text1"/>
          <w:sz w:val="22"/>
          <w:szCs w:val="22"/>
        </w:rPr>
        <w:t>03</w:t>
      </w: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 – </w:t>
      </w:r>
      <w:r w:rsidRPr="00AF383E">
        <w:rPr>
          <w:rFonts w:ascii="Arial" w:hAnsi="Arial" w:cs="Arial"/>
          <w:color w:val="000000" w:themeColor="text1"/>
          <w:sz w:val="22"/>
          <w:szCs w:val="22"/>
          <w:u w:val="single"/>
        </w:rPr>
        <w:t>DOCUMENTOS OFICIAIS E CERTIFICAÇÕES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1"/>
        <w:gridCol w:w="1800"/>
        <w:gridCol w:w="1851"/>
        <w:gridCol w:w="1690"/>
        <w:gridCol w:w="520"/>
        <w:gridCol w:w="1094"/>
        <w:gridCol w:w="1024"/>
      </w:tblGrid>
      <w:tr w:rsidR="00AF383E" w:rsidRPr="00AF383E" w:rsidTr="00732A0D">
        <w:tc>
          <w:tcPr>
            <w:tcW w:w="6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ITEM</w:t>
            </w:r>
          </w:p>
        </w:tc>
        <w:tc>
          <w:tcPr>
            <w:tcW w:w="193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OBJETO</w:t>
            </w:r>
          </w:p>
        </w:tc>
        <w:tc>
          <w:tcPr>
            <w:tcW w:w="19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DESCRIÇÃO</w:t>
            </w:r>
          </w:p>
        </w:tc>
        <w:tc>
          <w:tcPr>
            <w:tcW w:w="1701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UNIDADE DE FORNECIMENTO</w:t>
            </w:r>
          </w:p>
        </w:tc>
        <w:tc>
          <w:tcPr>
            <w:tcW w:w="73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QT</w:t>
            </w:r>
          </w:p>
        </w:tc>
        <w:tc>
          <w:tcPr>
            <w:tcW w:w="95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UNITÁRIO (R$)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TOTAL (R$)</w:t>
            </w:r>
          </w:p>
        </w:tc>
      </w:tr>
      <w:tr w:rsidR="00AF383E" w:rsidRPr="00AF383E" w:rsidTr="00732A0D">
        <w:tc>
          <w:tcPr>
            <w:tcW w:w="6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01</w:t>
            </w:r>
          </w:p>
        </w:tc>
        <w:tc>
          <w:tcPr>
            <w:tcW w:w="193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CÉDULA DE IDENTIDADE PROFISSIONAL FISIOTERAPEUTA</w:t>
            </w:r>
          </w:p>
        </w:tc>
        <w:tc>
          <w:tcPr>
            <w:tcW w:w="19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Confecção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CÉDULA DE IDENTIDADE PROFISSIONAL FISIOTERAPEUTA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branco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offset 180gr/m²;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4x0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(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frente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);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122x96mm;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01 (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uma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) dobra.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Arte 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ser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produzida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pela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conforme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lastRenderedPageBreak/>
              <w:t>modelo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da </w:t>
            </w:r>
            <w:proofErr w:type="spellStart"/>
            <w:proofErr w:type="gram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>..</w:t>
            </w:r>
            <w:proofErr w:type="gramEnd"/>
          </w:p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73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700</w:t>
            </w:r>
          </w:p>
        </w:tc>
        <w:tc>
          <w:tcPr>
            <w:tcW w:w="95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6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02</w:t>
            </w:r>
          </w:p>
        </w:tc>
        <w:tc>
          <w:tcPr>
            <w:tcW w:w="193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CÉDULA DE IDENTIDADE PROFISSIONAL TERAPEUTA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OCUPACIONAL.</w:t>
            </w:r>
          </w:p>
        </w:tc>
        <w:tc>
          <w:tcPr>
            <w:tcW w:w="19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Confecção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CÉDULA DE IDENTIDADE PROFISSIONAL TERAPEUTA OCUPACIONAL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branco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offset 180gr/m²;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4x0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(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frente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);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122x96mm;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01 (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uma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) dobra.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Arte 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ser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produzida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pela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conforme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modelo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da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Contratante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.</w:t>
            </w:r>
            <w:r w:rsidRPr="00AF383E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1701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73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300</w:t>
            </w:r>
          </w:p>
        </w:tc>
        <w:tc>
          <w:tcPr>
            <w:tcW w:w="95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6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03</w:t>
            </w:r>
          </w:p>
        </w:tc>
        <w:tc>
          <w:tcPr>
            <w:tcW w:w="193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CERTIFICADO PADRÃO DE REGISTRO DE EMPRESA)</w:t>
            </w:r>
          </w:p>
        </w:tc>
        <w:tc>
          <w:tcPr>
            <w:tcW w:w="19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CERTIFICADO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padrão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de REGISTRO de EMPRESA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policromia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A4;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colorido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couchê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180gr/m². 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CREFITO-13.</w:t>
            </w:r>
          </w:p>
        </w:tc>
        <w:tc>
          <w:tcPr>
            <w:tcW w:w="1701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73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500</w:t>
            </w:r>
          </w:p>
        </w:tc>
        <w:tc>
          <w:tcPr>
            <w:tcW w:w="95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6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04</w:t>
            </w:r>
          </w:p>
        </w:tc>
        <w:tc>
          <w:tcPr>
            <w:tcW w:w="193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CERTIFICADO PADRÃO DE REGISTRO DE CONSULTÓRIO</w:t>
            </w:r>
          </w:p>
        </w:tc>
        <w:tc>
          <w:tcPr>
            <w:tcW w:w="19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CERTIFICADO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padrão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de REGISTRO de CONSULTÓRIO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policromia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A4;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colorido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couchê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 xml:space="preserve">180gr/m². 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CREFITO-13..</w:t>
            </w:r>
          </w:p>
        </w:tc>
        <w:tc>
          <w:tcPr>
            <w:tcW w:w="1701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73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5</w:t>
            </w:r>
            <w:r w:rsidRPr="00AF383E">
              <w:rPr>
                <w:rFonts w:ascii="Arial" w:hAnsi="Arial" w:cs="Arial"/>
                <w:color w:val="000000" w:themeColor="text1"/>
              </w:rPr>
              <w:t>00</w:t>
            </w:r>
          </w:p>
        </w:tc>
        <w:tc>
          <w:tcPr>
            <w:tcW w:w="95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8010" w:type="dxa"/>
            <w:gridSpan w:val="6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VALOR TOTAL DO LOTE 03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</w:tbl>
    <w:p w:rsidR="00F40ED8" w:rsidRPr="00AF383E" w:rsidRDefault="00F40ED8" w:rsidP="00AF383E">
      <w:pPr>
        <w:spacing w:line="240" w:lineRule="auto"/>
        <w:rPr>
          <w:rFonts w:ascii="Arial" w:hAnsi="Arial" w:cs="Arial"/>
          <w:color w:val="000000" w:themeColor="text1"/>
        </w:rPr>
      </w:pPr>
    </w:p>
    <w:p w:rsidR="00732A0D" w:rsidRPr="00AF383E" w:rsidRDefault="00732A0D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LOTE 03 – </w:t>
      </w:r>
      <w:r w:rsidRPr="00AF383E">
        <w:rPr>
          <w:rFonts w:ascii="Arial" w:hAnsi="Arial" w:cs="Arial"/>
          <w:color w:val="000000" w:themeColor="text1"/>
          <w:sz w:val="22"/>
          <w:szCs w:val="22"/>
          <w:u w:val="single"/>
        </w:rPr>
        <w:t>DOCUMENTOS OFICIAIS E CERTIFICAÇÕES</w:t>
      </w:r>
    </w:p>
    <w:tbl>
      <w:tblPr>
        <w:tblStyle w:val="Tabelacomgrade"/>
        <w:tblW w:w="9051" w:type="dxa"/>
        <w:tblLook w:val="04A0" w:firstRow="1" w:lastRow="0" w:firstColumn="1" w:lastColumn="0" w:noHBand="0" w:noVBand="1"/>
      </w:tblPr>
      <w:tblGrid>
        <w:gridCol w:w="742"/>
        <w:gridCol w:w="2135"/>
        <w:gridCol w:w="2197"/>
        <w:gridCol w:w="2001"/>
        <w:gridCol w:w="584"/>
        <w:gridCol w:w="1280"/>
        <w:gridCol w:w="1195"/>
      </w:tblGrid>
      <w:tr w:rsidR="00AF383E" w:rsidRPr="00AF383E" w:rsidTr="00732A0D">
        <w:tc>
          <w:tcPr>
            <w:tcW w:w="6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ITEM</w:t>
            </w:r>
          </w:p>
        </w:tc>
        <w:tc>
          <w:tcPr>
            <w:tcW w:w="193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OBJETO</w:t>
            </w:r>
          </w:p>
        </w:tc>
        <w:tc>
          <w:tcPr>
            <w:tcW w:w="19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DESCRIÇÃO</w:t>
            </w:r>
          </w:p>
        </w:tc>
        <w:tc>
          <w:tcPr>
            <w:tcW w:w="1701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UNIDADE DE FORNECIMENTO</w:t>
            </w:r>
          </w:p>
        </w:tc>
        <w:tc>
          <w:tcPr>
            <w:tcW w:w="73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QT</w:t>
            </w:r>
          </w:p>
        </w:tc>
        <w:tc>
          <w:tcPr>
            <w:tcW w:w="1144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UNITÁRIO (R$)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TOTAL (R$)</w:t>
            </w:r>
          </w:p>
        </w:tc>
      </w:tr>
      <w:tr w:rsidR="00AF383E" w:rsidRPr="00AF383E" w:rsidTr="00732A0D">
        <w:tc>
          <w:tcPr>
            <w:tcW w:w="6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01</w:t>
            </w:r>
          </w:p>
        </w:tc>
        <w:tc>
          <w:tcPr>
            <w:tcW w:w="193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CÉDULA DE IDENTIDADE PROFISSIONAL FISIOTERAPEUTA</w:t>
            </w:r>
          </w:p>
        </w:tc>
        <w:tc>
          <w:tcPr>
            <w:tcW w:w="19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Confecção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CÉDULA DE IDENTIDADE PROFISSIONAL FISIOTERAPEUTA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branco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offset 180gr/m²;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4x0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(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frente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);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122x96mm;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01 (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uma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) dobra.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Arte 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ser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produzida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pela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conforme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modelo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da </w:t>
            </w:r>
            <w:proofErr w:type="spellStart"/>
            <w:proofErr w:type="gram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>..</w:t>
            </w:r>
            <w:proofErr w:type="gramEnd"/>
          </w:p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73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700</w:t>
            </w:r>
          </w:p>
        </w:tc>
        <w:tc>
          <w:tcPr>
            <w:tcW w:w="1144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6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02</w:t>
            </w:r>
          </w:p>
        </w:tc>
        <w:tc>
          <w:tcPr>
            <w:tcW w:w="193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CÉDULA DE IDENTIDADE PROFISSIONAL TERAPEUTA OCUPACIONAL.</w:t>
            </w:r>
          </w:p>
        </w:tc>
        <w:tc>
          <w:tcPr>
            <w:tcW w:w="19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Confecção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CÉDULA DE IDENTIDADE PROFISSIONAL TERAPEUTA OCUPACIONAL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branco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offset 180gr/m²;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4x0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(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frente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);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122x96mm;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01 (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uma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) dobra.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Arte 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ser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produzida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pela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lastRenderedPageBreak/>
              <w:t>conforme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modelo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da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Contratante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.</w:t>
            </w:r>
            <w:r w:rsidRPr="00AF383E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1701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73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300</w:t>
            </w:r>
          </w:p>
        </w:tc>
        <w:tc>
          <w:tcPr>
            <w:tcW w:w="1144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6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03</w:t>
            </w:r>
          </w:p>
        </w:tc>
        <w:tc>
          <w:tcPr>
            <w:tcW w:w="193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CERTIFICADO PADRÃO DE REGISTRO DE EMPRESA)</w:t>
            </w:r>
          </w:p>
        </w:tc>
        <w:tc>
          <w:tcPr>
            <w:tcW w:w="19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CERTIFICADO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padrão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de REGISTRO de EMPRESA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policromia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A4;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colorido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couchê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180gr/m². 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CREFITO-13.</w:t>
            </w:r>
          </w:p>
        </w:tc>
        <w:tc>
          <w:tcPr>
            <w:tcW w:w="1701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73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500</w:t>
            </w:r>
          </w:p>
        </w:tc>
        <w:tc>
          <w:tcPr>
            <w:tcW w:w="1144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6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04</w:t>
            </w:r>
          </w:p>
        </w:tc>
        <w:tc>
          <w:tcPr>
            <w:tcW w:w="193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CERTIFICADO PADRÃO DE REGISTRO DE CONSULTÓRIO</w:t>
            </w:r>
          </w:p>
        </w:tc>
        <w:tc>
          <w:tcPr>
            <w:tcW w:w="199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CERTIFICADO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padrão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de REGISTRO de CONSULTÓRIO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policromia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A4;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colorido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;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couchê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180gr/m². Arte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cedida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CREFITO-13..</w:t>
            </w:r>
          </w:p>
        </w:tc>
        <w:tc>
          <w:tcPr>
            <w:tcW w:w="1701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732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500</w:t>
            </w:r>
          </w:p>
        </w:tc>
        <w:tc>
          <w:tcPr>
            <w:tcW w:w="1144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8205" w:type="dxa"/>
            <w:gridSpan w:val="6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VALOR TOTAL DO LOTE 03</w:t>
            </w:r>
          </w:p>
        </w:tc>
        <w:tc>
          <w:tcPr>
            <w:tcW w:w="84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</w:tbl>
    <w:p w:rsidR="00732A0D" w:rsidRPr="00AF383E" w:rsidRDefault="00732A0D" w:rsidP="00AF383E">
      <w:pPr>
        <w:spacing w:line="240" w:lineRule="auto"/>
        <w:rPr>
          <w:rFonts w:ascii="Arial" w:hAnsi="Arial" w:cs="Arial"/>
          <w:color w:val="000000" w:themeColor="text1"/>
        </w:rPr>
      </w:pPr>
    </w:p>
    <w:p w:rsidR="00732A0D" w:rsidRPr="00AF383E" w:rsidRDefault="00732A0D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LOTE </w:t>
      </w:r>
      <w:r w:rsidRPr="00AF383E">
        <w:rPr>
          <w:rFonts w:ascii="Arial" w:hAnsi="Arial" w:cs="Arial"/>
          <w:color w:val="000000" w:themeColor="text1"/>
          <w:sz w:val="22"/>
          <w:szCs w:val="22"/>
        </w:rPr>
        <w:t>04</w:t>
      </w: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 – </w:t>
      </w:r>
      <w:r w:rsidRPr="00AF383E">
        <w:rPr>
          <w:rFonts w:ascii="Arial" w:hAnsi="Arial" w:cs="Arial"/>
          <w:color w:val="000000" w:themeColor="text1"/>
          <w:sz w:val="22"/>
          <w:szCs w:val="22"/>
          <w:u w:val="single"/>
        </w:rPr>
        <w:t>MATERIAIS DE APOIO INSTITUCIONAL.</w:t>
      </w:r>
    </w:p>
    <w:tbl>
      <w:tblPr>
        <w:tblStyle w:val="Tabelacomgrade"/>
        <w:tblW w:w="8983" w:type="dxa"/>
        <w:tblLook w:val="04A0" w:firstRow="1" w:lastRow="0" w:firstColumn="1" w:lastColumn="0" w:noHBand="0" w:noVBand="1"/>
      </w:tblPr>
      <w:tblGrid>
        <w:gridCol w:w="742"/>
        <w:gridCol w:w="2270"/>
        <w:gridCol w:w="1782"/>
        <w:gridCol w:w="2001"/>
        <w:gridCol w:w="706"/>
        <w:gridCol w:w="1280"/>
        <w:gridCol w:w="1195"/>
      </w:tblGrid>
      <w:tr w:rsidR="00AF383E" w:rsidRPr="00AF383E" w:rsidTr="00732A0D">
        <w:tc>
          <w:tcPr>
            <w:tcW w:w="71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ITEM</w:t>
            </w:r>
          </w:p>
        </w:tc>
        <w:tc>
          <w:tcPr>
            <w:tcW w:w="1813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OBJETO</w:t>
            </w:r>
          </w:p>
        </w:tc>
        <w:tc>
          <w:tcPr>
            <w:tcW w:w="1813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DESCRIÇÃO</w:t>
            </w:r>
          </w:p>
        </w:tc>
        <w:tc>
          <w:tcPr>
            <w:tcW w:w="1773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UNIDADE DE FORNECIMENTO</w:t>
            </w:r>
          </w:p>
        </w:tc>
        <w:tc>
          <w:tcPr>
            <w:tcW w:w="79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QT</w:t>
            </w:r>
          </w:p>
        </w:tc>
        <w:tc>
          <w:tcPr>
            <w:tcW w:w="1189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UNITÁRIO (R$)</w:t>
            </w:r>
          </w:p>
        </w:tc>
        <w:tc>
          <w:tcPr>
            <w:tcW w:w="87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TOTAL (R$)</w:t>
            </w:r>
          </w:p>
        </w:tc>
      </w:tr>
      <w:tr w:rsidR="00AF383E" w:rsidRPr="00AF383E" w:rsidTr="00732A0D">
        <w:tc>
          <w:tcPr>
            <w:tcW w:w="71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01</w:t>
            </w:r>
          </w:p>
        </w:tc>
        <w:tc>
          <w:tcPr>
            <w:tcW w:w="1813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CANETA METÁLICA</w:t>
            </w:r>
          </w:p>
        </w:tc>
        <w:tc>
          <w:tcPr>
            <w:tcW w:w="1813" w:type="dxa"/>
          </w:tcPr>
          <w:p w:rsidR="00732A0D" w:rsidRPr="00AF383E" w:rsidRDefault="00732A0D" w:rsidP="00AF383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Caneta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metálica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com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carga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esferográfica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azul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acionamento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clique.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Medidas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aproximadas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para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gravação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(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CxL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): 3 cm x 0,7 cm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Tamanho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total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aproximado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(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CxL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): (1,4 X 14,2 X 1,2cm) </w:t>
            </w: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 xml:space="preserve">Peso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aproximado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(g): 16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Personalização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>: Laser</w:t>
            </w:r>
          </w:p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 xml:space="preserve">CATMAT - 427913.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Arte 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ser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produzida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pela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.</w:t>
            </w:r>
          </w:p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73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79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 xml:space="preserve">1000             </w:t>
            </w:r>
          </w:p>
        </w:tc>
        <w:tc>
          <w:tcPr>
            <w:tcW w:w="1189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7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71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02</w:t>
            </w:r>
          </w:p>
        </w:tc>
        <w:tc>
          <w:tcPr>
            <w:tcW w:w="1813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COPO BUCKS CAFÉ PLÁSTICO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.</w:t>
            </w:r>
          </w:p>
        </w:tc>
        <w:tc>
          <w:tcPr>
            <w:tcW w:w="1813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Copo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gramStart"/>
            <w:r w:rsidRPr="00AF383E">
              <w:rPr>
                <w:rFonts w:ascii="Arial" w:hAnsi="Arial" w:cs="Arial"/>
                <w:color w:val="000000" w:themeColor="text1"/>
              </w:rPr>
              <w:t>bucks</w:t>
            </w:r>
            <w:proofErr w:type="gramEnd"/>
            <w:r w:rsidRPr="00AF383E">
              <w:rPr>
                <w:rFonts w:ascii="Arial" w:hAnsi="Arial" w:cs="Arial"/>
                <w:color w:val="000000" w:themeColor="text1"/>
              </w:rPr>
              <w:t xml:space="preserve"> café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plástico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500 ml,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branca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personalizado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com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logomarca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do CREFITO-13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duas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cores.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Arte 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ser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produzida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pela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.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Apresentar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protótipo</w:t>
            </w:r>
            <w:proofErr w:type="spellEnd"/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.</w:t>
            </w:r>
            <w:r w:rsidRPr="00AF383E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1773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797" w:type="dxa"/>
          </w:tcPr>
          <w:p w:rsidR="00732A0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2</w:t>
            </w:r>
            <w:r w:rsidR="00732A0D" w:rsidRPr="00AF383E">
              <w:rPr>
                <w:rFonts w:ascii="Arial" w:hAnsi="Arial" w:cs="Arial"/>
                <w:color w:val="000000" w:themeColor="text1"/>
              </w:rPr>
              <w:t>00</w:t>
            </w:r>
          </w:p>
        </w:tc>
        <w:tc>
          <w:tcPr>
            <w:tcW w:w="1189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7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71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03</w:t>
            </w:r>
          </w:p>
        </w:tc>
        <w:tc>
          <w:tcPr>
            <w:tcW w:w="1813" w:type="dxa"/>
          </w:tcPr>
          <w:p w:rsidR="00732A0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BLOCO DE ANOTAÇÕES PARA EVENTO</w:t>
            </w: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s.</w:t>
            </w:r>
          </w:p>
        </w:tc>
        <w:tc>
          <w:tcPr>
            <w:tcW w:w="1813" w:type="dxa"/>
          </w:tcPr>
          <w:p w:rsidR="00732A0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BLOCO DE ANOTAÇÕES PARA EVENTO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 -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Miolo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: 150 mm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Largura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x 210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(com o logo CREFITO-13) com 10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folhas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bloco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Arte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fornecida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pelo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CREFITO-13.</w:t>
            </w:r>
            <w:r w:rsidR="00732A0D" w:rsidRPr="00AF383E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1773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797" w:type="dxa"/>
          </w:tcPr>
          <w:p w:rsidR="00732A0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2500</w:t>
            </w:r>
          </w:p>
        </w:tc>
        <w:tc>
          <w:tcPr>
            <w:tcW w:w="1189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7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716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04</w:t>
            </w:r>
          </w:p>
        </w:tc>
        <w:tc>
          <w:tcPr>
            <w:tcW w:w="1813" w:type="dxa"/>
          </w:tcPr>
          <w:p w:rsidR="00732A0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CORDÕES PERSONALIZADOS PARA CRACHÁS</w:t>
            </w:r>
          </w:p>
        </w:tc>
        <w:tc>
          <w:tcPr>
            <w:tcW w:w="1813" w:type="dxa"/>
          </w:tcPr>
          <w:p w:rsidR="00732A0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Cordões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Personalizados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com 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logomarca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do CREFITO-13.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Tecido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reforçado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Fecho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: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Jacaré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alta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resistência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lastRenderedPageBreak/>
              <w:t xml:space="preserve">Arte 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ser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produzida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pela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.</w:t>
            </w:r>
            <w:r w:rsidR="00732A0D" w:rsidRPr="00AF383E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1773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797" w:type="dxa"/>
          </w:tcPr>
          <w:p w:rsidR="00732A0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15</w:t>
            </w:r>
          </w:p>
        </w:tc>
        <w:tc>
          <w:tcPr>
            <w:tcW w:w="1189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87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732A0D">
        <w:tc>
          <w:tcPr>
            <w:tcW w:w="8106" w:type="dxa"/>
            <w:gridSpan w:val="6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  <w:p w:rsidR="00732A0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VALOR TOTAL DO LOTE 04</w:t>
            </w:r>
          </w:p>
        </w:tc>
        <w:tc>
          <w:tcPr>
            <w:tcW w:w="877" w:type="dxa"/>
          </w:tcPr>
          <w:p w:rsidR="00732A0D" w:rsidRPr="00AF383E" w:rsidRDefault="00732A0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</w:tbl>
    <w:p w:rsidR="00732A0D" w:rsidRPr="00AF383E" w:rsidRDefault="00732A0D" w:rsidP="00AF383E">
      <w:pPr>
        <w:spacing w:line="240" w:lineRule="auto"/>
        <w:rPr>
          <w:rFonts w:ascii="Arial" w:hAnsi="Arial" w:cs="Arial"/>
          <w:color w:val="000000" w:themeColor="text1"/>
        </w:rPr>
      </w:pPr>
    </w:p>
    <w:p w:rsidR="00FD056D" w:rsidRPr="00AF383E" w:rsidRDefault="00FD056D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LOTE </w:t>
      </w:r>
      <w:r w:rsidRPr="00AF383E">
        <w:rPr>
          <w:rFonts w:ascii="Arial" w:hAnsi="Arial" w:cs="Arial"/>
          <w:color w:val="000000" w:themeColor="text1"/>
          <w:sz w:val="22"/>
          <w:szCs w:val="22"/>
        </w:rPr>
        <w:t>05</w:t>
      </w: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 – </w:t>
      </w:r>
      <w:r w:rsidRPr="00AF383E">
        <w:rPr>
          <w:rFonts w:ascii="Arial" w:hAnsi="Arial" w:cs="Arial"/>
          <w:color w:val="000000" w:themeColor="text1"/>
          <w:sz w:val="22"/>
          <w:szCs w:val="22"/>
          <w:u w:val="single"/>
        </w:rPr>
        <w:t>ESTRUTURAS DE APOIO A EVENTOS E COMUNICAÇÃO VISUAL</w:t>
      </w:r>
      <w:r w:rsidRPr="00AF383E">
        <w:rPr>
          <w:rFonts w:ascii="Arial" w:hAnsi="Arial" w:cs="Arial"/>
          <w:color w:val="000000" w:themeColor="text1"/>
          <w:sz w:val="22"/>
          <w:szCs w:val="22"/>
          <w:u w:val="single"/>
        </w:rPr>
        <w:t>.</w:t>
      </w:r>
    </w:p>
    <w:tbl>
      <w:tblPr>
        <w:tblStyle w:val="Tabelacomgrade"/>
        <w:tblW w:w="9718" w:type="dxa"/>
        <w:tblLook w:val="04A0" w:firstRow="1" w:lastRow="0" w:firstColumn="1" w:lastColumn="0" w:noHBand="0" w:noVBand="1"/>
      </w:tblPr>
      <w:tblGrid>
        <w:gridCol w:w="742"/>
        <w:gridCol w:w="2478"/>
        <w:gridCol w:w="1941"/>
        <w:gridCol w:w="2001"/>
        <w:gridCol w:w="522"/>
        <w:gridCol w:w="1280"/>
        <w:gridCol w:w="1195"/>
      </w:tblGrid>
      <w:tr w:rsidR="00AF383E" w:rsidRPr="00AF383E" w:rsidTr="00FD056D">
        <w:tc>
          <w:tcPr>
            <w:tcW w:w="747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ITEM</w:t>
            </w:r>
          </w:p>
        </w:tc>
        <w:tc>
          <w:tcPr>
            <w:tcW w:w="2478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OBJETO</w:t>
            </w:r>
          </w:p>
        </w:tc>
        <w:tc>
          <w:tcPr>
            <w:tcW w:w="194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DESCRIÇÃO</w:t>
            </w:r>
          </w:p>
        </w:tc>
        <w:tc>
          <w:tcPr>
            <w:tcW w:w="1872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UNIDADE DE FORNECIMENTO</w:t>
            </w:r>
          </w:p>
        </w:tc>
        <w:tc>
          <w:tcPr>
            <w:tcW w:w="510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QT</w:t>
            </w:r>
          </w:p>
        </w:tc>
        <w:tc>
          <w:tcPr>
            <w:tcW w:w="125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UNITÁRIO (R$)</w:t>
            </w:r>
          </w:p>
        </w:tc>
        <w:tc>
          <w:tcPr>
            <w:tcW w:w="919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TOTAL (R$)</w:t>
            </w:r>
          </w:p>
        </w:tc>
      </w:tr>
      <w:tr w:rsidR="00AF383E" w:rsidRPr="00AF383E" w:rsidTr="00FD056D">
        <w:tc>
          <w:tcPr>
            <w:tcW w:w="747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01</w:t>
            </w:r>
          </w:p>
        </w:tc>
        <w:tc>
          <w:tcPr>
            <w:tcW w:w="2478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BACKDROPS/FUNDO</w:t>
            </w:r>
          </w:p>
        </w:tc>
        <w:tc>
          <w:tcPr>
            <w:tcW w:w="1941" w:type="dxa"/>
          </w:tcPr>
          <w:p w:rsidR="00FD056D" w:rsidRPr="00AF383E" w:rsidRDefault="00FD056D" w:rsidP="00AF383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 xml:space="preserve">Backdrops/Fundo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Palco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estrutura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metálica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retrátil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que se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adapta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espaço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do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cliente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estrutura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não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aparente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autoportante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com 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confecção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painel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lona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Frontlight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ou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Backlight,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vinílica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ou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fosca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4x4 cores, com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resolução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mínima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300 dpi,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impressão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digital com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envelopamento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total.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Sapatas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suporte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rente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chão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painel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ficando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a 10mm do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piso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toda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estrutura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protegida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para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não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arranhar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ou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danificar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pisos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paredes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4m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largura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x 2.5m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altura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x 3cm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profundidade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>.</w:t>
            </w:r>
          </w:p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 xml:space="preserve">CATMAT - 427913.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Arte a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ser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produzida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 xml:space="preserve"> 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lastRenderedPageBreak/>
              <w:t xml:space="preserve">pela </w:t>
            </w:r>
            <w:proofErr w:type="spellStart"/>
            <w:proofErr w:type="gramStart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Contratada</w:t>
            </w:r>
            <w:proofErr w:type="spellEnd"/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..</w:t>
            </w:r>
            <w:proofErr w:type="gramEnd"/>
          </w:p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872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UNIDADE</w:t>
            </w:r>
          </w:p>
        </w:tc>
        <w:tc>
          <w:tcPr>
            <w:tcW w:w="510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01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             </w:t>
            </w:r>
          </w:p>
        </w:tc>
        <w:tc>
          <w:tcPr>
            <w:tcW w:w="125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919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FD056D">
        <w:tc>
          <w:tcPr>
            <w:tcW w:w="747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lastRenderedPageBreak/>
              <w:t>02</w:t>
            </w:r>
          </w:p>
        </w:tc>
        <w:tc>
          <w:tcPr>
            <w:tcW w:w="2478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MOLDURA</w:t>
            </w:r>
          </w:p>
        </w:tc>
        <w:tc>
          <w:tcPr>
            <w:tcW w:w="194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Moldura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tamanho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33x24cm, com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borda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devendo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medir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2 cm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cada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: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preto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Características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Adicionais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: com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fundo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MDF 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frente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vidro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MOLDURA: Lisa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MDF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preta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Tampo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traseiro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removível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MDF 3mm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Pendurador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jacaré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1872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510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2</w:t>
            </w:r>
            <w:r w:rsidRPr="00AF383E"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125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919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FD056D">
        <w:tc>
          <w:tcPr>
            <w:tcW w:w="747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03</w:t>
            </w:r>
          </w:p>
        </w:tc>
        <w:tc>
          <w:tcPr>
            <w:tcW w:w="2478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  <w:u w:val="single"/>
              </w:rPr>
              <w:t>PRISMA DE MESA COM FUNÇÃO DE IDENTIFICAÇÃO DE NOME.</w:t>
            </w:r>
          </w:p>
        </w:tc>
        <w:tc>
          <w:tcPr>
            <w:tcW w:w="194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 xml:space="preserve">PRISMA DE MESA COM FUNÇÃO DE IDENTIFICAÇÃO DE NOME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Tamanho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aproximado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: 210mm x75mm 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espessura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2mm Material: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transparente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Orientação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: horizontal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Altura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x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largura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: 7.5 cm x 21 cm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Modelo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: de mesa com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duas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faces para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colocação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papel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Perdurável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>: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 NÃO</w:t>
            </w:r>
          </w:p>
        </w:tc>
        <w:tc>
          <w:tcPr>
            <w:tcW w:w="1872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510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25</w:t>
            </w:r>
          </w:p>
        </w:tc>
        <w:tc>
          <w:tcPr>
            <w:tcW w:w="125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919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FD056D">
        <w:tc>
          <w:tcPr>
            <w:tcW w:w="8799" w:type="dxa"/>
            <w:gridSpan w:val="6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VALOR TOTAL DO LOTE 05</w:t>
            </w:r>
          </w:p>
        </w:tc>
        <w:tc>
          <w:tcPr>
            <w:tcW w:w="919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</w:tbl>
    <w:p w:rsidR="00FD056D" w:rsidRPr="00AF383E" w:rsidRDefault="00FD056D" w:rsidP="00AF383E">
      <w:pPr>
        <w:spacing w:line="240" w:lineRule="auto"/>
        <w:rPr>
          <w:rFonts w:ascii="Arial" w:hAnsi="Arial" w:cs="Arial"/>
          <w:color w:val="000000" w:themeColor="text1"/>
        </w:rPr>
      </w:pPr>
    </w:p>
    <w:p w:rsidR="00FD056D" w:rsidRPr="00AF383E" w:rsidRDefault="00FD056D" w:rsidP="00AF383E">
      <w:pPr>
        <w:spacing w:line="240" w:lineRule="auto"/>
        <w:rPr>
          <w:rFonts w:ascii="Arial" w:hAnsi="Arial" w:cs="Arial"/>
          <w:color w:val="000000" w:themeColor="text1"/>
        </w:rPr>
      </w:pPr>
    </w:p>
    <w:p w:rsidR="00FD056D" w:rsidRPr="00AF383E" w:rsidRDefault="00FD056D" w:rsidP="00AF383E">
      <w:pPr>
        <w:pStyle w:val="Ttulo2"/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F383E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LOTE </w:t>
      </w:r>
      <w:r w:rsidRPr="00AF383E">
        <w:rPr>
          <w:rFonts w:ascii="Arial" w:hAnsi="Arial" w:cs="Arial"/>
          <w:color w:val="000000" w:themeColor="text1"/>
          <w:sz w:val="22"/>
          <w:szCs w:val="22"/>
        </w:rPr>
        <w:t>06</w:t>
      </w:r>
      <w:r w:rsidRPr="00AF383E">
        <w:rPr>
          <w:rFonts w:ascii="Arial" w:hAnsi="Arial" w:cs="Arial"/>
          <w:color w:val="000000" w:themeColor="text1"/>
          <w:sz w:val="22"/>
          <w:szCs w:val="22"/>
        </w:rPr>
        <w:t xml:space="preserve"> – </w:t>
      </w:r>
      <w:r w:rsidRPr="00AF383E">
        <w:rPr>
          <w:rFonts w:ascii="Arial" w:hAnsi="Arial" w:cs="Arial"/>
          <w:color w:val="000000" w:themeColor="text1"/>
          <w:sz w:val="22"/>
          <w:szCs w:val="22"/>
          <w:u w:val="single"/>
        </w:rPr>
        <w:t>SELO</w:t>
      </w:r>
    </w:p>
    <w:tbl>
      <w:tblPr>
        <w:tblStyle w:val="Tabelacomgrade"/>
        <w:tblW w:w="9718" w:type="dxa"/>
        <w:tblLook w:val="04A0" w:firstRow="1" w:lastRow="0" w:firstColumn="1" w:lastColumn="0" w:noHBand="0" w:noVBand="1"/>
      </w:tblPr>
      <w:tblGrid>
        <w:gridCol w:w="962"/>
        <w:gridCol w:w="1961"/>
        <w:gridCol w:w="1613"/>
        <w:gridCol w:w="2001"/>
        <w:gridCol w:w="706"/>
        <w:gridCol w:w="1280"/>
        <w:gridCol w:w="1195"/>
      </w:tblGrid>
      <w:tr w:rsidR="00AF383E" w:rsidRPr="00AF383E" w:rsidTr="00C17A31">
        <w:tc>
          <w:tcPr>
            <w:tcW w:w="747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ITEM</w:t>
            </w:r>
          </w:p>
        </w:tc>
        <w:tc>
          <w:tcPr>
            <w:tcW w:w="2478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OBJETO</w:t>
            </w:r>
          </w:p>
        </w:tc>
        <w:tc>
          <w:tcPr>
            <w:tcW w:w="194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DESCRIÇÃO</w:t>
            </w:r>
          </w:p>
        </w:tc>
        <w:tc>
          <w:tcPr>
            <w:tcW w:w="1872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UNIDADE DE FORNECIMENTO</w:t>
            </w:r>
          </w:p>
        </w:tc>
        <w:tc>
          <w:tcPr>
            <w:tcW w:w="510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QT</w:t>
            </w:r>
          </w:p>
        </w:tc>
        <w:tc>
          <w:tcPr>
            <w:tcW w:w="125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UNITÁRIO (R$)</w:t>
            </w:r>
          </w:p>
        </w:tc>
        <w:tc>
          <w:tcPr>
            <w:tcW w:w="919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b/>
                <w:color w:val="000000" w:themeColor="text1"/>
              </w:rPr>
              <w:t>VALOR TOTAL (R$)</w:t>
            </w:r>
          </w:p>
        </w:tc>
      </w:tr>
      <w:tr w:rsidR="00AF383E" w:rsidRPr="00AF383E" w:rsidTr="00C17A31">
        <w:tc>
          <w:tcPr>
            <w:tcW w:w="747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01</w:t>
            </w:r>
          </w:p>
        </w:tc>
        <w:tc>
          <w:tcPr>
            <w:tcW w:w="2478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SELO ADESIVO HOLOGRÁFICO</w:t>
            </w:r>
          </w:p>
        </w:tc>
        <w:tc>
          <w:tcPr>
            <w:tcW w:w="194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Selo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adesivo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holográfico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entregue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em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folha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solta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folha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: 210mm x 297mm,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formato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da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Etiqueta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: 70mm x 100mm,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por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folha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: 4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etiquetas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de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Segurança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.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Holografia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 xml:space="preserve"> com as </w:t>
            </w:r>
            <w:proofErr w:type="spellStart"/>
            <w:r w:rsidRPr="00AF383E">
              <w:rPr>
                <w:rFonts w:ascii="Arial" w:hAnsi="Arial" w:cs="Arial"/>
                <w:color w:val="000000" w:themeColor="text1"/>
              </w:rPr>
              <w:t>legras</w:t>
            </w:r>
            <w:proofErr w:type="spellEnd"/>
            <w:r w:rsidRPr="00AF383E">
              <w:rPr>
                <w:rFonts w:ascii="Arial" w:hAnsi="Arial" w:cs="Arial"/>
                <w:color w:val="000000" w:themeColor="text1"/>
              </w:rPr>
              <w:t>: “CREFITO – 13”</w:t>
            </w:r>
            <w:r w:rsidRPr="00AF383E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.</w:t>
            </w:r>
          </w:p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872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UNIDADE</w:t>
            </w:r>
          </w:p>
        </w:tc>
        <w:tc>
          <w:tcPr>
            <w:tcW w:w="510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4000</w:t>
            </w:r>
            <w:r w:rsidRPr="00AF383E">
              <w:rPr>
                <w:rFonts w:ascii="Arial" w:hAnsi="Arial" w:cs="Arial"/>
                <w:color w:val="000000" w:themeColor="text1"/>
              </w:rPr>
              <w:t xml:space="preserve">            </w:t>
            </w:r>
          </w:p>
        </w:tc>
        <w:tc>
          <w:tcPr>
            <w:tcW w:w="125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  <w:tc>
          <w:tcPr>
            <w:tcW w:w="919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R$ ________</w:t>
            </w:r>
          </w:p>
        </w:tc>
      </w:tr>
      <w:tr w:rsidR="00AF383E" w:rsidRPr="00AF383E" w:rsidTr="00C17A31">
        <w:tc>
          <w:tcPr>
            <w:tcW w:w="747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  <w:r w:rsidRPr="00AF383E">
              <w:rPr>
                <w:rFonts w:ascii="Arial" w:hAnsi="Arial" w:cs="Arial"/>
                <w:color w:val="000000" w:themeColor="text1"/>
              </w:rPr>
              <w:t>VALOR TOTAL POR LOTE.</w:t>
            </w:r>
          </w:p>
        </w:tc>
        <w:tc>
          <w:tcPr>
            <w:tcW w:w="2478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4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872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510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251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919" w:type="dxa"/>
          </w:tcPr>
          <w:p w:rsidR="00FD056D" w:rsidRPr="00AF383E" w:rsidRDefault="00FD056D" w:rsidP="00AF383E">
            <w:pPr>
              <w:spacing w:after="80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FD056D" w:rsidRPr="00AF383E" w:rsidRDefault="00FD056D" w:rsidP="00AF383E">
      <w:pPr>
        <w:spacing w:line="240" w:lineRule="auto"/>
        <w:rPr>
          <w:rFonts w:ascii="Arial" w:hAnsi="Arial" w:cs="Arial"/>
          <w:color w:val="000000" w:themeColor="text1"/>
        </w:rPr>
      </w:pPr>
    </w:p>
    <w:p w:rsidR="00AF383E" w:rsidRPr="00AF383E" w:rsidRDefault="00AF383E" w:rsidP="00AF383E">
      <w:pPr>
        <w:spacing w:line="240" w:lineRule="auto"/>
        <w:rPr>
          <w:rFonts w:ascii="Arial" w:hAnsi="Arial" w:cs="Arial"/>
          <w:color w:val="000000" w:themeColor="text1"/>
        </w:rPr>
      </w:pPr>
      <w:r w:rsidRPr="00AF383E">
        <w:rPr>
          <w:rFonts w:ascii="Arial" w:hAnsi="Arial" w:cs="Arial"/>
          <w:color w:val="000000" w:themeColor="text1"/>
        </w:rPr>
        <w:t xml:space="preserve">A </w:t>
      </w:r>
      <w:proofErr w:type="spellStart"/>
      <w:r w:rsidRPr="00AF383E">
        <w:rPr>
          <w:rFonts w:ascii="Arial" w:hAnsi="Arial" w:cs="Arial"/>
          <w:color w:val="000000" w:themeColor="text1"/>
        </w:rPr>
        <w:t>empresa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: ............................................ </w:t>
      </w:r>
      <w:proofErr w:type="spellStart"/>
      <w:r w:rsidRPr="00AF383E">
        <w:rPr>
          <w:rFonts w:ascii="Arial" w:hAnsi="Arial" w:cs="Arial"/>
          <w:color w:val="000000" w:themeColor="text1"/>
        </w:rPr>
        <w:t>declara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que: </w:t>
      </w:r>
    </w:p>
    <w:p w:rsidR="00AF383E" w:rsidRPr="00AF383E" w:rsidRDefault="00AF383E" w:rsidP="00AF383E">
      <w:pPr>
        <w:spacing w:line="240" w:lineRule="auto"/>
        <w:rPr>
          <w:rFonts w:ascii="Arial" w:hAnsi="Arial" w:cs="Arial"/>
          <w:color w:val="000000" w:themeColor="text1"/>
        </w:rPr>
      </w:pPr>
      <w:r w:rsidRPr="00AF383E">
        <w:rPr>
          <w:rFonts w:ascii="Arial" w:hAnsi="Arial" w:cs="Arial"/>
          <w:color w:val="000000" w:themeColor="text1"/>
        </w:rPr>
        <w:t xml:space="preserve">1 </w:t>
      </w:r>
      <w:proofErr w:type="spellStart"/>
      <w:r w:rsidRPr="00AF383E">
        <w:rPr>
          <w:rFonts w:ascii="Arial" w:hAnsi="Arial" w:cs="Arial"/>
          <w:color w:val="000000" w:themeColor="text1"/>
        </w:rPr>
        <w:t>Estão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inclusas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no valor </w:t>
      </w:r>
      <w:proofErr w:type="spellStart"/>
      <w:r w:rsidRPr="00AF383E">
        <w:rPr>
          <w:rFonts w:ascii="Arial" w:hAnsi="Arial" w:cs="Arial"/>
          <w:color w:val="000000" w:themeColor="text1"/>
        </w:rPr>
        <w:t>cotado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todos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os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tributos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e </w:t>
      </w:r>
      <w:proofErr w:type="spellStart"/>
      <w:r w:rsidRPr="00AF383E">
        <w:rPr>
          <w:rFonts w:ascii="Arial" w:hAnsi="Arial" w:cs="Arial"/>
          <w:color w:val="000000" w:themeColor="text1"/>
        </w:rPr>
        <w:t>encargos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fiscais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F383E">
        <w:rPr>
          <w:rFonts w:ascii="Arial" w:hAnsi="Arial" w:cs="Arial"/>
          <w:color w:val="000000" w:themeColor="text1"/>
        </w:rPr>
        <w:t>sociais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F383E">
        <w:rPr>
          <w:rFonts w:ascii="Arial" w:hAnsi="Arial" w:cs="Arial"/>
          <w:color w:val="000000" w:themeColor="text1"/>
        </w:rPr>
        <w:t>trabalhistas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F383E">
        <w:rPr>
          <w:rFonts w:ascii="Arial" w:hAnsi="Arial" w:cs="Arial"/>
          <w:color w:val="000000" w:themeColor="text1"/>
        </w:rPr>
        <w:t>previdenciários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e </w:t>
      </w:r>
      <w:proofErr w:type="spellStart"/>
      <w:r w:rsidRPr="00AF383E">
        <w:rPr>
          <w:rFonts w:ascii="Arial" w:hAnsi="Arial" w:cs="Arial"/>
          <w:color w:val="000000" w:themeColor="text1"/>
        </w:rPr>
        <w:t>com</w:t>
      </w:r>
      <w:r w:rsidRPr="00AF383E">
        <w:rPr>
          <w:rFonts w:ascii="Arial" w:hAnsi="Arial" w:cs="Arial"/>
          <w:color w:val="000000" w:themeColor="text1"/>
        </w:rPr>
        <w:t>erciais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AF383E">
        <w:rPr>
          <w:rFonts w:ascii="Arial" w:hAnsi="Arial" w:cs="Arial"/>
          <w:color w:val="000000" w:themeColor="text1"/>
        </w:rPr>
        <w:t>Validade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da </w:t>
      </w:r>
      <w:proofErr w:type="spellStart"/>
      <w:r w:rsidRPr="00AF383E">
        <w:rPr>
          <w:rFonts w:ascii="Arial" w:hAnsi="Arial" w:cs="Arial"/>
          <w:color w:val="000000" w:themeColor="text1"/>
        </w:rPr>
        <w:t>proposta</w:t>
      </w:r>
      <w:proofErr w:type="spellEnd"/>
      <w:r w:rsidRPr="00AF383E">
        <w:rPr>
          <w:rFonts w:ascii="Arial" w:hAnsi="Arial" w:cs="Arial"/>
          <w:color w:val="000000" w:themeColor="text1"/>
        </w:rPr>
        <w:t>: 9</w:t>
      </w:r>
      <w:r w:rsidRPr="00AF383E">
        <w:rPr>
          <w:rFonts w:ascii="Arial" w:hAnsi="Arial" w:cs="Arial"/>
          <w:color w:val="000000" w:themeColor="text1"/>
        </w:rPr>
        <w:t>0 (</w:t>
      </w:r>
      <w:proofErr w:type="spellStart"/>
      <w:r w:rsidRPr="00AF383E">
        <w:rPr>
          <w:rFonts w:ascii="Arial" w:hAnsi="Arial" w:cs="Arial"/>
          <w:color w:val="000000" w:themeColor="text1"/>
        </w:rPr>
        <w:t>noventa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) </w:t>
      </w:r>
      <w:proofErr w:type="spellStart"/>
      <w:r w:rsidRPr="00AF383E">
        <w:rPr>
          <w:rFonts w:ascii="Arial" w:hAnsi="Arial" w:cs="Arial"/>
          <w:color w:val="000000" w:themeColor="text1"/>
        </w:rPr>
        <w:t>dias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. </w:t>
      </w:r>
    </w:p>
    <w:p w:rsidR="00AF383E" w:rsidRPr="00AF383E" w:rsidRDefault="00AF383E" w:rsidP="00AF383E">
      <w:pPr>
        <w:spacing w:line="240" w:lineRule="auto"/>
        <w:rPr>
          <w:rFonts w:ascii="Arial" w:hAnsi="Arial" w:cs="Arial"/>
          <w:color w:val="000000" w:themeColor="text1"/>
        </w:rPr>
      </w:pPr>
      <w:r w:rsidRPr="00AF383E">
        <w:rPr>
          <w:rFonts w:ascii="Arial" w:hAnsi="Arial" w:cs="Arial"/>
          <w:color w:val="000000" w:themeColor="text1"/>
        </w:rPr>
        <w:t xml:space="preserve">2Prazo de </w:t>
      </w:r>
      <w:proofErr w:type="spellStart"/>
      <w:r w:rsidRPr="00AF383E">
        <w:rPr>
          <w:rFonts w:ascii="Arial" w:hAnsi="Arial" w:cs="Arial"/>
          <w:color w:val="000000" w:themeColor="text1"/>
        </w:rPr>
        <w:t>execução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dos </w:t>
      </w:r>
      <w:proofErr w:type="spellStart"/>
      <w:r w:rsidRPr="00AF383E">
        <w:rPr>
          <w:rFonts w:ascii="Arial" w:hAnsi="Arial" w:cs="Arial"/>
          <w:color w:val="000000" w:themeColor="text1"/>
        </w:rPr>
        <w:t>serviços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de </w:t>
      </w:r>
      <w:proofErr w:type="spellStart"/>
      <w:r w:rsidRPr="00AF383E">
        <w:rPr>
          <w:rFonts w:ascii="Arial" w:hAnsi="Arial" w:cs="Arial"/>
          <w:color w:val="000000" w:themeColor="text1"/>
        </w:rPr>
        <w:t>acordo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com o </w:t>
      </w:r>
      <w:proofErr w:type="spellStart"/>
      <w:r w:rsidRPr="00AF383E">
        <w:rPr>
          <w:rFonts w:ascii="Arial" w:hAnsi="Arial" w:cs="Arial"/>
          <w:color w:val="000000" w:themeColor="text1"/>
        </w:rPr>
        <w:t>estabelecido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no </w:t>
      </w:r>
      <w:proofErr w:type="spellStart"/>
      <w:r w:rsidRPr="00AF383E">
        <w:rPr>
          <w:rFonts w:ascii="Arial" w:hAnsi="Arial" w:cs="Arial"/>
          <w:color w:val="000000" w:themeColor="text1"/>
        </w:rPr>
        <w:t>termo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de </w:t>
      </w:r>
      <w:proofErr w:type="spellStart"/>
      <w:r w:rsidRPr="00AF383E">
        <w:rPr>
          <w:rFonts w:ascii="Arial" w:hAnsi="Arial" w:cs="Arial"/>
          <w:color w:val="000000" w:themeColor="text1"/>
        </w:rPr>
        <w:t>referencia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AF383E">
        <w:rPr>
          <w:rFonts w:ascii="Arial" w:hAnsi="Arial" w:cs="Arial"/>
          <w:color w:val="000000" w:themeColor="text1"/>
        </w:rPr>
        <w:t>anexo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I) do </w:t>
      </w:r>
      <w:proofErr w:type="spellStart"/>
      <w:r w:rsidRPr="00AF383E">
        <w:rPr>
          <w:rFonts w:ascii="Arial" w:hAnsi="Arial" w:cs="Arial"/>
          <w:color w:val="000000" w:themeColor="text1"/>
        </w:rPr>
        <w:t>edital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desse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processo</w:t>
      </w:r>
      <w:proofErr w:type="spellEnd"/>
      <w:r w:rsidRPr="00AF383E">
        <w:rPr>
          <w:rFonts w:ascii="Arial" w:hAnsi="Arial" w:cs="Arial"/>
          <w:color w:val="000000" w:themeColor="text1"/>
        </w:rPr>
        <w:t>.</w:t>
      </w:r>
    </w:p>
    <w:p w:rsidR="00AF383E" w:rsidRPr="00AF383E" w:rsidRDefault="00AF383E" w:rsidP="00AF383E">
      <w:pPr>
        <w:spacing w:line="240" w:lineRule="auto"/>
        <w:rPr>
          <w:rFonts w:ascii="Arial" w:hAnsi="Arial" w:cs="Arial"/>
          <w:color w:val="000000" w:themeColor="text1"/>
        </w:rPr>
      </w:pPr>
      <w:r w:rsidRPr="00AF383E">
        <w:rPr>
          <w:rFonts w:ascii="Arial" w:hAnsi="Arial" w:cs="Arial"/>
          <w:color w:val="000000" w:themeColor="text1"/>
        </w:rPr>
        <w:t xml:space="preserve"> 3 Que </w:t>
      </w:r>
      <w:proofErr w:type="spellStart"/>
      <w:r w:rsidRPr="00AF383E">
        <w:rPr>
          <w:rFonts w:ascii="Arial" w:hAnsi="Arial" w:cs="Arial"/>
          <w:color w:val="000000" w:themeColor="text1"/>
        </w:rPr>
        <w:t>não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incide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nas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vedações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previstas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na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lei nº 14.133/2021.</w:t>
      </w:r>
    </w:p>
    <w:p w:rsidR="00AF383E" w:rsidRDefault="00AF383E" w:rsidP="00AF383E">
      <w:pPr>
        <w:spacing w:line="240" w:lineRule="auto"/>
        <w:rPr>
          <w:rFonts w:ascii="Arial" w:hAnsi="Arial" w:cs="Arial"/>
          <w:color w:val="000000" w:themeColor="text1"/>
        </w:rPr>
      </w:pPr>
      <w:r w:rsidRPr="00AF383E">
        <w:rPr>
          <w:rFonts w:ascii="Arial" w:hAnsi="Arial" w:cs="Arial"/>
          <w:color w:val="000000" w:themeColor="text1"/>
        </w:rPr>
        <w:t xml:space="preserve"> local e data _____________________________________ </w:t>
      </w:r>
      <w:proofErr w:type="spellStart"/>
      <w:r w:rsidRPr="00AF383E">
        <w:rPr>
          <w:rFonts w:ascii="Arial" w:hAnsi="Arial" w:cs="Arial"/>
          <w:color w:val="000000" w:themeColor="text1"/>
        </w:rPr>
        <w:t>carimbo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da </w:t>
      </w:r>
      <w:proofErr w:type="spellStart"/>
      <w:r w:rsidRPr="00AF383E">
        <w:rPr>
          <w:rFonts w:ascii="Arial" w:hAnsi="Arial" w:cs="Arial"/>
          <w:color w:val="000000" w:themeColor="text1"/>
        </w:rPr>
        <w:t>empresa</w:t>
      </w:r>
      <w:proofErr w:type="spellEnd"/>
      <w:r w:rsidRPr="00AF383E">
        <w:rPr>
          <w:rFonts w:ascii="Arial" w:hAnsi="Arial" w:cs="Arial"/>
          <w:color w:val="000000" w:themeColor="text1"/>
        </w:rPr>
        <w:t>/</w:t>
      </w:r>
      <w:proofErr w:type="spellStart"/>
      <w:r w:rsidRPr="00AF383E">
        <w:rPr>
          <w:rFonts w:ascii="Arial" w:hAnsi="Arial" w:cs="Arial"/>
          <w:color w:val="000000" w:themeColor="text1"/>
        </w:rPr>
        <w:t>assinatura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do </w:t>
      </w:r>
      <w:proofErr w:type="spellStart"/>
      <w:r w:rsidRPr="00AF383E">
        <w:rPr>
          <w:rFonts w:ascii="Arial" w:hAnsi="Arial" w:cs="Arial"/>
          <w:color w:val="000000" w:themeColor="text1"/>
        </w:rPr>
        <w:t>responsável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</w:p>
    <w:p w:rsidR="002D60DB" w:rsidRPr="00AF383E" w:rsidRDefault="00AF383E" w:rsidP="00AF383E">
      <w:pPr>
        <w:spacing w:line="240" w:lineRule="auto"/>
        <w:rPr>
          <w:rFonts w:ascii="Arial" w:hAnsi="Arial" w:cs="Arial"/>
          <w:color w:val="000000" w:themeColor="text1"/>
        </w:rPr>
      </w:pPr>
      <w:r w:rsidRPr="00AF383E">
        <w:rPr>
          <w:rFonts w:ascii="Arial" w:hAnsi="Arial" w:cs="Arial"/>
          <w:color w:val="000000" w:themeColor="text1"/>
        </w:rPr>
        <w:t xml:space="preserve">obs. </w:t>
      </w:r>
      <w:proofErr w:type="spellStart"/>
      <w:r w:rsidRPr="00AF383E">
        <w:rPr>
          <w:rFonts w:ascii="Arial" w:hAnsi="Arial" w:cs="Arial"/>
          <w:color w:val="000000" w:themeColor="text1"/>
        </w:rPr>
        <w:t>Serão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desclassificadas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as </w:t>
      </w:r>
      <w:proofErr w:type="spellStart"/>
      <w:r w:rsidRPr="00AF383E">
        <w:rPr>
          <w:rFonts w:ascii="Arial" w:hAnsi="Arial" w:cs="Arial"/>
          <w:color w:val="000000" w:themeColor="text1"/>
        </w:rPr>
        <w:t>propostas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que </w:t>
      </w:r>
      <w:proofErr w:type="spellStart"/>
      <w:r w:rsidRPr="00AF383E">
        <w:rPr>
          <w:rFonts w:ascii="Arial" w:hAnsi="Arial" w:cs="Arial"/>
          <w:color w:val="000000" w:themeColor="text1"/>
        </w:rPr>
        <w:t>apresentarem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cotações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contendo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preços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excessivos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F383E">
        <w:rPr>
          <w:rFonts w:ascii="Arial" w:hAnsi="Arial" w:cs="Arial"/>
          <w:color w:val="000000" w:themeColor="text1"/>
        </w:rPr>
        <w:t>simbólicos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, de valor zero </w:t>
      </w:r>
      <w:proofErr w:type="spellStart"/>
      <w:r w:rsidRPr="00AF383E">
        <w:rPr>
          <w:rFonts w:ascii="Arial" w:hAnsi="Arial" w:cs="Arial"/>
          <w:color w:val="000000" w:themeColor="text1"/>
        </w:rPr>
        <w:t>ou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inexequíveis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F383E">
        <w:rPr>
          <w:rFonts w:ascii="Arial" w:hAnsi="Arial" w:cs="Arial"/>
          <w:color w:val="000000" w:themeColor="text1"/>
        </w:rPr>
        <w:t>na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forma da </w:t>
      </w:r>
      <w:proofErr w:type="spellStart"/>
      <w:r w:rsidRPr="00AF383E">
        <w:rPr>
          <w:rFonts w:ascii="Arial" w:hAnsi="Arial" w:cs="Arial"/>
          <w:color w:val="000000" w:themeColor="text1"/>
        </w:rPr>
        <w:t>legislação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em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vigor, </w:t>
      </w:r>
      <w:proofErr w:type="spellStart"/>
      <w:r w:rsidRPr="00AF383E">
        <w:rPr>
          <w:rFonts w:ascii="Arial" w:hAnsi="Arial" w:cs="Arial"/>
          <w:color w:val="000000" w:themeColor="text1"/>
        </w:rPr>
        <w:t>ou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ainda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, que </w:t>
      </w:r>
      <w:proofErr w:type="spellStart"/>
      <w:r w:rsidRPr="00AF383E">
        <w:rPr>
          <w:rFonts w:ascii="Arial" w:hAnsi="Arial" w:cs="Arial"/>
          <w:color w:val="000000" w:themeColor="text1"/>
        </w:rPr>
        <w:t>ofereçam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preços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ou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vantagens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baseadas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nas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ofertas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dos </w:t>
      </w:r>
      <w:proofErr w:type="spellStart"/>
      <w:r w:rsidRPr="00AF383E">
        <w:rPr>
          <w:rFonts w:ascii="Arial" w:hAnsi="Arial" w:cs="Arial"/>
          <w:color w:val="000000" w:themeColor="text1"/>
        </w:rPr>
        <w:t>demais</w:t>
      </w:r>
      <w:proofErr w:type="spellEnd"/>
      <w:r w:rsidRPr="00AF383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383E">
        <w:rPr>
          <w:rFonts w:ascii="Arial" w:hAnsi="Arial" w:cs="Arial"/>
          <w:color w:val="000000" w:themeColor="text1"/>
        </w:rPr>
        <w:t>licitantes</w:t>
      </w:r>
      <w:proofErr w:type="spellEnd"/>
      <w:r w:rsidRPr="00AF383E">
        <w:rPr>
          <w:rFonts w:ascii="Arial" w:hAnsi="Arial" w:cs="Arial"/>
          <w:color w:val="000000" w:themeColor="text1"/>
        </w:rPr>
        <w:t>.</w:t>
      </w:r>
    </w:p>
    <w:sectPr w:rsidR="002D60DB" w:rsidRPr="00AF383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2D60DB"/>
    <w:rsid w:val="00326F90"/>
    <w:rsid w:val="00732A0D"/>
    <w:rsid w:val="00AA1D8D"/>
    <w:rsid w:val="00AF383E"/>
    <w:rsid w:val="00B47730"/>
    <w:rsid w:val="00B94DF5"/>
    <w:rsid w:val="00CB0664"/>
    <w:rsid w:val="00D63A1A"/>
    <w:rsid w:val="00F40ED8"/>
    <w:rsid w:val="00FC693F"/>
    <w:rsid w:val="00FD0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67455A"/>
  <w14:defaultImageDpi w14:val="300"/>
  <w15:docId w15:val="{3F720E1F-4620-4462-BE29-B533BAF58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91F159-A5B0-4B5C-B5BE-EC27DA289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1961</Words>
  <Characters>10594</Characters>
  <Application>Microsoft Office Word</Application>
  <DocSecurity>0</DocSecurity>
  <Lines>88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12530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Thais Barros Fontoura</cp:lastModifiedBy>
  <cp:revision>3</cp:revision>
  <dcterms:created xsi:type="dcterms:W3CDTF">2025-10-22T20:17:00Z</dcterms:created>
  <dcterms:modified xsi:type="dcterms:W3CDTF">2025-10-22T20:17:00Z</dcterms:modified>
  <cp:category/>
</cp:coreProperties>
</file>