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49" w:rsidRDefault="002D5B49" w:rsidP="002D5B49">
      <w:pPr>
        <w:pStyle w:val="SemEspaamento"/>
        <w:jc w:val="center"/>
        <w:rPr>
          <w:rFonts w:asciiTheme="majorHAnsi" w:hAnsiTheme="majorHAnsi" w:cstheme="majorHAnsi"/>
          <w:b/>
          <w:sz w:val="21"/>
          <w:szCs w:val="21"/>
          <w:lang w:val="pt-BR"/>
        </w:rPr>
      </w:pPr>
    </w:p>
    <w:p w:rsidR="002D5B49" w:rsidRPr="002D5B49" w:rsidRDefault="002D5B49" w:rsidP="002D5B49">
      <w:pPr>
        <w:pStyle w:val="SemEspaamento"/>
        <w:jc w:val="center"/>
        <w:rPr>
          <w:rFonts w:asciiTheme="majorHAnsi" w:hAnsiTheme="majorHAnsi" w:cstheme="majorHAnsi"/>
          <w:b/>
          <w:sz w:val="21"/>
          <w:szCs w:val="21"/>
          <w:lang w:val="pt-BR"/>
        </w:rPr>
      </w:pPr>
      <w:r w:rsidRPr="002D5B49">
        <w:rPr>
          <w:rFonts w:asciiTheme="majorHAnsi" w:hAnsiTheme="majorHAnsi" w:cstheme="majorHAnsi"/>
          <w:b/>
          <w:sz w:val="21"/>
          <w:szCs w:val="21"/>
          <w:lang w:val="pt-BR"/>
        </w:rPr>
        <w:t xml:space="preserve">FUNDO MUNICIPAL DE </w:t>
      </w:r>
      <w:r w:rsidR="00721BB3">
        <w:rPr>
          <w:rFonts w:asciiTheme="majorHAnsi" w:hAnsiTheme="majorHAnsi" w:cstheme="majorHAnsi"/>
          <w:b/>
          <w:sz w:val="21"/>
          <w:szCs w:val="21"/>
          <w:lang w:val="pt-BR"/>
        </w:rPr>
        <w:t>SAUDE</w:t>
      </w:r>
    </w:p>
    <w:p w:rsidR="002D5B49" w:rsidRPr="002D5B49" w:rsidRDefault="002D5B49" w:rsidP="002D5B49">
      <w:pPr>
        <w:pStyle w:val="SemEspaamento"/>
        <w:jc w:val="center"/>
        <w:rPr>
          <w:rFonts w:asciiTheme="majorHAnsi" w:hAnsiTheme="majorHAnsi" w:cstheme="majorHAnsi"/>
          <w:b/>
          <w:sz w:val="21"/>
          <w:szCs w:val="21"/>
          <w:lang w:val="pt-BR"/>
        </w:rPr>
      </w:pPr>
      <w:r w:rsidRPr="002D5B49">
        <w:rPr>
          <w:rFonts w:asciiTheme="majorHAnsi" w:hAnsiTheme="majorHAnsi" w:cstheme="majorHAnsi"/>
          <w:b/>
          <w:sz w:val="21"/>
          <w:szCs w:val="21"/>
          <w:lang w:val="pt-BR"/>
        </w:rPr>
        <w:t>CREDENCIAMENTO Nº 00</w:t>
      </w:r>
      <w:r w:rsidR="00721BB3">
        <w:rPr>
          <w:rFonts w:asciiTheme="majorHAnsi" w:hAnsiTheme="majorHAnsi" w:cstheme="majorHAnsi"/>
          <w:b/>
          <w:sz w:val="21"/>
          <w:szCs w:val="21"/>
          <w:lang w:val="pt-BR"/>
        </w:rPr>
        <w:t>8</w:t>
      </w:r>
      <w:r w:rsidRPr="002D5B49">
        <w:rPr>
          <w:rFonts w:asciiTheme="majorHAnsi" w:hAnsiTheme="majorHAnsi" w:cstheme="majorHAnsi"/>
          <w:b/>
          <w:sz w:val="21"/>
          <w:szCs w:val="21"/>
          <w:lang w:val="pt-BR"/>
        </w:rPr>
        <w:t>/2025</w:t>
      </w:r>
    </w:p>
    <w:p w:rsidR="002D5B49" w:rsidRPr="002D5B49" w:rsidRDefault="002D5B49" w:rsidP="002D5B49">
      <w:pPr>
        <w:pStyle w:val="SemEspaamento"/>
        <w:jc w:val="center"/>
        <w:rPr>
          <w:rFonts w:asciiTheme="majorHAnsi" w:hAnsiTheme="majorHAnsi" w:cstheme="majorHAnsi"/>
          <w:b/>
          <w:sz w:val="21"/>
          <w:szCs w:val="21"/>
          <w:lang w:val="pt-BR"/>
        </w:rPr>
      </w:pPr>
      <w:r w:rsidRPr="002D5B49">
        <w:rPr>
          <w:rFonts w:asciiTheme="majorHAnsi" w:hAnsiTheme="majorHAnsi" w:cstheme="majorHAnsi"/>
          <w:b/>
          <w:sz w:val="21"/>
          <w:szCs w:val="21"/>
          <w:lang w:val="pt-BR"/>
        </w:rPr>
        <w:t>PROCESSO ADMINISTRATIVO N° 0</w:t>
      </w:r>
      <w:r w:rsidR="0035025D">
        <w:rPr>
          <w:rFonts w:asciiTheme="majorHAnsi" w:hAnsiTheme="majorHAnsi" w:cstheme="majorHAnsi"/>
          <w:b/>
          <w:sz w:val="21"/>
          <w:szCs w:val="21"/>
          <w:lang w:val="pt-BR"/>
        </w:rPr>
        <w:t>1</w:t>
      </w:r>
      <w:r w:rsidR="00721BB3">
        <w:rPr>
          <w:rFonts w:asciiTheme="majorHAnsi" w:hAnsiTheme="majorHAnsi" w:cstheme="majorHAnsi"/>
          <w:b/>
          <w:sz w:val="21"/>
          <w:szCs w:val="21"/>
          <w:lang w:val="pt-BR"/>
        </w:rPr>
        <w:t>2</w:t>
      </w:r>
      <w:r w:rsidR="0035025D">
        <w:rPr>
          <w:rFonts w:asciiTheme="majorHAnsi" w:hAnsiTheme="majorHAnsi" w:cstheme="majorHAnsi"/>
          <w:b/>
          <w:sz w:val="21"/>
          <w:szCs w:val="21"/>
          <w:lang w:val="pt-BR"/>
        </w:rPr>
        <w:t>5</w:t>
      </w:r>
      <w:r w:rsidRPr="002D5B49">
        <w:rPr>
          <w:rFonts w:asciiTheme="majorHAnsi" w:hAnsiTheme="majorHAnsi" w:cstheme="majorHAnsi"/>
          <w:b/>
          <w:sz w:val="21"/>
          <w:szCs w:val="21"/>
          <w:lang w:val="pt-BR"/>
        </w:rPr>
        <w:t>/2025</w:t>
      </w:r>
    </w:p>
    <w:p w:rsidR="00697B96" w:rsidRPr="002D5B49" w:rsidRDefault="006B0E2D" w:rsidP="002D5B49">
      <w:pPr>
        <w:pStyle w:val="SemEspaamento"/>
        <w:jc w:val="center"/>
        <w:rPr>
          <w:rFonts w:asciiTheme="majorHAnsi" w:hAnsiTheme="majorHAnsi" w:cstheme="majorHAnsi"/>
          <w:b/>
          <w:sz w:val="21"/>
          <w:szCs w:val="21"/>
          <w:lang w:val="pt-BR"/>
        </w:rPr>
      </w:pPr>
      <w:r w:rsidRPr="002D5B49">
        <w:rPr>
          <w:rFonts w:asciiTheme="majorHAnsi" w:hAnsiTheme="majorHAnsi" w:cstheme="majorHAnsi"/>
          <w:b/>
          <w:sz w:val="21"/>
          <w:szCs w:val="21"/>
          <w:lang w:val="pt-BR"/>
        </w:rPr>
        <w:t>REQUERIMENTO DE SOLICITAÇÃO DE CREDENCIAMENTO</w:t>
      </w:r>
    </w:p>
    <w:p w:rsidR="002D5B49" w:rsidRDefault="002D5B49" w:rsidP="0086748D">
      <w:pPr>
        <w:jc w:val="both"/>
        <w:rPr>
          <w:rFonts w:ascii="Calibri" w:hAnsi="Calibri"/>
          <w:sz w:val="21"/>
          <w:lang w:val="pt-BR"/>
        </w:rPr>
      </w:pPr>
    </w:p>
    <w:p w:rsidR="00697B96" w:rsidRPr="0086748D" w:rsidRDefault="006B0E2D" w:rsidP="00571D17">
      <w:pPr>
        <w:ind w:left="-567"/>
        <w:jc w:val="both"/>
        <w:rPr>
          <w:lang w:val="pt-BR"/>
        </w:rPr>
      </w:pPr>
      <w:r w:rsidRPr="0086748D">
        <w:rPr>
          <w:rFonts w:ascii="Calibri" w:hAnsi="Calibri"/>
          <w:sz w:val="21"/>
          <w:lang w:val="pt-BR"/>
        </w:rPr>
        <w:t xml:space="preserve">À Comissão de </w:t>
      </w:r>
      <w:r w:rsidR="002D5B49">
        <w:rPr>
          <w:rFonts w:ascii="Calibri" w:hAnsi="Calibri"/>
          <w:sz w:val="21"/>
          <w:lang w:val="pt-BR"/>
        </w:rPr>
        <w:t>Contratação</w:t>
      </w:r>
    </w:p>
    <w:p w:rsidR="0035025D" w:rsidRDefault="002D5B49" w:rsidP="00721BB3">
      <w:pPr>
        <w:ind w:left="-567"/>
        <w:jc w:val="both"/>
        <w:rPr>
          <w:rFonts w:ascii="Calibri" w:hAnsi="Calibri"/>
          <w:sz w:val="21"/>
          <w:lang w:val="pt-BR"/>
        </w:rPr>
      </w:pPr>
      <w:r w:rsidRPr="002D5B49">
        <w:rPr>
          <w:rFonts w:ascii="Calibri" w:hAnsi="Calibri"/>
          <w:sz w:val="21"/>
          <w:lang w:val="pt-BR"/>
        </w:rPr>
        <w:t xml:space="preserve">Eu, [NOME COMPLETO DO REQUERENTE], brasileiro(a), [estado civil], portador(a) do CPF nº </w:t>
      </w:r>
      <w:r w:rsidRPr="002D5B49">
        <w:rPr>
          <w:rFonts w:ascii="Calibri" w:hAnsi="Calibri"/>
          <w:color w:val="FF0000"/>
          <w:sz w:val="21"/>
          <w:lang w:val="pt-BR"/>
        </w:rPr>
        <w:t xml:space="preserve">XXXXXXXXX-XX </w:t>
      </w:r>
      <w:r w:rsidRPr="002D5B49">
        <w:rPr>
          <w:rFonts w:ascii="Calibri" w:hAnsi="Calibri"/>
          <w:sz w:val="21"/>
          <w:lang w:val="pt-BR"/>
        </w:rPr>
        <w:t>e do RG nº</w:t>
      </w:r>
      <w:r>
        <w:rPr>
          <w:rFonts w:ascii="Calibri" w:hAnsi="Calibri"/>
          <w:sz w:val="21"/>
          <w:lang w:val="pt-BR"/>
        </w:rPr>
        <w:t xml:space="preserve"> </w:t>
      </w:r>
      <w:r w:rsidRPr="002D5B49">
        <w:rPr>
          <w:rFonts w:ascii="Calibri" w:hAnsi="Calibri"/>
          <w:color w:val="FF0000"/>
          <w:sz w:val="21"/>
          <w:lang w:val="pt-BR"/>
        </w:rPr>
        <w:t>XXXXXXXXX</w:t>
      </w:r>
      <w:r w:rsidRPr="002D5B49">
        <w:rPr>
          <w:rFonts w:ascii="Calibri" w:hAnsi="Calibri"/>
          <w:sz w:val="21"/>
          <w:lang w:val="pt-BR"/>
        </w:rPr>
        <w:t>, residente e domiciliado(a) à [endereço completo com CEP], venho, respeitosamente, requerer minha participação no procedimento de Credenciam</w:t>
      </w:r>
      <w:r>
        <w:rPr>
          <w:rFonts w:ascii="Calibri" w:hAnsi="Calibri"/>
          <w:sz w:val="21"/>
          <w:lang w:val="pt-BR"/>
        </w:rPr>
        <w:t>en</w:t>
      </w:r>
      <w:r w:rsidR="0035025D">
        <w:rPr>
          <w:rFonts w:ascii="Calibri" w:hAnsi="Calibri"/>
          <w:sz w:val="21"/>
          <w:lang w:val="pt-BR"/>
        </w:rPr>
        <w:t>to instituído pelo Edital nº 00</w:t>
      </w:r>
      <w:r w:rsidR="00721BB3">
        <w:rPr>
          <w:rFonts w:ascii="Calibri" w:hAnsi="Calibri"/>
          <w:sz w:val="21"/>
          <w:lang w:val="pt-BR"/>
        </w:rPr>
        <w:t>8</w:t>
      </w:r>
      <w:r>
        <w:rPr>
          <w:rFonts w:ascii="Calibri" w:hAnsi="Calibri"/>
          <w:sz w:val="21"/>
          <w:lang w:val="pt-BR"/>
        </w:rPr>
        <w:t>/2025</w:t>
      </w:r>
      <w:r w:rsidRPr="002D5B49">
        <w:rPr>
          <w:rFonts w:ascii="Calibri" w:hAnsi="Calibri"/>
          <w:sz w:val="21"/>
          <w:lang w:val="pt-BR"/>
        </w:rPr>
        <w:t>, destinado à prestação de</w:t>
      </w:r>
      <w:r w:rsidR="0035025D" w:rsidRPr="0035025D">
        <w:rPr>
          <w:rFonts w:ascii="Calibri" w:hAnsi="Calibri"/>
          <w:sz w:val="21"/>
          <w:lang w:val="pt-BR"/>
        </w:rPr>
        <w:t xml:space="preserve"> </w:t>
      </w:r>
      <w:r w:rsidR="00721BB3" w:rsidRPr="00721BB3">
        <w:rPr>
          <w:rFonts w:ascii="Calibri" w:hAnsi="Calibri"/>
          <w:sz w:val="21"/>
          <w:lang w:val="pt-BR"/>
        </w:rPr>
        <w:t xml:space="preserve">serviços de saúde, na função </w:t>
      </w:r>
      <w:r w:rsidR="00721BB3" w:rsidRPr="00721BB3">
        <w:rPr>
          <w:rFonts w:ascii="Calibri" w:hAnsi="Calibri"/>
          <w:color w:val="FF0000"/>
          <w:sz w:val="21"/>
          <w:lang w:val="pt-BR"/>
        </w:rPr>
        <w:t xml:space="preserve">Auxiliares de Enfermagem, Farmacêutico (a), Fisioterapeuta e Psicólogo (a), </w:t>
      </w:r>
      <w:r w:rsidR="00721BB3" w:rsidRPr="00721BB3">
        <w:rPr>
          <w:rFonts w:ascii="Calibri" w:hAnsi="Calibri"/>
          <w:sz w:val="21"/>
          <w:lang w:val="pt-BR"/>
        </w:rPr>
        <w:t>para assistência à saúde da população, no âmbito do Sistema Único de Saúde – SUS, nas Unidades Básicas de Saúde e Postos de Saúde de forma complementar no</w:t>
      </w:r>
      <w:r w:rsidR="00721BB3">
        <w:rPr>
          <w:rFonts w:ascii="Calibri" w:hAnsi="Calibri"/>
          <w:sz w:val="21"/>
          <w:lang w:val="pt-BR"/>
        </w:rPr>
        <w:t xml:space="preserve"> Município de Lajedinho – Bahia</w:t>
      </w:r>
      <w:r w:rsidR="0035025D" w:rsidRPr="0035025D">
        <w:rPr>
          <w:rFonts w:ascii="Calibri" w:hAnsi="Calibri"/>
          <w:sz w:val="21"/>
          <w:lang w:val="pt-BR"/>
        </w:rPr>
        <w:t xml:space="preserve">, conforme demanda identificada pela </w:t>
      </w:r>
      <w:r w:rsidR="00721BB3">
        <w:rPr>
          <w:rFonts w:ascii="Calibri" w:hAnsi="Calibri"/>
          <w:sz w:val="21"/>
          <w:lang w:val="pt-BR"/>
        </w:rPr>
        <w:t>Secretaria Municipal de Saúde.</w:t>
      </w:r>
    </w:p>
    <w:p w:rsidR="00697B96" w:rsidRPr="0086748D" w:rsidRDefault="006B0E2D" w:rsidP="00571D17">
      <w:pPr>
        <w:ind w:left="-567"/>
        <w:jc w:val="both"/>
        <w:rPr>
          <w:lang w:val="pt-BR"/>
        </w:rPr>
      </w:pPr>
      <w:r w:rsidRPr="0086748D">
        <w:rPr>
          <w:rFonts w:ascii="Calibri" w:hAnsi="Calibri"/>
          <w:sz w:val="21"/>
          <w:lang w:val="pt-BR"/>
        </w:rPr>
        <w:t>Declaro que tenho conhecimento das condições e exigências estabelecidas no referido edital, bem como dos critérios técnicos, operacionais e legais definidos no Termo de Referência, comprometendo-me a cumpri-los integralmente.</w:t>
      </w:r>
    </w:p>
    <w:p w:rsidR="00697B96" w:rsidRPr="0086748D" w:rsidRDefault="006B0E2D" w:rsidP="00571D17">
      <w:pPr>
        <w:shd w:val="clear" w:color="auto" w:fill="F2F2F2" w:themeFill="background1" w:themeFillShade="F2"/>
        <w:ind w:left="-567"/>
        <w:jc w:val="both"/>
        <w:rPr>
          <w:lang w:val="pt-BR"/>
        </w:rPr>
      </w:pPr>
      <w:r w:rsidRPr="0086748D">
        <w:rPr>
          <w:rFonts w:ascii="Calibri" w:hAnsi="Calibri"/>
          <w:b/>
          <w:sz w:val="21"/>
          <w:lang w:val="pt-BR"/>
        </w:rPr>
        <w:t>I – DADOS DO REQUERENTE</w:t>
      </w:r>
    </w:p>
    <w:p w:rsidR="00697B96" w:rsidRPr="0086748D" w:rsidRDefault="006B0E2D" w:rsidP="00571D17">
      <w:pPr>
        <w:ind w:left="-567"/>
        <w:jc w:val="both"/>
        <w:rPr>
          <w:lang w:val="pt-BR"/>
        </w:rPr>
      </w:pPr>
      <w:r w:rsidRPr="0086748D">
        <w:rPr>
          <w:rFonts w:ascii="Calibri" w:hAnsi="Calibri"/>
          <w:sz w:val="21"/>
          <w:lang w:val="pt-BR"/>
        </w:rPr>
        <w:t>Nome completo: [Nome do requerente]</w:t>
      </w:r>
    </w:p>
    <w:p w:rsidR="00697B96" w:rsidRPr="0086748D" w:rsidRDefault="006B0E2D" w:rsidP="00571D17">
      <w:pPr>
        <w:ind w:left="-567"/>
        <w:jc w:val="both"/>
        <w:rPr>
          <w:lang w:val="pt-BR"/>
        </w:rPr>
      </w:pPr>
      <w:r w:rsidRPr="0086748D">
        <w:rPr>
          <w:rFonts w:ascii="Calibri" w:hAnsi="Calibri"/>
          <w:sz w:val="21"/>
          <w:lang w:val="pt-BR"/>
        </w:rPr>
        <w:t>CPF: [</w:t>
      </w:r>
      <w:r w:rsidR="00571D17" w:rsidRPr="00571D17">
        <w:rPr>
          <w:rFonts w:ascii="Calibri" w:hAnsi="Calibri"/>
          <w:color w:val="FF0000"/>
          <w:sz w:val="21"/>
          <w:lang w:val="pt-BR"/>
        </w:rPr>
        <w:t>XXX-XXX-XXX-XX</w:t>
      </w:r>
      <w:r w:rsidRPr="0086748D">
        <w:rPr>
          <w:rFonts w:ascii="Calibri" w:hAnsi="Calibri"/>
          <w:sz w:val="21"/>
          <w:lang w:val="pt-BR"/>
        </w:rPr>
        <w:t>]</w:t>
      </w:r>
    </w:p>
    <w:p w:rsidR="00697B96" w:rsidRDefault="006B0E2D" w:rsidP="00571D17">
      <w:pPr>
        <w:ind w:left="-567"/>
        <w:jc w:val="both"/>
        <w:rPr>
          <w:rFonts w:ascii="Calibri" w:hAnsi="Calibri"/>
          <w:sz w:val="21"/>
          <w:lang w:val="pt-BR"/>
        </w:rPr>
      </w:pPr>
      <w:r w:rsidRPr="0086748D">
        <w:rPr>
          <w:rFonts w:ascii="Calibri" w:hAnsi="Calibri"/>
          <w:sz w:val="21"/>
          <w:lang w:val="pt-BR"/>
        </w:rPr>
        <w:t>RG: [</w:t>
      </w:r>
      <w:r w:rsidR="00571D17" w:rsidRPr="00571D17">
        <w:rPr>
          <w:rFonts w:ascii="Calibri" w:hAnsi="Calibri"/>
          <w:color w:val="FF0000"/>
          <w:sz w:val="21"/>
          <w:lang w:val="pt-BR"/>
        </w:rPr>
        <w:t>XXXXXXX</w:t>
      </w:r>
      <w:r w:rsidRPr="0086748D">
        <w:rPr>
          <w:rFonts w:ascii="Calibri" w:hAnsi="Calibri"/>
          <w:sz w:val="21"/>
          <w:lang w:val="pt-BR"/>
        </w:rPr>
        <w:t>– órgão expedidor]</w:t>
      </w:r>
    </w:p>
    <w:p w:rsidR="00721BB3" w:rsidRPr="00721BB3" w:rsidRDefault="00721BB3" w:rsidP="00571D17">
      <w:pPr>
        <w:ind w:left="-567"/>
        <w:jc w:val="both"/>
        <w:rPr>
          <w:rFonts w:ascii="Calibri" w:hAnsi="Calibri"/>
          <w:sz w:val="21"/>
          <w:lang w:val="pt-BR"/>
        </w:rPr>
      </w:pPr>
      <w:r>
        <w:rPr>
          <w:rFonts w:ascii="Calibri" w:hAnsi="Calibri"/>
          <w:sz w:val="21"/>
          <w:lang w:val="pt-BR"/>
        </w:rPr>
        <w:t>Função [</w:t>
      </w:r>
      <w:r w:rsidRPr="00721BB3">
        <w:rPr>
          <w:rFonts w:asciiTheme="majorHAnsi" w:hAnsiTheme="majorHAnsi" w:cstheme="majorHAnsi"/>
          <w:lang w:val="pt-BR" w:bidi="pt-BR"/>
        </w:rPr>
        <w:t>Auxiliares de Enfermagem, Farmacêutico (a), Fisioterapeuta e Psicólogo (a)</w:t>
      </w:r>
      <w:r>
        <w:rPr>
          <w:rFonts w:asciiTheme="majorHAnsi" w:hAnsiTheme="majorHAnsi" w:cstheme="majorHAnsi"/>
          <w:lang w:val="pt-BR" w:bidi="pt-BR"/>
        </w:rPr>
        <w:t>]</w:t>
      </w:r>
    </w:p>
    <w:p w:rsidR="00721BB3" w:rsidRPr="0086748D" w:rsidRDefault="00721BB3" w:rsidP="00571D17">
      <w:pPr>
        <w:ind w:left="-567"/>
        <w:jc w:val="both"/>
        <w:rPr>
          <w:lang w:val="pt-BR"/>
        </w:rPr>
      </w:pPr>
      <w:r>
        <w:rPr>
          <w:rFonts w:ascii="Calibri" w:hAnsi="Calibri"/>
          <w:sz w:val="21"/>
          <w:lang w:val="pt-BR"/>
        </w:rPr>
        <w:t>Registro no Conselho: [</w:t>
      </w:r>
      <w:r w:rsidRPr="00721BB3">
        <w:rPr>
          <w:rFonts w:ascii="Calibri" w:hAnsi="Calibri"/>
          <w:sz w:val="21"/>
          <w:lang w:val="pt-BR" w:bidi="pt-BR"/>
        </w:rPr>
        <w:t>COREN/CFF/CRF/CFP/CRP/COFFITO/CREFITO</w:t>
      </w:r>
      <w:r>
        <w:rPr>
          <w:rFonts w:ascii="Calibri" w:hAnsi="Calibri"/>
          <w:sz w:val="21"/>
          <w:lang w:val="pt-BR"/>
        </w:rPr>
        <w:t>]</w:t>
      </w:r>
    </w:p>
    <w:p w:rsidR="00697B96" w:rsidRPr="0086748D" w:rsidRDefault="006B0E2D" w:rsidP="00571D17">
      <w:pPr>
        <w:ind w:left="-567"/>
        <w:jc w:val="both"/>
        <w:rPr>
          <w:lang w:val="pt-BR"/>
        </w:rPr>
      </w:pPr>
      <w:r w:rsidRPr="0086748D">
        <w:rPr>
          <w:rFonts w:ascii="Calibri" w:hAnsi="Calibri"/>
          <w:sz w:val="21"/>
          <w:lang w:val="pt-BR"/>
        </w:rPr>
        <w:t>Endereço: [logradouro, nº, bairro, município, UF, CEP]</w:t>
      </w:r>
    </w:p>
    <w:p w:rsidR="00697B96" w:rsidRPr="0086748D" w:rsidRDefault="006B0E2D" w:rsidP="00571D17">
      <w:pPr>
        <w:ind w:left="-567"/>
        <w:jc w:val="both"/>
        <w:rPr>
          <w:lang w:val="pt-BR"/>
        </w:rPr>
      </w:pPr>
      <w:r w:rsidRPr="0086748D">
        <w:rPr>
          <w:rFonts w:ascii="Calibri" w:hAnsi="Calibri"/>
          <w:sz w:val="21"/>
          <w:lang w:val="pt-BR"/>
        </w:rPr>
        <w:t>Telefone: [número com DDD]</w:t>
      </w:r>
    </w:p>
    <w:p w:rsidR="00697B96" w:rsidRDefault="006B0E2D" w:rsidP="00571D17">
      <w:pPr>
        <w:ind w:left="-567"/>
        <w:jc w:val="both"/>
        <w:rPr>
          <w:rFonts w:ascii="Calibri" w:hAnsi="Calibri"/>
          <w:sz w:val="21"/>
          <w:lang w:val="pt-BR"/>
        </w:rPr>
      </w:pPr>
      <w:r w:rsidRPr="0086748D">
        <w:rPr>
          <w:rFonts w:ascii="Calibri" w:hAnsi="Calibri"/>
          <w:sz w:val="21"/>
          <w:lang w:val="pt-BR"/>
        </w:rPr>
        <w:t>E-mail: [</w:t>
      </w:r>
      <w:r w:rsidR="00571D17" w:rsidRPr="0086748D">
        <w:rPr>
          <w:rFonts w:ascii="Calibri" w:hAnsi="Calibri"/>
          <w:sz w:val="21"/>
          <w:lang w:val="pt-BR"/>
        </w:rPr>
        <w:t>e-mail</w:t>
      </w:r>
      <w:r w:rsidRPr="0086748D">
        <w:rPr>
          <w:rFonts w:ascii="Calibri" w:hAnsi="Calibri"/>
          <w:sz w:val="21"/>
          <w:lang w:val="pt-BR"/>
        </w:rPr>
        <w:t xml:space="preserve"> válido]</w:t>
      </w:r>
    </w:p>
    <w:p w:rsidR="0035025D" w:rsidRPr="0086748D" w:rsidRDefault="0035025D" w:rsidP="0035025D">
      <w:pPr>
        <w:shd w:val="clear" w:color="auto" w:fill="F2F2F2" w:themeFill="background1" w:themeFillShade="F2"/>
        <w:ind w:left="-567"/>
        <w:jc w:val="both"/>
        <w:rPr>
          <w:lang w:val="pt-BR"/>
        </w:rPr>
      </w:pPr>
      <w:r>
        <w:rPr>
          <w:rFonts w:ascii="Calibri" w:hAnsi="Calibri"/>
          <w:b/>
          <w:sz w:val="21"/>
          <w:lang w:val="pt-BR"/>
        </w:rPr>
        <w:t xml:space="preserve">II </w:t>
      </w:r>
      <w:r w:rsidRPr="0086748D">
        <w:rPr>
          <w:rFonts w:ascii="Calibri" w:hAnsi="Calibri"/>
          <w:b/>
          <w:sz w:val="21"/>
          <w:lang w:val="pt-BR"/>
        </w:rPr>
        <w:t xml:space="preserve">– </w:t>
      </w:r>
      <w:r>
        <w:rPr>
          <w:rFonts w:ascii="Calibri" w:hAnsi="Calibri"/>
          <w:b/>
          <w:sz w:val="21"/>
          <w:lang w:val="pt-BR"/>
        </w:rPr>
        <w:t>LOCALIDADE</w:t>
      </w:r>
    </w:p>
    <w:p w:rsidR="0035025D" w:rsidRDefault="0035025D" w:rsidP="0035025D">
      <w:pPr>
        <w:ind w:left="-567"/>
        <w:jc w:val="both"/>
        <w:rPr>
          <w:rFonts w:ascii="Calibri" w:hAnsi="Calibri"/>
          <w:sz w:val="21"/>
          <w:lang w:val="pt-BR"/>
        </w:rPr>
      </w:pPr>
      <w:r>
        <w:rPr>
          <w:rFonts w:ascii="Calibri" w:hAnsi="Calibri"/>
          <w:sz w:val="21"/>
          <w:lang w:val="pt-BR"/>
        </w:rPr>
        <w:t xml:space="preserve">Localidade: </w:t>
      </w:r>
    </w:p>
    <w:p w:rsidR="00697B96" w:rsidRPr="0086748D" w:rsidRDefault="006B0E2D" w:rsidP="00571D17">
      <w:pPr>
        <w:shd w:val="clear" w:color="auto" w:fill="F2F2F2" w:themeFill="background1" w:themeFillShade="F2"/>
        <w:ind w:left="-567"/>
        <w:jc w:val="both"/>
        <w:rPr>
          <w:lang w:val="pt-BR"/>
        </w:rPr>
      </w:pPr>
      <w:r w:rsidRPr="0086748D">
        <w:rPr>
          <w:rFonts w:ascii="Calibri" w:hAnsi="Calibri"/>
          <w:b/>
          <w:sz w:val="21"/>
          <w:lang w:val="pt-BR"/>
        </w:rPr>
        <w:t>I</w:t>
      </w:r>
      <w:r w:rsidR="00571D17">
        <w:rPr>
          <w:rFonts w:ascii="Calibri" w:hAnsi="Calibri"/>
          <w:b/>
          <w:sz w:val="21"/>
          <w:lang w:val="pt-BR"/>
        </w:rPr>
        <w:t>I</w:t>
      </w:r>
      <w:r w:rsidR="0035025D">
        <w:rPr>
          <w:rFonts w:ascii="Calibri" w:hAnsi="Calibri"/>
          <w:b/>
          <w:sz w:val="21"/>
          <w:lang w:val="pt-BR"/>
        </w:rPr>
        <w:t>I</w:t>
      </w:r>
      <w:r w:rsidRPr="0086748D">
        <w:rPr>
          <w:rFonts w:ascii="Calibri" w:hAnsi="Calibri"/>
          <w:b/>
          <w:sz w:val="21"/>
          <w:lang w:val="pt-BR"/>
        </w:rPr>
        <w:t xml:space="preserve"> – DOCUMENTAÇÃO ANEXA</w:t>
      </w:r>
    </w:p>
    <w:p w:rsidR="00697B96" w:rsidRDefault="006B0E2D" w:rsidP="00571D17">
      <w:pPr>
        <w:ind w:left="-567"/>
        <w:jc w:val="both"/>
        <w:rPr>
          <w:rFonts w:ascii="Calibri" w:hAnsi="Calibri"/>
          <w:sz w:val="21"/>
          <w:lang w:val="pt-BR"/>
        </w:rPr>
      </w:pPr>
      <w:r w:rsidRPr="0086748D">
        <w:rPr>
          <w:rFonts w:ascii="Calibri" w:hAnsi="Calibri"/>
          <w:sz w:val="21"/>
          <w:lang w:val="pt-BR"/>
        </w:rPr>
        <w:t>Apresento, em anexo, a documentação exigida no edital para fins de habilitação, incluindo:</w:t>
      </w:r>
    </w:p>
    <w:p w:rsidR="00721BB3" w:rsidRDefault="00721BB3" w:rsidP="00547C34">
      <w:pPr>
        <w:pStyle w:val="PargrafodaLista"/>
        <w:ind w:left="153"/>
        <w:jc w:val="both"/>
        <w:rPr>
          <w:rFonts w:asciiTheme="majorHAnsi" w:hAnsiTheme="majorHAnsi" w:cstheme="majorHAnsi"/>
          <w:b/>
          <w:iCs/>
        </w:rPr>
      </w:pPr>
      <w:r w:rsidRPr="00224776">
        <w:rPr>
          <w:rFonts w:asciiTheme="majorHAnsi" w:hAnsiTheme="majorHAnsi" w:cstheme="majorHAnsi"/>
          <w:b/>
          <w:iCs/>
        </w:rPr>
        <w:t>HABILITAÇÃO – AUXILIAR DE ENFERMAGEM:</w:t>
      </w:r>
    </w:p>
    <w:p w:rsidR="00547C34" w:rsidRDefault="00547C34" w:rsidP="00547C34">
      <w:pPr>
        <w:pStyle w:val="PargrafodaLista"/>
        <w:ind w:left="153"/>
        <w:jc w:val="both"/>
        <w:rPr>
          <w:rFonts w:asciiTheme="majorHAnsi" w:hAnsiTheme="majorHAnsi" w:cstheme="majorHAnsi"/>
          <w:b/>
          <w:iCs/>
        </w:rPr>
      </w:pPr>
    </w:p>
    <w:p w:rsidR="00547C34" w:rsidRDefault="00547C34" w:rsidP="00721BB3">
      <w:pPr>
        <w:pStyle w:val="PargrafodaLista"/>
        <w:numPr>
          <w:ilvl w:val="0"/>
          <w:numId w:val="12"/>
        </w:numPr>
        <w:jc w:val="both"/>
        <w:rPr>
          <w:rFonts w:ascii="Calibri" w:hAnsi="Calibri"/>
          <w:sz w:val="21"/>
          <w:lang w:val="pt-BR"/>
        </w:rPr>
      </w:pPr>
      <w:r w:rsidRPr="00721BB3">
        <w:rPr>
          <w:rFonts w:ascii="Calibri" w:hAnsi="Calibri"/>
          <w:sz w:val="21"/>
          <w:lang w:val="pt-BR"/>
        </w:rPr>
        <w:t>Pessoa Física: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 xml:space="preserve"> Cadastro de Pessoa Física (CPF);</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Geral (RG) ou Carteira Nacional de Habilitação (CNH);</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no Conselho de Classe COREN;</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que comprove adimplência junto Conselho Regional da Categoria;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Diploma de Formação Acadêmica;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Residência;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inscrição PIS/PASEP; e</w:t>
      </w:r>
    </w:p>
    <w:p w:rsid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Declaração que não pertence a outra equipe de Saúde Família/Unidade de Saúde da Família.</w:t>
      </w:r>
    </w:p>
    <w:p w:rsidR="00721BB3" w:rsidRPr="00721BB3" w:rsidRDefault="00721BB3" w:rsidP="00721BB3">
      <w:pPr>
        <w:pStyle w:val="PargrafodaLista"/>
        <w:ind w:left="153"/>
        <w:jc w:val="both"/>
        <w:rPr>
          <w:rFonts w:ascii="Calibri" w:hAnsi="Calibri"/>
          <w:sz w:val="21"/>
          <w:lang w:val="pt-BR"/>
        </w:rPr>
      </w:pPr>
    </w:p>
    <w:p w:rsidR="00721BB3" w:rsidRPr="00547C34" w:rsidRDefault="00721BB3" w:rsidP="00721BB3">
      <w:pPr>
        <w:pStyle w:val="PargrafodaLista"/>
        <w:ind w:left="153"/>
        <w:jc w:val="both"/>
        <w:rPr>
          <w:rFonts w:ascii="Calibri" w:hAnsi="Calibri"/>
          <w:b/>
          <w:sz w:val="21"/>
          <w:lang w:val="pt-BR"/>
        </w:rPr>
      </w:pPr>
      <w:r w:rsidRPr="00547C34">
        <w:rPr>
          <w:rFonts w:ascii="Calibri" w:hAnsi="Calibri"/>
          <w:b/>
          <w:sz w:val="21"/>
          <w:lang w:val="pt-BR"/>
        </w:rPr>
        <w:t>HABILITAÇÃO -  FARMACEUTICO(A):</w:t>
      </w:r>
    </w:p>
    <w:p w:rsidR="00547C34" w:rsidRPr="00721BB3" w:rsidRDefault="00547C34" w:rsidP="00721BB3">
      <w:pPr>
        <w:pStyle w:val="PargrafodaLista"/>
        <w:ind w:left="153"/>
        <w:jc w:val="both"/>
        <w:rPr>
          <w:rFonts w:ascii="Calibri" w:hAnsi="Calibri"/>
          <w:sz w:val="21"/>
          <w:lang w:val="pt-BR"/>
        </w:rPr>
      </w:pP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Pessoa Física: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Cadastro de Pessoa Física (CPF);</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Geral (RG) ou Carteira Nacional de Habilitação (CNH);</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no Conselho de Classe (CFF) OU (CRF);</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que comprove adimplência junto Conselho Regional da Categoria;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Diploma de Formação Acadêmica;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Residência; e</w:t>
      </w:r>
    </w:p>
    <w:p w:rsid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inscrição PIS/PASEP.</w:t>
      </w:r>
    </w:p>
    <w:p w:rsidR="00547C34" w:rsidRPr="00721BB3" w:rsidRDefault="00547C34" w:rsidP="00547C34">
      <w:pPr>
        <w:pStyle w:val="PargrafodaLista"/>
        <w:ind w:left="153"/>
        <w:jc w:val="both"/>
        <w:rPr>
          <w:rFonts w:ascii="Calibri" w:hAnsi="Calibri"/>
          <w:sz w:val="21"/>
          <w:lang w:val="pt-BR"/>
        </w:rPr>
      </w:pPr>
    </w:p>
    <w:p w:rsidR="00721BB3" w:rsidRDefault="00721BB3" w:rsidP="00547C34">
      <w:pPr>
        <w:pStyle w:val="PargrafodaLista"/>
        <w:ind w:left="153"/>
        <w:jc w:val="both"/>
        <w:rPr>
          <w:rFonts w:ascii="Calibri" w:hAnsi="Calibri"/>
          <w:b/>
          <w:sz w:val="21"/>
          <w:lang w:val="pt-BR"/>
        </w:rPr>
      </w:pPr>
      <w:r w:rsidRPr="00547C34">
        <w:rPr>
          <w:rFonts w:ascii="Calibri" w:hAnsi="Calibri"/>
          <w:b/>
          <w:sz w:val="21"/>
          <w:lang w:val="pt-BR"/>
        </w:rPr>
        <w:t>HABILITAÇÃO -  PSICOLOGO(A):</w:t>
      </w:r>
    </w:p>
    <w:p w:rsidR="00547C34" w:rsidRPr="00547C34" w:rsidRDefault="00547C34" w:rsidP="00547C34">
      <w:pPr>
        <w:pStyle w:val="PargrafodaLista"/>
        <w:ind w:left="153"/>
        <w:jc w:val="both"/>
        <w:rPr>
          <w:rFonts w:ascii="Calibri" w:hAnsi="Calibri"/>
          <w:b/>
          <w:sz w:val="21"/>
          <w:lang w:val="pt-BR"/>
        </w:rPr>
      </w:pP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Pessoa Física: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Cadastro de Pessoa Física (CPF);</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Geral (RG) ou Carteira Nacional de Habilitação (CNH);</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no Conselho de Classe (CFP) OU (CRP);</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que comprove adimplência junto Conselho Regional da Categoria;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Diploma de Formação Acadêmica;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Residência; e</w:t>
      </w:r>
    </w:p>
    <w:p w:rsid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inscrição PIS/PASEP.</w:t>
      </w:r>
    </w:p>
    <w:p w:rsidR="00547C34" w:rsidRPr="00721BB3" w:rsidRDefault="00547C34" w:rsidP="00547C34">
      <w:pPr>
        <w:pStyle w:val="PargrafodaLista"/>
        <w:ind w:left="153"/>
        <w:jc w:val="both"/>
        <w:rPr>
          <w:rFonts w:ascii="Calibri" w:hAnsi="Calibri"/>
          <w:sz w:val="21"/>
          <w:lang w:val="pt-BR"/>
        </w:rPr>
      </w:pPr>
    </w:p>
    <w:p w:rsidR="00721BB3" w:rsidRDefault="00721BB3" w:rsidP="00547C34">
      <w:pPr>
        <w:pStyle w:val="PargrafodaLista"/>
        <w:ind w:left="153"/>
        <w:jc w:val="both"/>
        <w:rPr>
          <w:rFonts w:ascii="Calibri" w:hAnsi="Calibri"/>
          <w:b/>
          <w:sz w:val="21"/>
          <w:lang w:val="pt-BR"/>
        </w:rPr>
      </w:pPr>
      <w:r w:rsidRPr="00547C34">
        <w:rPr>
          <w:rFonts w:ascii="Calibri" w:hAnsi="Calibri"/>
          <w:b/>
          <w:sz w:val="21"/>
          <w:lang w:val="pt-BR"/>
        </w:rPr>
        <w:t>HABILITAÇÃO -  FISIOTERAPEUTA:</w:t>
      </w:r>
    </w:p>
    <w:p w:rsidR="00547C34" w:rsidRPr="00547C34" w:rsidRDefault="00547C34" w:rsidP="00547C34">
      <w:pPr>
        <w:pStyle w:val="PargrafodaLista"/>
        <w:ind w:left="153"/>
        <w:jc w:val="both"/>
        <w:rPr>
          <w:rFonts w:ascii="Calibri" w:hAnsi="Calibri"/>
          <w:b/>
          <w:sz w:val="21"/>
          <w:lang w:val="pt-BR"/>
        </w:rPr>
      </w:pP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Pessoa Física: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Cadastro de Pessoa Física (CPF);</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Geral (RG) ou Carteira Nacional de Habilitação (CNH);</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Registro no Conselho de Classe (COFFITO) OU (CREFITO);</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que comprove adimplência junto Conselho Regional da Categoria;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Diploma de Formação Acadêmica;</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Residência; e</w:t>
      </w:r>
    </w:p>
    <w:p w:rsid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Comprovante de inscrição PIS/PASEP.</w:t>
      </w:r>
    </w:p>
    <w:p w:rsidR="00547C34" w:rsidRPr="00721BB3" w:rsidRDefault="00547C34" w:rsidP="00547C34">
      <w:pPr>
        <w:pStyle w:val="PargrafodaLista"/>
        <w:ind w:left="153"/>
        <w:jc w:val="both"/>
        <w:rPr>
          <w:rFonts w:ascii="Calibri" w:hAnsi="Calibri"/>
          <w:sz w:val="21"/>
          <w:lang w:val="pt-BR"/>
        </w:rPr>
      </w:pPr>
    </w:p>
    <w:p w:rsidR="00547C34" w:rsidRDefault="00721BB3" w:rsidP="00547C34">
      <w:pPr>
        <w:pStyle w:val="PargrafodaLista"/>
        <w:ind w:left="153"/>
        <w:jc w:val="both"/>
        <w:rPr>
          <w:rFonts w:ascii="Calibri" w:hAnsi="Calibri"/>
          <w:sz w:val="21"/>
          <w:lang w:val="pt-BR"/>
        </w:rPr>
      </w:pPr>
      <w:r w:rsidRPr="00547C34">
        <w:rPr>
          <w:rFonts w:ascii="Calibri" w:hAnsi="Calibri"/>
          <w:b/>
          <w:sz w:val="21"/>
          <w:lang w:val="pt-BR"/>
        </w:rPr>
        <w:t>REGULARIDADE FISCAL E TRABALHISTA:</w:t>
      </w:r>
    </w:p>
    <w:p w:rsidR="00721BB3" w:rsidRPr="00547C34" w:rsidRDefault="00721BB3" w:rsidP="00547C34">
      <w:pPr>
        <w:pStyle w:val="PargrafodaLista"/>
        <w:ind w:left="153"/>
        <w:jc w:val="both"/>
        <w:rPr>
          <w:rFonts w:ascii="Calibri" w:hAnsi="Calibri"/>
          <w:sz w:val="21"/>
          <w:lang w:val="pt-BR"/>
        </w:rPr>
      </w:pPr>
      <w:r w:rsidRPr="00547C34">
        <w:rPr>
          <w:rFonts w:ascii="Calibri" w:hAnsi="Calibri"/>
          <w:sz w:val="21"/>
          <w:lang w:val="pt-BR"/>
        </w:rPr>
        <w:tab/>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 xml:space="preserve">Certidão Conjunta Negativa de Débitos Relativos a Tributos Federais, Dívida Ativa da União, e regularidade com Seguridade Social (INSS); </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 xml:space="preserve">Prova de regularidade para com as Fazendas Estadual e Municipal; </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 xml:space="preserve">Certidão Negativa de Débitos Trabalhistas – CNDT; </w:t>
      </w:r>
    </w:p>
    <w:p w:rsidR="00721BB3" w:rsidRP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Tribunal de Justiça do Estado da Bahia – Ações Cíveis - 1ª Grau; e</w:t>
      </w:r>
    </w:p>
    <w:p w:rsidR="00721BB3" w:rsidRDefault="00721BB3" w:rsidP="00721BB3">
      <w:pPr>
        <w:pStyle w:val="PargrafodaLista"/>
        <w:numPr>
          <w:ilvl w:val="0"/>
          <w:numId w:val="12"/>
        </w:numPr>
        <w:jc w:val="both"/>
        <w:rPr>
          <w:rFonts w:ascii="Calibri" w:hAnsi="Calibri"/>
          <w:sz w:val="21"/>
          <w:lang w:val="pt-BR"/>
        </w:rPr>
      </w:pPr>
      <w:r w:rsidRPr="00721BB3">
        <w:rPr>
          <w:rFonts w:ascii="Calibri" w:hAnsi="Calibri"/>
          <w:sz w:val="21"/>
          <w:lang w:val="pt-BR"/>
        </w:rPr>
        <w:t>Certidão Negativa de Licitantes Inidôneos.</w:t>
      </w:r>
    </w:p>
    <w:p w:rsidR="00547C34" w:rsidRDefault="00547C34" w:rsidP="00547C34">
      <w:pPr>
        <w:pStyle w:val="PargrafodaLista"/>
        <w:ind w:left="153"/>
        <w:jc w:val="both"/>
        <w:rPr>
          <w:rFonts w:ascii="Calibri" w:hAnsi="Calibri"/>
          <w:sz w:val="21"/>
          <w:lang w:val="pt-BR"/>
        </w:rPr>
      </w:pPr>
    </w:p>
    <w:p w:rsidR="00547C34" w:rsidRDefault="00547C34" w:rsidP="00547C34">
      <w:pPr>
        <w:pStyle w:val="PargrafodaLista"/>
        <w:ind w:left="153"/>
        <w:jc w:val="both"/>
        <w:rPr>
          <w:rFonts w:ascii="Calibri" w:hAnsi="Calibri"/>
          <w:b/>
          <w:sz w:val="21"/>
          <w:lang w:val="pt-BR"/>
        </w:rPr>
      </w:pPr>
      <w:r>
        <w:rPr>
          <w:rFonts w:ascii="Calibri" w:hAnsi="Calibri"/>
          <w:b/>
          <w:sz w:val="21"/>
          <w:lang w:val="pt-BR"/>
        </w:rPr>
        <w:t>DOCUMENTOS COMPLEMENTARES</w:t>
      </w:r>
      <w:r w:rsidRPr="00547C34">
        <w:rPr>
          <w:rFonts w:ascii="Calibri" w:hAnsi="Calibri"/>
          <w:b/>
          <w:sz w:val="21"/>
          <w:lang w:val="pt-BR"/>
        </w:rPr>
        <w:t>:</w:t>
      </w:r>
    </w:p>
    <w:p w:rsidR="00547C34" w:rsidRDefault="00547C34" w:rsidP="00547C34">
      <w:pPr>
        <w:pStyle w:val="PargrafodaLista"/>
        <w:ind w:left="-284"/>
        <w:jc w:val="both"/>
        <w:rPr>
          <w:rFonts w:ascii="Calibri" w:hAnsi="Calibri"/>
          <w:b/>
          <w:sz w:val="21"/>
          <w:lang w:val="pt-BR"/>
        </w:rPr>
      </w:pPr>
    </w:p>
    <w:p w:rsidR="00547C34" w:rsidRPr="00547C34" w:rsidRDefault="00547C34" w:rsidP="00547C34">
      <w:pPr>
        <w:pStyle w:val="PargrafodaLista"/>
        <w:numPr>
          <w:ilvl w:val="0"/>
          <w:numId w:val="16"/>
        </w:numPr>
        <w:ind w:left="142"/>
        <w:jc w:val="both"/>
        <w:rPr>
          <w:rFonts w:asciiTheme="majorHAnsi" w:hAnsiTheme="majorHAnsi" w:cstheme="majorHAnsi"/>
          <w:b/>
          <w:bCs/>
          <w:sz w:val="21"/>
          <w:szCs w:val="21"/>
          <w:lang w:val="pt-BR"/>
        </w:rPr>
      </w:pPr>
      <w:r w:rsidRPr="00547C34">
        <w:rPr>
          <w:rFonts w:asciiTheme="majorHAnsi" w:hAnsiTheme="majorHAnsi" w:cstheme="majorHAnsi"/>
          <w:sz w:val="21"/>
          <w:szCs w:val="21"/>
          <w:lang w:val="pt-BR"/>
        </w:rPr>
        <w:t>Declaração de que não possui vínculo de parentesco ou relação societária com servidor ou agente público integrante do órgão responsável pela contratação, nos termos do art. 14 da Lei nº 14.133/2021;</w:t>
      </w:r>
    </w:p>
    <w:p w:rsidR="00547C34" w:rsidRPr="00547C34" w:rsidRDefault="00547C34" w:rsidP="00547C34">
      <w:pPr>
        <w:pStyle w:val="PargrafodaLista"/>
        <w:numPr>
          <w:ilvl w:val="0"/>
          <w:numId w:val="16"/>
        </w:numPr>
        <w:ind w:left="142"/>
        <w:jc w:val="both"/>
        <w:rPr>
          <w:rFonts w:asciiTheme="majorHAnsi" w:hAnsiTheme="majorHAnsi" w:cstheme="majorHAnsi"/>
          <w:sz w:val="21"/>
          <w:szCs w:val="21"/>
          <w:lang w:val="pt-BR"/>
        </w:rPr>
      </w:pPr>
      <w:r w:rsidRPr="00547C34">
        <w:rPr>
          <w:rFonts w:asciiTheme="majorHAnsi" w:hAnsiTheme="majorHAnsi" w:cstheme="majorHAnsi"/>
          <w:bCs/>
          <w:sz w:val="21"/>
          <w:szCs w:val="21"/>
          <w:lang w:val="pt-BR"/>
        </w:rPr>
        <w:t>11.15.2</w:t>
      </w:r>
      <w:r w:rsidRPr="00547C34">
        <w:rPr>
          <w:rFonts w:asciiTheme="majorHAnsi" w:hAnsiTheme="majorHAnsi" w:cstheme="majorHAnsi"/>
          <w:b/>
          <w:bCs/>
          <w:sz w:val="21"/>
          <w:szCs w:val="21"/>
          <w:lang w:val="pt-BR"/>
        </w:rPr>
        <w:t xml:space="preserve">. </w:t>
      </w:r>
      <w:r w:rsidRPr="00547C34">
        <w:rPr>
          <w:rFonts w:asciiTheme="majorHAnsi" w:hAnsiTheme="majorHAnsi" w:cstheme="majorHAnsi"/>
          <w:sz w:val="21"/>
          <w:szCs w:val="21"/>
          <w:lang w:val="pt-BR"/>
        </w:rPr>
        <w:t>Requerimento para credenciamento; e</w:t>
      </w:r>
    </w:p>
    <w:p w:rsidR="00547C34" w:rsidRPr="00547C34" w:rsidRDefault="00547C34" w:rsidP="00547C34">
      <w:pPr>
        <w:pStyle w:val="PargrafodaLista"/>
        <w:numPr>
          <w:ilvl w:val="0"/>
          <w:numId w:val="16"/>
        </w:numPr>
        <w:ind w:left="142"/>
        <w:jc w:val="both"/>
        <w:rPr>
          <w:rFonts w:asciiTheme="majorHAnsi" w:hAnsiTheme="majorHAnsi" w:cstheme="majorHAnsi"/>
          <w:bCs/>
          <w:sz w:val="21"/>
          <w:szCs w:val="21"/>
          <w:lang w:val="pt-BR"/>
        </w:rPr>
      </w:pPr>
      <w:r w:rsidRPr="00547C34">
        <w:rPr>
          <w:rFonts w:asciiTheme="majorHAnsi" w:hAnsiTheme="majorHAnsi" w:cstheme="majorHAnsi"/>
          <w:sz w:val="21"/>
          <w:szCs w:val="21"/>
          <w:lang w:val="pt-BR"/>
        </w:rPr>
        <w:t xml:space="preserve">11.15.3. </w:t>
      </w:r>
      <w:r w:rsidRPr="00547C34">
        <w:rPr>
          <w:rFonts w:asciiTheme="majorHAnsi" w:hAnsiTheme="majorHAnsi" w:cstheme="majorHAnsi"/>
          <w:bCs/>
          <w:sz w:val="21"/>
          <w:szCs w:val="21"/>
          <w:lang w:val="pt-BR"/>
        </w:rPr>
        <w:t>Para formalizar a assinatura do contrato, o credenciado deverá fornecer suas informações bancárias para fins de pagamento.</w:t>
      </w:r>
    </w:p>
    <w:p w:rsidR="00547C34" w:rsidRDefault="00547C34" w:rsidP="00547C34">
      <w:pPr>
        <w:pStyle w:val="PargrafodaLista"/>
        <w:ind w:left="153"/>
        <w:jc w:val="both"/>
        <w:rPr>
          <w:rFonts w:ascii="Calibri" w:hAnsi="Calibri"/>
          <w:sz w:val="21"/>
          <w:lang w:val="pt-BR"/>
        </w:rPr>
      </w:pPr>
    </w:p>
    <w:p w:rsidR="00697B96" w:rsidRPr="0086748D" w:rsidRDefault="006B0E2D" w:rsidP="00571D17">
      <w:pPr>
        <w:ind w:left="-567"/>
        <w:jc w:val="both"/>
        <w:rPr>
          <w:lang w:val="pt-BR"/>
        </w:rPr>
      </w:pPr>
      <w:r w:rsidRPr="0086748D">
        <w:rPr>
          <w:rFonts w:ascii="Calibri" w:hAnsi="Calibri"/>
          <w:sz w:val="21"/>
          <w:lang w:val="pt-BR"/>
        </w:rPr>
        <w:t>Por ser expressão da verdade e para fins de instrução do processo administrativo de credenciamento, firmo o presente requerimento.</w:t>
      </w:r>
    </w:p>
    <w:p w:rsidR="007030FE" w:rsidRDefault="007030FE" w:rsidP="00571D17">
      <w:pPr>
        <w:ind w:left="-567"/>
        <w:jc w:val="both"/>
        <w:rPr>
          <w:rFonts w:ascii="Calibri" w:hAnsi="Calibri"/>
          <w:sz w:val="21"/>
          <w:lang w:val="pt-BR"/>
        </w:rPr>
      </w:pPr>
    </w:p>
    <w:p w:rsidR="00697B96" w:rsidRPr="0086748D" w:rsidRDefault="00547C34" w:rsidP="00571D17">
      <w:pPr>
        <w:ind w:left="-567"/>
        <w:jc w:val="both"/>
        <w:rPr>
          <w:lang w:val="pt-BR"/>
        </w:rPr>
      </w:pPr>
      <w:r>
        <w:rPr>
          <w:rFonts w:ascii="Calibri" w:hAnsi="Calibri"/>
          <w:sz w:val="21"/>
          <w:lang w:val="pt-BR"/>
        </w:rPr>
        <w:t>XXXXXX</w:t>
      </w:r>
      <w:r w:rsidR="006B0E2D" w:rsidRPr="0086748D">
        <w:rPr>
          <w:rFonts w:ascii="Calibri" w:hAnsi="Calibri"/>
          <w:sz w:val="21"/>
          <w:lang w:val="pt-BR"/>
        </w:rPr>
        <w:t xml:space="preserve"> – B</w:t>
      </w:r>
      <w:r w:rsidR="00571D17">
        <w:rPr>
          <w:rFonts w:ascii="Calibri" w:hAnsi="Calibri"/>
          <w:sz w:val="21"/>
          <w:lang w:val="pt-BR"/>
        </w:rPr>
        <w:t>ahia</w:t>
      </w:r>
      <w:r w:rsidR="006B0E2D" w:rsidRPr="0086748D">
        <w:rPr>
          <w:rFonts w:ascii="Calibri" w:hAnsi="Calibri"/>
          <w:sz w:val="21"/>
          <w:lang w:val="pt-BR"/>
        </w:rPr>
        <w:t>, [</w:t>
      </w:r>
      <w:r w:rsidR="006B0E2D" w:rsidRPr="00571D17">
        <w:rPr>
          <w:rFonts w:ascii="Calibri" w:hAnsi="Calibri"/>
          <w:color w:val="FF0000"/>
          <w:sz w:val="21"/>
          <w:lang w:val="pt-BR"/>
        </w:rPr>
        <w:t>data por extenso</w:t>
      </w:r>
      <w:r w:rsidR="006B0E2D" w:rsidRPr="0086748D">
        <w:rPr>
          <w:rFonts w:ascii="Calibri" w:hAnsi="Calibri"/>
          <w:sz w:val="21"/>
          <w:lang w:val="pt-BR"/>
        </w:rPr>
        <w:t>].</w:t>
      </w:r>
    </w:p>
    <w:p w:rsidR="00697B96" w:rsidRPr="0086748D" w:rsidRDefault="00697B96" w:rsidP="00571D17">
      <w:pPr>
        <w:ind w:left="-567"/>
        <w:jc w:val="both"/>
        <w:rPr>
          <w:lang w:val="pt-BR"/>
        </w:rPr>
      </w:pPr>
    </w:p>
    <w:p w:rsidR="00697B96" w:rsidRPr="0086748D" w:rsidRDefault="006B0E2D" w:rsidP="00571D17">
      <w:pPr>
        <w:ind w:left="-567"/>
        <w:jc w:val="both"/>
        <w:rPr>
          <w:lang w:val="pt-BR"/>
        </w:rPr>
      </w:pPr>
      <w:r w:rsidRPr="0086748D">
        <w:rPr>
          <w:rFonts w:ascii="Calibri" w:hAnsi="Calibri"/>
          <w:sz w:val="21"/>
          <w:lang w:val="pt-BR"/>
        </w:rPr>
        <w:t>________________________________________</w:t>
      </w:r>
    </w:p>
    <w:p w:rsidR="00697B96" w:rsidRPr="0086748D" w:rsidRDefault="006B0E2D" w:rsidP="00571D17">
      <w:pPr>
        <w:ind w:left="-567"/>
        <w:jc w:val="both"/>
        <w:rPr>
          <w:lang w:val="pt-BR"/>
        </w:rPr>
      </w:pPr>
      <w:r w:rsidRPr="0086748D">
        <w:rPr>
          <w:rFonts w:ascii="Calibri" w:hAnsi="Calibri"/>
          <w:sz w:val="21"/>
          <w:lang w:val="pt-BR"/>
        </w:rPr>
        <w:t>[Nome completo do requerente]</w:t>
      </w:r>
    </w:p>
    <w:p w:rsidR="00697B96" w:rsidRDefault="006B0E2D" w:rsidP="00571D17">
      <w:pPr>
        <w:ind w:left="-567"/>
        <w:jc w:val="both"/>
        <w:rPr>
          <w:rFonts w:ascii="Calibri" w:hAnsi="Calibri"/>
          <w:sz w:val="21"/>
          <w:lang w:val="pt-BR"/>
        </w:rPr>
      </w:pPr>
      <w:r w:rsidRPr="0086748D">
        <w:rPr>
          <w:rFonts w:ascii="Calibri" w:hAnsi="Calibri"/>
          <w:sz w:val="21"/>
          <w:lang w:val="pt-BR"/>
        </w:rPr>
        <w:t>CPF nº [</w:t>
      </w:r>
      <w:r w:rsidR="00571D17">
        <w:rPr>
          <w:rFonts w:ascii="Calibri" w:hAnsi="Calibri"/>
          <w:sz w:val="21"/>
          <w:lang w:val="pt-BR"/>
        </w:rPr>
        <w:t>XXX-XXX-XXX-XX</w:t>
      </w:r>
      <w:r w:rsidRPr="0086748D">
        <w:rPr>
          <w:rFonts w:ascii="Calibri" w:hAnsi="Calibri"/>
          <w:sz w:val="21"/>
          <w:lang w:val="pt-BR"/>
        </w:rPr>
        <w:t>]</w:t>
      </w:r>
    </w:p>
    <w:p w:rsidR="00547C34" w:rsidRPr="0086748D" w:rsidRDefault="00547C34" w:rsidP="00571D17">
      <w:pPr>
        <w:ind w:left="-567"/>
        <w:jc w:val="both"/>
        <w:rPr>
          <w:lang w:val="pt-BR"/>
        </w:rPr>
      </w:pPr>
      <w:r>
        <w:rPr>
          <w:rFonts w:ascii="Calibri" w:hAnsi="Calibri"/>
          <w:sz w:val="21"/>
          <w:lang w:val="pt-BR"/>
        </w:rPr>
        <w:t>Registro no Conselho</w:t>
      </w:r>
    </w:p>
    <w:p w:rsidR="00697B96" w:rsidRDefault="006B0E2D" w:rsidP="00571D17">
      <w:pPr>
        <w:ind w:left="-567"/>
        <w:jc w:val="both"/>
      </w:pPr>
      <w:r>
        <w:rPr>
          <w:rFonts w:ascii="Calibri" w:hAnsi="Calibri"/>
          <w:sz w:val="21"/>
        </w:rPr>
        <w:t>Assinatura</w:t>
      </w:r>
      <w:bookmarkStart w:id="0" w:name="_GoBack"/>
      <w:bookmarkEnd w:id="0"/>
    </w:p>
    <w:sectPr w:rsidR="00697B96" w:rsidSect="00571D17">
      <w:headerReference w:type="default" r:id="rId8"/>
      <w:footerReference w:type="default" r:id="rId9"/>
      <w:pgSz w:w="12240" w:h="15840"/>
      <w:pgMar w:top="1440" w:right="900" w:bottom="993" w:left="180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48D" w:rsidRDefault="0086748D" w:rsidP="0086748D">
      <w:pPr>
        <w:spacing w:after="0" w:line="240" w:lineRule="auto"/>
      </w:pPr>
      <w:r>
        <w:separator/>
      </w:r>
    </w:p>
  </w:endnote>
  <w:endnote w:type="continuationSeparator" w:id="0">
    <w:p w:rsidR="0086748D" w:rsidRDefault="0086748D" w:rsidP="0086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48D" w:rsidRDefault="0086748D" w:rsidP="0086748D">
    <w:pPr>
      <w:pStyle w:val="Cabealho"/>
      <w:tabs>
        <w:tab w:val="left" w:pos="2835"/>
      </w:tabs>
      <w:jc w:val="center"/>
      <w:rPr>
        <w:rFonts w:ascii="Arial" w:hAnsi="Arial" w:cs="Arial"/>
        <w:sz w:val="20"/>
        <w:szCs w:val="20"/>
      </w:rPr>
    </w:pPr>
    <w:r>
      <w:rPr>
        <w:noProof/>
        <w:lang w:val="pt-BR" w:eastAsia="pt-BR"/>
      </w:rPr>
      <w:drawing>
        <wp:anchor distT="0" distB="0" distL="114300" distR="114300" simplePos="0" relativeHeight="251663360" behindDoc="1" locked="0" layoutInCell="1" allowOverlap="1" wp14:anchorId="7C7A1BE0" wp14:editId="738C50B1">
          <wp:simplePos x="0" y="0"/>
          <wp:positionH relativeFrom="page">
            <wp:posOffset>695325</wp:posOffset>
          </wp:positionH>
          <wp:positionV relativeFrom="paragraph">
            <wp:posOffset>5715</wp:posOffset>
          </wp:positionV>
          <wp:extent cx="5934075" cy="142875"/>
          <wp:effectExtent l="0" t="0" r="9525" b="9525"/>
          <wp:wrapNone/>
          <wp:docPr id="1989226013" name="Imagem 198922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val="pt-BR" w:eastAsia="pt-BR"/>
      </w:rPr>
      <w:drawing>
        <wp:anchor distT="0" distB="0" distL="114300" distR="114300" simplePos="0" relativeHeight="251660288" behindDoc="0" locked="0" layoutInCell="1" allowOverlap="1" wp14:anchorId="69007AED" wp14:editId="5278D433">
          <wp:simplePos x="0" y="0"/>
          <wp:positionH relativeFrom="column">
            <wp:posOffset>933450</wp:posOffset>
          </wp:positionH>
          <wp:positionV relativeFrom="paragraph">
            <wp:posOffset>9954260</wp:posOffset>
          </wp:positionV>
          <wp:extent cx="5934075" cy="142875"/>
          <wp:effectExtent l="0" t="0" r="9525" b="9525"/>
          <wp:wrapNone/>
          <wp:docPr id="1989226014" name="Imagem 198922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val="pt-BR" w:eastAsia="pt-BR"/>
      </w:rPr>
      <w:drawing>
        <wp:anchor distT="0" distB="0" distL="114300" distR="114300" simplePos="0" relativeHeight="251657216" behindDoc="0" locked="0" layoutInCell="1" allowOverlap="1" wp14:anchorId="00719D45" wp14:editId="21AB1365">
          <wp:simplePos x="0" y="0"/>
          <wp:positionH relativeFrom="column">
            <wp:posOffset>933450</wp:posOffset>
          </wp:positionH>
          <wp:positionV relativeFrom="paragraph">
            <wp:posOffset>9954260</wp:posOffset>
          </wp:positionV>
          <wp:extent cx="5934075" cy="142875"/>
          <wp:effectExtent l="0" t="0" r="9525" b="9525"/>
          <wp:wrapNone/>
          <wp:docPr id="1989226015" name="Imagem 198922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7C34" w:rsidRPr="00547C34" w:rsidRDefault="00547C34" w:rsidP="00547C34">
    <w:pPr>
      <w:pStyle w:val="Rodap"/>
      <w:jc w:val="center"/>
      <w:rPr>
        <w:rFonts w:asciiTheme="majorHAnsi" w:hAnsiTheme="majorHAnsi" w:cstheme="majorHAnsi"/>
        <w:sz w:val="18"/>
        <w:szCs w:val="18"/>
        <w:lang w:val="pt-BR"/>
      </w:rPr>
    </w:pPr>
    <w:r w:rsidRPr="00547C34">
      <w:rPr>
        <w:rFonts w:asciiTheme="majorHAnsi" w:hAnsiTheme="majorHAnsi" w:cstheme="majorHAnsi"/>
        <w:sz w:val="18"/>
        <w:szCs w:val="18"/>
        <w:lang w:val="pt-BR"/>
      </w:rPr>
      <w:t>Fundo Municipal de Saúde - CNPJ: 10.473.852/0001-50</w:t>
    </w:r>
  </w:p>
  <w:p w:rsidR="0086748D" w:rsidRPr="00547C34" w:rsidRDefault="00547C34" w:rsidP="00547C34">
    <w:pPr>
      <w:pStyle w:val="Cabealho"/>
      <w:tabs>
        <w:tab w:val="left" w:pos="2835"/>
      </w:tabs>
      <w:jc w:val="center"/>
      <w:rPr>
        <w:lang w:val="pt-BR"/>
      </w:rPr>
    </w:pPr>
    <w:r w:rsidRPr="00547C34">
      <w:rPr>
        <w:rFonts w:asciiTheme="majorHAnsi" w:hAnsiTheme="majorHAnsi" w:cstheme="majorHAnsi"/>
        <w:sz w:val="18"/>
        <w:szCs w:val="18"/>
        <w:lang w:val="pt-BR"/>
      </w:rPr>
      <w:t>Praça Higino Oliveira Plínio, n.º 02, Centro, Lajedinho, Bahia, - CEP: 46825-000</w:t>
    </w:r>
  </w:p>
  <w:p w:rsidR="0086748D" w:rsidRPr="0086748D" w:rsidRDefault="0086748D">
    <w:pPr>
      <w:pStyle w:val="Rodap"/>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48D" w:rsidRDefault="0086748D" w:rsidP="0086748D">
      <w:pPr>
        <w:spacing w:after="0" w:line="240" w:lineRule="auto"/>
      </w:pPr>
      <w:r>
        <w:separator/>
      </w:r>
    </w:p>
  </w:footnote>
  <w:footnote w:type="continuationSeparator" w:id="0">
    <w:p w:rsidR="0086748D" w:rsidRDefault="0086748D" w:rsidP="008674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48D" w:rsidRPr="0086748D" w:rsidRDefault="00547C34" w:rsidP="0086748D">
    <w:pPr>
      <w:pStyle w:val="Cabealho"/>
      <w:tabs>
        <w:tab w:val="left" w:pos="4404"/>
        <w:tab w:val="left" w:pos="7125"/>
      </w:tabs>
      <w:jc w:val="right"/>
      <w:rPr>
        <w:lang w:val="pt-BR"/>
      </w:rPr>
    </w:pPr>
    <w:r>
      <w:rPr>
        <w:rFonts w:ascii="Times New Roman"/>
        <w:noProof/>
        <w:sz w:val="18"/>
      </w:rPr>
      <w:drawing>
        <wp:anchor distT="0" distB="0" distL="114300" distR="114300" simplePos="0" relativeHeight="251671552" behindDoc="0" locked="0" layoutInCell="1" allowOverlap="1" wp14:anchorId="475000F3" wp14:editId="63415832">
          <wp:simplePos x="0" y="0"/>
          <wp:positionH relativeFrom="margin">
            <wp:posOffset>-235921</wp:posOffset>
          </wp:positionH>
          <wp:positionV relativeFrom="paragraph">
            <wp:posOffset>-330318</wp:posOffset>
          </wp:positionV>
          <wp:extent cx="1162050" cy="671193"/>
          <wp:effectExtent l="0" t="0" r="0"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671193"/>
                  </a:xfrm>
                  <a:prstGeom prst="rect">
                    <a:avLst/>
                  </a:prstGeom>
                  <a:noFill/>
                  <a:ln>
                    <a:noFill/>
                  </a:ln>
                </pic:spPr>
              </pic:pic>
            </a:graphicData>
          </a:graphic>
          <wp14:sizeRelH relativeFrom="page">
            <wp14:pctWidth>0</wp14:pctWidth>
          </wp14:sizeRelH>
          <wp14:sizeRelV relativeFrom="page">
            <wp14:pctHeight>0</wp14:pctHeight>
          </wp14:sizeRelV>
        </wp:anchor>
      </w:drawing>
    </w:r>
    <w:r w:rsidR="002D5B49" w:rsidRPr="002D5B49">
      <w:rPr>
        <w:noProof/>
        <w:lang w:val="pt-BR" w:eastAsia="pt-BR"/>
      </w:rPr>
      <mc:AlternateContent>
        <mc:Choice Requires="wps">
          <w:drawing>
            <wp:anchor distT="0" distB="0" distL="114300" distR="114300" simplePos="0" relativeHeight="251666432" behindDoc="0" locked="0" layoutInCell="1" allowOverlap="1" wp14:anchorId="0FDA5312" wp14:editId="45B18EF7">
              <wp:simplePos x="0" y="0"/>
              <wp:positionH relativeFrom="column">
                <wp:posOffset>1632098</wp:posOffset>
              </wp:positionH>
              <wp:positionV relativeFrom="paragraph">
                <wp:posOffset>-287079</wp:posOffset>
              </wp:positionV>
              <wp:extent cx="4219545" cy="629093"/>
              <wp:effectExtent l="0" t="0" r="10160"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9545" cy="629093"/>
                      </a:xfrm>
                      <a:prstGeom prst="rect">
                        <a:avLst/>
                      </a:prstGeom>
                      <a:solidFill>
                        <a:schemeClr val="bg1">
                          <a:lumMod val="100000"/>
                          <a:lumOff val="0"/>
                        </a:schemeClr>
                      </a:solidFill>
                      <a:ln w="9525">
                        <a:solidFill>
                          <a:srgbClr val="002060"/>
                        </a:solidFill>
                        <a:miter lim="800000"/>
                        <a:headEnd/>
                        <a:tailEnd/>
                      </a:ln>
                    </wps:spPr>
                    <wps:txbx>
                      <w:txbxContent>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ANEXO III – REQUERIMENTO DE CREDENCIAMENTO PESSOA FISICA</w:t>
                          </w:r>
                        </w:p>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Processo Administrativo nº 0</w:t>
                          </w:r>
                          <w:r w:rsidR="0035025D" w:rsidRPr="006D3EB4">
                            <w:rPr>
                              <w:rFonts w:asciiTheme="majorHAnsi" w:hAnsiTheme="majorHAnsi" w:cstheme="majorHAnsi"/>
                              <w:sz w:val="21"/>
                              <w:szCs w:val="21"/>
                              <w:lang w:val="pt-BR"/>
                            </w:rPr>
                            <w:t>1</w:t>
                          </w:r>
                          <w:r w:rsidR="00721BB3">
                            <w:rPr>
                              <w:rFonts w:asciiTheme="majorHAnsi" w:hAnsiTheme="majorHAnsi" w:cstheme="majorHAnsi"/>
                              <w:sz w:val="21"/>
                              <w:szCs w:val="21"/>
                              <w:lang w:val="pt-BR"/>
                            </w:rPr>
                            <w:t>2</w:t>
                          </w:r>
                          <w:r w:rsidR="0035025D" w:rsidRPr="006D3EB4">
                            <w:rPr>
                              <w:rFonts w:asciiTheme="majorHAnsi" w:hAnsiTheme="majorHAnsi" w:cstheme="majorHAnsi"/>
                              <w:sz w:val="21"/>
                              <w:szCs w:val="21"/>
                              <w:lang w:val="pt-BR"/>
                            </w:rPr>
                            <w:t>5</w:t>
                          </w:r>
                          <w:r w:rsidRPr="006D3EB4">
                            <w:rPr>
                              <w:rFonts w:asciiTheme="majorHAnsi" w:hAnsiTheme="majorHAnsi" w:cstheme="majorHAnsi"/>
                              <w:sz w:val="21"/>
                              <w:szCs w:val="21"/>
                              <w:lang w:val="pt-BR"/>
                            </w:rPr>
                            <w:t>/2025</w:t>
                          </w:r>
                        </w:p>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Credenciamento nº 00</w:t>
                          </w:r>
                          <w:r w:rsidR="00721BB3">
                            <w:rPr>
                              <w:rFonts w:asciiTheme="majorHAnsi" w:hAnsiTheme="majorHAnsi" w:cstheme="majorHAnsi"/>
                              <w:sz w:val="21"/>
                              <w:szCs w:val="21"/>
                              <w:lang w:val="pt-BR"/>
                            </w:rPr>
                            <w:t>8</w:t>
                          </w:r>
                          <w:r w:rsidRPr="006D3EB4">
                            <w:rPr>
                              <w:rFonts w:asciiTheme="majorHAnsi" w:hAnsiTheme="majorHAnsi" w:cstheme="majorHAnsi"/>
                              <w:sz w:val="21"/>
                              <w:szCs w:val="21"/>
                              <w:lang w:val="pt-BR"/>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A5312" id="Retângulo 2" o:spid="_x0000_s1026" style="position:absolute;left:0;text-align:left;margin-left:128.5pt;margin-top:-22.6pt;width:332.25pt;height:4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" fillcolor="white [3212]" strokecolor="#002060">
              <v:textbox>
                <w:txbxContent>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ANEXO III – REQUERIMENTO DE CREDENCIAMENTO PESSOA FISICA</w:t>
                    </w:r>
                  </w:p>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Processo Administrativo nº 0</w:t>
                    </w:r>
                    <w:r w:rsidR="0035025D" w:rsidRPr="006D3EB4">
                      <w:rPr>
                        <w:rFonts w:asciiTheme="majorHAnsi" w:hAnsiTheme="majorHAnsi" w:cstheme="majorHAnsi"/>
                        <w:sz w:val="21"/>
                        <w:szCs w:val="21"/>
                        <w:lang w:val="pt-BR"/>
                      </w:rPr>
                      <w:t>1</w:t>
                    </w:r>
                    <w:r w:rsidR="00721BB3">
                      <w:rPr>
                        <w:rFonts w:asciiTheme="majorHAnsi" w:hAnsiTheme="majorHAnsi" w:cstheme="majorHAnsi"/>
                        <w:sz w:val="21"/>
                        <w:szCs w:val="21"/>
                        <w:lang w:val="pt-BR"/>
                      </w:rPr>
                      <w:t>2</w:t>
                    </w:r>
                    <w:r w:rsidR="0035025D" w:rsidRPr="006D3EB4">
                      <w:rPr>
                        <w:rFonts w:asciiTheme="majorHAnsi" w:hAnsiTheme="majorHAnsi" w:cstheme="majorHAnsi"/>
                        <w:sz w:val="21"/>
                        <w:szCs w:val="21"/>
                        <w:lang w:val="pt-BR"/>
                      </w:rPr>
                      <w:t>5</w:t>
                    </w:r>
                    <w:r w:rsidRPr="006D3EB4">
                      <w:rPr>
                        <w:rFonts w:asciiTheme="majorHAnsi" w:hAnsiTheme="majorHAnsi" w:cstheme="majorHAnsi"/>
                        <w:sz w:val="21"/>
                        <w:szCs w:val="21"/>
                        <w:lang w:val="pt-BR"/>
                      </w:rPr>
                      <w:t>/2025</w:t>
                    </w:r>
                  </w:p>
                  <w:p w:rsidR="002D5B49" w:rsidRPr="006D3EB4" w:rsidRDefault="002D5B49" w:rsidP="002D5B49">
                    <w:pPr>
                      <w:pStyle w:val="SemEspaamento"/>
                      <w:rPr>
                        <w:rFonts w:asciiTheme="majorHAnsi" w:hAnsiTheme="majorHAnsi" w:cstheme="majorHAnsi"/>
                        <w:sz w:val="21"/>
                        <w:szCs w:val="21"/>
                        <w:lang w:val="pt-BR"/>
                      </w:rPr>
                    </w:pPr>
                    <w:r w:rsidRPr="006D3EB4">
                      <w:rPr>
                        <w:rFonts w:asciiTheme="majorHAnsi" w:hAnsiTheme="majorHAnsi" w:cstheme="majorHAnsi"/>
                        <w:sz w:val="21"/>
                        <w:szCs w:val="21"/>
                        <w:lang w:val="pt-BR"/>
                      </w:rPr>
                      <w:t>Credenciamento nº 00</w:t>
                    </w:r>
                    <w:r w:rsidR="00721BB3">
                      <w:rPr>
                        <w:rFonts w:asciiTheme="majorHAnsi" w:hAnsiTheme="majorHAnsi" w:cstheme="majorHAnsi"/>
                        <w:sz w:val="21"/>
                        <w:szCs w:val="21"/>
                        <w:lang w:val="pt-BR"/>
                      </w:rPr>
                      <w:t>8</w:t>
                    </w:r>
                    <w:r w:rsidRPr="006D3EB4">
                      <w:rPr>
                        <w:rFonts w:asciiTheme="majorHAnsi" w:hAnsiTheme="majorHAnsi" w:cstheme="majorHAnsi"/>
                        <w:sz w:val="21"/>
                        <w:szCs w:val="21"/>
                        <w:lang w:val="pt-BR"/>
                      </w:rPr>
                      <w:t>/2025</w:t>
                    </w:r>
                  </w:p>
                </w:txbxContent>
              </v:textbox>
            </v:rect>
          </w:pict>
        </mc:Fallback>
      </mc:AlternateContent>
    </w:r>
    <w:r w:rsidR="0086748D">
      <w:rPr>
        <w:noProof/>
        <w:lang w:val="pt-BR" w:eastAsia="pt-BR"/>
      </w:rPr>
      <w:drawing>
        <wp:anchor distT="0" distB="0" distL="114300" distR="114300" simplePos="0" relativeHeight="251654144" behindDoc="1" locked="0" layoutInCell="1" allowOverlap="1" wp14:anchorId="75FFEA5D" wp14:editId="75CEF61B">
          <wp:simplePos x="0" y="0"/>
          <wp:positionH relativeFrom="margin">
            <wp:posOffset>-443643</wp:posOffset>
          </wp:positionH>
          <wp:positionV relativeFrom="paragraph">
            <wp:posOffset>336594</wp:posOffset>
          </wp:positionV>
          <wp:extent cx="6550763" cy="157723"/>
          <wp:effectExtent l="0" t="0" r="0" b="0"/>
          <wp:wrapNone/>
          <wp:docPr id="1989226012" name="Imagem 198922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79507" cy="160823"/>
                  </a:xfrm>
                  <a:prstGeom prst="rect">
                    <a:avLst/>
                  </a:prstGeom>
                  <a:noFill/>
                  <a:ln>
                    <a:noFill/>
                  </a:ln>
                </pic:spPr>
              </pic:pic>
            </a:graphicData>
          </a:graphic>
          <wp14:sizeRelH relativeFrom="page">
            <wp14:pctWidth>0</wp14:pctWidth>
          </wp14:sizeRelH>
          <wp14:sizeRelV relativeFrom="page">
            <wp14:pctHeight>0</wp14:pctHeight>
          </wp14:sizeRelV>
        </wp:anchor>
      </w:drawing>
    </w:r>
    <w:r w:rsidR="0086748D" w:rsidRPr="0086748D">
      <w:rPr>
        <w:lang w:val="pt-BR"/>
      </w:rPr>
      <w:t xml:space="preserve">                               </w:t>
    </w:r>
  </w:p>
  <w:p w:rsidR="0086748D" w:rsidRPr="0086748D" w:rsidRDefault="0086748D">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nsid w:val="22E30DA7"/>
    <w:multiLevelType w:val="hybridMultilevel"/>
    <w:tmpl w:val="F9BC631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0903B98"/>
    <w:multiLevelType w:val="hybridMultilevel"/>
    <w:tmpl w:val="F4004E1A"/>
    <w:lvl w:ilvl="0" w:tplc="0416000D">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1">
    <w:nsid w:val="31136503"/>
    <w:multiLevelType w:val="hybridMultilevel"/>
    <w:tmpl w:val="F8B4ACD6"/>
    <w:lvl w:ilvl="0" w:tplc="0416000D">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2">
    <w:nsid w:val="39303166"/>
    <w:multiLevelType w:val="hybridMultilevel"/>
    <w:tmpl w:val="B33CA120"/>
    <w:lvl w:ilvl="0" w:tplc="0416000D">
      <w:start w:val="1"/>
      <w:numFmt w:val="bullet"/>
      <w:lvlText w:val=""/>
      <w:lvlJc w:val="left"/>
      <w:pPr>
        <w:ind w:left="436" w:hanging="360"/>
      </w:pPr>
      <w:rPr>
        <w:rFonts w:ascii="Wingdings" w:hAnsi="Wingdings"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3">
    <w:nsid w:val="48FE0C92"/>
    <w:multiLevelType w:val="hybridMultilevel"/>
    <w:tmpl w:val="CFB041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2316D22"/>
    <w:multiLevelType w:val="hybridMultilevel"/>
    <w:tmpl w:val="DF74F8F0"/>
    <w:lvl w:ilvl="0" w:tplc="0416000D">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5">
    <w:nsid w:val="5CF868A1"/>
    <w:multiLevelType w:val="multilevel"/>
    <w:tmpl w:val="3BD27638"/>
    <w:lvl w:ilvl="0">
      <w:start w:val="10"/>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heme="minorHAnsi" w:hAnsiTheme="minorHAnsi" w:cstheme="minorHAnsi"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5"/>
  </w:num>
  <w:num w:numId="11">
    <w:abstractNumId w:val="9"/>
  </w:num>
  <w:num w:numId="12">
    <w:abstractNumId w:val="10"/>
  </w:num>
  <w:num w:numId="13">
    <w:abstractNumId w:val="13"/>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24989"/>
    <w:rsid w:val="0015074B"/>
    <w:rsid w:val="00150C5A"/>
    <w:rsid w:val="00171BEB"/>
    <w:rsid w:val="00196DA3"/>
    <w:rsid w:val="0029639D"/>
    <w:rsid w:val="002D5B49"/>
    <w:rsid w:val="00326F90"/>
    <w:rsid w:val="0035025D"/>
    <w:rsid w:val="00413717"/>
    <w:rsid w:val="00547C34"/>
    <w:rsid w:val="00571D17"/>
    <w:rsid w:val="00697B96"/>
    <w:rsid w:val="006A359A"/>
    <w:rsid w:val="006B0E2D"/>
    <w:rsid w:val="006D3EB4"/>
    <w:rsid w:val="007030FE"/>
    <w:rsid w:val="00721BB3"/>
    <w:rsid w:val="007622CA"/>
    <w:rsid w:val="00772ABD"/>
    <w:rsid w:val="0086748D"/>
    <w:rsid w:val="00AA1D8D"/>
    <w:rsid w:val="00B47730"/>
    <w:rsid w:val="00C805E1"/>
    <w:rsid w:val="00CB0664"/>
    <w:rsid w:val="00DC18F3"/>
    <w:rsid w:val="00E07E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efaultImageDpi w14:val="300"/>
  <w15:docId w15:val="{D6C944EE-3B7D-4EDF-8DB4-57F08373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 Char Char,Char Char,Cabeçalho superio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aliases w:val=" Char Char, Char Char Char Char,Char Char Char,Cabeçalho superior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qFormat/>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link w:val="PargrafodaListaChar"/>
    <w:uiPriority w:val="1"/>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epargpadro"/>
    <w:uiPriority w:val="99"/>
    <w:unhideWhenUsed/>
    <w:rsid w:val="00196DA3"/>
    <w:rPr>
      <w:color w:val="0000FF" w:themeColor="hyperlink"/>
      <w:u w:val="single"/>
    </w:rPr>
  </w:style>
  <w:style w:type="character" w:customStyle="1" w:styleId="PargrafodaListaChar">
    <w:name w:val="Parágrafo da Lista Char"/>
    <w:basedOn w:val="Fontepargpadro"/>
    <w:link w:val="PargrafodaLista"/>
    <w:uiPriority w:val="1"/>
    <w:rsid w:val="00547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49AD6-2575-42AF-9735-D9992FA58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660</Words>
  <Characters>3569</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4221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Conta da Microsoft</cp:lastModifiedBy>
  <cp:revision>67</cp:revision>
  <dcterms:created xsi:type="dcterms:W3CDTF">2013-12-23T23:15:00Z</dcterms:created>
  <dcterms:modified xsi:type="dcterms:W3CDTF">2025-07-18T18:45:00Z</dcterms:modified>
  <cp:category/>
</cp:coreProperties>
</file>