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</w:p>
    <w:p w:rsidR="002D5B49" w:rsidRP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FUNDO MUNICIPAL DE EDUCAÇÃO</w:t>
      </w:r>
    </w:p>
    <w:p w:rsidR="002D5B49" w:rsidRP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CREDENCIAMENTO Nº 006/2025</w:t>
      </w:r>
    </w:p>
    <w:p w:rsidR="002D5B49" w:rsidRPr="002D5B49" w:rsidRDefault="002D5B49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PROCESSO ADMINISTRATIVO N° 0107/2025</w:t>
      </w:r>
    </w:p>
    <w:p w:rsidR="00697B96" w:rsidRPr="002D5B49" w:rsidRDefault="006B0E2D" w:rsidP="002D5B49">
      <w:pPr>
        <w:pStyle w:val="SemEspaamento"/>
        <w:jc w:val="center"/>
        <w:rPr>
          <w:rFonts w:asciiTheme="majorHAnsi" w:hAnsiTheme="majorHAnsi" w:cstheme="majorHAnsi"/>
          <w:b/>
          <w:sz w:val="21"/>
          <w:szCs w:val="21"/>
          <w:lang w:val="pt-BR"/>
        </w:rPr>
      </w:pPr>
      <w:r w:rsidRPr="002D5B49">
        <w:rPr>
          <w:rFonts w:asciiTheme="majorHAnsi" w:hAnsiTheme="majorHAnsi" w:cstheme="majorHAnsi"/>
          <w:b/>
          <w:sz w:val="21"/>
          <w:szCs w:val="21"/>
          <w:lang w:val="pt-BR"/>
        </w:rPr>
        <w:t>REQUERIMENTO DE SOLICITAÇÃO DE CREDENCIAMENTO</w:t>
      </w:r>
    </w:p>
    <w:p w:rsidR="002D5B49" w:rsidRDefault="002D5B49" w:rsidP="0086748D">
      <w:pPr>
        <w:jc w:val="both"/>
        <w:rPr>
          <w:rFonts w:ascii="Calibri" w:hAnsi="Calibri"/>
          <w:sz w:val="21"/>
          <w:lang w:val="pt-BR"/>
        </w:rPr>
      </w:pPr>
    </w:p>
    <w:p w:rsidR="0086748D" w:rsidRDefault="0086748D" w:rsidP="00571D17">
      <w:pPr>
        <w:ind w:left="-567"/>
        <w:jc w:val="both"/>
        <w:rPr>
          <w:rFonts w:ascii="Calibri" w:hAnsi="Calibri"/>
          <w:sz w:val="21"/>
          <w:lang w:val="pt-BR"/>
        </w:rPr>
      </w:pP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 xml:space="preserve">À Comissão de </w:t>
      </w:r>
      <w:r w:rsidR="002D5B49">
        <w:rPr>
          <w:rFonts w:ascii="Calibri" w:hAnsi="Calibri"/>
          <w:sz w:val="21"/>
          <w:lang w:val="pt-BR"/>
        </w:rPr>
        <w:t>Contratação</w:t>
      </w:r>
    </w:p>
    <w:p w:rsidR="002D5B49" w:rsidRDefault="002D5B49" w:rsidP="00571D17">
      <w:pPr>
        <w:ind w:left="-567"/>
        <w:jc w:val="both"/>
        <w:rPr>
          <w:rFonts w:ascii="Calibri" w:hAnsi="Calibri"/>
          <w:sz w:val="21"/>
          <w:lang w:val="pt-BR"/>
        </w:rPr>
      </w:pPr>
      <w:r w:rsidRPr="002D5B49">
        <w:rPr>
          <w:rFonts w:ascii="Calibri" w:hAnsi="Calibri"/>
          <w:sz w:val="21"/>
          <w:lang w:val="pt-BR"/>
        </w:rPr>
        <w:t xml:space="preserve">Eu, [NOME COMPLETO DO REQUERENTE], brasileiro(a), [estado civil], portador(a) do CPF nº </w:t>
      </w:r>
      <w:r w:rsidRPr="002D5B49">
        <w:rPr>
          <w:rFonts w:ascii="Calibri" w:hAnsi="Calibri"/>
          <w:color w:val="FF0000"/>
          <w:sz w:val="21"/>
          <w:lang w:val="pt-BR"/>
        </w:rPr>
        <w:t xml:space="preserve">XXXXXXXXX-XX </w:t>
      </w:r>
      <w:r w:rsidRPr="002D5B49">
        <w:rPr>
          <w:rFonts w:ascii="Calibri" w:hAnsi="Calibri"/>
          <w:sz w:val="21"/>
          <w:lang w:val="pt-BR"/>
        </w:rPr>
        <w:t>e do RG nº</w:t>
      </w:r>
      <w:r>
        <w:rPr>
          <w:rFonts w:ascii="Calibri" w:hAnsi="Calibri"/>
          <w:sz w:val="21"/>
          <w:lang w:val="pt-BR"/>
        </w:rPr>
        <w:t xml:space="preserve"> </w:t>
      </w:r>
      <w:r w:rsidRPr="002D5B49">
        <w:rPr>
          <w:rFonts w:ascii="Calibri" w:hAnsi="Calibri"/>
          <w:color w:val="FF0000"/>
          <w:sz w:val="21"/>
          <w:lang w:val="pt-BR"/>
        </w:rPr>
        <w:t>XXXXXXXXX</w:t>
      </w:r>
      <w:r w:rsidRPr="002D5B49">
        <w:rPr>
          <w:rFonts w:ascii="Calibri" w:hAnsi="Calibri"/>
          <w:sz w:val="21"/>
          <w:lang w:val="pt-BR"/>
        </w:rPr>
        <w:t>, residente e domiciliado(a) à [endereço completo com CEP], venho, respeitosamente, requerer minha participação no procedimento de Credenciam</w:t>
      </w:r>
      <w:r>
        <w:rPr>
          <w:rFonts w:ascii="Calibri" w:hAnsi="Calibri"/>
          <w:sz w:val="21"/>
          <w:lang w:val="pt-BR"/>
        </w:rPr>
        <w:t>ento instituído pelo Edital nº 006/2025</w:t>
      </w:r>
      <w:r w:rsidRPr="002D5B49">
        <w:rPr>
          <w:rFonts w:ascii="Calibri" w:hAnsi="Calibri"/>
          <w:sz w:val="21"/>
          <w:lang w:val="pt-BR"/>
        </w:rPr>
        <w:t>, destinado à prestação de serviços de apresentações musicais ao vivo em eventos promovidos ou apoiados pe</w:t>
      </w:r>
      <w:r w:rsidR="00171BEB">
        <w:rPr>
          <w:rFonts w:ascii="Calibri" w:hAnsi="Calibri"/>
          <w:sz w:val="21"/>
          <w:lang w:val="pt-BR"/>
        </w:rPr>
        <w:t>lo Município de Lajedinho – BA.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Declaro que tenho conhecimento das condições e exigências estabelecidas no referido edital, bem como dos critérios técnicos, operacionais e legais definidos no Termo de Referência, comprometendo-me a cumpri-los integralmente.</w:t>
      </w:r>
    </w:p>
    <w:p w:rsidR="00697B96" w:rsidRPr="0086748D" w:rsidRDefault="006B0E2D" w:rsidP="00571D17">
      <w:pPr>
        <w:shd w:val="clear" w:color="auto" w:fill="F2F2F2" w:themeFill="background1" w:themeFillShade="F2"/>
        <w:ind w:left="-567"/>
        <w:jc w:val="both"/>
        <w:rPr>
          <w:lang w:val="pt-BR"/>
        </w:rPr>
      </w:pPr>
      <w:r w:rsidRPr="0086748D">
        <w:rPr>
          <w:rFonts w:ascii="Calibri" w:hAnsi="Calibri"/>
          <w:b/>
          <w:sz w:val="21"/>
          <w:lang w:val="pt-BR"/>
        </w:rPr>
        <w:t>I – DADOS DO REQUERENTE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Nome completo: [Nome do requerente]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CPF: [</w:t>
      </w:r>
      <w:r w:rsidR="00571D17" w:rsidRPr="00571D17">
        <w:rPr>
          <w:rFonts w:ascii="Calibri" w:hAnsi="Calibri"/>
          <w:color w:val="FF0000"/>
          <w:sz w:val="21"/>
          <w:lang w:val="pt-BR"/>
        </w:rPr>
        <w:t>XXX-XXX-XXX-XX</w:t>
      </w:r>
      <w:r w:rsidRPr="0086748D">
        <w:rPr>
          <w:rFonts w:ascii="Calibri" w:hAnsi="Calibri"/>
          <w:sz w:val="21"/>
          <w:lang w:val="pt-BR"/>
        </w:rPr>
        <w:t>]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RG: [</w:t>
      </w:r>
      <w:r w:rsidR="00571D17" w:rsidRPr="00571D17">
        <w:rPr>
          <w:rFonts w:ascii="Calibri" w:hAnsi="Calibri"/>
          <w:color w:val="FF0000"/>
          <w:sz w:val="21"/>
          <w:lang w:val="pt-BR"/>
        </w:rPr>
        <w:t>XXXXXXX</w:t>
      </w:r>
      <w:r w:rsidRPr="0086748D">
        <w:rPr>
          <w:rFonts w:ascii="Calibri" w:hAnsi="Calibri"/>
          <w:sz w:val="21"/>
          <w:lang w:val="pt-BR"/>
        </w:rPr>
        <w:t>– órgão expedidor]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Endereço: [logradouro, nº, bairro, município, UF, CEP]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Telefone: [número com DDD]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E-mail: [</w:t>
      </w:r>
      <w:r w:rsidR="00571D17" w:rsidRPr="0086748D">
        <w:rPr>
          <w:rFonts w:ascii="Calibri" w:hAnsi="Calibri"/>
          <w:sz w:val="21"/>
          <w:lang w:val="pt-BR"/>
        </w:rPr>
        <w:t>e-mail</w:t>
      </w:r>
      <w:r w:rsidRPr="0086748D">
        <w:rPr>
          <w:rFonts w:ascii="Calibri" w:hAnsi="Calibri"/>
          <w:sz w:val="21"/>
          <w:lang w:val="pt-BR"/>
        </w:rPr>
        <w:t xml:space="preserve"> válido]</w:t>
      </w:r>
    </w:p>
    <w:p w:rsidR="00697B96" w:rsidRPr="0086748D" w:rsidRDefault="006B0E2D" w:rsidP="00571D17">
      <w:pPr>
        <w:shd w:val="clear" w:color="auto" w:fill="F2F2F2" w:themeFill="background1" w:themeFillShade="F2"/>
        <w:ind w:left="-567"/>
        <w:jc w:val="both"/>
        <w:rPr>
          <w:lang w:val="pt-BR"/>
        </w:rPr>
      </w:pPr>
      <w:r w:rsidRPr="0086748D">
        <w:rPr>
          <w:rFonts w:ascii="Calibri" w:hAnsi="Calibri"/>
          <w:b/>
          <w:sz w:val="21"/>
          <w:lang w:val="pt-BR"/>
        </w:rPr>
        <w:t>I</w:t>
      </w:r>
      <w:r w:rsidR="00571D17">
        <w:rPr>
          <w:rFonts w:ascii="Calibri" w:hAnsi="Calibri"/>
          <w:b/>
          <w:sz w:val="21"/>
          <w:lang w:val="pt-BR"/>
        </w:rPr>
        <w:t>I</w:t>
      </w:r>
      <w:r w:rsidRPr="0086748D">
        <w:rPr>
          <w:rFonts w:ascii="Calibri" w:hAnsi="Calibri"/>
          <w:b/>
          <w:sz w:val="21"/>
          <w:lang w:val="pt-BR"/>
        </w:rPr>
        <w:t xml:space="preserve"> – DOCUMENTAÇÃO ANEXA</w:t>
      </w:r>
    </w:p>
    <w:p w:rsidR="00697B96" w:rsidRDefault="006B0E2D" w:rsidP="00571D17">
      <w:pPr>
        <w:ind w:left="-567"/>
        <w:jc w:val="both"/>
        <w:rPr>
          <w:rFonts w:ascii="Calibri" w:hAnsi="Calibri"/>
          <w:sz w:val="21"/>
          <w:lang w:val="pt-BR"/>
        </w:rPr>
      </w:pPr>
      <w:r w:rsidRPr="0086748D">
        <w:rPr>
          <w:rFonts w:ascii="Calibri" w:hAnsi="Calibri"/>
          <w:sz w:val="21"/>
          <w:lang w:val="pt-BR"/>
        </w:rPr>
        <w:t>Apresento, em anexo, a documentação exigida no edital para fins de habilitação, incluindo: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Documento oficial de identificação com foto (RG ou CNH) e CPF;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Comprovante de residência atualizado, em nome do interessado;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Comprovante com número do PIS (Caixa Econômica) ou PASEP (Banco do Brasil) - não será aceito contracheque como comprovante. Ou a Carteira de Trabalho e Previdência Social (CTPS), desde que conste o número do PIS;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Certificado de reservista para os homens;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Título de eleitor;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Certidão Conjunta Negativa de Débitos Relativos a Tributos Federais, Dívida Ativa da União e regularidade com a Seguridade Social (INSS);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Prova de regularidade para com as Fazendas Estadual e Municipal;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Certidão Negativa de Débitos Trabalhistas (CNDT);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Certidão do Tribunal de Justiça do Estado da Bahia – Ações Cíveis – 1º Grau;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t>Certidão Neg</w:t>
      </w:r>
      <w:r w:rsidR="00124989">
        <w:rPr>
          <w:rFonts w:ascii="Calibri" w:hAnsi="Calibri"/>
          <w:sz w:val="21"/>
          <w:lang w:val="pt-BR" w:bidi="pt-BR"/>
        </w:rPr>
        <w:t xml:space="preserve">ativa de Licitantes Inidôneos; </w:t>
      </w:r>
      <w:r w:rsidRPr="00571D17">
        <w:rPr>
          <w:rFonts w:ascii="Calibri" w:hAnsi="Calibri"/>
          <w:sz w:val="21"/>
          <w:lang w:val="pt-BR" w:bidi="pt-BR"/>
        </w:rPr>
        <w:t xml:space="preserve"> </w:t>
      </w:r>
    </w:p>
    <w:p w:rsidR="00571D17" w:rsidRPr="00571D17" w:rsidRDefault="00571D17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="Calibri" w:hAnsi="Calibri"/>
          <w:sz w:val="21"/>
          <w:lang w:val="pt-BR" w:bidi="pt-BR"/>
        </w:rPr>
      </w:pPr>
      <w:r w:rsidRPr="00571D17">
        <w:rPr>
          <w:rFonts w:ascii="Calibri" w:hAnsi="Calibri"/>
          <w:sz w:val="21"/>
          <w:lang w:val="pt-BR" w:bidi="pt-BR"/>
        </w:rPr>
        <w:lastRenderedPageBreak/>
        <w:t>Release do art</w:t>
      </w:r>
      <w:r w:rsidR="00124989">
        <w:rPr>
          <w:rFonts w:ascii="Calibri" w:hAnsi="Calibri"/>
          <w:sz w:val="21"/>
          <w:lang w:val="pt-BR" w:bidi="pt-BR"/>
        </w:rPr>
        <w:t>ista;</w:t>
      </w:r>
    </w:p>
    <w:p w:rsidR="00697B96" w:rsidRPr="00124989" w:rsidRDefault="006B0E2D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lang w:val="pt-BR"/>
        </w:rPr>
      </w:pPr>
      <w:r w:rsidRPr="00571D17">
        <w:rPr>
          <w:rFonts w:ascii="Calibri" w:hAnsi="Calibri"/>
          <w:sz w:val="21"/>
          <w:lang w:val="pt-BR"/>
        </w:rPr>
        <w:t>Declarações exigidas (sem impediment</w:t>
      </w:r>
      <w:r w:rsidR="00124989">
        <w:rPr>
          <w:rFonts w:ascii="Calibri" w:hAnsi="Calibri"/>
          <w:sz w:val="21"/>
          <w:lang w:val="pt-BR"/>
        </w:rPr>
        <w:t>o, vínculo de parentesco, etc.); e</w:t>
      </w:r>
    </w:p>
    <w:p w:rsidR="00124989" w:rsidRPr="00124989" w:rsidRDefault="00124989" w:rsidP="00571D17">
      <w:pPr>
        <w:pStyle w:val="PargrafodaLista"/>
        <w:numPr>
          <w:ilvl w:val="0"/>
          <w:numId w:val="11"/>
        </w:numPr>
        <w:ind w:left="-567" w:firstLine="851"/>
        <w:jc w:val="both"/>
        <w:rPr>
          <w:rFonts w:asciiTheme="majorHAnsi" w:hAnsiTheme="majorHAnsi" w:cstheme="majorHAnsi"/>
          <w:sz w:val="21"/>
          <w:szCs w:val="21"/>
          <w:lang w:val="pt-BR"/>
        </w:rPr>
      </w:pPr>
      <w:r w:rsidRPr="00124989">
        <w:rPr>
          <w:rFonts w:asciiTheme="majorHAnsi" w:hAnsiTheme="majorHAnsi" w:cstheme="majorHAnsi"/>
          <w:sz w:val="21"/>
          <w:szCs w:val="21"/>
          <w:lang w:val="pt-BR"/>
        </w:rPr>
        <w:t xml:space="preserve">Ficha Complementar </w:t>
      </w:r>
      <w:r>
        <w:rPr>
          <w:rFonts w:asciiTheme="majorHAnsi" w:hAnsiTheme="majorHAnsi" w:cstheme="majorHAnsi"/>
          <w:sz w:val="21"/>
          <w:szCs w:val="21"/>
          <w:lang w:val="pt-BR"/>
        </w:rPr>
        <w:t>d</w:t>
      </w:r>
      <w:r w:rsidRPr="00124989">
        <w:rPr>
          <w:rFonts w:asciiTheme="majorHAnsi" w:hAnsiTheme="majorHAnsi" w:cstheme="majorHAnsi"/>
          <w:sz w:val="21"/>
          <w:szCs w:val="21"/>
          <w:lang w:val="pt-BR"/>
        </w:rPr>
        <w:t xml:space="preserve">e Identificação </w:t>
      </w:r>
      <w:r>
        <w:rPr>
          <w:rFonts w:asciiTheme="majorHAnsi" w:hAnsiTheme="majorHAnsi" w:cstheme="majorHAnsi"/>
          <w:sz w:val="21"/>
          <w:szCs w:val="21"/>
          <w:lang w:val="pt-BR"/>
        </w:rPr>
        <w:t>d</w:t>
      </w:r>
      <w:r w:rsidRPr="00124989">
        <w:rPr>
          <w:rFonts w:asciiTheme="majorHAnsi" w:hAnsiTheme="majorHAnsi" w:cstheme="majorHAnsi"/>
          <w:sz w:val="21"/>
          <w:szCs w:val="21"/>
          <w:lang w:val="pt-BR"/>
        </w:rPr>
        <w:t>o Serviço Artístico – Música</w:t>
      </w:r>
      <w:r>
        <w:rPr>
          <w:rFonts w:asciiTheme="majorHAnsi" w:hAnsiTheme="majorHAnsi" w:cstheme="majorHAnsi"/>
          <w:sz w:val="21"/>
          <w:szCs w:val="21"/>
          <w:lang w:val="pt-BR"/>
        </w:rPr>
        <w:t>.</w:t>
      </w:r>
      <w:bookmarkStart w:id="0" w:name="_GoBack"/>
      <w:bookmarkEnd w:id="0"/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Por ser expressão da verdade e para fins de instrução do processo administrativo de credenciamento, firmo o presente requerimento.</w:t>
      </w:r>
    </w:p>
    <w:p w:rsidR="00571D17" w:rsidRDefault="00571D17" w:rsidP="00571D17">
      <w:pPr>
        <w:ind w:left="-567"/>
        <w:jc w:val="both"/>
        <w:rPr>
          <w:rFonts w:ascii="Calibri" w:hAnsi="Calibri"/>
          <w:sz w:val="21"/>
          <w:lang w:val="pt-BR"/>
        </w:rPr>
      </w:pP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Lajedinho – B</w:t>
      </w:r>
      <w:r w:rsidR="00571D17">
        <w:rPr>
          <w:rFonts w:ascii="Calibri" w:hAnsi="Calibri"/>
          <w:sz w:val="21"/>
          <w:lang w:val="pt-BR"/>
        </w:rPr>
        <w:t>ahia</w:t>
      </w:r>
      <w:r w:rsidRPr="0086748D">
        <w:rPr>
          <w:rFonts w:ascii="Calibri" w:hAnsi="Calibri"/>
          <w:sz w:val="21"/>
          <w:lang w:val="pt-BR"/>
        </w:rPr>
        <w:t>, [</w:t>
      </w:r>
      <w:r w:rsidRPr="00571D17">
        <w:rPr>
          <w:rFonts w:ascii="Calibri" w:hAnsi="Calibri"/>
          <w:color w:val="FF0000"/>
          <w:sz w:val="21"/>
          <w:lang w:val="pt-BR"/>
        </w:rPr>
        <w:t>data por extenso</w:t>
      </w:r>
      <w:r w:rsidRPr="0086748D">
        <w:rPr>
          <w:rFonts w:ascii="Calibri" w:hAnsi="Calibri"/>
          <w:sz w:val="21"/>
          <w:lang w:val="pt-BR"/>
        </w:rPr>
        <w:t>].</w:t>
      </w:r>
    </w:p>
    <w:p w:rsidR="00697B96" w:rsidRPr="0086748D" w:rsidRDefault="00697B96" w:rsidP="00571D17">
      <w:pPr>
        <w:ind w:left="-567"/>
        <w:jc w:val="both"/>
        <w:rPr>
          <w:lang w:val="pt-BR"/>
        </w:rPr>
      </w:pP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________________________________________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[Nome completo do requerente]</w:t>
      </w:r>
    </w:p>
    <w:p w:rsidR="00697B96" w:rsidRPr="0086748D" w:rsidRDefault="006B0E2D" w:rsidP="00571D17">
      <w:pPr>
        <w:ind w:left="-567"/>
        <w:jc w:val="both"/>
        <w:rPr>
          <w:lang w:val="pt-BR"/>
        </w:rPr>
      </w:pPr>
      <w:r w:rsidRPr="0086748D">
        <w:rPr>
          <w:rFonts w:ascii="Calibri" w:hAnsi="Calibri"/>
          <w:sz w:val="21"/>
          <w:lang w:val="pt-BR"/>
        </w:rPr>
        <w:t>CPF nº [</w:t>
      </w:r>
      <w:r w:rsidR="00571D17">
        <w:rPr>
          <w:rFonts w:ascii="Calibri" w:hAnsi="Calibri"/>
          <w:sz w:val="21"/>
          <w:lang w:val="pt-BR"/>
        </w:rPr>
        <w:t>XXX-XXX-XXX-XX</w:t>
      </w:r>
      <w:r w:rsidRPr="0086748D">
        <w:rPr>
          <w:rFonts w:ascii="Calibri" w:hAnsi="Calibri"/>
          <w:sz w:val="21"/>
          <w:lang w:val="pt-BR"/>
        </w:rPr>
        <w:t>]</w:t>
      </w:r>
    </w:p>
    <w:p w:rsidR="00697B96" w:rsidRDefault="006B0E2D" w:rsidP="00571D17">
      <w:pPr>
        <w:ind w:left="-567"/>
        <w:jc w:val="both"/>
      </w:pPr>
      <w:r>
        <w:rPr>
          <w:rFonts w:ascii="Calibri" w:hAnsi="Calibri"/>
          <w:sz w:val="21"/>
        </w:rPr>
        <w:t>Assinatura</w:t>
      </w:r>
    </w:p>
    <w:sectPr w:rsidR="00697B96" w:rsidSect="00571D17">
      <w:headerReference w:type="default" r:id="rId8"/>
      <w:footerReference w:type="default" r:id="rId9"/>
      <w:pgSz w:w="12240" w:h="15840"/>
      <w:pgMar w:top="1440" w:right="900" w:bottom="993" w:left="1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48D" w:rsidRDefault="0086748D" w:rsidP="0086748D">
      <w:pPr>
        <w:spacing w:after="0" w:line="240" w:lineRule="auto"/>
      </w:pPr>
      <w:r>
        <w:separator/>
      </w:r>
    </w:p>
  </w:endnote>
  <w:endnote w:type="continuationSeparator" w:id="0">
    <w:p w:rsidR="0086748D" w:rsidRDefault="0086748D" w:rsidP="00867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48D" w:rsidRDefault="0086748D" w:rsidP="0086748D">
    <w:pPr>
      <w:pStyle w:val="Cabealho"/>
      <w:tabs>
        <w:tab w:val="left" w:pos="2835"/>
      </w:tabs>
      <w:jc w:val="center"/>
      <w:rPr>
        <w:rFonts w:ascii="Arial" w:hAnsi="Arial" w:cs="Arial"/>
        <w:sz w:val="20"/>
        <w:szCs w:val="20"/>
      </w:rPr>
    </w:pPr>
    <w:r>
      <w:rPr>
        <w:noProof/>
        <w:lang w:val="pt-BR" w:eastAsia="pt-BR"/>
      </w:rPr>
      <w:drawing>
        <wp:anchor distT="0" distB="0" distL="114300" distR="114300" simplePos="0" relativeHeight="251663360" behindDoc="1" locked="0" layoutInCell="1" allowOverlap="1" wp14:anchorId="7C7A1BE0" wp14:editId="738C50B1">
          <wp:simplePos x="0" y="0"/>
          <wp:positionH relativeFrom="page">
            <wp:posOffset>695325</wp:posOffset>
          </wp:positionH>
          <wp:positionV relativeFrom="paragraph">
            <wp:posOffset>5715</wp:posOffset>
          </wp:positionV>
          <wp:extent cx="5934075" cy="142875"/>
          <wp:effectExtent l="0" t="0" r="9525" b="9525"/>
          <wp:wrapNone/>
          <wp:docPr id="1989226013" name="Imagem 1989226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val="pt-BR" w:eastAsia="pt-BR"/>
      </w:rPr>
      <w:drawing>
        <wp:anchor distT="0" distB="0" distL="114300" distR="114300" simplePos="0" relativeHeight="251660288" behindDoc="0" locked="0" layoutInCell="1" allowOverlap="1" wp14:anchorId="69007AED" wp14:editId="5278D433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14" name="Imagem 1989226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val="pt-BR" w:eastAsia="pt-BR"/>
      </w:rPr>
      <w:drawing>
        <wp:anchor distT="0" distB="0" distL="114300" distR="114300" simplePos="0" relativeHeight="251657216" behindDoc="0" locked="0" layoutInCell="1" allowOverlap="1" wp14:anchorId="00719D45" wp14:editId="21AB1365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15" name="Imagem 1989226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D5B49" w:rsidRPr="002D5B49" w:rsidRDefault="0086748D" w:rsidP="002D5B49">
    <w:pPr>
      <w:pStyle w:val="Cabealho"/>
      <w:tabs>
        <w:tab w:val="left" w:pos="2835"/>
      </w:tabs>
      <w:jc w:val="center"/>
      <w:rPr>
        <w:rFonts w:ascii="Calibri" w:hAnsi="Calibri" w:cs="Calibri"/>
        <w:sz w:val="18"/>
        <w:szCs w:val="18"/>
        <w:lang w:val="pt-BR"/>
      </w:rPr>
    </w:pPr>
    <w:r>
      <w:rPr>
        <w:rFonts w:ascii="Arial" w:hAnsi="Arial" w:cs="Arial"/>
        <w:noProof/>
        <w:sz w:val="20"/>
        <w:szCs w:val="20"/>
        <w:lang w:val="pt-BR" w:eastAsia="pt-BR"/>
      </w:rPr>
      <w:drawing>
        <wp:anchor distT="0" distB="0" distL="114300" distR="114300" simplePos="0" relativeHeight="251648000" behindDoc="0" locked="0" layoutInCell="1" allowOverlap="1" wp14:anchorId="753105B9" wp14:editId="74B57461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16" name="Imagem 1989226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5B49">
      <w:rPr>
        <w:rFonts w:ascii="Calibri" w:hAnsi="Calibri" w:cs="Calibri"/>
        <w:noProof/>
        <w:sz w:val="18"/>
        <w:szCs w:val="18"/>
        <w:lang w:val="pt-BR" w:eastAsia="pt-BR"/>
      </w:rPr>
      <w:drawing>
        <wp:anchor distT="0" distB="0" distL="114300" distR="114300" simplePos="0" relativeHeight="251669504" behindDoc="0" locked="0" layoutInCell="1" allowOverlap="1" wp14:anchorId="753A7237" wp14:editId="5E3C90E1">
          <wp:simplePos x="0" y="0"/>
          <wp:positionH relativeFrom="column">
            <wp:posOffset>663575</wp:posOffset>
          </wp:positionH>
          <wp:positionV relativeFrom="paragraph">
            <wp:posOffset>9425940</wp:posOffset>
          </wp:positionV>
          <wp:extent cx="5934075" cy="142875"/>
          <wp:effectExtent l="0" t="0" r="9525" b="9525"/>
          <wp:wrapNone/>
          <wp:docPr id="1989226017" name="Imagem 1989226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5B49" w:rsidRPr="002D5B49">
      <w:rPr>
        <w:rFonts w:ascii="Calibri" w:hAnsi="Calibri" w:cs="Calibri"/>
        <w:sz w:val="18"/>
        <w:szCs w:val="18"/>
        <w:lang w:val="pt-BR"/>
      </w:rPr>
      <w:t>Fundo Municipal de Educação - CNPJ: 26.756.043/0001-95</w:t>
    </w:r>
  </w:p>
  <w:p w:rsidR="002D5B49" w:rsidRPr="002D5B49" w:rsidRDefault="002D5B49" w:rsidP="002D5B49">
    <w:pPr>
      <w:pStyle w:val="Cabealho"/>
      <w:tabs>
        <w:tab w:val="left" w:pos="2835"/>
      </w:tabs>
      <w:jc w:val="center"/>
      <w:rPr>
        <w:rFonts w:ascii="Calibri" w:hAnsi="Calibri" w:cs="Calibri"/>
        <w:sz w:val="18"/>
        <w:szCs w:val="18"/>
        <w:lang w:val="pt-BR"/>
      </w:rPr>
    </w:pPr>
    <w:r w:rsidRPr="002D5B49">
      <w:rPr>
        <w:rFonts w:ascii="Calibri" w:hAnsi="Calibri" w:cs="Calibri"/>
        <w:sz w:val="18"/>
        <w:szCs w:val="18"/>
        <w:lang w:val="pt-BR"/>
      </w:rPr>
      <w:t>Praça Higínio de Oliveira Plínio, 02 – Centro - CEP: 46.825-000 – Lajedinho – Bahia</w:t>
    </w:r>
  </w:p>
  <w:p w:rsidR="0086748D" w:rsidRPr="0086748D" w:rsidRDefault="0086748D" w:rsidP="002D5B49">
    <w:pPr>
      <w:pStyle w:val="Cabealho"/>
      <w:tabs>
        <w:tab w:val="left" w:pos="2835"/>
      </w:tabs>
      <w:jc w:val="center"/>
      <w:rPr>
        <w:lang w:val="pt-BR"/>
      </w:rPr>
    </w:pPr>
  </w:p>
  <w:p w:rsidR="0086748D" w:rsidRPr="0086748D" w:rsidRDefault="0086748D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48D" w:rsidRDefault="0086748D" w:rsidP="0086748D">
      <w:pPr>
        <w:spacing w:after="0" w:line="240" w:lineRule="auto"/>
      </w:pPr>
      <w:r>
        <w:separator/>
      </w:r>
    </w:p>
  </w:footnote>
  <w:footnote w:type="continuationSeparator" w:id="0">
    <w:p w:rsidR="0086748D" w:rsidRDefault="0086748D" w:rsidP="00867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48D" w:rsidRPr="0086748D" w:rsidRDefault="002D5B49" w:rsidP="0086748D">
    <w:pPr>
      <w:pStyle w:val="Cabealho"/>
      <w:tabs>
        <w:tab w:val="left" w:pos="4404"/>
        <w:tab w:val="left" w:pos="7125"/>
      </w:tabs>
      <w:jc w:val="right"/>
      <w:rPr>
        <w:lang w:val="pt-BR"/>
      </w:rPr>
    </w:pPr>
    <w:r w:rsidRPr="002D5B49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DA5312" wp14:editId="45B18EF7">
              <wp:simplePos x="0" y="0"/>
              <wp:positionH relativeFrom="column">
                <wp:posOffset>1632098</wp:posOffset>
              </wp:positionH>
              <wp:positionV relativeFrom="paragraph">
                <wp:posOffset>-287079</wp:posOffset>
              </wp:positionV>
              <wp:extent cx="4219545" cy="629093"/>
              <wp:effectExtent l="0" t="0" r="10160" b="1905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19545" cy="629093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rgbClr val="00206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D5B49" w:rsidRPr="002D5B49" w:rsidRDefault="002D5B49" w:rsidP="002D5B49">
                          <w:pPr>
                            <w:pStyle w:val="SemEspaamento"/>
                            <w:rPr>
                              <w:sz w:val="21"/>
                              <w:szCs w:val="21"/>
                              <w:lang w:val="pt-BR"/>
                            </w:rPr>
                          </w:pPr>
                          <w:r w:rsidRPr="002D5B49">
                            <w:rPr>
                              <w:sz w:val="21"/>
                              <w:szCs w:val="21"/>
                              <w:lang w:val="pt-BR"/>
                            </w:rPr>
                            <w:t xml:space="preserve">ANEXO III – </w:t>
                          </w:r>
                          <w:r>
                            <w:rPr>
                              <w:sz w:val="21"/>
                              <w:szCs w:val="21"/>
                              <w:lang w:val="pt-BR"/>
                            </w:rPr>
                            <w:t>REQUERIMENTO DE CREDENCIAMENTO PESSOA FISICA</w:t>
                          </w:r>
                        </w:p>
                        <w:p w:rsidR="002D5B49" w:rsidRPr="002D5B49" w:rsidRDefault="002D5B49" w:rsidP="002D5B49">
                          <w:pPr>
                            <w:pStyle w:val="SemEspaamento"/>
                            <w:rPr>
                              <w:sz w:val="21"/>
                              <w:szCs w:val="21"/>
                              <w:lang w:val="pt-BR"/>
                            </w:rPr>
                          </w:pPr>
                          <w:r w:rsidRPr="002D5B49">
                            <w:rPr>
                              <w:sz w:val="21"/>
                              <w:szCs w:val="21"/>
                              <w:lang w:val="pt-BR"/>
                            </w:rPr>
                            <w:t>Processo Administrativo nº 0107/2025</w:t>
                          </w:r>
                        </w:p>
                        <w:p w:rsidR="002D5B49" w:rsidRPr="002D5B49" w:rsidRDefault="002D5B49" w:rsidP="002D5B49">
                          <w:pPr>
                            <w:pStyle w:val="SemEspaamento"/>
                            <w:rPr>
                              <w:sz w:val="21"/>
                              <w:szCs w:val="21"/>
                              <w:lang w:val="pt-BR"/>
                            </w:rPr>
                          </w:pPr>
                          <w:r w:rsidRPr="002D5B49">
                            <w:rPr>
                              <w:sz w:val="21"/>
                              <w:szCs w:val="21"/>
                              <w:lang w:val="pt-BR"/>
                            </w:rPr>
                            <w:t>Credenciamento nº 006/2025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DA5312" id="Retângulo 2" o:spid="_x0000_s1026" style="position:absolute;left:0;text-align:left;margin-left:128.5pt;margin-top:-22.6pt;width:332.25pt;height:49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" fillcolor="white [3212]" strokecolor="#002060">
              <v:textbox>
                <w:txbxContent>
                  <w:p w:rsidR="002D5B49" w:rsidRPr="002D5B49" w:rsidRDefault="002D5B49" w:rsidP="002D5B49">
                    <w:pPr>
                      <w:pStyle w:val="SemEspaamento"/>
                      <w:rPr>
                        <w:sz w:val="21"/>
                        <w:szCs w:val="21"/>
                        <w:lang w:val="pt-BR"/>
                      </w:rPr>
                    </w:pPr>
                    <w:r w:rsidRPr="002D5B49">
                      <w:rPr>
                        <w:sz w:val="21"/>
                        <w:szCs w:val="21"/>
                        <w:lang w:val="pt-BR"/>
                      </w:rPr>
                      <w:t xml:space="preserve">ANEXO III – </w:t>
                    </w:r>
                    <w:r>
                      <w:rPr>
                        <w:sz w:val="21"/>
                        <w:szCs w:val="21"/>
                        <w:lang w:val="pt-BR"/>
                      </w:rPr>
                      <w:t>REQUERIMENTO DE CREDENCIAMENTO PESSOA FISICA</w:t>
                    </w:r>
                  </w:p>
                  <w:p w:rsidR="002D5B49" w:rsidRPr="002D5B49" w:rsidRDefault="002D5B49" w:rsidP="002D5B49">
                    <w:pPr>
                      <w:pStyle w:val="SemEspaamento"/>
                      <w:rPr>
                        <w:sz w:val="21"/>
                        <w:szCs w:val="21"/>
                        <w:lang w:val="pt-BR"/>
                      </w:rPr>
                    </w:pPr>
                    <w:r w:rsidRPr="002D5B49">
                      <w:rPr>
                        <w:sz w:val="21"/>
                        <w:szCs w:val="21"/>
                        <w:lang w:val="pt-BR"/>
                      </w:rPr>
                      <w:t>Processo Administrativo nº 0107/2025</w:t>
                    </w:r>
                  </w:p>
                  <w:p w:rsidR="002D5B49" w:rsidRPr="002D5B49" w:rsidRDefault="002D5B49" w:rsidP="002D5B49">
                    <w:pPr>
                      <w:pStyle w:val="SemEspaamento"/>
                      <w:rPr>
                        <w:sz w:val="21"/>
                        <w:szCs w:val="21"/>
                        <w:lang w:val="pt-BR"/>
                      </w:rPr>
                    </w:pPr>
                    <w:r w:rsidRPr="002D5B49">
                      <w:rPr>
                        <w:sz w:val="21"/>
                        <w:szCs w:val="21"/>
                        <w:lang w:val="pt-BR"/>
                      </w:rPr>
                      <w:t>Credenciamento nº 006/2025</w:t>
                    </w:r>
                  </w:p>
                </w:txbxContent>
              </v:textbox>
            </v:rect>
          </w:pict>
        </mc:Fallback>
      </mc:AlternateContent>
    </w:r>
    <w:r w:rsidRPr="002D5B49">
      <w:rPr>
        <w:noProof/>
        <w:lang w:val="pt-BR" w:eastAsia="pt-BR"/>
      </w:rPr>
      <w:drawing>
        <wp:anchor distT="0" distB="0" distL="114300" distR="114300" simplePos="0" relativeHeight="251651072" behindDoc="1" locked="0" layoutInCell="1" allowOverlap="1" wp14:anchorId="3062A3BC" wp14:editId="53303771">
          <wp:simplePos x="0" y="0"/>
          <wp:positionH relativeFrom="column">
            <wp:posOffset>-297815</wp:posOffset>
          </wp:positionH>
          <wp:positionV relativeFrom="paragraph">
            <wp:posOffset>-289560</wp:posOffset>
          </wp:positionV>
          <wp:extent cx="1333500" cy="638175"/>
          <wp:effectExtent l="0" t="0" r="0" b="9525"/>
          <wp:wrapTight wrapText="bothSides">
            <wp:wrapPolygon edited="0">
              <wp:start x="0" y="0"/>
              <wp:lineTo x="0" y="21278"/>
              <wp:lineTo x="21291" y="21278"/>
              <wp:lineTo x="21291" y="0"/>
              <wp:lineTo x="0" y="0"/>
            </wp:wrapPolygon>
          </wp:wrapTight>
          <wp:docPr id="1989226011" name="Imagem 1989226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48D">
      <w:rPr>
        <w:noProof/>
        <w:lang w:val="pt-BR" w:eastAsia="pt-BR"/>
      </w:rPr>
      <w:drawing>
        <wp:anchor distT="0" distB="0" distL="114300" distR="114300" simplePos="0" relativeHeight="251654144" behindDoc="1" locked="0" layoutInCell="1" allowOverlap="1" wp14:anchorId="75FFEA5D" wp14:editId="75CEF61B">
          <wp:simplePos x="0" y="0"/>
          <wp:positionH relativeFrom="margin">
            <wp:posOffset>-443643</wp:posOffset>
          </wp:positionH>
          <wp:positionV relativeFrom="paragraph">
            <wp:posOffset>336594</wp:posOffset>
          </wp:positionV>
          <wp:extent cx="6550763" cy="157723"/>
          <wp:effectExtent l="0" t="0" r="0" b="0"/>
          <wp:wrapNone/>
          <wp:docPr id="1989226012" name="Imagem 1989226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9507" cy="160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48D" w:rsidRPr="0086748D">
      <w:rPr>
        <w:lang w:val="pt-BR"/>
      </w:rPr>
      <w:t xml:space="preserve">                               </w:t>
    </w:r>
  </w:p>
  <w:p w:rsidR="0086748D" w:rsidRPr="0086748D" w:rsidRDefault="0086748D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2E30DA7"/>
    <w:multiLevelType w:val="hybridMultilevel"/>
    <w:tmpl w:val="F9BC631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F868A1"/>
    <w:multiLevelType w:val="multilevel"/>
    <w:tmpl w:val="3BD27638"/>
    <w:lvl w:ilvl="0">
      <w:start w:val="10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HAns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24989"/>
    <w:rsid w:val="0015074B"/>
    <w:rsid w:val="00150C5A"/>
    <w:rsid w:val="00171BEB"/>
    <w:rsid w:val="0029639D"/>
    <w:rsid w:val="002D5B49"/>
    <w:rsid w:val="00326F90"/>
    <w:rsid w:val="00413717"/>
    <w:rsid w:val="00571D17"/>
    <w:rsid w:val="00697B96"/>
    <w:rsid w:val="006B0E2D"/>
    <w:rsid w:val="007622CA"/>
    <w:rsid w:val="00772ABD"/>
    <w:rsid w:val="0086748D"/>
    <w:rsid w:val="00AA1D8D"/>
    <w:rsid w:val="00B47730"/>
    <w:rsid w:val="00C805E1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300"/>
  <w15:docId w15:val="{D6C944EE-3B7D-4EDF-8DB4-57F08373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 Char Char Char,Char Char,Cabeçalho superio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aliases w:val=" Char Char, Char Char Char Char,Char Char Char,Cabeçalho superior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318909-14E5-495F-B59C-51421BB59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371</Words>
  <Characters>2005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2372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Conta da Microsoft</cp:lastModifiedBy>
  <cp:revision>39</cp:revision>
  <dcterms:created xsi:type="dcterms:W3CDTF">2013-12-23T23:15:00Z</dcterms:created>
  <dcterms:modified xsi:type="dcterms:W3CDTF">2025-06-19T14:32:00Z</dcterms:modified>
  <cp:category/>
</cp:coreProperties>
</file>