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B49" w:rsidRDefault="002D5B49" w:rsidP="002D5B49">
      <w:pPr>
        <w:pStyle w:val="SemEspaamento"/>
        <w:jc w:val="center"/>
        <w:rPr>
          <w:rFonts w:asciiTheme="majorHAnsi" w:hAnsiTheme="majorHAnsi" w:cstheme="majorHAnsi"/>
          <w:b/>
          <w:sz w:val="21"/>
          <w:szCs w:val="21"/>
          <w:lang w:val="pt-BR"/>
        </w:rPr>
      </w:pPr>
    </w:p>
    <w:p w:rsidR="002D5B49" w:rsidRPr="002D5B49" w:rsidRDefault="002D5B49" w:rsidP="002D5B49">
      <w:pPr>
        <w:pStyle w:val="SemEspaamento"/>
        <w:jc w:val="center"/>
        <w:rPr>
          <w:rFonts w:asciiTheme="majorHAnsi" w:hAnsiTheme="majorHAnsi" w:cstheme="majorHAnsi"/>
          <w:b/>
          <w:sz w:val="21"/>
          <w:szCs w:val="21"/>
          <w:lang w:val="pt-BR"/>
        </w:rPr>
      </w:pPr>
      <w:r w:rsidRPr="002D5B49">
        <w:rPr>
          <w:rFonts w:asciiTheme="majorHAnsi" w:hAnsiTheme="majorHAnsi" w:cstheme="majorHAnsi"/>
          <w:b/>
          <w:sz w:val="21"/>
          <w:szCs w:val="21"/>
          <w:lang w:val="pt-BR"/>
        </w:rPr>
        <w:t>FUNDO MUNICIPAL DE EDUCAÇÃO</w:t>
      </w:r>
    </w:p>
    <w:p w:rsidR="002D5B49" w:rsidRPr="002D5B49" w:rsidRDefault="002D5B49" w:rsidP="002D5B49">
      <w:pPr>
        <w:pStyle w:val="SemEspaamento"/>
        <w:jc w:val="center"/>
        <w:rPr>
          <w:rFonts w:asciiTheme="majorHAnsi" w:hAnsiTheme="majorHAnsi" w:cstheme="majorHAnsi"/>
          <w:b/>
          <w:sz w:val="21"/>
          <w:szCs w:val="21"/>
          <w:lang w:val="pt-BR"/>
        </w:rPr>
      </w:pPr>
      <w:r w:rsidRPr="002D5B49">
        <w:rPr>
          <w:rFonts w:asciiTheme="majorHAnsi" w:hAnsiTheme="majorHAnsi" w:cstheme="majorHAnsi"/>
          <w:b/>
          <w:sz w:val="21"/>
          <w:szCs w:val="21"/>
          <w:lang w:val="pt-BR"/>
        </w:rPr>
        <w:t>CREDENCIAMENTO Nº 006/2025</w:t>
      </w:r>
    </w:p>
    <w:p w:rsidR="002D5B49" w:rsidRPr="002D5B49" w:rsidRDefault="002D5B49" w:rsidP="002D5B49">
      <w:pPr>
        <w:pStyle w:val="SemEspaamento"/>
        <w:jc w:val="center"/>
        <w:rPr>
          <w:rFonts w:asciiTheme="majorHAnsi" w:hAnsiTheme="majorHAnsi" w:cstheme="majorHAnsi"/>
          <w:b/>
          <w:sz w:val="21"/>
          <w:szCs w:val="21"/>
          <w:lang w:val="pt-BR"/>
        </w:rPr>
      </w:pPr>
      <w:r w:rsidRPr="002D5B49">
        <w:rPr>
          <w:rFonts w:asciiTheme="majorHAnsi" w:hAnsiTheme="majorHAnsi" w:cstheme="majorHAnsi"/>
          <w:b/>
          <w:sz w:val="21"/>
          <w:szCs w:val="21"/>
          <w:lang w:val="pt-BR"/>
        </w:rPr>
        <w:t>PROCESSO ADMINISTRATIVO N° 0107/2025</w:t>
      </w:r>
    </w:p>
    <w:p w:rsidR="00697B96" w:rsidRPr="002D5B49" w:rsidRDefault="006B0E2D" w:rsidP="002D5B49">
      <w:pPr>
        <w:pStyle w:val="SemEspaamento"/>
        <w:jc w:val="center"/>
        <w:rPr>
          <w:rFonts w:asciiTheme="majorHAnsi" w:hAnsiTheme="majorHAnsi" w:cstheme="majorHAnsi"/>
          <w:b/>
          <w:sz w:val="21"/>
          <w:szCs w:val="21"/>
          <w:lang w:val="pt-BR"/>
        </w:rPr>
      </w:pPr>
      <w:r w:rsidRPr="002D5B49">
        <w:rPr>
          <w:rFonts w:asciiTheme="majorHAnsi" w:hAnsiTheme="majorHAnsi" w:cstheme="majorHAnsi"/>
          <w:b/>
          <w:sz w:val="21"/>
          <w:szCs w:val="21"/>
          <w:lang w:val="pt-BR"/>
        </w:rPr>
        <w:t>REQUERIMENTO DE SOLICITAÇÃO DE CREDENCIAMENTO</w:t>
      </w:r>
    </w:p>
    <w:p w:rsidR="002D5B49" w:rsidRDefault="002D5B49" w:rsidP="0086748D">
      <w:pPr>
        <w:jc w:val="both"/>
        <w:rPr>
          <w:rFonts w:ascii="Calibri" w:hAnsi="Calibri"/>
          <w:sz w:val="21"/>
          <w:lang w:val="pt-BR"/>
        </w:rPr>
      </w:pPr>
    </w:p>
    <w:p w:rsidR="00697B96" w:rsidRPr="0086748D" w:rsidRDefault="006B0E2D" w:rsidP="00571D17">
      <w:pPr>
        <w:ind w:left="-567"/>
        <w:jc w:val="both"/>
        <w:rPr>
          <w:lang w:val="pt-BR"/>
        </w:rPr>
      </w:pPr>
      <w:r w:rsidRPr="0086748D">
        <w:rPr>
          <w:rFonts w:ascii="Calibri" w:hAnsi="Calibri"/>
          <w:sz w:val="21"/>
          <w:lang w:val="pt-BR"/>
        </w:rPr>
        <w:t xml:space="preserve">À Comissão de </w:t>
      </w:r>
      <w:r w:rsidR="002D5B49">
        <w:rPr>
          <w:rFonts w:ascii="Calibri" w:hAnsi="Calibri"/>
          <w:sz w:val="21"/>
          <w:lang w:val="pt-BR"/>
        </w:rPr>
        <w:t>Contratação</w:t>
      </w:r>
    </w:p>
    <w:p w:rsidR="002D5B49" w:rsidRDefault="00A77D70" w:rsidP="00A77D70">
      <w:pPr>
        <w:ind w:left="-567"/>
        <w:jc w:val="both"/>
        <w:rPr>
          <w:rFonts w:ascii="Calibri" w:hAnsi="Calibri"/>
          <w:sz w:val="21"/>
          <w:lang w:val="pt-BR"/>
        </w:rPr>
      </w:pPr>
      <w:r>
        <w:rPr>
          <w:rFonts w:ascii="Calibri" w:hAnsi="Calibri"/>
          <w:sz w:val="21"/>
          <w:lang w:val="pt-BR"/>
        </w:rPr>
        <w:t>A empresa</w:t>
      </w:r>
      <w:r w:rsidR="002D5B49" w:rsidRPr="002D5B49">
        <w:rPr>
          <w:rFonts w:ascii="Calibri" w:hAnsi="Calibri"/>
          <w:sz w:val="21"/>
          <w:lang w:val="pt-BR"/>
        </w:rPr>
        <w:t>,</w:t>
      </w:r>
      <w:r w:rsidRPr="00A77D70">
        <w:rPr>
          <w:rFonts w:ascii="Calibri" w:hAnsi="Calibri"/>
          <w:sz w:val="21"/>
          <w:lang w:val="pt-BR"/>
        </w:rPr>
        <w:t xml:space="preserve"> </w:t>
      </w:r>
      <w:r w:rsidRPr="00A77D70">
        <w:rPr>
          <w:rFonts w:ascii="Calibri" w:hAnsi="Calibri"/>
          <w:color w:val="FF0000"/>
          <w:sz w:val="21"/>
          <w:lang w:val="pt-BR"/>
        </w:rPr>
        <w:t>[</w:t>
      </w:r>
      <w:r w:rsidRPr="00A77D70">
        <w:rPr>
          <w:rFonts w:ascii="Calibri" w:hAnsi="Calibri"/>
          <w:color w:val="FF0000"/>
          <w:sz w:val="21"/>
          <w:lang w:val="pt-BR"/>
        </w:rPr>
        <w:t>RAZÃO SOCIAL</w:t>
      </w:r>
      <w:r w:rsidRPr="00A77D70">
        <w:rPr>
          <w:rFonts w:ascii="Calibri" w:hAnsi="Calibri"/>
          <w:color w:val="FF0000"/>
          <w:sz w:val="21"/>
          <w:lang w:val="pt-BR"/>
        </w:rPr>
        <w:t xml:space="preserve"> DO REQUERENTE</w:t>
      </w:r>
      <w:r w:rsidRPr="00A77D70">
        <w:rPr>
          <w:rFonts w:ascii="Calibri" w:hAnsi="Calibri"/>
          <w:color w:val="FF0000"/>
          <w:sz w:val="21"/>
          <w:lang w:val="pt-BR"/>
        </w:rPr>
        <w:t xml:space="preserve">] </w:t>
      </w:r>
      <w:r w:rsidRPr="00FD7B30">
        <w:rPr>
          <w:rFonts w:ascii="Calibri" w:hAnsi="Calibri"/>
          <w:sz w:val="21"/>
          <w:lang w:val="pt-BR"/>
        </w:rPr>
        <w:t>inscrita no CNPJ sob o nº</w:t>
      </w:r>
      <w:r>
        <w:rPr>
          <w:rFonts w:ascii="Calibri" w:hAnsi="Calibri"/>
          <w:sz w:val="21"/>
          <w:lang w:val="pt-BR"/>
        </w:rPr>
        <w:t xml:space="preserve"> </w:t>
      </w:r>
      <w:r w:rsidRPr="00A77D70">
        <w:rPr>
          <w:rFonts w:ascii="Calibri" w:hAnsi="Calibri"/>
          <w:color w:val="FF0000"/>
          <w:sz w:val="21"/>
          <w:lang w:val="pt-BR"/>
        </w:rPr>
        <w:t>XXXXXXXXXXXXX/XX</w:t>
      </w:r>
      <w:r>
        <w:rPr>
          <w:rFonts w:ascii="Calibri" w:hAnsi="Calibri"/>
          <w:color w:val="FF0000"/>
          <w:sz w:val="21"/>
          <w:lang w:val="pt-BR"/>
        </w:rPr>
        <w:t xml:space="preserve">, </w:t>
      </w:r>
      <w:r w:rsidRPr="00A77D70">
        <w:rPr>
          <w:rFonts w:ascii="Calibri" w:hAnsi="Calibri"/>
          <w:color w:val="000000" w:themeColor="text1"/>
          <w:sz w:val="21"/>
          <w:lang w:val="pt-BR"/>
        </w:rPr>
        <w:t>com sede</w:t>
      </w:r>
      <w:r>
        <w:rPr>
          <w:rFonts w:ascii="Calibri" w:hAnsi="Calibri"/>
          <w:color w:val="000000" w:themeColor="text1"/>
          <w:sz w:val="21"/>
          <w:lang w:val="pt-BR"/>
        </w:rPr>
        <w:t xml:space="preserve"> </w:t>
      </w:r>
      <w:r>
        <w:rPr>
          <w:rFonts w:ascii="Calibri" w:hAnsi="Calibri"/>
          <w:color w:val="FF0000"/>
          <w:sz w:val="21"/>
          <w:lang w:val="pt-BR"/>
        </w:rPr>
        <w:t>[XXXXXXXXXXXXXXX – Município de Lajedinho – Bahia]</w:t>
      </w:r>
      <w:r>
        <w:rPr>
          <w:rFonts w:ascii="Calibri" w:hAnsi="Calibri"/>
          <w:sz w:val="21"/>
          <w:lang w:val="pt-BR"/>
        </w:rPr>
        <w:t xml:space="preserve">, </w:t>
      </w:r>
      <w:r w:rsidR="002D5B49" w:rsidRPr="002D5B49">
        <w:rPr>
          <w:rFonts w:ascii="Calibri" w:hAnsi="Calibri"/>
          <w:sz w:val="21"/>
          <w:lang w:val="pt-BR"/>
        </w:rPr>
        <w:t>venho, respeitosamente, requerer minha participação no procedimento de Credenciam</w:t>
      </w:r>
      <w:r w:rsidR="002D5B49">
        <w:rPr>
          <w:rFonts w:ascii="Calibri" w:hAnsi="Calibri"/>
          <w:sz w:val="21"/>
          <w:lang w:val="pt-BR"/>
        </w:rPr>
        <w:t>ento instituído pelo Edital nº 006/2025</w:t>
      </w:r>
      <w:r w:rsidR="002D5B49" w:rsidRPr="002D5B49">
        <w:rPr>
          <w:rFonts w:ascii="Calibri" w:hAnsi="Calibri"/>
          <w:sz w:val="21"/>
          <w:lang w:val="pt-BR"/>
        </w:rPr>
        <w:t>, destinado à prestação de serviços de apresentações musicais ao vivo em eventos promovidos ou apoiados pe</w:t>
      </w:r>
      <w:r w:rsidR="00171BEB">
        <w:rPr>
          <w:rFonts w:ascii="Calibri" w:hAnsi="Calibri"/>
          <w:sz w:val="21"/>
          <w:lang w:val="pt-BR"/>
        </w:rPr>
        <w:t>lo Município de Lajedinho – BA.</w:t>
      </w:r>
    </w:p>
    <w:p w:rsidR="00697B96" w:rsidRPr="0086748D" w:rsidRDefault="006B0E2D" w:rsidP="00571D17">
      <w:pPr>
        <w:ind w:left="-567"/>
        <w:jc w:val="both"/>
        <w:rPr>
          <w:lang w:val="pt-BR"/>
        </w:rPr>
      </w:pPr>
      <w:r w:rsidRPr="0086748D">
        <w:rPr>
          <w:rFonts w:ascii="Calibri" w:hAnsi="Calibri"/>
          <w:sz w:val="21"/>
          <w:lang w:val="pt-BR"/>
        </w:rPr>
        <w:t>Declaro que tenho conhecimento das condições e exigências estabelecidas no referido edital, bem como dos critérios técnicos, operacionais e legais definidos no Termo de Referência, comprometendo-me a cumpri-los integralmente.</w:t>
      </w:r>
    </w:p>
    <w:p w:rsidR="00697B96" w:rsidRPr="0086748D" w:rsidRDefault="006B0E2D" w:rsidP="00571D17">
      <w:pPr>
        <w:shd w:val="clear" w:color="auto" w:fill="F2F2F2" w:themeFill="background1" w:themeFillShade="F2"/>
        <w:ind w:left="-567"/>
        <w:jc w:val="both"/>
        <w:rPr>
          <w:lang w:val="pt-BR"/>
        </w:rPr>
      </w:pPr>
      <w:r w:rsidRPr="0086748D">
        <w:rPr>
          <w:rFonts w:ascii="Calibri" w:hAnsi="Calibri"/>
          <w:b/>
          <w:sz w:val="21"/>
          <w:lang w:val="pt-BR"/>
        </w:rPr>
        <w:t xml:space="preserve">I – DADOS DO </w:t>
      </w:r>
      <w:r w:rsidR="00A77D70">
        <w:rPr>
          <w:rFonts w:ascii="Calibri" w:hAnsi="Calibri"/>
          <w:b/>
          <w:sz w:val="21"/>
          <w:lang w:val="pt-BR"/>
        </w:rPr>
        <w:t>EMPRESA</w:t>
      </w:r>
    </w:p>
    <w:p w:rsidR="00A77D70" w:rsidRPr="00FD7B30" w:rsidRDefault="00A77D70" w:rsidP="00A77D70">
      <w:pPr>
        <w:ind w:left="-567"/>
        <w:jc w:val="both"/>
        <w:rPr>
          <w:lang w:val="pt-BR"/>
        </w:rPr>
      </w:pPr>
      <w:r w:rsidRPr="00FD7B30">
        <w:rPr>
          <w:rFonts w:ascii="Calibri" w:hAnsi="Calibri"/>
          <w:sz w:val="21"/>
          <w:lang w:val="pt-BR"/>
        </w:rPr>
        <w:t>Razão Social:</w:t>
      </w:r>
      <w:r>
        <w:rPr>
          <w:rFonts w:ascii="Calibri" w:hAnsi="Calibri"/>
          <w:sz w:val="21"/>
          <w:lang w:val="pt-BR"/>
        </w:rPr>
        <w:t xml:space="preserve"> </w:t>
      </w:r>
    </w:p>
    <w:p w:rsidR="00A77D70" w:rsidRPr="009043D6" w:rsidRDefault="00A77D70" w:rsidP="00A77D70">
      <w:pPr>
        <w:ind w:left="-567"/>
        <w:jc w:val="both"/>
        <w:rPr>
          <w:rFonts w:ascii="Calibri" w:hAnsi="Calibri"/>
          <w:sz w:val="21"/>
          <w:lang w:val="pt-BR"/>
        </w:rPr>
      </w:pPr>
      <w:r w:rsidRPr="00FD7B30">
        <w:rPr>
          <w:rFonts w:ascii="Calibri" w:hAnsi="Calibri"/>
          <w:sz w:val="21"/>
          <w:lang w:val="pt-BR"/>
        </w:rPr>
        <w:t xml:space="preserve">CNPJ: </w:t>
      </w:r>
    </w:p>
    <w:p w:rsidR="00A77D70" w:rsidRPr="00FD7B30" w:rsidRDefault="00A77D70" w:rsidP="00A77D70">
      <w:pPr>
        <w:ind w:left="-567"/>
        <w:jc w:val="both"/>
        <w:rPr>
          <w:lang w:val="pt-BR"/>
        </w:rPr>
      </w:pPr>
      <w:r w:rsidRPr="00FD7B30">
        <w:rPr>
          <w:rFonts w:ascii="Calibri" w:hAnsi="Calibri"/>
          <w:sz w:val="21"/>
          <w:lang w:val="pt-BR"/>
        </w:rPr>
        <w:t xml:space="preserve">Endereço: </w:t>
      </w:r>
    </w:p>
    <w:p w:rsidR="00A77D70" w:rsidRPr="00FD7B30" w:rsidRDefault="00A77D70" w:rsidP="00A77D70">
      <w:pPr>
        <w:ind w:left="-567"/>
        <w:jc w:val="both"/>
        <w:rPr>
          <w:lang w:val="pt-BR"/>
        </w:rPr>
      </w:pPr>
      <w:r w:rsidRPr="00FD7B30">
        <w:rPr>
          <w:rFonts w:ascii="Calibri" w:hAnsi="Calibri"/>
          <w:sz w:val="21"/>
          <w:lang w:val="pt-BR"/>
        </w:rPr>
        <w:t xml:space="preserve">Telefone: </w:t>
      </w:r>
      <w:r w:rsidRPr="0086748D">
        <w:rPr>
          <w:rFonts w:ascii="Calibri" w:hAnsi="Calibri"/>
          <w:sz w:val="21"/>
          <w:lang w:val="pt-BR"/>
        </w:rPr>
        <w:t>[número com DDD]</w:t>
      </w:r>
    </w:p>
    <w:p w:rsidR="00A77D70" w:rsidRPr="00FD7B30" w:rsidRDefault="00A77D70" w:rsidP="00A77D70">
      <w:pPr>
        <w:ind w:left="-567"/>
        <w:jc w:val="both"/>
        <w:rPr>
          <w:lang w:val="pt-BR"/>
        </w:rPr>
      </w:pPr>
      <w:r w:rsidRPr="00FD7B30">
        <w:rPr>
          <w:rFonts w:ascii="Calibri" w:hAnsi="Calibri"/>
          <w:sz w:val="21"/>
          <w:lang w:val="pt-BR"/>
        </w:rPr>
        <w:t xml:space="preserve">E-mail: </w:t>
      </w:r>
    </w:p>
    <w:p w:rsidR="00A77D70" w:rsidRPr="00FD7B30" w:rsidRDefault="00A77D70" w:rsidP="00A77D70">
      <w:pPr>
        <w:ind w:left="-567"/>
        <w:jc w:val="both"/>
        <w:rPr>
          <w:lang w:val="pt-BR"/>
        </w:rPr>
      </w:pPr>
      <w:r w:rsidRPr="00FD7B30">
        <w:rPr>
          <w:rFonts w:ascii="Calibri" w:hAnsi="Calibri"/>
          <w:sz w:val="21"/>
          <w:lang w:val="pt-BR"/>
        </w:rPr>
        <w:t xml:space="preserve">Representante Legal: </w:t>
      </w:r>
    </w:p>
    <w:p w:rsidR="00A77D70" w:rsidRPr="00FD7B30" w:rsidRDefault="00A77D70" w:rsidP="00A77D70">
      <w:pPr>
        <w:ind w:left="-567"/>
        <w:jc w:val="both"/>
        <w:rPr>
          <w:lang w:val="pt-BR"/>
        </w:rPr>
      </w:pPr>
      <w:r w:rsidRPr="00FD7B30">
        <w:rPr>
          <w:rFonts w:ascii="Calibri" w:hAnsi="Calibri"/>
          <w:sz w:val="21"/>
          <w:lang w:val="pt-BR"/>
        </w:rPr>
        <w:t xml:space="preserve">CPF: </w:t>
      </w:r>
      <w:r w:rsidRPr="0086748D">
        <w:rPr>
          <w:rFonts w:ascii="Calibri" w:hAnsi="Calibri"/>
          <w:sz w:val="21"/>
          <w:lang w:val="pt-BR"/>
        </w:rPr>
        <w:t>[</w:t>
      </w:r>
      <w:r w:rsidRPr="00571D17">
        <w:rPr>
          <w:rFonts w:ascii="Calibri" w:hAnsi="Calibri"/>
          <w:color w:val="FF0000"/>
          <w:sz w:val="21"/>
          <w:lang w:val="pt-BR"/>
        </w:rPr>
        <w:t>XXX-XXX-XXX-XX</w:t>
      </w:r>
      <w:r w:rsidRPr="0086748D">
        <w:rPr>
          <w:rFonts w:ascii="Calibri" w:hAnsi="Calibri"/>
          <w:sz w:val="21"/>
          <w:lang w:val="pt-BR"/>
        </w:rPr>
        <w:t>]</w:t>
      </w:r>
    </w:p>
    <w:p w:rsidR="00A77D70" w:rsidRPr="0086748D" w:rsidRDefault="00A77D70" w:rsidP="00A77D70">
      <w:pPr>
        <w:ind w:left="-567"/>
        <w:jc w:val="both"/>
        <w:rPr>
          <w:lang w:val="pt-BR"/>
        </w:rPr>
      </w:pPr>
      <w:r w:rsidRPr="00FD7B30">
        <w:rPr>
          <w:rFonts w:ascii="Calibri" w:hAnsi="Calibri"/>
          <w:sz w:val="21"/>
          <w:lang w:val="pt-BR"/>
        </w:rPr>
        <w:t>RG</w:t>
      </w:r>
      <w:proofErr w:type="gramStart"/>
      <w:r w:rsidRPr="00FD7B30">
        <w:rPr>
          <w:rFonts w:ascii="Calibri" w:hAnsi="Calibri"/>
          <w:sz w:val="21"/>
          <w:lang w:val="pt-BR"/>
        </w:rPr>
        <w:t>:</w:t>
      </w:r>
      <w:r>
        <w:rPr>
          <w:rFonts w:ascii="Calibri" w:hAnsi="Calibri"/>
          <w:sz w:val="21"/>
          <w:lang w:val="pt-BR"/>
        </w:rPr>
        <w:t xml:space="preserve">  </w:t>
      </w:r>
      <w:r w:rsidRPr="0086748D">
        <w:rPr>
          <w:rFonts w:ascii="Calibri" w:hAnsi="Calibri"/>
          <w:sz w:val="21"/>
          <w:lang w:val="pt-BR"/>
        </w:rPr>
        <w:t>[</w:t>
      </w:r>
      <w:proofErr w:type="gramEnd"/>
      <w:r w:rsidRPr="00571D17">
        <w:rPr>
          <w:rFonts w:ascii="Calibri" w:hAnsi="Calibri"/>
          <w:color w:val="FF0000"/>
          <w:sz w:val="21"/>
          <w:lang w:val="pt-BR"/>
        </w:rPr>
        <w:t>XXXXXXX</w:t>
      </w:r>
      <w:r w:rsidRPr="0086748D">
        <w:rPr>
          <w:rFonts w:ascii="Calibri" w:hAnsi="Calibri"/>
          <w:sz w:val="21"/>
          <w:lang w:val="pt-BR"/>
        </w:rPr>
        <w:t>– órgão expedidor]</w:t>
      </w:r>
    </w:p>
    <w:p w:rsidR="00697B96" w:rsidRPr="0086748D" w:rsidRDefault="006B0E2D" w:rsidP="00571D17">
      <w:pPr>
        <w:shd w:val="clear" w:color="auto" w:fill="F2F2F2" w:themeFill="background1" w:themeFillShade="F2"/>
        <w:ind w:left="-567"/>
        <w:jc w:val="both"/>
        <w:rPr>
          <w:lang w:val="pt-BR"/>
        </w:rPr>
      </w:pPr>
      <w:r w:rsidRPr="0086748D">
        <w:rPr>
          <w:rFonts w:ascii="Calibri" w:hAnsi="Calibri"/>
          <w:b/>
          <w:sz w:val="21"/>
          <w:lang w:val="pt-BR"/>
        </w:rPr>
        <w:t>I</w:t>
      </w:r>
      <w:r w:rsidR="00571D17">
        <w:rPr>
          <w:rFonts w:ascii="Calibri" w:hAnsi="Calibri"/>
          <w:b/>
          <w:sz w:val="21"/>
          <w:lang w:val="pt-BR"/>
        </w:rPr>
        <w:t>I</w:t>
      </w:r>
      <w:r w:rsidRPr="0086748D">
        <w:rPr>
          <w:rFonts w:ascii="Calibri" w:hAnsi="Calibri"/>
          <w:b/>
          <w:sz w:val="21"/>
          <w:lang w:val="pt-BR"/>
        </w:rPr>
        <w:t xml:space="preserve"> – DOCUMENTAÇÃO ANEXA</w:t>
      </w:r>
    </w:p>
    <w:p w:rsidR="00697B96" w:rsidRDefault="006B0E2D" w:rsidP="00571D17">
      <w:pPr>
        <w:ind w:left="-567"/>
        <w:jc w:val="both"/>
        <w:rPr>
          <w:rFonts w:ascii="Calibri" w:hAnsi="Calibri"/>
          <w:sz w:val="21"/>
          <w:lang w:val="pt-BR"/>
        </w:rPr>
      </w:pPr>
      <w:r w:rsidRPr="0086748D">
        <w:rPr>
          <w:rFonts w:ascii="Calibri" w:hAnsi="Calibri"/>
          <w:sz w:val="21"/>
          <w:lang w:val="pt-BR"/>
        </w:rPr>
        <w:t>Apresento, em anexo, a documentação exigida no edital para fins de habilitação, incluindo:</w:t>
      </w:r>
    </w:p>
    <w:p w:rsidR="00A77D70" w:rsidRPr="00A77D70" w:rsidRDefault="00A77D70" w:rsidP="00A77D70">
      <w:pPr>
        <w:pStyle w:val="PargrafodaLista"/>
        <w:numPr>
          <w:ilvl w:val="0"/>
          <w:numId w:val="11"/>
        </w:numPr>
        <w:ind w:left="-567" w:firstLine="851"/>
        <w:jc w:val="both"/>
        <w:rPr>
          <w:rFonts w:ascii="Calibri" w:hAnsi="Calibri"/>
          <w:sz w:val="21"/>
          <w:lang w:val="pt-BR" w:bidi="pt-BR"/>
        </w:rPr>
      </w:pPr>
      <w:r w:rsidRPr="00A77D70">
        <w:rPr>
          <w:rFonts w:ascii="Calibri" w:hAnsi="Calibri"/>
          <w:sz w:val="21"/>
          <w:lang w:val="pt-BR" w:bidi="pt-BR"/>
        </w:rPr>
        <w:t>No caso de sociedade empresária ou empresa individual de responsabilidade limitada - EIRELI: ato constitutivo, estatuto ou contrato social em vigor, devidamente registrado na Junta Comercial da respectiva sede;</w:t>
      </w:r>
    </w:p>
    <w:p w:rsidR="00A77D70" w:rsidRPr="00A77D70" w:rsidRDefault="00A77D70" w:rsidP="00A77D70">
      <w:pPr>
        <w:pStyle w:val="PargrafodaLista"/>
        <w:numPr>
          <w:ilvl w:val="0"/>
          <w:numId w:val="11"/>
        </w:numPr>
        <w:ind w:left="-567" w:firstLine="851"/>
        <w:jc w:val="both"/>
        <w:rPr>
          <w:rFonts w:ascii="Calibri" w:hAnsi="Calibri"/>
          <w:sz w:val="21"/>
          <w:lang w:val="pt-BR" w:bidi="pt-BR"/>
        </w:rPr>
      </w:pPr>
      <w:r w:rsidRPr="00A77D70">
        <w:rPr>
          <w:rFonts w:ascii="Calibri" w:hAnsi="Calibri"/>
          <w:sz w:val="21"/>
          <w:lang w:val="pt-BR" w:bidi="pt-BR"/>
        </w:rPr>
        <w:t>Em se tratando de Microempreendedor Individual – MEI: Certificado da Condição de Microempreendedor Individual - CCMEI, na forma da Resolução CGSIM nº 16, de 2009, cuja aceitação ficará condicionada à verificação da autenticidade no sítio www.portaldoempreendedor.gov.br;</w:t>
      </w:r>
    </w:p>
    <w:p w:rsidR="00A77D70" w:rsidRPr="00A77D70" w:rsidRDefault="00A77D70" w:rsidP="00A77D70">
      <w:pPr>
        <w:pStyle w:val="PargrafodaLista"/>
        <w:numPr>
          <w:ilvl w:val="0"/>
          <w:numId w:val="11"/>
        </w:numPr>
        <w:ind w:left="-567" w:firstLine="851"/>
        <w:jc w:val="both"/>
        <w:rPr>
          <w:rFonts w:ascii="Calibri" w:hAnsi="Calibri"/>
          <w:sz w:val="21"/>
          <w:lang w:val="pt-BR" w:bidi="pt-BR"/>
        </w:rPr>
      </w:pPr>
      <w:r w:rsidRPr="00A77D70">
        <w:rPr>
          <w:rFonts w:ascii="Calibri" w:hAnsi="Calibri"/>
          <w:sz w:val="21"/>
          <w:lang w:val="pt-BR" w:bidi="pt-BR"/>
        </w:rPr>
        <w:t>Documentos de identidade e CPF do responsável legal;</w:t>
      </w:r>
    </w:p>
    <w:p w:rsidR="00A77D70" w:rsidRPr="00A77D70" w:rsidRDefault="00A77D70" w:rsidP="00A77D70">
      <w:pPr>
        <w:pStyle w:val="PargrafodaLista"/>
        <w:numPr>
          <w:ilvl w:val="0"/>
          <w:numId w:val="11"/>
        </w:numPr>
        <w:ind w:left="-567" w:firstLine="851"/>
        <w:jc w:val="both"/>
        <w:rPr>
          <w:rFonts w:ascii="Calibri" w:hAnsi="Calibri"/>
          <w:sz w:val="21"/>
          <w:lang w:val="pt-BR" w:bidi="pt-BR"/>
        </w:rPr>
      </w:pPr>
      <w:r w:rsidRPr="00A77D70">
        <w:rPr>
          <w:rFonts w:ascii="Calibri" w:hAnsi="Calibri"/>
          <w:sz w:val="21"/>
          <w:lang w:val="pt-BR" w:bidi="pt-BR"/>
        </w:rPr>
        <w:t>Comprovante de Residência;</w:t>
      </w:r>
    </w:p>
    <w:p w:rsidR="00A77D70" w:rsidRPr="00A77D70" w:rsidRDefault="00A77D70" w:rsidP="00A77D70">
      <w:pPr>
        <w:pStyle w:val="PargrafodaLista"/>
        <w:numPr>
          <w:ilvl w:val="0"/>
          <w:numId w:val="11"/>
        </w:numPr>
        <w:ind w:left="-567" w:firstLine="851"/>
        <w:jc w:val="both"/>
        <w:rPr>
          <w:rFonts w:ascii="Calibri" w:hAnsi="Calibri"/>
          <w:sz w:val="21"/>
          <w:lang w:val="pt-BR" w:bidi="pt-BR"/>
        </w:rPr>
      </w:pPr>
      <w:r w:rsidRPr="00A77D70">
        <w:rPr>
          <w:rFonts w:ascii="Calibri" w:hAnsi="Calibri"/>
          <w:sz w:val="21"/>
          <w:lang w:val="pt-BR" w:bidi="pt-BR"/>
        </w:rPr>
        <w:t>Prova de inscrição no Cadastro Nacional de Pessoa Jurídica – CNPJ;</w:t>
      </w:r>
    </w:p>
    <w:p w:rsidR="00A77D70" w:rsidRPr="00A77D70" w:rsidRDefault="00A77D70" w:rsidP="00A77D70">
      <w:pPr>
        <w:pStyle w:val="PargrafodaLista"/>
        <w:numPr>
          <w:ilvl w:val="0"/>
          <w:numId w:val="11"/>
        </w:numPr>
        <w:ind w:left="-567" w:firstLine="851"/>
        <w:jc w:val="both"/>
        <w:rPr>
          <w:rFonts w:ascii="Calibri" w:hAnsi="Calibri"/>
          <w:sz w:val="21"/>
          <w:lang w:val="pt-BR" w:bidi="pt-BR"/>
        </w:rPr>
      </w:pPr>
      <w:r w:rsidRPr="00A77D70">
        <w:rPr>
          <w:rFonts w:ascii="Calibri" w:hAnsi="Calibri"/>
          <w:sz w:val="21"/>
          <w:lang w:val="pt-BR" w:bidi="pt-BR"/>
        </w:rPr>
        <w:t>Prova de regularidade para com a Fazenda Federal, mediante a apresentação de Certidão Conjunta de Débitos relativos a Tributos Federais e a Dívida Ativa da União, expedida pela Secretaria da Receita Federal do Ministério da Fazenda;</w:t>
      </w:r>
    </w:p>
    <w:p w:rsidR="00A77D70" w:rsidRPr="00A77D70" w:rsidRDefault="00A77D70" w:rsidP="00A77D70">
      <w:pPr>
        <w:pStyle w:val="PargrafodaLista"/>
        <w:numPr>
          <w:ilvl w:val="0"/>
          <w:numId w:val="11"/>
        </w:numPr>
        <w:ind w:left="-567" w:firstLine="851"/>
        <w:jc w:val="both"/>
        <w:rPr>
          <w:rFonts w:ascii="Calibri" w:hAnsi="Calibri"/>
          <w:sz w:val="21"/>
          <w:lang w:val="pt-BR" w:bidi="pt-BR"/>
        </w:rPr>
      </w:pPr>
      <w:r w:rsidRPr="00A77D70">
        <w:rPr>
          <w:rFonts w:ascii="Calibri" w:hAnsi="Calibri"/>
          <w:sz w:val="21"/>
          <w:lang w:val="pt-BR" w:bidi="pt-BR"/>
        </w:rPr>
        <w:lastRenderedPageBreak/>
        <w:t>Prova de regularidade para com a Fazenda Estadual do domicílio ou sede do licitante, relativa aos tributos relacionados com o objeto do credenciamento;</w:t>
      </w:r>
    </w:p>
    <w:p w:rsidR="00A77D70" w:rsidRPr="00A77D70" w:rsidRDefault="00A77D70" w:rsidP="00A77D70">
      <w:pPr>
        <w:pStyle w:val="PargrafodaLista"/>
        <w:numPr>
          <w:ilvl w:val="0"/>
          <w:numId w:val="11"/>
        </w:numPr>
        <w:ind w:left="-567" w:firstLine="851"/>
        <w:jc w:val="both"/>
        <w:rPr>
          <w:rFonts w:ascii="Calibri" w:hAnsi="Calibri"/>
          <w:sz w:val="21"/>
          <w:lang w:val="pt-BR" w:bidi="pt-BR"/>
        </w:rPr>
      </w:pPr>
      <w:r w:rsidRPr="00A77D70">
        <w:rPr>
          <w:rFonts w:ascii="Calibri" w:hAnsi="Calibri"/>
          <w:sz w:val="21"/>
          <w:lang w:val="pt-BR" w:bidi="pt-BR"/>
        </w:rPr>
        <w:t>Prova de regularidade para com a Fazenda Municipal, relativa aos tributos relacionados com o objeto do credenciamento;</w:t>
      </w:r>
    </w:p>
    <w:p w:rsidR="00A77D70" w:rsidRPr="00A77D70" w:rsidRDefault="00A77D70" w:rsidP="00A77D70">
      <w:pPr>
        <w:pStyle w:val="PargrafodaLista"/>
        <w:numPr>
          <w:ilvl w:val="0"/>
          <w:numId w:val="11"/>
        </w:numPr>
        <w:ind w:left="-567" w:firstLine="851"/>
        <w:jc w:val="both"/>
        <w:rPr>
          <w:rFonts w:ascii="Calibri" w:hAnsi="Calibri"/>
          <w:sz w:val="21"/>
          <w:lang w:val="pt-BR" w:bidi="pt-BR"/>
        </w:rPr>
      </w:pPr>
      <w:r w:rsidRPr="00A77D70">
        <w:rPr>
          <w:rFonts w:ascii="Calibri" w:hAnsi="Calibri"/>
          <w:sz w:val="21"/>
          <w:lang w:val="pt-BR" w:bidi="pt-BR"/>
        </w:rPr>
        <w:t>Certificado de Regularidade de Situação para com o Fundo de Garantia de Tempo de Serviço (FGTS);</w:t>
      </w:r>
    </w:p>
    <w:p w:rsidR="00A77D70" w:rsidRPr="00A77D70" w:rsidRDefault="00A77D70" w:rsidP="00A77D70">
      <w:pPr>
        <w:pStyle w:val="PargrafodaLista"/>
        <w:numPr>
          <w:ilvl w:val="0"/>
          <w:numId w:val="11"/>
        </w:numPr>
        <w:ind w:left="-567" w:firstLine="851"/>
        <w:jc w:val="both"/>
        <w:rPr>
          <w:rFonts w:ascii="Calibri" w:hAnsi="Calibri"/>
          <w:sz w:val="21"/>
          <w:lang w:val="pt-BR" w:bidi="pt-BR"/>
        </w:rPr>
      </w:pPr>
      <w:r w:rsidRPr="00A77D70">
        <w:rPr>
          <w:rFonts w:ascii="Calibri" w:hAnsi="Calibri"/>
          <w:sz w:val="21"/>
          <w:lang w:val="pt-BR" w:bidi="pt-BR"/>
        </w:rPr>
        <w:t>Prova de inexistência de débitos inadimplidos perante a Justiça do Trabalho, mediante a apresentação de Certidão Negativa de Débitos Trabalhistas (CNDT), nos termos da Lei nº 12.440, de 07 de julho de 2011;</w:t>
      </w:r>
    </w:p>
    <w:p w:rsidR="00A77D70" w:rsidRPr="00A77D70" w:rsidRDefault="00A77D70" w:rsidP="00A77D70">
      <w:pPr>
        <w:pStyle w:val="PargrafodaLista"/>
        <w:numPr>
          <w:ilvl w:val="0"/>
          <w:numId w:val="11"/>
        </w:numPr>
        <w:ind w:left="-567" w:firstLine="851"/>
        <w:jc w:val="both"/>
        <w:rPr>
          <w:rFonts w:ascii="Calibri" w:hAnsi="Calibri"/>
          <w:sz w:val="21"/>
          <w:lang w:val="pt-BR" w:bidi="pt-BR"/>
        </w:rPr>
      </w:pPr>
      <w:r w:rsidRPr="00A77D70">
        <w:rPr>
          <w:rFonts w:ascii="Calibri" w:hAnsi="Calibri"/>
          <w:sz w:val="21"/>
          <w:lang w:val="pt-BR" w:bidi="pt-BR"/>
        </w:rPr>
        <w:t>Certidão do Tribunal de Justiça do Estado da Bahia – Recuperação Judicial, Falência, Concordata – 1º Grau;</w:t>
      </w:r>
    </w:p>
    <w:p w:rsidR="00A77D70" w:rsidRPr="00A77D70" w:rsidRDefault="00A77D70" w:rsidP="00A77D70">
      <w:pPr>
        <w:pStyle w:val="PargrafodaLista"/>
        <w:numPr>
          <w:ilvl w:val="0"/>
          <w:numId w:val="11"/>
        </w:numPr>
        <w:ind w:left="-567" w:firstLine="851"/>
        <w:jc w:val="both"/>
        <w:rPr>
          <w:rFonts w:ascii="Calibri" w:hAnsi="Calibri"/>
          <w:sz w:val="21"/>
          <w:lang w:val="pt-BR" w:bidi="pt-BR"/>
        </w:rPr>
      </w:pPr>
      <w:r w:rsidRPr="00A77D70">
        <w:rPr>
          <w:rFonts w:ascii="Calibri" w:hAnsi="Calibri"/>
          <w:sz w:val="21"/>
          <w:lang w:val="pt-BR" w:bidi="pt-BR"/>
        </w:rPr>
        <w:t>Certidão Negativa de Licitantes Inidôneos;</w:t>
      </w:r>
    </w:p>
    <w:p w:rsidR="00A77D70" w:rsidRPr="00A77D70" w:rsidRDefault="00A77D70" w:rsidP="00A77D70">
      <w:pPr>
        <w:pStyle w:val="PargrafodaLista"/>
        <w:numPr>
          <w:ilvl w:val="0"/>
          <w:numId w:val="11"/>
        </w:numPr>
        <w:ind w:left="-567" w:firstLine="851"/>
        <w:jc w:val="both"/>
        <w:rPr>
          <w:rFonts w:ascii="Calibri" w:hAnsi="Calibri"/>
          <w:sz w:val="21"/>
          <w:lang w:val="pt-BR" w:bidi="pt-BR"/>
        </w:rPr>
      </w:pPr>
      <w:r w:rsidRPr="00A77D70">
        <w:rPr>
          <w:rFonts w:ascii="Calibri" w:hAnsi="Calibri"/>
          <w:sz w:val="21"/>
          <w:lang w:val="pt-BR" w:bidi="pt-BR"/>
        </w:rPr>
        <w:t xml:space="preserve">Certidão Consolidada de Pessoa Jurídica (TCU), disponível no sitio </w:t>
      </w:r>
      <w:hyperlink r:id="rId8" w:history="1">
        <w:r w:rsidRPr="00DD0527">
          <w:rPr>
            <w:rStyle w:val="Hyperlink"/>
            <w:rFonts w:ascii="Calibri" w:hAnsi="Calibri"/>
            <w:sz w:val="21"/>
            <w:lang w:val="pt-BR" w:bidi="pt-BR"/>
          </w:rPr>
          <w:t>https://certidoes-apf.apps.tcu.gov.br/</w:t>
        </w:r>
      </w:hyperlink>
      <w:r>
        <w:rPr>
          <w:rFonts w:ascii="Calibri" w:hAnsi="Calibri"/>
          <w:sz w:val="21"/>
          <w:lang w:val="pt-BR" w:bidi="pt-BR"/>
        </w:rPr>
        <w:t xml:space="preserve"> </w:t>
      </w:r>
      <w:r w:rsidRPr="00A77D70">
        <w:rPr>
          <w:rFonts w:ascii="Calibri" w:hAnsi="Calibri"/>
          <w:sz w:val="21"/>
          <w:lang w:val="pt-BR" w:bidi="pt-BR"/>
        </w:rPr>
        <w:t xml:space="preserve"> </w:t>
      </w:r>
    </w:p>
    <w:p w:rsidR="00571D17" w:rsidRPr="00571D17" w:rsidRDefault="00571D17" w:rsidP="00A77D70">
      <w:pPr>
        <w:pStyle w:val="PargrafodaLista"/>
        <w:numPr>
          <w:ilvl w:val="0"/>
          <w:numId w:val="11"/>
        </w:numPr>
        <w:ind w:left="-567" w:firstLine="851"/>
        <w:jc w:val="both"/>
        <w:rPr>
          <w:rFonts w:ascii="Calibri" w:hAnsi="Calibri"/>
          <w:sz w:val="21"/>
          <w:lang w:val="pt-BR" w:bidi="pt-BR"/>
        </w:rPr>
      </w:pPr>
      <w:r w:rsidRPr="00571D17">
        <w:rPr>
          <w:rFonts w:ascii="Calibri" w:hAnsi="Calibri"/>
          <w:sz w:val="21"/>
          <w:lang w:val="pt-BR" w:bidi="pt-BR"/>
        </w:rPr>
        <w:t>Release do art</w:t>
      </w:r>
      <w:r w:rsidR="00124989">
        <w:rPr>
          <w:rFonts w:ascii="Calibri" w:hAnsi="Calibri"/>
          <w:sz w:val="21"/>
          <w:lang w:val="pt-BR" w:bidi="pt-BR"/>
        </w:rPr>
        <w:t>ista;</w:t>
      </w:r>
    </w:p>
    <w:p w:rsidR="00697B96" w:rsidRPr="00124989" w:rsidRDefault="006B0E2D" w:rsidP="00A77D70">
      <w:pPr>
        <w:pStyle w:val="PargrafodaLista"/>
        <w:numPr>
          <w:ilvl w:val="0"/>
          <w:numId w:val="11"/>
        </w:numPr>
        <w:ind w:left="-567" w:firstLine="851"/>
        <w:jc w:val="both"/>
        <w:rPr>
          <w:lang w:val="pt-BR"/>
        </w:rPr>
      </w:pPr>
      <w:r w:rsidRPr="00571D17">
        <w:rPr>
          <w:rFonts w:ascii="Calibri" w:hAnsi="Calibri"/>
          <w:sz w:val="21"/>
          <w:lang w:val="pt-BR"/>
        </w:rPr>
        <w:t>Declarações exigidas (sem impediment</w:t>
      </w:r>
      <w:r w:rsidR="00124989">
        <w:rPr>
          <w:rFonts w:ascii="Calibri" w:hAnsi="Calibri"/>
          <w:sz w:val="21"/>
          <w:lang w:val="pt-BR"/>
        </w:rPr>
        <w:t>o, vínculo de parentesco, etc.); e</w:t>
      </w:r>
    </w:p>
    <w:p w:rsidR="00124989" w:rsidRPr="00124989" w:rsidRDefault="00124989" w:rsidP="00A77D70">
      <w:pPr>
        <w:pStyle w:val="PargrafodaLista"/>
        <w:numPr>
          <w:ilvl w:val="0"/>
          <w:numId w:val="11"/>
        </w:numPr>
        <w:ind w:left="-567" w:firstLine="851"/>
        <w:jc w:val="both"/>
        <w:rPr>
          <w:rFonts w:asciiTheme="majorHAnsi" w:hAnsiTheme="majorHAnsi" w:cstheme="majorHAnsi"/>
          <w:sz w:val="21"/>
          <w:szCs w:val="21"/>
          <w:lang w:val="pt-BR"/>
        </w:rPr>
      </w:pPr>
      <w:r w:rsidRPr="00124989">
        <w:rPr>
          <w:rFonts w:asciiTheme="majorHAnsi" w:hAnsiTheme="majorHAnsi" w:cstheme="majorHAnsi"/>
          <w:sz w:val="21"/>
          <w:szCs w:val="21"/>
          <w:lang w:val="pt-BR"/>
        </w:rPr>
        <w:t xml:space="preserve">Ficha Complementar </w:t>
      </w:r>
      <w:r>
        <w:rPr>
          <w:rFonts w:asciiTheme="majorHAnsi" w:hAnsiTheme="majorHAnsi" w:cstheme="majorHAnsi"/>
          <w:sz w:val="21"/>
          <w:szCs w:val="21"/>
          <w:lang w:val="pt-BR"/>
        </w:rPr>
        <w:t>d</w:t>
      </w:r>
      <w:r w:rsidRPr="00124989">
        <w:rPr>
          <w:rFonts w:asciiTheme="majorHAnsi" w:hAnsiTheme="majorHAnsi" w:cstheme="majorHAnsi"/>
          <w:sz w:val="21"/>
          <w:szCs w:val="21"/>
          <w:lang w:val="pt-BR"/>
        </w:rPr>
        <w:t xml:space="preserve">e Identificação </w:t>
      </w:r>
      <w:r>
        <w:rPr>
          <w:rFonts w:asciiTheme="majorHAnsi" w:hAnsiTheme="majorHAnsi" w:cstheme="majorHAnsi"/>
          <w:sz w:val="21"/>
          <w:szCs w:val="21"/>
          <w:lang w:val="pt-BR"/>
        </w:rPr>
        <w:t>d</w:t>
      </w:r>
      <w:r w:rsidRPr="00124989">
        <w:rPr>
          <w:rFonts w:asciiTheme="majorHAnsi" w:hAnsiTheme="majorHAnsi" w:cstheme="majorHAnsi"/>
          <w:sz w:val="21"/>
          <w:szCs w:val="21"/>
          <w:lang w:val="pt-BR"/>
        </w:rPr>
        <w:t>o Serviço Artístico – Música</w:t>
      </w:r>
      <w:r>
        <w:rPr>
          <w:rFonts w:asciiTheme="majorHAnsi" w:hAnsiTheme="majorHAnsi" w:cstheme="majorHAnsi"/>
          <w:sz w:val="21"/>
          <w:szCs w:val="21"/>
          <w:lang w:val="pt-BR"/>
        </w:rPr>
        <w:t>.</w:t>
      </w:r>
    </w:p>
    <w:p w:rsidR="00697B96" w:rsidRPr="0086748D" w:rsidRDefault="006B0E2D" w:rsidP="00571D17">
      <w:pPr>
        <w:ind w:left="-567"/>
        <w:jc w:val="both"/>
        <w:rPr>
          <w:lang w:val="pt-BR"/>
        </w:rPr>
      </w:pPr>
      <w:r w:rsidRPr="0086748D">
        <w:rPr>
          <w:rFonts w:ascii="Calibri" w:hAnsi="Calibri"/>
          <w:sz w:val="21"/>
          <w:lang w:val="pt-BR"/>
        </w:rPr>
        <w:t>Por ser expressão da verdade e para fins de instrução do processo administrativo de credenciamento, firmo o presente requerimento.</w:t>
      </w:r>
    </w:p>
    <w:p w:rsidR="00571D17" w:rsidRDefault="00571D17" w:rsidP="00571D17">
      <w:pPr>
        <w:ind w:left="-567"/>
        <w:jc w:val="both"/>
        <w:rPr>
          <w:rFonts w:ascii="Calibri" w:hAnsi="Calibri"/>
          <w:sz w:val="21"/>
          <w:lang w:val="pt-BR"/>
        </w:rPr>
      </w:pPr>
    </w:p>
    <w:p w:rsidR="00697B96" w:rsidRPr="0086748D" w:rsidRDefault="006B0E2D" w:rsidP="00571D17">
      <w:pPr>
        <w:ind w:left="-567"/>
        <w:jc w:val="both"/>
        <w:rPr>
          <w:lang w:val="pt-BR"/>
        </w:rPr>
      </w:pPr>
      <w:r w:rsidRPr="0086748D">
        <w:rPr>
          <w:rFonts w:ascii="Calibri" w:hAnsi="Calibri"/>
          <w:sz w:val="21"/>
          <w:lang w:val="pt-BR"/>
        </w:rPr>
        <w:t>Lajedinho – B</w:t>
      </w:r>
      <w:r w:rsidR="00571D17">
        <w:rPr>
          <w:rFonts w:ascii="Calibri" w:hAnsi="Calibri"/>
          <w:sz w:val="21"/>
          <w:lang w:val="pt-BR"/>
        </w:rPr>
        <w:t>ahia</w:t>
      </w:r>
      <w:r w:rsidRPr="0086748D">
        <w:rPr>
          <w:rFonts w:ascii="Calibri" w:hAnsi="Calibri"/>
          <w:sz w:val="21"/>
          <w:lang w:val="pt-BR"/>
        </w:rPr>
        <w:t>, [</w:t>
      </w:r>
      <w:r w:rsidRPr="00571D17">
        <w:rPr>
          <w:rFonts w:ascii="Calibri" w:hAnsi="Calibri"/>
          <w:color w:val="FF0000"/>
          <w:sz w:val="21"/>
          <w:lang w:val="pt-BR"/>
        </w:rPr>
        <w:t>data por extenso</w:t>
      </w:r>
      <w:r w:rsidRPr="0086748D">
        <w:rPr>
          <w:rFonts w:ascii="Calibri" w:hAnsi="Calibri"/>
          <w:sz w:val="21"/>
          <w:lang w:val="pt-BR"/>
        </w:rPr>
        <w:t>].</w:t>
      </w:r>
    </w:p>
    <w:p w:rsidR="00697B96" w:rsidRPr="0086748D" w:rsidRDefault="00697B96" w:rsidP="00571D17">
      <w:pPr>
        <w:ind w:left="-567"/>
        <w:jc w:val="both"/>
        <w:rPr>
          <w:lang w:val="pt-BR"/>
        </w:rPr>
      </w:pPr>
    </w:p>
    <w:p w:rsidR="00697B96" w:rsidRPr="0086748D" w:rsidRDefault="006B0E2D" w:rsidP="00571D17">
      <w:pPr>
        <w:ind w:left="-567"/>
        <w:jc w:val="both"/>
        <w:rPr>
          <w:lang w:val="pt-BR"/>
        </w:rPr>
      </w:pPr>
      <w:r w:rsidRPr="0086748D">
        <w:rPr>
          <w:rFonts w:ascii="Calibri" w:hAnsi="Calibri"/>
          <w:sz w:val="21"/>
          <w:lang w:val="pt-BR"/>
        </w:rPr>
        <w:t>________________________________________</w:t>
      </w:r>
    </w:p>
    <w:p w:rsidR="00697B96" w:rsidRPr="0086748D" w:rsidRDefault="00A77D70" w:rsidP="00571D17">
      <w:pPr>
        <w:ind w:left="-567"/>
        <w:jc w:val="both"/>
        <w:rPr>
          <w:lang w:val="pt-BR"/>
        </w:rPr>
      </w:pPr>
      <w:r>
        <w:rPr>
          <w:rFonts w:ascii="Calibri" w:hAnsi="Calibri"/>
          <w:sz w:val="21"/>
          <w:lang w:val="pt-BR"/>
        </w:rPr>
        <w:t>XXXXXXXXXXXXXXXXXXXXXXXXXXXXXX</w:t>
      </w:r>
    </w:p>
    <w:p w:rsidR="00697B96" w:rsidRPr="0086748D" w:rsidRDefault="00A77D70" w:rsidP="00571D17">
      <w:pPr>
        <w:ind w:left="-567"/>
        <w:jc w:val="both"/>
        <w:rPr>
          <w:lang w:val="pt-BR"/>
        </w:rPr>
      </w:pPr>
      <w:r>
        <w:rPr>
          <w:rFonts w:ascii="Calibri" w:hAnsi="Calibri"/>
          <w:sz w:val="21"/>
          <w:lang w:val="pt-BR"/>
        </w:rPr>
        <w:t>XXXXXXXXXXXXXXXXXXXXXXXXXXXXX</w:t>
      </w:r>
      <w:bookmarkStart w:id="0" w:name="_GoBack"/>
      <w:bookmarkEnd w:id="0"/>
    </w:p>
    <w:p w:rsidR="00697B96" w:rsidRDefault="006B0E2D" w:rsidP="00571D17">
      <w:pPr>
        <w:ind w:left="-567"/>
        <w:jc w:val="both"/>
      </w:pPr>
      <w:r>
        <w:rPr>
          <w:rFonts w:ascii="Calibri" w:hAnsi="Calibri"/>
          <w:sz w:val="21"/>
        </w:rPr>
        <w:t>Assinatura</w:t>
      </w:r>
    </w:p>
    <w:sectPr w:rsidR="00697B96" w:rsidSect="00571D17">
      <w:headerReference w:type="default" r:id="rId9"/>
      <w:footerReference w:type="default" r:id="rId10"/>
      <w:pgSz w:w="12240" w:h="15840"/>
      <w:pgMar w:top="1440" w:right="900" w:bottom="993" w:left="180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748D" w:rsidRDefault="0086748D" w:rsidP="0086748D">
      <w:pPr>
        <w:spacing w:after="0" w:line="240" w:lineRule="auto"/>
      </w:pPr>
      <w:r>
        <w:separator/>
      </w:r>
    </w:p>
  </w:endnote>
  <w:endnote w:type="continuationSeparator" w:id="0">
    <w:p w:rsidR="0086748D" w:rsidRDefault="0086748D" w:rsidP="00867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748D" w:rsidRDefault="0086748D" w:rsidP="0086748D">
    <w:pPr>
      <w:pStyle w:val="Cabealho"/>
      <w:tabs>
        <w:tab w:val="left" w:pos="2835"/>
      </w:tabs>
      <w:jc w:val="center"/>
      <w:rPr>
        <w:rFonts w:ascii="Arial" w:hAnsi="Arial" w:cs="Arial"/>
        <w:sz w:val="20"/>
        <w:szCs w:val="20"/>
      </w:rPr>
    </w:pPr>
    <w:r>
      <w:rPr>
        <w:noProof/>
        <w:lang w:val="pt-BR" w:eastAsia="pt-BR"/>
      </w:rPr>
      <w:drawing>
        <wp:anchor distT="0" distB="0" distL="114300" distR="114300" simplePos="0" relativeHeight="251663360" behindDoc="1" locked="0" layoutInCell="1" allowOverlap="1" wp14:anchorId="7C7A1BE0" wp14:editId="738C50B1">
          <wp:simplePos x="0" y="0"/>
          <wp:positionH relativeFrom="page">
            <wp:posOffset>695325</wp:posOffset>
          </wp:positionH>
          <wp:positionV relativeFrom="paragraph">
            <wp:posOffset>5715</wp:posOffset>
          </wp:positionV>
          <wp:extent cx="5934075" cy="142875"/>
          <wp:effectExtent l="0" t="0" r="9525" b="9525"/>
          <wp:wrapNone/>
          <wp:docPr id="1989226013" name="Imagem 1989226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20"/>
        <w:szCs w:val="20"/>
        <w:lang w:val="pt-BR" w:eastAsia="pt-BR"/>
      </w:rPr>
      <w:drawing>
        <wp:anchor distT="0" distB="0" distL="114300" distR="114300" simplePos="0" relativeHeight="251660288" behindDoc="0" locked="0" layoutInCell="1" allowOverlap="1" wp14:anchorId="69007AED" wp14:editId="5278D433">
          <wp:simplePos x="0" y="0"/>
          <wp:positionH relativeFrom="column">
            <wp:posOffset>933450</wp:posOffset>
          </wp:positionH>
          <wp:positionV relativeFrom="paragraph">
            <wp:posOffset>9954260</wp:posOffset>
          </wp:positionV>
          <wp:extent cx="5934075" cy="142875"/>
          <wp:effectExtent l="0" t="0" r="9525" b="9525"/>
          <wp:wrapNone/>
          <wp:docPr id="1989226014" name="Imagem 1989226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20"/>
        <w:szCs w:val="20"/>
        <w:lang w:val="pt-BR" w:eastAsia="pt-BR"/>
      </w:rPr>
      <w:drawing>
        <wp:anchor distT="0" distB="0" distL="114300" distR="114300" simplePos="0" relativeHeight="251657216" behindDoc="0" locked="0" layoutInCell="1" allowOverlap="1" wp14:anchorId="00719D45" wp14:editId="21AB1365">
          <wp:simplePos x="0" y="0"/>
          <wp:positionH relativeFrom="column">
            <wp:posOffset>933450</wp:posOffset>
          </wp:positionH>
          <wp:positionV relativeFrom="paragraph">
            <wp:posOffset>9954260</wp:posOffset>
          </wp:positionV>
          <wp:extent cx="5934075" cy="142875"/>
          <wp:effectExtent l="0" t="0" r="9525" b="9525"/>
          <wp:wrapNone/>
          <wp:docPr id="1989226015" name="Imagem 1989226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D5B49" w:rsidRPr="002D5B49" w:rsidRDefault="0086748D" w:rsidP="002D5B49">
    <w:pPr>
      <w:pStyle w:val="Cabealho"/>
      <w:tabs>
        <w:tab w:val="left" w:pos="2835"/>
      </w:tabs>
      <w:jc w:val="center"/>
      <w:rPr>
        <w:rFonts w:ascii="Calibri" w:hAnsi="Calibri" w:cs="Calibri"/>
        <w:sz w:val="18"/>
        <w:szCs w:val="18"/>
        <w:lang w:val="pt-BR"/>
      </w:rPr>
    </w:pPr>
    <w:r>
      <w:rPr>
        <w:rFonts w:ascii="Arial" w:hAnsi="Arial" w:cs="Arial"/>
        <w:noProof/>
        <w:sz w:val="20"/>
        <w:szCs w:val="20"/>
        <w:lang w:val="pt-BR" w:eastAsia="pt-BR"/>
      </w:rPr>
      <w:drawing>
        <wp:anchor distT="0" distB="0" distL="114300" distR="114300" simplePos="0" relativeHeight="251648000" behindDoc="0" locked="0" layoutInCell="1" allowOverlap="1" wp14:anchorId="753105B9" wp14:editId="74B57461">
          <wp:simplePos x="0" y="0"/>
          <wp:positionH relativeFrom="column">
            <wp:posOffset>933450</wp:posOffset>
          </wp:positionH>
          <wp:positionV relativeFrom="paragraph">
            <wp:posOffset>9954260</wp:posOffset>
          </wp:positionV>
          <wp:extent cx="5934075" cy="142875"/>
          <wp:effectExtent l="0" t="0" r="9525" b="9525"/>
          <wp:wrapNone/>
          <wp:docPr id="1989226016" name="Imagem 19892260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5B49">
      <w:rPr>
        <w:rFonts w:ascii="Calibri" w:hAnsi="Calibri" w:cs="Calibri"/>
        <w:noProof/>
        <w:sz w:val="18"/>
        <w:szCs w:val="18"/>
        <w:lang w:val="pt-BR" w:eastAsia="pt-BR"/>
      </w:rPr>
      <w:drawing>
        <wp:anchor distT="0" distB="0" distL="114300" distR="114300" simplePos="0" relativeHeight="251669504" behindDoc="0" locked="0" layoutInCell="1" allowOverlap="1" wp14:anchorId="753A7237" wp14:editId="5E3C90E1">
          <wp:simplePos x="0" y="0"/>
          <wp:positionH relativeFrom="column">
            <wp:posOffset>663575</wp:posOffset>
          </wp:positionH>
          <wp:positionV relativeFrom="paragraph">
            <wp:posOffset>9425940</wp:posOffset>
          </wp:positionV>
          <wp:extent cx="5934075" cy="142875"/>
          <wp:effectExtent l="0" t="0" r="9525" b="9525"/>
          <wp:wrapNone/>
          <wp:docPr id="1989226017" name="Imagem 19892260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5B49" w:rsidRPr="002D5B49">
      <w:rPr>
        <w:rFonts w:ascii="Calibri" w:hAnsi="Calibri" w:cs="Calibri"/>
        <w:sz w:val="18"/>
        <w:szCs w:val="18"/>
        <w:lang w:val="pt-BR"/>
      </w:rPr>
      <w:t>Fundo Municipal de Educação - CNPJ: 26.756.043/0001-95</w:t>
    </w:r>
  </w:p>
  <w:p w:rsidR="002D5B49" w:rsidRPr="002D5B49" w:rsidRDefault="002D5B49" w:rsidP="002D5B49">
    <w:pPr>
      <w:pStyle w:val="Cabealho"/>
      <w:tabs>
        <w:tab w:val="left" w:pos="2835"/>
      </w:tabs>
      <w:jc w:val="center"/>
      <w:rPr>
        <w:rFonts w:ascii="Calibri" w:hAnsi="Calibri" w:cs="Calibri"/>
        <w:sz w:val="18"/>
        <w:szCs w:val="18"/>
        <w:lang w:val="pt-BR"/>
      </w:rPr>
    </w:pPr>
    <w:r w:rsidRPr="002D5B49">
      <w:rPr>
        <w:rFonts w:ascii="Calibri" w:hAnsi="Calibri" w:cs="Calibri"/>
        <w:sz w:val="18"/>
        <w:szCs w:val="18"/>
        <w:lang w:val="pt-BR"/>
      </w:rPr>
      <w:t>Praça Higínio de Oliveira Plínio, 02 – Centro - CEP: 46.825-000 – Lajedinho – Bahia</w:t>
    </w:r>
  </w:p>
  <w:p w:rsidR="0086748D" w:rsidRPr="0086748D" w:rsidRDefault="0086748D" w:rsidP="002D5B49">
    <w:pPr>
      <w:pStyle w:val="Cabealho"/>
      <w:tabs>
        <w:tab w:val="left" w:pos="2835"/>
      </w:tabs>
      <w:jc w:val="center"/>
      <w:rPr>
        <w:lang w:val="pt-BR"/>
      </w:rPr>
    </w:pPr>
  </w:p>
  <w:p w:rsidR="0086748D" w:rsidRPr="0086748D" w:rsidRDefault="0086748D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748D" w:rsidRDefault="0086748D" w:rsidP="0086748D">
      <w:pPr>
        <w:spacing w:after="0" w:line="240" w:lineRule="auto"/>
      </w:pPr>
      <w:r>
        <w:separator/>
      </w:r>
    </w:p>
  </w:footnote>
  <w:footnote w:type="continuationSeparator" w:id="0">
    <w:p w:rsidR="0086748D" w:rsidRDefault="0086748D" w:rsidP="008674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748D" w:rsidRPr="0086748D" w:rsidRDefault="002D5B49" w:rsidP="0086748D">
    <w:pPr>
      <w:pStyle w:val="Cabealho"/>
      <w:tabs>
        <w:tab w:val="left" w:pos="4404"/>
        <w:tab w:val="left" w:pos="7125"/>
      </w:tabs>
      <w:jc w:val="right"/>
      <w:rPr>
        <w:lang w:val="pt-BR"/>
      </w:rPr>
    </w:pPr>
    <w:r w:rsidRPr="002D5B49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FDA5312" wp14:editId="45B18EF7">
              <wp:simplePos x="0" y="0"/>
              <wp:positionH relativeFrom="column">
                <wp:posOffset>1472609</wp:posOffset>
              </wp:positionH>
              <wp:positionV relativeFrom="paragraph">
                <wp:posOffset>-287079</wp:posOffset>
              </wp:positionV>
              <wp:extent cx="4378429" cy="629093"/>
              <wp:effectExtent l="0" t="0" r="22225" b="1905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378429" cy="629093"/>
                      </a:xfrm>
                      <a:prstGeom prst="rect">
                        <a:avLst/>
                      </a:prstGeom>
                      <a:solidFill>
                        <a:schemeClr val="bg1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rgbClr val="00206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D5B49" w:rsidRPr="002D5B49" w:rsidRDefault="002D5B49" w:rsidP="002D5B49">
                          <w:pPr>
                            <w:pStyle w:val="SemEspaamento"/>
                            <w:rPr>
                              <w:sz w:val="21"/>
                              <w:szCs w:val="21"/>
                              <w:lang w:val="pt-BR"/>
                            </w:rPr>
                          </w:pPr>
                          <w:r w:rsidRPr="002D5B49">
                            <w:rPr>
                              <w:sz w:val="21"/>
                              <w:szCs w:val="21"/>
                              <w:lang w:val="pt-BR"/>
                            </w:rPr>
                            <w:t>ANEXO I</w:t>
                          </w:r>
                          <w:r w:rsidR="00A77D70">
                            <w:rPr>
                              <w:sz w:val="21"/>
                              <w:szCs w:val="21"/>
                              <w:lang w:val="pt-BR"/>
                            </w:rPr>
                            <w:t>V</w:t>
                          </w:r>
                          <w:r w:rsidRPr="002D5B49">
                            <w:rPr>
                              <w:sz w:val="21"/>
                              <w:szCs w:val="21"/>
                              <w:lang w:val="pt-BR"/>
                            </w:rPr>
                            <w:t xml:space="preserve"> – </w:t>
                          </w:r>
                          <w:r>
                            <w:rPr>
                              <w:sz w:val="21"/>
                              <w:szCs w:val="21"/>
                              <w:lang w:val="pt-BR"/>
                            </w:rPr>
                            <w:t xml:space="preserve">REQUERIMENTO DE CREDENCIAMENTO PESSOA </w:t>
                          </w:r>
                          <w:r w:rsidR="00A77D70">
                            <w:rPr>
                              <w:sz w:val="21"/>
                              <w:szCs w:val="21"/>
                              <w:lang w:val="pt-BR"/>
                            </w:rPr>
                            <w:t>JURIDICA</w:t>
                          </w:r>
                        </w:p>
                        <w:p w:rsidR="002D5B49" w:rsidRPr="002D5B49" w:rsidRDefault="002D5B49" w:rsidP="002D5B49">
                          <w:pPr>
                            <w:pStyle w:val="SemEspaamento"/>
                            <w:rPr>
                              <w:sz w:val="21"/>
                              <w:szCs w:val="21"/>
                              <w:lang w:val="pt-BR"/>
                            </w:rPr>
                          </w:pPr>
                          <w:r w:rsidRPr="002D5B49">
                            <w:rPr>
                              <w:sz w:val="21"/>
                              <w:szCs w:val="21"/>
                              <w:lang w:val="pt-BR"/>
                            </w:rPr>
                            <w:t>Processo Administrativo nº 0107/2025</w:t>
                          </w:r>
                        </w:p>
                        <w:p w:rsidR="002D5B49" w:rsidRPr="002D5B49" w:rsidRDefault="002D5B49" w:rsidP="002D5B49">
                          <w:pPr>
                            <w:pStyle w:val="SemEspaamento"/>
                            <w:rPr>
                              <w:sz w:val="21"/>
                              <w:szCs w:val="21"/>
                              <w:lang w:val="pt-BR"/>
                            </w:rPr>
                          </w:pPr>
                          <w:r w:rsidRPr="002D5B49">
                            <w:rPr>
                              <w:sz w:val="21"/>
                              <w:szCs w:val="21"/>
                              <w:lang w:val="pt-BR"/>
                            </w:rPr>
                            <w:t>Credenciamento nº 006/2025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FDA5312" id="Retângulo 2" o:spid="_x0000_s1026" style="position:absolute;left:0;text-align:left;margin-left:115.95pt;margin-top:-22.6pt;width:344.75pt;height:49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" fillcolor="white [3212]" strokecolor="#002060">
              <v:textbox>
                <w:txbxContent>
                  <w:p w:rsidR="002D5B49" w:rsidRPr="002D5B49" w:rsidRDefault="002D5B49" w:rsidP="002D5B49">
                    <w:pPr>
                      <w:pStyle w:val="SemEspaamento"/>
                      <w:rPr>
                        <w:sz w:val="21"/>
                        <w:szCs w:val="21"/>
                        <w:lang w:val="pt-BR"/>
                      </w:rPr>
                    </w:pPr>
                    <w:r w:rsidRPr="002D5B49">
                      <w:rPr>
                        <w:sz w:val="21"/>
                        <w:szCs w:val="21"/>
                        <w:lang w:val="pt-BR"/>
                      </w:rPr>
                      <w:t>ANEXO I</w:t>
                    </w:r>
                    <w:r w:rsidR="00A77D70">
                      <w:rPr>
                        <w:sz w:val="21"/>
                        <w:szCs w:val="21"/>
                        <w:lang w:val="pt-BR"/>
                      </w:rPr>
                      <w:t>V</w:t>
                    </w:r>
                    <w:r w:rsidRPr="002D5B49">
                      <w:rPr>
                        <w:sz w:val="21"/>
                        <w:szCs w:val="21"/>
                        <w:lang w:val="pt-BR"/>
                      </w:rPr>
                      <w:t xml:space="preserve"> – </w:t>
                    </w:r>
                    <w:r>
                      <w:rPr>
                        <w:sz w:val="21"/>
                        <w:szCs w:val="21"/>
                        <w:lang w:val="pt-BR"/>
                      </w:rPr>
                      <w:t xml:space="preserve">REQUERIMENTO DE CREDENCIAMENTO PESSOA </w:t>
                    </w:r>
                    <w:r w:rsidR="00A77D70">
                      <w:rPr>
                        <w:sz w:val="21"/>
                        <w:szCs w:val="21"/>
                        <w:lang w:val="pt-BR"/>
                      </w:rPr>
                      <w:t>JURIDICA</w:t>
                    </w:r>
                  </w:p>
                  <w:p w:rsidR="002D5B49" w:rsidRPr="002D5B49" w:rsidRDefault="002D5B49" w:rsidP="002D5B49">
                    <w:pPr>
                      <w:pStyle w:val="SemEspaamento"/>
                      <w:rPr>
                        <w:sz w:val="21"/>
                        <w:szCs w:val="21"/>
                        <w:lang w:val="pt-BR"/>
                      </w:rPr>
                    </w:pPr>
                    <w:r w:rsidRPr="002D5B49">
                      <w:rPr>
                        <w:sz w:val="21"/>
                        <w:szCs w:val="21"/>
                        <w:lang w:val="pt-BR"/>
                      </w:rPr>
                      <w:t>Processo Administrativo nº 0107/2025</w:t>
                    </w:r>
                  </w:p>
                  <w:p w:rsidR="002D5B49" w:rsidRPr="002D5B49" w:rsidRDefault="002D5B49" w:rsidP="002D5B49">
                    <w:pPr>
                      <w:pStyle w:val="SemEspaamento"/>
                      <w:rPr>
                        <w:sz w:val="21"/>
                        <w:szCs w:val="21"/>
                        <w:lang w:val="pt-BR"/>
                      </w:rPr>
                    </w:pPr>
                    <w:r w:rsidRPr="002D5B49">
                      <w:rPr>
                        <w:sz w:val="21"/>
                        <w:szCs w:val="21"/>
                        <w:lang w:val="pt-BR"/>
                      </w:rPr>
                      <w:t>Credenciamento nº 006/2025</w:t>
                    </w:r>
                  </w:p>
                </w:txbxContent>
              </v:textbox>
            </v:rect>
          </w:pict>
        </mc:Fallback>
      </mc:AlternateContent>
    </w:r>
    <w:r w:rsidRPr="002D5B49">
      <w:rPr>
        <w:noProof/>
        <w:lang w:val="pt-BR" w:eastAsia="pt-BR"/>
      </w:rPr>
      <w:drawing>
        <wp:anchor distT="0" distB="0" distL="114300" distR="114300" simplePos="0" relativeHeight="251651072" behindDoc="1" locked="0" layoutInCell="1" allowOverlap="1" wp14:anchorId="3062A3BC" wp14:editId="53303771">
          <wp:simplePos x="0" y="0"/>
          <wp:positionH relativeFrom="column">
            <wp:posOffset>-297815</wp:posOffset>
          </wp:positionH>
          <wp:positionV relativeFrom="paragraph">
            <wp:posOffset>-289560</wp:posOffset>
          </wp:positionV>
          <wp:extent cx="1333500" cy="638175"/>
          <wp:effectExtent l="0" t="0" r="0" b="9525"/>
          <wp:wrapTight wrapText="bothSides">
            <wp:wrapPolygon edited="0">
              <wp:start x="0" y="0"/>
              <wp:lineTo x="0" y="21278"/>
              <wp:lineTo x="21291" y="21278"/>
              <wp:lineTo x="21291" y="0"/>
              <wp:lineTo x="0" y="0"/>
            </wp:wrapPolygon>
          </wp:wrapTight>
          <wp:docPr id="1989226011" name="Imagem 1989226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748D">
      <w:rPr>
        <w:noProof/>
        <w:lang w:val="pt-BR" w:eastAsia="pt-BR"/>
      </w:rPr>
      <w:drawing>
        <wp:anchor distT="0" distB="0" distL="114300" distR="114300" simplePos="0" relativeHeight="251654144" behindDoc="1" locked="0" layoutInCell="1" allowOverlap="1" wp14:anchorId="75FFEA5D" wp14:editId="75CEF61B">
          <wp:simplePos x="0" y="0"/>
          <wp:positionH relativeFrom="margin">
            <wp:posOffset>-443643</wp:posOffset>
          </wp:positionH>
          <wp:positionV relativeFrom="paragraph">
            <wp:posOffset>336594</wp:posOffset>
          </wp:positionV>
          <wp:extent cx="6550763" cy="157723"/>
          <wp:effectExtent l="0" t="0" r="0" b="0"/>
          <wp:wrapNone/>
          <wp:docPr id="1989226012" name="Imagem 19892260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9507" cy="1608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748D" w:rsidRPr="0086748D">
      <w:rPr>
        <w:lang w:val="pt-BR"/>
      </w:rPr>
      <w:t xml:space="preserve">                               </w:t>
    </w:r>
  </w:p>
  <w:p w:rsidR="0086748D" w:rsidRPr="0086748D" w:rsidRDefault="0086748D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2E30DA7"/>
    <w:multiLevelType w:val="hybridMultilevel"/>
    <w:tmpl w:val="F9BC631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F868A1"/>
    <w:multiLevelType w:val="multilevel"/>
    <w:tmpl w:val="3BD27638"/>
    <w:lvl w:ilvl="0">
      <w:start w:val="10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Theme="minorHAnsi" w:hAnsiTheme="minorHAnsi" w:cstheme="minorHAns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24989"/>
    <w:rsid w:val="0015074B"/>
    <w:rsid w:val="00150C5A"/>
    <w:rsid w:val="00171BEB"/>
    <w:rsid w:val="0029639D"/>
    <w:rsid w:val="002D5B49"/>
    <w:rsid w:val="00326F90"/>
    <w:rsid w:val="00413717"/>
    <w:rsid w:val="00571D17"/>
    <w:rsid w:val="00697B96"/>
    <w:rsid w:val="006B0E2D"/>
    <w:rsid w:val="007622CA"/>
    <w:rsid w:val="00772ABD"/>
    <w:rsid w:val="0086748D"/>
    <w:rsid w:val="00A77D70"/>
    <w:rsid w:val="00AA1D8D"/>
    <w:rsid w:val="00B47730"/>
    <w:rsid w:val="00C805E1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efaultImageDpi w14:val="300"/>
  <w15:docId w15:val="{D6C944EE-3B7D-4EDF-8DB4-57F08373D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, Char Char Char,Char Char,Cabeçalho superio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aliases w:val=" Char Char, Char Char Char Char,Char Char Char,Cabeçalho superior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Fontepargpadro"/>
    <w:uiPriority w:val="99"/>
    <w:unhideWhenUsed/>
    <w:rsid w:val="00A77D7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ertidoes-apf.apps.tcu.gov.b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DE88B15-70B7-43A8-B339-11AEB05A0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510</Words>
  <Characters>2759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3263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Conta da Microsoft</cp:lastModifiedBy>
  <cp:revision>42</cp:revision>
  <dcterms:created xsi:type="dcterms:W3CDTF">2013-12-23T23:15:00Z</dcterms:created>
  <dcterms:modified xsi:type="dcterms:W3CDTF">2025-06-19T14:40:00Z</dcterms:modified>
  <cp:category/>
</cp:coreProperties>
</file>