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FUNDO MUNICIPAL DE EDUCAÇÃO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CREDENCIAMENTO Nº 006/2025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PROCESSO ADMINISTRATIVO N° 0107/2025</w:t>
      </w:r>
    </w:p>
    <w:p w:rsidR="002D5B49" w:rsidRDefault="00C15056" w:rsidP="00C15056">
      <w:pPr>
        <w:jc w:val="center"/>
        <w:rPr>
          <w:rFonts w:ascii="Calibri" w:hAnsi="Calibri"/>
          <w:sz w:val="21"/>
        </w:rPr>
      </w:pPr>
      <w:r w:rsidRPr="00C15056">
        <w:rPr>
          <w:rFonts w:asciiTheme="majorHAnsi" w:hAnsiTheme="majorHAnsi" w:cstheme="majorHAnsi"/>
          <w:b/>
          <w:sz w:val="21"/>
          <w:szCs w:val="21"/>
        </w:rPr>
        <w:t>FICHA COMPLEMENTAR DE IDENTIFICAÇÃO DO SERVIÇO ARTISTICO - MUSICA</w:t>
      </w:r>
    </w:p>
    <w:tbl>
      <w:tblPr>
        <w:tblStyle w:val="TableNormal"/>
        <w:tblW w:w="10065" w:type="dxa"/>
        <w:tblInd w:w="-459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6862"/>
        <w:gridCol w:w="3203"/>
      </w:tblGrid>
      <w:tr w:rsidR="00C15056" w:rsidRPr="00C15056" w:rsidTr="00C15056"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056" w:rsidRPr="00C15056" w:rsidRDefault="00C15056" w:rsidP="00CA6A36">
            <w:pPr>
              <w:pStyle w:val="LO-normal"/>
              <w:spacing w:after="140"/>
              <w:rPr>
                <w:rFonts w:asciiTheme="majorHAnsi" w:eastAsia="Liberation Serif" w:hAnsiTheme="majorHAnsi" w:cstheme="majorHAnsi"/>
                <w:sz w:val="18"/>
                <w:szCs w:val="18"/>
              </w:rPr>
            </w:pPr>
            <w:r w:rsidRPr="00C15056">
              <w:rPr>
                <w:rFonts w:asciiTheme="majorHAnsi" w:eastAsia="Calibri" w:hAnsiTheme="majorHAnsi" w:cstheme="majorHAnsi"/>
                <w:sz w:val="18"/>
                <w:szCs w:val="18"/>
              </w:rPr>
              <w:t>NOME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056" w:rsidRPr="00C15056" w:rsidRDefault="00C15056" w:rsidP="00CA6A36">
            <w:pPr>
              <w:pStyle w:val="LO-normal"/>
              <w:spacing w:after="140"/>
              <w:rPr>
                <w:rFonts w:asciiTheme="majorHAnsi" w:eastAsia="Liberation Serif" w:hAnsiTheme="majorHAnsi" w:cstheme="majorHAnsi"/>
                <w:sz w:val="18"/>
                <w:szCs w:val="18"/>
              </w:rPr>
            </w:pPr>
            <w:r w:rsidRPr="00C15056">
              <w:rPr>
                <w:rFonts w:asciiTheme="majorHAnsi" w:eastAsia="Calibri" w:hAnsiTheme="majorHAnsi" w:cstheme="majorHAnsi"/>
                <w:sz w:val="18"/>
                <w:szCs w:val="18"/>
              </w:rPr>
              <w:t>CPF/CNPJ</w:t>
            </w:r>
          </w:p>
        </w:tc>
      </w:tr>
      <w:tr w:rsidR="00C15056" w:rsidRPr="00C15056" w:rsidTr="00C15056">
        <w:trPr>
          <w:trHeight w:val="87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056" w:rsidRPr="00C15056" w:rsidRDefault="00C15056" w:rsidP="00C15056">
            <w:pPr>
              <w:pStyle w:val="LO-normal"/>
              <w:jc w:val="center"/>
              <w:rPr>
                <w:rFonts w:asciiTheme="majorHAnsi" w:eastAsia="Liberation Serif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MPB (Música Popular Brasileira)</w:t>
            </w:r>
          </w:p>
        </w:tc>
      </w:tr>
      <w:tr w:rsidR="00C15056" w:rsidRPr="00C15056" w:rsidTr="00C15056">
        <w:trPr>
          <w:trHeight w:val="275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056" w:rsidRPr="00C15056" w:rsidRDefault="00C15056" w:rsidP="00C15056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proofErr w:type="gramStart"/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MPB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New MPB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Bossa nova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Choro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Seresta</w:t>
            </w:r>
          </w:p>
        </w:tc>
      </w:tr>
      <w:tr w:rsidR="00C15056" w:rsidRPr="00C15056" w:rsidTr="007B1434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056" w:rsidRPr="00C15056" w:rsidRDefault="00C15056" w:rsidP="00C15056">
            <w:pPr>
              <w:pStyle w:val="LO-normal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POP</w:t>
            </w:r>
          </w:p>
        </w:tc>
      </w:tr>
      <w:tr w:rsidR="00C15056" w:rsidRPr="00C15056" w:rsidTr="007B1434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056" w:rsidRPr="00C15056" w:rsidRDefault="00C15056" w:rsidP="00151939">
            <w:pPr>
              <w:pStyle w:val="LO-normal"/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</w:pPr>
            <w:r w:rsidRPr="00C15056">
              <w:rPr>
                <w:rFonts w:ascii="Segoe UI Symbol" w:hAnsi="Segoe UI Symbol" w:cs="Segoe UI Symbol"/>
                <w:b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 xml:space="preserve"> 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Pop </w:t>
            </w:r>
            <w:proofErr w:type="gramStart"/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nacional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Pop internacional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Pop funk  </w:t>
            </w:r>
            <w:r w:rsidRPr="00C15056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C15056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Pop rock</w:t>
            </w: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 xml:space="preserve">  </w:t>
            </w:r>
          </w:p>
        </w:tc>
      </w:tr>
      <w:tr w:rsidR="00151939" w:rsidRPr="00C15056" w:rsidTr="00BB5735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eastAsia="Liberation Serif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SAMBA</w:t>
            </w:r>
          </w:p>
        </w:tc>
      </w:tr>
      <w:tr w:rsidR="00151939" w:rsidRPr="00C15056" w:rsidTr="00BB5735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proofErr w:type="gram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Samba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Pagode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 de Partido Alto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Samba-enredo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Samba-can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çã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 de Gafieira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 rom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â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ntico  </w:t>
            </w:r>
          </w:p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 de Roda  </w:t>
            </w:r>
          </w:p>
        </w:tc>
      </w:tr>
      <w:tr w:rsidR="00151939" w:rsidRPr="00C15056" w:rsidTr="000E72C9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spacing w:after="140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SERTANEJO</w:t>
            </w:r>
          </w:p>
        </w:tc>
      </w:tr>
      <w:tr w:rsidR="00151939" w:rsidRPr="00C15056" w:rsidTr="000E72C9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spacing w:after="140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Sertanejo raiz (ou música caipira)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Sertanejo </w:t>
            </w:r>
            <w:proofErr w:type="gram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rom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â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ntico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Sertanejo dan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ç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ante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Sertanejo universit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á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rio  </w:t>
            </w:r>
          </w:p>
        </w:tc>
      </w:tr>
      <w:tr w:rsidR="00151939" w:rsidRPr="00C15056" w:rsidTr="00151939">
        <w:trPr>
          <w:trHeight w:val="152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spacing w:after="140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FORRÓ</w:t>
            </w:r>
          </w:p>
        </w:tc>
      </w:tr>
      <w:tr w:rsidR="00151939" w:rsidRPr="00C15056" w:rsidTr="00151939">
        <w:trPr>
          <w:trHeight w:val="152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spacing w:after="140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Forró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Forronejo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Forr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ó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proofErr w:type="gram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Rom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â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ntico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Forr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ó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das antigas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Pisadinha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é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de serra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Forr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ó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arrasta p</w:t>
            </w:r>
            <w:r w:rsidRPr="00151939">
              <w:rPr>
                <w:rFonts w:ascii="Calibri" w:hAnsi="Calibri" w:cs="Calibri"/>
                <w:sz w:val="18"/>
                <w:szCs w:val="18"/>
                <w:lang w:val="pt-BR"/>
              </w:rPr>
              <w:t>é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 </w:t>
            </w:r>
          </w:p>
        </w:tc>
      </w:tr>
      <w:tr w:rsidR="009C6515" w:rsidRPr="00C15056" w:rsidTr="00A3449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6515" w:rsidRPr="00C15056" w:rsidRDefault="009C6515" w:rsidP="00151939">
            <w:pPr>
              <w:pStyle w:val="LO-normal"/>
              <w:jc w:val="center"/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ARROCHA</w:t>
            </w:r>
          </w:p>
        </w:tc>
      </w:tr>
      <w:tr w:rsidR="009C6515" w:rsidRPr="00C15056" w:rsidTr="00A3449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6515" w:rsidRPr="009C6515" w:rsidRDefault="009C6515" w:rsidP="009C6515">
            <w:pPr>
              <w:pStyle w:val="LO-normal"/>
              <w:jc w:val="both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Arrocha tradicional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Arrocha </w:t>
            </w:r>
            <w:proofErr w:type="gramStart"/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rom</w:t>
            </w:r>
            <w:r w:rsidRPr="009C6515">
              <w:rPr>
                <w:rFonts w:ascii="Calibri" w:hAnsi="Calibri" w:cs="Calibri"/>
                <w:sz w:val="18"/>
                <w:szCs w:val="18"/>
                <w:lang w:val="pt-BR"/>
              </w:rPr>
              <w:t>â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ntico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Arrocha estilizado (misturas com sertanejo/pagode)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Artista com repert</w:t>
            </w:r>
            <w:r w:rsidRPr="009C6515">
              <w:rPr>
                <w:rFonts w:ascii="Calibri" w:hAnsi="Calibri" w:cs="Calibri"/>
                <w:sz w:val="18"/>
                <w:szCs w:val="18"/>
                <w:lang w:val="pt-BR"/>
              </w:rPr>
              <w:t>ó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rio autoral de arrocha  </w:t>
            </w:r>
            <w:bookmarkStart w:id="0" w:name="_GoBack"/>
            <w:bookmarkEnd w:id="0"/>
          </w:p>
        </w:tc>
      </w:tr>
      <w:tr w:rsidR="00151939" w:rsidRPr="00C15056" w:rsidTr="00A3449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AXÉ</w:t>
            </w:r>
          </w:p>
        </w:tc>
      </w:tr>
      <w:tr w:rsidR="00151939" w:rsidRPr="00C15056" w:rsidTr="00A3449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Pagode </w:t>
            </w:r>
            <w:proofErr w:type="gram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Baiano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Bloco Afro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Banda de trio elétrico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Arroxa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Samba-reggae  </w:t>
            </w:r>
          </w:p>
        </w:tc>
      </w:tr>
      <w:tr w:rsidR="00151939" w:rsidRPr="00C15056" w:rsidTr="005206C1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ROCK</w:t>
            </w:r>
          </w:p>
        </w:tc>
      </w:tr>
      <w:tr w:rsidR="00151939" w:rsidRPr="00151939" w:rsidTr="005206C1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9C6515" w:rsidRDefault="00151939" w:rsidP="00151939">
            <w:pPr>
              <w:pStyle w:val="LO-normal"/>
              <w:jc w:val="both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Pop </w:t>
            </w:r>
            <w:proofErr w:type="gramStart"/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rock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Rock cl</w:t>
            </w:r>
            <w:r w:rsidRPr="009C6515">
              <w:rPr>
                <w:rFonts w:ascii="Calibri" w:hAnsi="Calibri" w:cs="Calibri"/>
                <w:sz w:val="18"/>
                <w:szCs w:val="18"/>
                <w:lang w:val="pt-BR"/>
              </w:rPr>
              <w:t>á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ssico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Hard rock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Indie rock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Surf Music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Heavy metal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Punk Rock  </w:t>
            </w:r>
            <w:r w:rsidRPr="009C6515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9C6515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Rock Progressivo  </w:t>
            </w:r>
          </w:p>
          <w:p w:rsidR="00151939" w:rsidRPr="00151939" w:rsidRDefault="00151939" w:rsidP="00151939">
            <w:pPr>
              <w:pStyle w:val="LO-normal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Country Rock  </w:t>
            </w:r>
          </w:p>
        </w:tc>
      </w:tr>
      <w:tr w:rsidR="00151939" w:rsidRPr="00C15056" w:rsidTr="00CC0995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eastAsia="Liberation Serif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REGGAE</w:t>
            </w:r>
          </w:p>
        </w:tc>
      </w:tr>
      <w:tr w:rsidR="00151939" w:rsidRPr="009C6515" w:rsidTr="00CC0995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Reggae Pop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Dance hall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Dub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151939">
              <w:rPr>
                <w:rFonts w:asciiTheme="majorHAnsi" w:hAnsiTheme="majorHAnsi" w:cstheme="majorHAnsi"/>
                <w:sz w:val="18"/>
                <w:szCs w:val="18"/>
              </w:rPr>
              <w:t>Ragga</w:t>
            </w:r>
            <w:proofErr w:type="spellEnd"/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151939">
              <w:rPr>
                <w:rFonts w:asciiTheme="majorHAnsi" w:hAnsiTheme="majorHAnsi" w:cstheme="majorHAnsi"/>
                <w:sz w:val="18"/>
                <w:szCs w:val="18"/>
              </w:rPr>
              <w:t>Ska</w:t>
            </w:r>
            <w:proofErr w:type="spellEnd"/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</w:p>
        </w:tc>
      </w:tr>
      <w:tr w:rsidR="00151939" w:rsidRPr="00C15056" w:rsidTr="00EB3F51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FUNK</w:t>
            </w:r>
          </w:p>
        </w:tc>
      </w:tr>
      <w:tr w:rsidR="00151939" w:rsidRPr="00C15056" w:rsidTr="00EB3F51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proofErr w:type="gram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Funk  </w:t>
            </w: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Trap</w:t>
            </w:r>
            <w:proofErr w:type="spellEnd"/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funk  </w:t>
            </w:r>
          </w:p>
        </w:tc>
      </w:tr>
      <w:tr w:rsidR="00151939" w:rsidRPr="00C15056" w:rsidTr="00151939">
        <w:trPr>
          <w:trHeight w:val="193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HIP HOP</w:t>
            </w:r>
          </w:p>
        </w:tc>
      </w:tr>
      <w:tr w:rsidR="00151939" w:rsidRPr="009C6515" w:rsidTr="00151939">
        <w:trPr>
          <w:trHeight w:val="193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Rap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Pop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Miami bass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Trap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Drum and bass  </w:t>
            </w:r>
          </w:p>
        </w:tc>
      </w:tr>
      <w:tr w:rsidR="00151939" w:rsidRPr="00C15056" w:rsidTr="00C17E5A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MÚSICA ELETRÔNICA</w:t>
            </w:r>
          </w:p>
        </w:tc>
      </w:tr>
      <w:tr w:rsidR="00151939" w:rsidRPr="009C6515" w:rsidTr="00C17E5A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51939">
            <w:pPr>
              <w:pStyle w:val="LO-normal"/>
              <w:rPr>
                <w:rFonts w:asciiTheme="majorHAnsi" w:hAnsiTheme="majorHAnsi" w:cstheme="majorHAnsi"/>
                <w:sz w:val="18"/>
                <w:szCs w:val="18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House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Techno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Acid house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Tech house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Dubstep  </w:t>
            </w:r>
            <w:r w:rsidRPr="00151939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</w:rPr>
              <w:t xml:space="preserve"> Trance</w:t>
            </w:r>
          </w:p>
        </w:tc>
      </w:tr>
      <w:tr w:rsidR="00151939" w:rsidRPr="00C15056" w:rsidTr="00287B5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C15056" w:rsidRDefault="00151939" w:rsidP="00151939">
            <w:pPr>
              <w:pStyle w:val="LO-normal"/>
              <w:jc w:val="center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C15056">
              <w:rPr>
                <w:rFonts w:asciiTheme="majorHAnsi" w:hAnsiTheme="majorHAnsi" w:cstheme="majorHAnsi"/>
                <w:b/>
                <w:sz w:val="18"/>
                <w:szCs w:val="18"/>
                <w:lang w:val="pt-BR"/>
              </w:rPr>
              <w:t>MÚSICA TRADICIONAL</w:t>
            </w:r>
          </w:p>
        </w:tc>
      </w:tr>
      <w:tr w:rsidR="00151939" w:rsidRPr="00C15056" w:rsidTr="00287B57"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939" w:rsidRPr="00151939" w:rsidRDefault="00151939" w:rsidP="001D1784">
            <w:pPr>
              <w:pStyle w:val="LO-normal"/>
              <w:rPr>
                <w:rFonts w:asciiTheme="majorHAnsi" w:hAnsiTheme="majorHAnsi" w:cstheme="majorHAnsi"/>
                <w:sz w:val="18"/>
                <w:szCs w:val="18"/>
                <w:lang w:val="pt-BR"/>
              </w:rPr>
            </w:pPr>
            <w:r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r w:rsidR="001D1784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Sertanejo de </w:t>
            </w:r>
            <w:proofErr w:type="gramStart"/>
            <w:r w:rsidR="001D1784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Vaquejada</w:t>
            </w:r>
            <w:r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 </w:t>
            </w:r>
            <w:r w:rsidR="001D1784" w:rsidRPr="00151939">
              <w:rPr>
                <w:rFonts w:ascii="Segoe UI Symbol" w:hAnsi="Segoe UI Symbol" w:cs="Segoe UI Symbol"/>
                <w:sz w:val="18"/>
                <w:szCs w:val="18"/>
                <w:lang w:val="pt-BR"/>
              </w:rPr>
              <w:t>☐</w:t>
            </w:r>
            <w:proofErr w:type="gramEnd"/>
            <w:r w:rsidR="001D1784"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</w:t>
            </w:r>
            <w:r w:rsidR="001D1784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>Trovoada (Cantoria sertaneja local)</w:t>
            </w:r>
            <w:r w:rsidR="001D1784" w:rsidRPr="00151939">
              <w:rPr>
                <w:rFonts w:asciiTheme="majorHAnsi" w:hAnsiTheme="majorHAnsi" w:cstheme="majorHAnsi"/>
                <w:sz w:val="18"/>
                <w:szCs w:val="18"/>
                <w:lang w:val="pt-BR"/>
              </w:rPr>
              <w:t xml:space="preserve">  </w:t>
            </w:r>
          </w:p>
        </w:tc>
      </w:tr>
    </w:tbl>
    <w:p w:rsidR="00EE2415" w:rsidRDefault="00EE2415" w:rsidP="00EE2415">
      <w:pPr>
        <w:pStyle w:val="SemEspaamento"/>
        <w:ind w:left="-567"/>
        <w:rPr>
          <w:rFonts w:ascii="Calibri" w:hAnsi="Calibri"/>
          <w:sz w:val="21"/>
          <w:lang w:val="pt-BR"/>
        </w:rPr>
      </w:pPr>
    </w:p>
    <w:p w:rsidR="00EE2415" w:rsidRDefault="00EE2415" w:rsidP="00EE2415">
      <w:pPr>
        <w:pStyle w:val="SemEspaamento"/>
        <w:ind w:left="-567"/>
        <w:rPr>
          <w:rFonts w:ascii="Calibri" w:hAnsi="Calibri"/>
          <w:sz w:val="21"/>
          <w:lang w:val="pt-BR"/>
        </w:rPr>
      </w:pPr>
    </w:p>
    <w:p w:rsidR="00EE2415" w:rsidRDefault="00EE2415" w:rsidP="00EE2415">
      <w:pPr>
        <w:pStyle w:val="SemEspaamento"/>
        <w:ind w:left="-567"/>
        <w:rPr>
          <w:rFonts w:ascii="Calibri" w:hAnsi="Calibri"/>
          <w:sz w:val="21"/>
          <w:lang w:val="pt-BR"/>
        </w:rPr>
      </w:pPr>
    </w:p>
    <w:p w:rsidR="00EE2415" w:rsidRDefault="00EE2415" w:rsidP="00EE2415">
      <w:pPr>
        <w:pStyle w:val="SemEspaamento"/>
        <w:ind w:left="-567"/>
        <w:rPr>
          <w:rFonts w:ascii="Calibri" w:hAnsi="Calibri"/>
          <w:sz w:val="21"/>
          <w:lang w:val="pt-BR"/>
        </w:rPr>
      </w:pPr>
    </w:p>
    <w:p w:rsidR="00EE2415" w:rsidRPr="009C6515" w:rsidRDefault="00EE2415" w:rsidP="00EE2415">
      <w:pPr>
        <w:pStyle w:val="SemEspaamento"/>
        <w:ind w:left="-567"/>
        <w:rPr>
          <w:rFonts w:asciiTheme="majorHAnsi" w:hAnsiTheme="majorHAnsi" w:cstheme="majorHAnsi"/>
          <w:sz w:val="21"/>
          <w:szCs w:val="21"/>
          <w:lang w:val="pt-BR"/>
        </w:rPr>
      </w:pPr>
      <w:r w:rsidRPr="009C6515">
        <w:rPr>
          <w:rFonts w:asciiTheme="majorHAnsi" w:hAnsiTheme="majorHAnsi" w:cstheme="majorHAnsi"/>
          <w:sz w:val="21"/>
          <w:szCs w:val="21"/>
          <w:lang w:val="pt-BR"/>
        </w:rPr>
        <w:t>________________________________________</w:t>
      </w:r>
    </w:p>
    <w:p w:rsidR="00EE2415" w:rsidRPr="009C6515" w:rsidRDefault="00EE2415" w:rsidP="00EE2415">
      <w:pPr>
        <w:pStyle w:val="SemEspaamento"/>
        <w:ind w:left="-567"/>
        <w:rPr>
          <w:rFonts w:asciiTheme="majorHAnsi" w:hAnsiTheme="majorHAnsi" w:cstheme="majorHAnsi"/>
          <w:sz w:val="21"/>
          <w:szCs w:val="21"/>
          <w:lang w:val="pt-BR"/>
        </w:rPr>
      </w:pPr>
      <w:r w:rsidRPr="009C6515">
        <w:rPr>
          <w:rFonts w:asciiTheme="majorHAnsi" w:hAnsiTheme="majorHAnsi" w:cstheme="majorHAnsi"/>
          <w:sz w:val="21"/>
          <w:szCs w:val="21"/>
          <w:lang w:val="pt-BR"/>
        </w:rPr>
        <w:t>[Nome completo do requerente]</w:t>
      </w:r>
    </w:p>
    <w:p w:rsidR="00EE2415" w:rsidRPr="009C6515" w:rsidRDefault="00EE2415" w:rsidP="00EE2415">
      <w:pPr>
        <w:pStyle w:val="SemEspaamento"/>
        <w:ind w:left="-567"/>
        <w:rPr>
          <w:rFonts w:asciiTheme="majorHAnsi" w:hAnsiTheme="majorHAnsi" w:cstheme="majorHAnsi"/>
          <w:sz w:val="21"/>
          <w:szCs w:val="21"/>
          <w:lang w:val="pt-BR"/>
        </w:rPr>
      </w:pPr>
      <w:r w:rsidRPr="009C6515">
        <w:rPr>
          <w:rFonts w:asciiTheme="majorHAnsi" w:hAnsiTheme="majorHAnsi" w:cstheme="majorHAnsi"/>
          <w:sz w:val="21"/>
          <w:szCs w:val="21"/>
          <w:lang w:val="pt-BR"/>
        </w:rPr>
        <w:t>CPF nº [XXX-XXX-XXX-XX]</w:t>
      </w:r>
    </w:p>
    <w:p w:rsidR="00EE2415" w:rsidRPr="00EE2415" w:rsidRDefault="00EE2415" w:rsidP="00EE2415">
      <w:pPr>
        <w:pStyle w:val="SemEspaamento"/>
        <w:ind w:left="-567"/>
        <w:rPr>
          <w:rFonts w:asciiTheme="majorHAnsi" w:hAnsiTheme="majorHAnsi" w:cstheme="majorHAnsi"/>
          <w:sz w:val="21"/>
          <w:szCs w:val="21"/>
        </w:rPr>
      </w:pPr>
      <w:r w:rsidRPr="00EE2415">
        <w:rPr>
          <w:rFonts w:asciiTheme="majorHAnsi" w:hAnsiTheme="majorHAnsi" w:cstheme="majorHAnsi"/>
          <w:sz w:val="21"/>
          <w:szCs w:val="21"/>
        </w:rPr>
        <w:t>Assinatura</w:t>
      </w:r>
    </w:p>
    <w:p w:rsidR="00EE2415" w:rsidRDefault="00EE2415" w:rsidP="00C15056">
      <w:pPr>
        <w:ind w:left="-567"/>
        <w:jc w:val="both"/>
        <w:rPr>
          <w:rFonts w:ascii="Calibri" w:hAnsi="Calibri"/>
          <w:sz w:val="21"/>
        </w:rPr>
      </w:pPr>
    </w:p>
    <w:sectPr w:rsidR="00EE2415" w:rsidSect="00571D17">
      <w:headerReference w:type="default" r:id="rId8"/>
      <w:footerReference w:type="default" r:id="rId9"/>
      <w:pgSz w:w="12240" w:h="15840"/>
      <w:pgMar w:top="1440" w:right="900" w:bottom="993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48D" w:rsidRDefault="0086748D" w:rsidP="0086748D">
      <w:pPr>
        <w:spacing w:after="0" w:line="240" w:lineRule="auto"/>
      </w:pPr>
      <w:r>
        <w:separator/>
      </w:r>
    </w:p>
  </w:endnote>
  <w:end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Default="0086748D" w:rsidP="0086748D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C7A1BE0" wp14:editId="738C50B1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1989226013" name="Imagem 1989226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69007AED" wp14:editId="5278D433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4" name="Imagem 1989226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pt-BR"/>
      </w:rPr>
      <w:drawing>
        <wp:anchor distT="0" distB="0" distL="114300" distR="114300" simplePos="0" relativeHeight="251657216" behindDoc="0" locked="0" layoutInCell="1" allowOverlap="1" wp14:anchorId="00719D45" wp14:editId="21AB1365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5" name="Imagem 1989226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5B49" w:rsidRPr="002D5B49" w:rsidRDefault="0086748D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>
      <w:rPr>
        <w:rFonts w:ascii="Arial" w:hAnsi="Arial" w:cs="Arial"/>
        <w:noProof/>
        <w:sz w:val="20"/>
        <w:szCs w:val="20"/>
        <w:lang w:eastAsia="pt-BR"/>
      </w:rPr>
      <w:drawing>
        <wp:anchor distT="0" distB="0" distL="114300" distR="114300" simplePos="0" relativeHeight="251648000" behindDoc="0" locked="0" layoutInCell="1" allowOverlap="1" wp14:anchorId="753105B9" wp14:editId="74B57461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6" name="Imagem 1989226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>
      <w:rPr>
        <w:rFonts w:ascii="Calibri" w:hAnsi="Calibri" w:cs="Calibri"/>
        <w:noProof/>
        <w:sz w:val="18"/>
        <w:szCs w:val="18"/>
        <w:lang w:eastAsia="pt-BR"/>
      </w:rPr>
      <w:drawing>
        <wp:anchor distT="0" distB="0" distL="114300" distR="114300" simplePos="0" relativeHeight="251669504" behindDoc="0" locked="0" layoutInCell="1" allowOverlap="1" wp14:anchorId="753A7237" wp14:editId="5E3C90E1">
          <wp:simplePos x="0" y="0"/>
          <wp:positionH relativeFrom="column">
            <wp:posOffset>663575</wp:posOffset>
          </wp:positionH>
          <wp:positionV relativeFrom="paragraph">
            <wp:posOffset>9425940</wp:posOffset>
          </wp:positionV>
          <wp:extent cx="5934075" cy="142875"/>
          <wp:effectExtent l="0" t="0" r="9525" b="9525"/>
          <wp:wrapNone/>
          <wp:docPr id="1989226017" name="Imagem 1989226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 w:rsidRPr="002D5B49">
      <w:rPr>
        <w:rFonts w:ascii="Calibri" w:hAnsi="Calibri" w:cs="Calibri"/>
        <w:sz w:val="18"/>
        <w:szCs w:val="18"/>
      </w:rPr>
      <w:t>Fundo Municipal de Educação - CNPJ: 26.756.043/0001-95</w:t>
    </w:r>
  </w:p>
  <w:p w:rsidR="002D5B49" w:rsidRPr="002D5B49" w:rsidRDefault="002D5B49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 w:rsidRPr="002D5B49">
      <w:rPr>
        <w:rFonts w:ascii="Calibri" w:hAnsi="Calibri" w:cs="Calibri"/>
        <w:sz w:val="18"/>
        <w:szCs w:val="18"/>
      </w:rPr>
      <w:t>Praça Higínio de Oliveira Plínio, 02 – Centro - CEP: 46.825-000 – Lajedinho – Bahia</w:t>
    </w:r>
  </w:p>
  <w:p w:rsidR="0086748D" w:rsidRPr="0086748D" w:rsidRDefault="0086748D" w:rsidP="002D5B49">
    <w:pPr>
      <w:pStyle w:val="Cabealho"/>
      <w:tabs>
        <w:tab w:val="left" w:pos="2835"/>
      </w:tabs>
      <w:jc w:val="center"/>
    </w:pPr>
  </w:p>
  <w:p w:rsidR="0086748D" w:rsidRPr="0086748D" w:rsidRDefault="008674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48D" w:rsidRDefault="0086748D" w:rsidP="0086748D">
      <w:pPr>
        <w:spacing w:after="0" w:line="240" w:lineRule="auto"/>
      </w:pPr>
      <w:r>
        <w:separator/>
      </w:r>
    </w:p>
  </w:footnote>
  <w:foot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Pr="0086748D" w:rsidRDefault="002D5B49" w:rsidP="0086748D">
    <w:pPr>
      <w:pStyle w:val="Cabealho"/>
      <w:tabs>
        <w:tab w:val="left" w:pos="4404"/>
        <w:tab w:val="left" w:pos="7125"/>
      </w:tabs>
      <w:jc w:val="right"/>
    </w:pPr>
    <w:r w:rsidRPr="002D5B49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DA5312" wp14:editId="45B18EF7">
              <wp:simplePos x="0" y="0"/>
              <wp:positionH relativeFrom="column">
                <wp:posOffset>1174899</wp:posOffset>
              </wp:positionH>
              <wp:positionV relativeFrom="paragraph">
                <wp:posOffset>-287079</wp:posOffset>
              </wp:positionV>
              <wp:extent cx="4676036" cy="629093"/>
              <wp:effectExtent l="0" t="0" r="10795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76036" cy="629093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5B49" w:rsidRPr="00C15056" w:rsidRDefault="00C15056" w:rsidP="002D5B49">
                          <w:pPr>
                            <w:pStyle w:val="SemEspaamento"/>
                            <w:rPr>
                              <w:sz w:val="18"/>
                              <w:szCs w:val="18"/>
                              <w:lang w:val="pt-BR"/>
                            </w:rPr>
                          </w:pPr>
                          <w:r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 xml:space="preserve">ANEXO </w:t>
                          </w:r>
                          <w:r w:rsidR="00A77D70"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>V</w:t>
                          </w:r>
                          <w:r w:rsidR="002D5B49"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 xml:space="preserve"> – </w:t>
                          </w:r>
                          <w:r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>FICHA COMPLEMENTAR DE IDENTIFICAÇÃO DO SERVIÇO ARTISTICO - MUSICA</w:t>
                          </w:r>
                        </w:p>
                        <w:p w:rsidR="002D5B49" w:rsidRPr="00C15056" w:rsidRDefault="002D5B49" w:rsidP="002D5B49">
                          <w:pPr>
                            <w:pStyle w:val="SemEspaamento"/>
                            <w:rPr>
                              <w:sz w:val="18"/>
                              <w:szCs w:val="18"/>
                              <w:lang w:val="pt-BR"/>
                            </w:rPr>
                          </w:pPr>
                          <w:r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>Processo Administrativo nº 0107/2025</w:t>
                          </w:r>
                        </w:p>
                        <w:p w:rsidR="002D5B49" w:rsidRPr="00C15056" w:rsidRDefault="002D5B49" w:rsidP="002D5B49">
                          <w:pPr>
                            <w:pStyle w:val="SemEspaamento"/>
                            <w:rPr>
                              <w:sz w:val="18"/>
                              <w:szCs w:val="18"/>
                              <w:lang w:val="pt-BR"/>
                            </w:rPr>
                          </w:pPr>
                          <w:r w:rsidRPr="00C15056">
                            <w:rPr>
                              <w:sz w:val="18"/>
                              <w:szCs w:val="18"/>
                              <w:lang w:val="pt-BR"/>
                            </w:rPr>
                            <w:t>Credenciamento nº 006/2025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DA5312" id="Retângulo 2" o:spid="_x0000_s1026" style="position:absolute;left:0;text-align:left;margin-left:92.5pt;margin-top:-22.6pt;width:368.2pt;height:4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" fillcolor="white [3212]" strokecolor="#002060">
              <v:textbox>
                <w:txbxContent>
                  <w:p w:rsidR="002D5B49" w:rsidRPr="00C15056" w:rsidRDefault="00C15056" w:rsidP="002D5B49">
                    <w:pPr>
                      <w:pStyle w:val="SemEspaamento"/>
                      <w:rPr>
                        <w:sz w:val="18"/>
                        <w:szCs w:val="18"/>
                        <w:lang w:val="pt-BR"/>
                      </w:rPr>
                    </w:pPr>
                    <w:r w:rsidRPr="00C15056">
                      <w:rPr>
                        <w:sz w:val="18"/>
                        <w:szCs w:val="18"/>
                        <w:lang w:val="pt-BR"/>
                      </w:rPr>
                      <w:t xml:space="preserve">ANEXO </w:t>
                    </w:r>
                    <w:r w:rsidR="00A77D70" w:rsidRPr="00C15056">
                      <w:rPr>
                        <w:sz w:val="18"/>
                        <w:szCs w:val="18"/>
                        <w:lang w:val="pt-BR"/>
                      </w:rPr>
                      <w:t>V</w:t>
                    </w:r>
                    <w:r w:rsidR="002D5B49" w:rsidRPr="00C15056">
                      <w:rPr>
                        <w:sz w:val="18"/>
                        <w:szCs w:val="18"/>
                        <w:lang w:val="pt-BR"/>
                      </w:rPr>
                      <w:t xml:space="preserve"> – </w:t>
                    </w:r>
                    <w:r w:rsidRPr="00C15056">
                      <w:rPr>
                        <w:sz w:val="18"/>
                        <w:szCs w:val="18"/>
                        <w:lang w:val="pt-BR"/>
                      </w:rPr>
                      <w:t>FICHA COMPLEMENTAR DE IDENTIFICAÇÃO DO SERVIÇO ARTISTICO - MUSICA</w:t>
                    </w:r>
                  </w:p>
                  <w:p w:rsidR="002D5B49" w:rsidRPr="00C15056" w:rsidRDefault="002D5B49" w:rsidP="002D5B49">
                    <w:pPr>
                      <w:pStyle w:val="SemEspaamento"/>
                      <w:rPr>
                        <w:sz w:val="18"/>
                        <w:szCs w:val="18"/>
                        <w:lang w:val="pt-BR"/>
                      </w:rPr>
                    </w:pPr>
                    <w:r w:rsidRPr="00C15056">
                      <w:rPr>
                        <w:sz w:val="18"/>
                        <w:szCs w:val="18"/>
                        <w:lang w:val="pt-BR"/>
                      </w:rPr>
                      <w:t>Processo Administrativo nº 0107/2025</w:t>
                    </w:r>
                  </w:p>
                  <w:p w:rsidR="002D5B49" w:rsidRPr="00C15056" w:rsidRDefault="002D5B49" w:rsidP="002D5B49">
                    <w:pPr>
                      <w:pStyle w:val="SemEspaamento"/>
                      <w:rPr>
                        <w:sz w:val="18"/>
                        <w:szCs w:val="18"/>
                        <w:lang w:val="pt-BR"/>
                      </w:rPr>
                    </w:pPr>
                    <w:r w:rsidRPr="00C15056">
                      <w:rPr>
                        <w:sz w:val="18"/>
                        <w:szCs w:val="18"/>
                        <w:lang w:val="pt-BR"/>
                      </w:rPr>
                      <w:t>Credenciamento nº 006/2025</w:t>
                    </w:r>
                  </w:p>
                </w:txbxContent>
              </v:textbox>
            </v:rect>
          </w:pict>
        </mc:Fallback>
      </mc:AlternateContent>
    </w:r>
    <w:r w:rsidRPr="002D5B49">
      <w:rPr>
        <w:noProof/>
        <w:lang w:eastAsia="pt-BR"/>
      </w:rPr>
      <w:drawing>
        <wp:anchor distT="0" distB="0" distL="114300" distR="114300" simplePos="0" relativeHeight="251651072" behindDoc="1" locked="0" layoutInCell="1" allowOverlap="1" wp14:anchorId="3062A3BC" wp14:editId="53303771">
          <wp:simplePos x="0" y="0"/>
          <wp:positionH relativeFrom="column">
            <wp:posOffset>-297815</wp:posOffset>
          </wp:positionH>
          <wp:positionV relativeFrom="paragraph">
            <wp:posOffset>-289560</wp:posOffset>
          </wp:positionV>
          <wp:extent cx="1333500" cy="638175"/>
          <wp:effectExtent l="0" t="0" r="0" b="9525"/>
          <wp:wrapTight wrapText="bothSides">
            <wp:wrapPolygon edited="0">
              <wp:start x="0" y="0"/>
              <wp:lineTo x="0" y="21278"/>
              <wp:lineTo x="21291" y="21278"/>
              <wp:lineTo x="21291" y="0"/>
              <wp:lineTo x="0" y="0"/>
            </wp:wrapPolygon>
          </wp:wrapTight>
          <wp:docPr id="1989226011" name="Imagem 1989226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75FFEA5D" wp14:editId="75CEF61B">
          <wp:simplePos x="0" y="0"/>
          <wp:positionH relativeFrom="margin">
            <wp:posOffset>-443643</wp:posOffset>
          </wp:positionH>
          <wp:positionV relativeFrom="paragraph">
            <wp:posOffset>336594</wp:posOffset>
          </wp:positionV>
          <wp:extent cx="6550763" cy="157723"/>
          <wp:effectExtent l="0" t="0" r="0" b="0"/>
          <wp:wrapNone/>
          <wp:docPr id="1989226012" name="Imagem 1989226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507" cy="16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 w:rsidRPr="0086748D">
      <w:t xml:space="preserve">                               </w:t>
    </w:r>
  </w:p>
  <w:p w:rsidR="0086748D" w:rsidRPr="0086748D" w:rsidRDefault="0086748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2E30DA7"/>
    <w:multiLevelType w:val="hybridMultilevel"/>
    <w:tmpl w:val="F9BC631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F868A1"/>
    <w:multiLevelType w:val="multilevel"/>
    <w:tmpl w:val="3BD27638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4989"/>
    <w:rsid w:val="0015074B"/>
    <w:rsid w:val="00150C5A"/>
    <w:rsid w:val="00151939"/>
    <w:rsid w:val="00171BEB"/>
    <w:rsid w:val="001D1784"/>
    <w:rsid w:val="0029639D"/>
    <w:rsid w:val="002D5B49"/>
    <w:rsid w:val="00326F90"/>
    <w:rsid w:val="00413717"/>
    <w:rsid w:val="00571D17"/>
    <w:rsid w:val="00697B96"/>
    <w:rsid w:val="006B0E2D"/>
    <w:rsid w:val="007622CA"/>
    <w:rsid w:val="00772ABD"/>
    <w:rsid w:val="0086748D"/>
    <w:rsid w:val="009C6515"/>
    <w:rsid w:val="00A77D70"/>
    <w:rsid w:val="00AA1D8D"/>
    <w:rsid w:val="00B47730"/>
    <w:rsid w:val="00C15056"/>
    <w:rsid w:val="00C805E1"/>
    <w:rsid w:val="00CB0664"/>
    <w:rsid w:val="00EE241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efaultImageDpi w14:val="300"/>
  <w15:docId w15:val="{D6C944EE-3B7D-4EDF-8DB4-57F0837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 Char Char Char,Char Char,Cabeçalho superio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aliases w:val=" Char Char, Char Char Char Char,Char Char Char,Cabeçalho superior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epargpadro"/>
    <w:uiPriority w:val="99"/>
    <w:unhideWhenUsed/>
    <w:rsid w:val="00A77D70"/>
    <w:rPr>
      <w:color w:val="0000FF" w:themeColor="hyperlink"/>
      <w:u w:val="single"/>
    </w:rPr>
  </w:style>
  <w:style w:type="table" w:customStyle="1" w:styleId="TableNormal">
    <w:name w:val="Table Normal"/>
    <w:unhideWhenUsed/>
    <w:qFormat/>
    <w:rsid w:val="00C15056"/>
    <w:pPr>
      <w:widowControl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O-normal">
    <w:name w:val="LO-normal"/>
    <w:qFormat/>
    <w:rsid w:val="00C15056"/>
    <w:pPr>
      <w:suppressAutoHyphens/>
      <w:spacing w:after="0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CFC535-DD39-40B1-A66E-EC27DD87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1532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Conta da Microsoft</cp:lastModifiedBy>
  <cp:revision>61</cp:revision>
  <dcterms:created xsi:type="dcterms:W3CDTF">2013-12-23T23:15:00Z</dcterms:created>
  <dcterms:modified xsi:type="dcterms:W3CDTF">2025-06-20T11:49:00Z</dcterms:modified>
  <cp:category/>
</cp:coreProperties>
</file>