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677" w:rsidRDefault="005A2677">
      <w:pPr>
        <w:spacing w:after="0"/>
        <w:jc w:val="center"/>
        <w:rPr>
          <w:b/>
        </w:rPr>
      </w:pPr>
      <w:r>
        <w:rPr>
          <w:rFonts w:ascii="Times New Roman"/>
          <w:noProof/>
          <w:lang w:val="pt-BR" w:eastAsia="pt-BR"/>
        </w:rPr>
        <w:drawing>
          <wp:inline distT="0" distB="0" distL="0" distR="0" wp14:anchorId="50CC67B0" wp14:editId="4CB2B9D5">
            <wp:extent cx="562066" cy="598931"/>
            <wp:effectExtent l="0" t="0" r="0" b="0"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066" cy="598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677" w:rsidRDefault="005A2677">
      <w:pPr>
        <w:spacing w:after="0"/>
        <w:jc w:val="center"/>
        <w:rPr>
          <w:b/>
        </w:rPr>
      </w:pPr>
    </w:p>
    <w:p w:rsidR="00014121" w:rsidRDefault="00394D0F">
      <w:pPr>
        <w:spacing w:after="0"/>
        <w:jc w:val="center"/>
      </w:pPr>
      <w:r>
        <w:rPr>
          <w:b/>
        </w:rPr>
        <w:t>MINISTÉRIO DA EDUCAÇÃO</w:t>
      </w:r>
    </w:p>
    <w:p w:rsidR="00014121" w:rsidRDefault="00394D0F">
      <w:pPr>
        <w:spacing w:after="0"/>
        <w:jc w:val="center"/>
      </w:pPr>
      <w:r>
        <w:rPr>
          <w:b/>
        </w:rPr>
        <w:t>COLÉGIO PEDRO II</w:t>
      </w:r>
    </w:p>
    <w:p w:rsidR="00014121" w:rsidRDefault="00394D0F">
      <w:pPr>
        <w:spacing w:after="0"/>
        <w:jc w:val="center"/>
        <w:rPr>
          <w:b/>
        </w:rPr>
      </w:pPr>
      <w:r>
        <w:rPr>
          <w:b/>
        </w:rPr>
        <w:t>CAMPUS SÃO CRISTÓVÃO III</w:t>
      </w:r>
    </w:p>
    <w:p w:rsidR="005A2677" w:rsidRPr="005A2677" w:rsidRDefault="005A2677">
      <w:pPr>
        <w:spacing w:after="0"/>
        <w:jc w:val="center"/>
        <w:rPr>
          <w:rFonts w:ascii="Calibri" w:hAnsi="Calibri" w:cs="Calibri"/>
          <w:sz w:val="22"/>
        </w:rPr>
      </w:pPr>
    </w:p>
    <w:p w:rsidR="00014121" w:rsidRPr="005A2677" w:rsidRDefault="00394D0F">
      <w:pPr>
        <w:spacing w:after="80"/>
        <w:jc w:val="center"/>
        <w:rPr>
          <w:rFonts w:ascii="Calibri" w:hAnsi="Calibri" w:cs="Calibri"/>
          <w:b/>
          <w:sz w:val="28"/>
        </w:rPr>
      </w:pPr>
      <w:r w:rsidRPr="005A2677">
        <w:rPr>
          <w:rFonts w:ascii="Calibri" w:hAnsi="Calibri" w:cs="Calibri"/>
          <w:b/>
          <w:sz w:val="28"/>
        </w:rPr>
        <w:t>ANEXO IV</w:t>
      </w:r>
    </w:p>
    <w:p w:rsidR="005A2677" w:rsidRPr="005A2677" w:rsidRDefault="005A2677">
      <w:pPr>
        <w:spacing w:after="80"/>
        <w:jc w:val="center"/>
        <w:rPr>
          <w:rFonts w:ascii="Calibri" w:hAnsi="Calibri" w:cs="Calibri"/>
          <w:sz w:val="22"/>
        </w:rPr>
      </w:pPr>
    </w:p>
    <w:p w:rsidR="00014121" w:rsidRPr="005A2677" w:rsidRDefault="00394D0F">
      <w:pPr>
        <w:spacing w:after="0"/>
        <w:jc w:val="center"/>
        <w:rPr>
          <w:rFonts w:ascii="Calibri" w:hAnsi="Calibri" w:cs="Calibri"/>
          <w:sz w:val="22"/>
        </w:rPr>
      </w:pPr>
      <w:r w:rsidRPr="005A2677">
        <w:rPr>
          <w:rFonts w:ascii="Calibri" w:hAnsi="Calibri" w:cs="Calibri"/>
          <w:b/>
          <w:sz w:val="28"/>
        </w:rPr>
        <w:t>DECLARAÇÃO DE CONHECIMENTO DAS CONDIÇÕES</w:t>
      </w:r>
    </w:p>
    <w:p w:rsidR="00014121" w:rsidRPr="005A2677" w:rsidRDefault="00394D0F">
      <w:pPr>
        <w:spacing w:after="0"/>
        <w:jc w:val="center"/>
        <w:rPr>
          <w:rFonts w:ascii="Calibri" w:hAnsi="Calibri" w:cs="Calibri"/>
          <w:sz w:val="22"/>
        </w:rPr>
      </w:pPr>
      <w:r w:rsidRPr="005A2677">
        <w:rPr>
          <w:rFonts w:ascii="Calibri" w:hAnsi="Calibri" w:cs="Calibri"/>
          <w:b/>
          <w:sz w:val="28"/>
        </w:rPr>
        <w:t>E LOCAL DO OBJETO DA LICITAÇÃO</w:t>
      </w:r>
    </w:p>
    <w:p w:rsidR="00014121" w:rsidRPr="005A2677" w:rsidRDefault="00394D0F">
      <w:pPr>
        <w:jc w:val="center"/>
        <w:rPr>
          <w:rFonts w:ascii="Calibri" w:hAnsi="Calibri" w:cs="Calibri"/>
          <w:b/>
          <w:color w:val="FF0000"/>
          <w:sz w:val="24"/>
        </w:rPr>
      </w:pPr>
      <w:r w:rsidRPr="005A2677">
        <w:rPr>
          <w:rFonts w:ascii="Calibri" w:hAnsi="Calibri" w:cs="Calibri"/>
          <w:b/>
          <w:sz w:val="24"/>
        </w:rPr>
        <w:t>(</w:t>
      </w:r>
      <w:proofErr w:type="spellStart"/>
      <w:r w:rsidRPr="005A2677">
        <w:rPr>
          <w:rFonts w:ascii="Calibri" w:hAnsi="Calibri" w:cs="Calibri"/>
          <w:b/>
          <w:color w:val="FF0000"/>
          <w:sz w:val="24"/>
        </w:rPr>
        <w:t>Caso</w:t>
      </w:r>
      <w:proofErr w:type="spellEnd"/>
      <w:r w:rsidRPr="005A2677">
        <w:rPr>
          <w:rFonts w:ascii="Calibri" w:hAnsi="Calibri" w:cs="Calibri"/>
          <w:b/>
          <w:color w:val="FF0000"/>
          <w:sz w:val="24"/>
        </w:rPr>
        <w:t xml:space="preserve"> tenha realizado a vistoria</w:t>
      </w:r>
      <w:r w:rsidRPr="005A2677">
        <w:rPr>
          <w:rFonts w:ascii="Calibri" w:hAnsi="Calibri" w:cs="Calibri"/>
          <w:b/>
          <w:sz w:val="24"/>
        </w:rPr>
        <w:t>)</w:t>
      </w:r>
    </w:p>
    <w:p w:rsidR="005A2677" w:rsidRPr="005A2677" w:rsidRDefault="005A2677">
      <w:pPr>
        <w:jc w:val="center"/>
        <w:rPr>
          <w:rFonts w:ascii="Calibri" w:hAnsi="Calibri" w:cs="Calibri"/>
          <w:sz w:val="22"/>
        </w:rPr>
      </w:pPr>
    </w:p>
    <w:p w:rsidR="00014121" w:rsidRPr="005A2677" w:rsidRDefault="005A2677">
      <w:pPr>
        <w:spacing w:after="0"/>
        <w:rPr>
          <w:rFonts w:ascii="Calibri" w:hAnsi="Calibri" w:cs="Calibri"/>
          <w:sz w:val="22"/>
        </w:rPr>
      </w:pPr>
      <w:r>
        <w:rPr>
          <w:rFonts w:ascii="Calibri" w:hAnsi="Calibri" w:cs="Calibri"/>
          <w:b/>
          <w:sz w:val="22"/>
        </w:rPr>
        <w:t>PROCESSO Nº 23779.000145/2026-52</w:t>
      </w:r>
    </w:p>
    <w:p w:rsidR="00014121" w:rsidRPr="005A2677" w:rsidRDefault="005A2677">
      <w:pPr>
        <w:rPr>
          <w:rFonts w:ascii="Calibri" w:hAnsi="Calibri" w:cs="Calibri"/>
          <w:sz w:val="22"/>
        </w:rPr>
      </w:pPr>
      <w:proofErr w:type="spellStart"/>
      <w:r w:rsidRPr="005A2677">
        <w:rPr>
          <w:rFonts w:ascii="Calibri" w:hAnsi="Calibri" w:cs="Calibri"/>
          <w:b/>
          <w:sz w:val="22"/>
        </w:rPr>
        <w:t>Pregão</w:t>
      </w:r>
      <w:proofErr w:type="spellEnd"/>
      <w:r w:rsidRPr="005A2677">
        <w:rPr>
          <w:rFonts w:ascii="Calibri" w:hAnsi="Calibri" w:cs="Calibri"/>
          <w:b/>
          <w:sz w:val="22"/>
        </w:rPr>
        <w:t xml:space="preserve"> </w:t>
      </w:r>
      <w:proofErr w:type="spellStart"/>
      <w:r w:rsidRPr="005A2677">
        <w:rPr>
          <w:rFonts w:ascii="Calibri" w:hAnsi="Calibri" w:cs="Calibri"/>
          <w:b/>
          <w:sz w:val="22"/>
        </w:rPr>
        <w:t>Eletrônico</w:t>
      </w:r>
      <w:proofErr w:type="spellEnd"/>
      <w:r w:rsidRPr="005A2677">
        <w:rPr>
          <w:rFonts w:ascii="Calibri" w:hAnsi="Calibri" w:cs="Calibri"/>
          <w:b/>
          <w:sz w:val="22"/>
        </w:rPr>
        <w:t xml:space="preserve"> nº /2026</w:t>
      </w:r>
    </w:p>
    <w:p w:rsidR="00014121" w:rsidRDefault="00394D0F">
      <w:pPr>
        <w:spacing w:after="160"/>
        <w:jc w:val="center"/>
      </w:pPr>
      <w:r>
        <w:rPr>
          <w:b/>
          <w:sz w:val="22"/>
        </w:rPr>
        <w:t>DECLARAÇÃO</w:t>
      </w:r>
    </w:p>
    <w:p w:rsidR="00014121" w:rsidRPr="005A2677" w:rsidRDefault="00394D0F" w:rsidP="005A2677">
      <w:pPr>
        <w:spacing w:after="400"/>
        <w:jc w:val="both"/>
        <w:rPr>
          <w:rFonts w:ascii="Calibri" w:hAnsi="Calibri" w:cs="Calibri"/>
          <w:sz w:val="24"/>
        </w:rPr>
      </w:pPr>
      <w:r w:rsidRPr="005A2677">
        <w:rPr>
          <w:rFonts w:ascii="Calibri" w:hAnsi="Calibri" w:cs="Calibri"/>
          <w:sz w:val="24"/>
        </w:rPr>
        <w:t>___________________________________________(nome da empresa), inscrita</w:t>
      </w:r>
      <w:r w:rsidR="005A2677">
        <w:rPr>
          <w:rFonts w:ascii="Calibri" w:hAnsi="Calibri" w:cs="Calibri"/>
          <w:sz w:val="24"/>
        </w:rPr>
        <w:t xml:space="preserve"> no CNPJ sob nº_______________, </w:t>
      </w:r>
      <w:proofErr w:type="spellStart"/>
      <w:r w:rsidRPr="005A2677">
        <w:rPr>
          <w:rFonts w:ascii="Calibri" w:hAnsi="Calibri" w:cs="Calibri"/>
          <w:sz w:val="24"/>
        </w:rPr>
        <w:t>por</w:t>
      </w:r>
      <w:proofErr w:type="spellEnd"/>
      <w:r w:rsidRPr="005A2677">
        <w:rPr>
          <w:rFonts w:ascii="Calibri" w:hAnsi="Calibri" w:cs="Calibri"/>
          <w:sz w:val="24"/>
        </w:rPr>
        <w:t xml:space="preserve"> </w:t>
      </w:r>
      <w:proofErr w:type="spellStart"/>
      <w:r w:rsidRPr="005A2677">
        <w:rPr>
          <w:rFonts w:ascii="Calibri" w:hAnsi="Calibri" w:cs="Calibri"/>
          <w:sz w:val="24"/>
        </w:rPr>
        <w:t>intermédio</w:t>
      </w:r>
      <w:proofErr w:type="spellEnd"/>
      <w:r w:rsidRPr="005A2677">
        <w:rPr>
          <w:rFonts w:ascii="Calibri" w:hAnsi="Calibri" w:cs="Calibri"/>
          <w:sz w:val="24"/>
        </w:rPr>
        <w:t xml:space="preserve"> de </w:t>
      </w:r>
      <w:proofErr w:type="spellStart"/>
      <w:r w:rsidRPr="005A2677">
        <w:rPr>
          <w:rFonts w:ascii="Calibri" w:hAnsi="Calibri" w:cs="Calibri"/>
          <w:sz w:val="24"/>
        </w:rPr>
        <w:t>seu</w:t>
      </w:r>
      <w:proofErr w:type="spellEnd"/>
      <w:r w:rsidRPr="005A2677">
        <w:rPr>
          <w:rFonts w:ascii="Calibri" w:hAnsi="Calibri" w:cs="Calibri"/>
          <w:sz w:val="24"/>
        </w:rPr>
        <w:t xml:space="preserve"> representante legal, Sr.(a)______________________________, portador(a) da Carteira de Identidade nº _________________ Órgão expedido</w:t>
      </w:r>
      <w:r w:rsidRPr="005A2677">
        <w:rPr>
          <w:rFonts w:ascii="Calibri" w:hAnsi="Calibri" w:cs="Calibri"/>
          <w:sz w:val="24"/>
        </w:rPr>
        <w:t>r _______ e do C.P.F nº ________________, DECLARA, para fins de c</w:t>
      </w:r>
      <w:r>
        <w:rPr>
          <w:rFonts w:ascii="Calibri" w:hAnsi="Calibri" w:cs="Calibri"/>
          <w:sz w:val="24"/>
        </w:rPr>
        <w:t xml:space="preserve">umprimento do </w:t>
      </w:r>
      <w:proofErr w:type="spellStart"/>
      <w:r>
        <w:rPr>
          <w:rFonts w:ascii="Calibri" w:hAnsi="Calibri" w:cs="Calibri"/>
          <w:sz w:val="24"/>
        </w:rPr>
        <w:t>disposto</w:t>
      </w:r>
      <w:proofErr w:type="spellEnd"/>
      <w:r>
        <w:rPr>
          <w:rFonts w:ascii="Calibri" w:hAnsi="Calibri" w:cs="Calibri"/>
          <w:sz w:val="24"/>
        </w:rPr>
        <w:t xml:space="preserve"> no item 9</w:t>
      </w:r>
      <w:r w:rsidRPr="005A2677">
        <w:rPr>
          <w:rFonts w:ascii="Calibri" w:hAnsi="Calibri" w:cs="Calibri"/>
          <w:sz w:val="24"/>
        </w:rPr>
        <w:t>.10. do Edital que conhece as condições locais do objeto da licitação para serviços de supressão de espécimes vegetais com e sem remoção de raízes; destocament</w:t>
      </w:r>
      <w:r w:rsidRPr="005A2677">
        <w:rPr>
          <w:rFonts w:ascii="Calibri" w:hAnsi="Calibri" w:cs="Calibri"/>
          <w:sz w:val="24"/>
        </w:rPr>
        <w:t>o de raízes; poda; roçagem; capinagem mecânica; picotamento e trituração de arbustos, cascas, galhos, troncos e árvores; coleta, transporte e descarte sustentável de resíduos e rejeitos, e que tem pleno conhecimento das condições e peculiaridades inerentes</w:t>
      </w:r>
      <w:r w:rsidRPr="005A2677">
        <w:rPr>
          <w:rFonts w:ascii="Calibri" w:hAnsi="Calibri" w:cs="Calibri"/>
          <w:sz w:val="24"/>
        </w:rPr>
        <w:t xml:space="preserve"> à natureza do trabalho, que assume total responsabilidade por este fato e que não utilizará deste para quaisquer questionamentos futuros que ensejam avenças técnicas ou financeiras com este (órgão ou entidade).</w:t>
      </w:r>
    </w:p>
    <w:p w:rsidR="00014121" w:rsidRDefault="00394D0F">
      <w:pPr>
        <w:spacing w:after="400"/>
      </w:pPr>
      <w:r>
        <w:t>(local e data)</w:t>
      </w:r>
    </w:p>
    <w:p w:rsidR="00014121" w:rsidRDefault="00394D0F">
      <w:pPr>
        <w:spacing w:after="0"/>
        <w:jc w:val="center"/>
      </w:pPr>
      <w:r>
        <w:rPr>
          <w:b/>
        </w:rPr>
        <w:t>CARIMBO E ASSINATURA DA DECLA</w:t>
      </w:r>
      <w:r>
        <w:rPr>
          <w:b/>
        </w:rPr>
        <w:t>RANTE</w:t>
      </w:r>
    </w:p>
    <w:p w:rsidR="005A2677" w:rsidRDefault="00394D0F">
      <w:r>
        <w:br w:type="page"/>
      </w:r>
      <w:r w:rsidR="005A2677">
        <w:rPr>
          <w:noProof/>
          <w:lang w:val="pt-BR" w:eastAsia="pt-BR"/>
        </w:rPr>
        <w:drawing>
          <wp:anchor distT="0" distB="0" distL="0" distR="0" simplePos="0" relativeHeight="251661312" behindDoc="0" locked="0" layoutInCell="1" allowOverlap="1" wp14:anchorId="292EF49E" wp14:editId="096B0C98">
            <wp:simplePos x="895350" y="8096250"/>
            <wp:positionH relativeFrom="margin">
              <wp:align>center</wp:align>
            </wp:positionH>
            <wp:positionV relativeFrom="margin">
              <wp:align>bottom</wp:align>
            </wp:positionV>
            <wp:extent cx="1582420" cy="721995"/>
            <wp:effectExtent l="0" t="0" r="0" b="1905"/>
            <wp:wrapSquare wrapText="bothSides"/>
            <wp:docPr id="4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420" cy="72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A2677" w:rsidRDefault="005A2677"/>
    <w:p w:rsidR="005A2677" w:rsidRDefault="005A2677"/>
    <w:p w:rsidR="005A2677" w:rsidRDefault="005A2677">
      <w:pPr>
        <w:spacing w:after="0"/>
        <w:jc w:val="center"/>
        <w:rPr>
          <w:b/>
        </w:rPr>
      </w:pPr>
      <w:r>
        <w:rPr>
          <w:rFonts w:ascii="Times New Roman"/>
          <w:noProof/>
          <w:lang w:val="pt-BR" w:eastAsia="pt-BR"/>
        </w:rPr>
        <w:drawing>
          <wp:inline distT="0" distB="0" distL="0" distR="0" wp14:anchorId="50CC67B0" wp14:editId="4CB2B9D5">
            <wp:extent cx="562066" cy="59893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066" cy="598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677" w:rsidRDefault="005A2677">
      <w:pPr>
        <w:spacing w:after="0"/>
        <w:jc w:val="center"/>
        <w:rPr>
          <w:b/>
        </w:rPr>
      </w:pPr>
    </w:p>
    <w:p w:rsidR="00014121" w:rsidRDefault="00394D0F">
      <w:pPr>
        <w:spacing w:after="0"/>
        <w:jc w:val="center"/>
      </w:pPr>
      <w:r>
        <w:rPr>
          <w:b/>
        </w:rPr>
        <w:t>MINISTÉRIO DA EDUCAÇÃO</w:t>
      </w:r>
    </w:p>
    <w:p w:rsidR="00014121" w:rsidRDefault="00394D0F">
      <w:pPr>
        <w:spacing w:after="0"/>
        <w:jc w:val="center"/>
      </w:pPr>
      <w:r>
        <w:rPr>
          <w:b/>
        </w:rPr>
        <w:t>COLÉGIO PEDRO II</w:t>
      </w:r>
    </w:p>
    <w:p w:rsidR="00014121" w:rsidRDefault="00394D0F">
      <w:pPr>
        <w:jc w:val="center"/>
        <w:rPr>
          <w:b/>
        </w:rPr>
      </w:pPr>
      <w:r>
        <w:rPr>
          <w:b/>
        </w:rPr>
        <w:t>CAMPUS SÃO CRISTÓVÃO III</w:t>
      </w:r>
    </w:p>
    <w:p w:rsidR="005A2677" w:rsidRDefault="005A2677">
      <w:pPr>
        <w:jc w:val="center"/>
      </w:pPr>
    </w:p>
    <w:p w:rsidR="00014121" w:rsidRDefault="00394D0F">
      <w:pPr>
        <w:spacing w:after="0"/>
        <w:jc w:val="center"/>
      </w:pPr>
      <w:r>
        <w:rPr>
          <w:b/>
          <w:sz w:val="24"/>
        </w:rPr>
        <w:t>DECLARAÇÃO DE CONHECIMENTO DAS CONDIÇÕES</w:t>
      </w:r>
    </w:p>
    <w:p w:rsidR="00014121" w:rsidRDefault="00394D0F">
      <w:pPr>
        <w:spacing w:after="0"/>
        <w:jc w:val="center"/>
      </w:pPr>
      <w:r>
        <w:rPr>
          <w:b/>
          <w:sz w:val="24"/>
        </w:rPr>
        <w:t>E LOCAL DO OBJETO DA LICITAÇÃO</w:t>
      </w:r>
    </w:p>
    <w:p w:rsidR="005A2677" w:rsidRDefault="00394D0F" w:rsidP="005A2677">
      <w:pPr>
        <w:jc w:val="center"/>
      </w:pPr>
      <w:r w:rsidRPr="005A2677">
        <w:rPr>
          <w:b/>
        </w:rPr>
        <w:t>(</w:t>
      </w:r>
      <w:r w:rsidRPr="005A2677">
        <w:rPr>
          <w:rFonts w:ascii="Calibri" w:hAnsi="Calibri" w:cs="Calibri"/>
          <w:b/>
          <w:color w:val="FF0000"/>
          <w:sz w:val="22"/>
        </w:rPr>
        <w:t>Caso não tenha realizado a vistoria</w:t>
      </w:r>
      <w:r w:rsidRPr="005A2677">
        <w:rPr>
          <w:b/>
        </w:rPr>
        <w:t>)</w:t>
      </w:r>
    </w:p>
    <w:p w:rsidR="005A2677" w:rsidRDefault="005A2677" w:rsidP="005A2677">
      <w:pPr>
        <w:jc w:val="center"/>
      </w:pPr>
    </w:p>
    <w:p w:rsidR="00014121" w:rsidRDefault="005A2677">
      <w:pPr>
        <w:spacing w:after="0"/>
      </w:pPr>
      <w:r>
        <w:rPr>
          <w:b/>
        </w:rPr>
        <w:t>PROCESSO Nº 23779.000145/2026-52</w:t>
      </w:r>
    </w:p>
    <w:p w:rsidR="00014121" w:rsidRDefault="005A2677">
      <w:pPr>
        <w:rPr>
          <w:b/>
        </w:rPr>
      </w:pPr>
      <w:proofErr w:type="spellStart"/>
      <w:r>
        <w:rPr>
          <w:b/>
        </w:rPr>
        <w:t>Pregão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Eletrônico</w:t>
      </w:r>
      <w:proofErr w:type="spellEnd"/>
      <w:r>
        <w:rPr>
          <w:b/>
        </w:rPr>
        <w:t xml:space="preserve"> nº /2026</w:t>
      </w:r>
    </w:p>
    <w:p w:rsidR="005A2677" w:rsidRDefault="005A2677"/>
    <w:p w:rsidR="00014121" w:rsidRDefault="00394D0F">
      <w:pPr>
        <w:spacing w:after="160"/>
        <w:jc w:val="center"/>
      </w:pPr>
      <w:r>
        <w:rPr>
          <w:b/>
          <w:sz w:val="22"/>
        </w:rPr>
        <w:t>DECLARAÇÃO</w:t>
      </w:r>
    </w:p>
    <w:p w:rsidR="00014121" w:rsidRPr="005A2677" w:rsidRDefault="00394D0F" w:rsidP="005A2677">
      <w:pPr>
        <w:spacing w:after="400"/>
        <w:jc w:val="both"/>
        <w:rPr>
          <w:rFonts w:ascii="Calibri" w:hAnsi="Calibri" w:cs="Calibri"/>
          <w:sz w:val="24"/>
        </w:rPr>
      </w:pPr>
      <w:r w:rsidRPr="005A2677">
        <w:rPr>
          <w:rFonts w:ascii="Calibri" w:hAnsi="Calibri" w:cs="Calibri"/>
          <w:sz w:val="24"/>
        </w:rPr>
        <w:t>__</w:t>
      </w:r>
      <w:r w:rsidRPr="005A2677">
        <w:rPr>
          <w:rFonts w:ascii="Calibri" w:hAnsi="Calibri" w:cs="Calibri"/>
          <w:sz w:val="24"/>
        </w:rPr>
        <w:t xml:space="preserve">_________________________________________(nome da empresa), inscrita no CNPJ sob nº _______________, por intermédio de seu representante legal, Sr.(a)______________________________, portador(a) da Carteira de Identidade nº_________________ Órgão expedidor </w:t>
      </w:r>
      <w:r w:rsidRPr="005A2677">
        <w:rPr>
          <w:rFonts w:ascii="Calibri" w:hAnsi="Calibri" w:cs="Calibri"/>
          <w:sz w:val="24"/>
        </w:rPr>
        <w:t>_______ e do C.P.F nº ________________, DECLARA, para fins de c</w:t>
      </w:r>
      <w:r>
        <w:rPr>
          <w:rFonts w:ascii="Calibri" w:hAnsi="Calibri" w:cs="Calibri"/>
          <w:sz w:val="24"/>
        </w:rPr>
        <w:t xml:space="preserve">umprimento do </w:t>
      </w:r>
      <w:proofErr w:type="spellStart"/>
      <w:r>
        <w:rPr>
          <w:rFonts w:ascii="Calibri" w:hAnsi="Calibri" w:cs="Calibri"/>
          <w:sz w:val="24"/>
        </w:rPr>
        <w:t>disposto</w:t>
      </w:r>
      <w:proofErr w:type="spellEnd"/>
      <w:r>
        <w:rPr>
          <w:rFonts w:ascii="Calibri" w:hAnsi="Calibri" w:cs="Calibri"/>
          <w:sz w:val="24"/>
        </w:rPr>
        <w:t xml:space="preserve"> no item 9</w:t>
      </w:r>
      <w:r w:rsidRPr="005A2677">
        <w:rPr>
          <w:rFonts w:ascii="Calibri" w:hAnsi="Calibri" w:cs="Calibri"/>
          <w:sz w:val="24"/>
        </w:rPr>
        <w:t>.10. do Edital que optou por não realizar a vistoria do local/objeto da licitação para serviços de supressão de espécimes vegetais com e sem remoção de raízes; d</w:t>
      </w:r>
      <w:r w:rsidRPr="005A2677">
        <w:rPr>
          <w:rFonts w:ascii="Calibri" w:hAnsi="Calibri" w:cs="Calibri"/>
          <w:sz w:val="24"/>
        </w:rPr>
        <w:t>estocamento de raízes; poda; roçagem; capinagem mecânica; picotamento e trituração de arbustos, cascas, galhos, troncos e árvores; coleta, transporte e descarte sustentável de resíduos e rejeitos, que assume total responsabilidade por este fato e que não u</w:t>
      </w:r>
      <w:r w:rsidRPr="005A2677">
        <w:rPr>
          <w:rFonts w:ascii="Calibri" w:hAnsi="Calibri" w:cs="Calibri"/>
          <w:sz w:val="24"/>
        </w:rPr>
        <w:t>tilizará deste para quaisquer questionamentos futuros que ensejam avenças técnicas ou financeiras com este (órgão ou entidade).</w:t>
      </w:r>
      <w:bookmarkStart w:id="0" w:name="_GoBack"/>
      <w:bookmarkEnd w:id="0"/>
    </w:p>
    <w:p w:rsidR="00014121" w:rsidRDefault="00394D0F">
      <w:pPr>
        <w:spacing w:after="400"/>
      </w:pPr>
      <w:r>
        <w:t>(local e data)</w:t>
      </w:r>
    </w:p>
    <w:p w:rsidR="00014121" w:rsidRDefault="00394D0F">
      <w:pPr>
        <w:spacing w:after="0"/>
        <w:jc w:val="center"/>
        <w:rPr>
          <w:b/>
        </w:rPr>
      </w:pPr>
      <w:r>
        <w:rPr>
          <w:b/>
        </w:rPr>
        <w:t>CARIMBO E ASSINATURA DA DECLARANTE</w:t>
      </w:r>
    </w:p>
    <w:p w:rsidR="005A2677" w:rsidRDefault="005A2677">
      <w:pPr>
        <w:spacing w:after="0"/>
        <w:jc w:val="center"/>
      </w:pPr>
      <w:r>
        <w:rPr>
          <w:noProof/>
          <w:lang w:val="pt-BR" w:eastAsia="pt-BR"/>
        </w:rPr>
        <w:drawing>
          <wp:anchor distT="0" distB="0" distL="0" distR="0" simplePos="0" relativeHeight="251659264" behindDoc="0" locked="0" layoutInCell="1" allowOverlap="1" wp14:anchorId="292EF49E" wp14:editId="096B0C98">
            <wp:simplePos x="895350" y="8429625"/>
            <wp:positionH relativeFrom="margin">
              <wp:align>center</wp:align>
            </wp:positionH>
            <wp:positionV relativeFrom="margin">
              <wp:align>bottom</wp:align>
            </wp:positionV>
            <wp:extent cx="1582420" cy="721995"/>
            <wp:effectExtent l="0" t="0" r="0" b="1905"/>
            <wp:wrapSquare wrapText="bothSides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420" cy="72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A2677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14121"/>
    <w:rsid w:val="00034616"/>
    <w:rsid w:val="0006063C"/>
    <w:rsid w:val="0015074B"/>
    <w:rsid w:val="0029639D"/>
    <w:rsid w:val="00326F90"/>
    <w:rsid w:val="00394D0F"/>
    <w:rsid w:val="005A267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DEB07B"/>
  <w14:defaultImageDpi w14:val="300"/>
  <w15:docId w15:val="{E366AA95-7BA4-4DF4-96BE-A2F83171B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69C7B81-E4B4-4356-8DFD-268B3AAA1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Renan França Da Silva</cp:lastModifiedBy>
  <cp:revision>3</cp:revision>
  <dcterms:created xsi:type="dcterms:W3CDTF">2013-12-23T23:15:00Z</dcterms:created>
  <dcterms:modified xsi:type="dcterms:W3CDTF">2026-08-06T15:17:00Z</dcterms:modified>
  <cp:category/>
</cp:coreProperties>
</file>