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DB38A" w14:textId="77777777" w:rsidR="00296547" w:rsidRDefault="00296547" w:rsidP="00BF6293">
      <w:pPr>
        <w:jc w:val="center"/>
        <w:rPr>
          <w:b/>
          <w:sz w:val="28"/>
          <w:szCs w:val="24"/>
          <w:lang w:val="pt-BR"/>
        </w:rPr>
      </w:pPr>
      <w:r>
        <w:rPr>
          <w:b/>
          <w:sz w:val="28"/>
          <w:szCs w:val="24"/>
          <w:lang w:val="pt-BR"/>
        </w:rPr>
        <w:t xml:space="preserve">MINUTA DE CONTRATO </w:t>
      </w:r>
      <w:r w:rsidR="00BF6293" w:rsidRPr="00BF6293">
        <w:rPr>
          <w:b/>
          <w:sz w:val="28"/>
          <w:szCs w:val="24"/>
          <w:lang w:val="pt-BR"/>
        </w:rPr>
        <w:t xml:space="preserve"> </w:t>
      </w:r>
    </w:p>
    <w:p w14:paraId="02D8207B" w14:textId="700E82D2" w:rsidR="00D433B5" w:rsidRPr="00BF6293" w:rsidRDefault="00BF6293" w:rsidP="00BF6293">
      <w:pPr>
        <w:jc w:val="center"/>
        <w:rPr>
          <w:sz w:val="28"/>
          <w:szCs w:val="24"/>
          <w:lang w:val="pt-BR"/>
        </w:rPr>
      </w:pPr>
      <w:r w:rsidRPr="00BF6293">
        <w:rPr>
          <w:b/>
          <w:sz w:val="28"/>
          <w:szCs w:val="24"/>
          <w:lang w:val="pt-BR"/>
        </w:rPr>
        <w:t>PRESTAÇÃO DE SERVIÇOS MÉDICOS – MEDICINA DO TRABALHO</w:t>
      </w:r>
    </w:p>
    <w:p w14:paraId="3862C395" w14:textId="0D6F9634" w:rsidR="00D433B5" w:rsidRPr="00BF6293" w:rsidRDefault="00000000" w:rsidP="00BF6293">
      <w:pPr>
        <w:spacing w:after="240"/>
        <w:ind w:firstLine="720"/>
        <w:jc w:val="both"/>
        <w:rPr>
          <w:lang w:val="pt-BR"/>
        </w:rPr>
      </w:pPr>
      <w:r w:rsidRPr="00BF6293">
        <w:rPr>
          <w:lang w:val="pt-BR"/>
        </w:rPr>
        <w:t xml:space="preserve">Pelo presente instrumento particular, de um lado, o Serviço Autônomo de Água e Esgoto de Barra Bonita, CNPJ nº 44.497.659/0001-70, localizado na Rua </w:t>
      </w:r>
      <w:proofErr w:type="spellStart"/>
      <w:r w:rsidRPr="00BF6293">
        <w:rPr>
          <w:lang w:val="pt-BR"/>
        </w:rPr>
        <w:t>Winifrida</w:t>
      </w:r>
      <w:proofErr w:type="spellEnd"/>
      <w:r w:rsidRPr="00BF6293">
        <w:rPr>
          <w:lang w:val="pt-BR"/>
        </w:rPr>
        <w:t xml:space="preserve">, 339, Centro, Barra Bonita/SP, neste ato representado por seu Superintendente, Sr. Paulo Roberto Martini, CPF nº 015.666.228-08, doravante denominado CONTRATANTE; e de outro lado, a empresa </w:t>
      </w:r>
      <w:r w:rsidR="00296547">
        <w:rPr>
          <w:lang w:val="pt-BR"/>
        </w:rPr>
        <w:t>XXXXXXXXXXXXXX</w:t>
      </w:r>
      <w:r w:rsidRPr="00BF6293">
        <w:rPr>
          <w:lang w:val="pt-BR"/>
        </w:rPr>
        <w:t xml:space="preserve">, com sede na </w:t>
      </w:r>
      <w:r w:rsidR="00296547">
        <w:rPr>
          <w:lang w:val="pt-BR"/>
        </w:rPr>
        <w:t>XXXXX</w:t>
      </w:r>
      <w:r w:rsidRPr="00BF6293">
        <w:rPr>
          <w:lang w:val="pt-BR"/>
        </w:rPr>
        <w:t xml:space="preserve">, </w:t>
      </w:r>
      <w:r w:rsidR="00296547">
        <w:rPr>
          <w:lang w:val="pt-BR"/>
        </w:rPr>
        <w:t>nº XX</w:t>
      </w:r>
      <w:r w:rsidRPr="00BF6293">
        <w:rPr>
          <w:lang w:val="pt-BR"/>
        </w:rPr>
        <w:t xml:space="preserve">, </w:t>
      </w:r>
      <w:r w:rsidR="00296547">
        <w:rPr>
          <w:lang w:val="pt-BR"/>
        </w:rPr>
        <w:t>no bairro XX</w:t>
      </w:r>
      <w:r w:rsidRPr="00BF6293">
        <w:rPr>
          <w:lang w:val="pt-BR"/>
        </w:rPr>
        <w:t xml:space="preserve">, </w:t>
      </w:r>
      <w:r w:rsidR="00296547">
        <w:rPr>
          <w:lang w:val="pt-BR"/>
        </w:rPr>
        <w:t>na cidade de XXXXXXX</w:t>
      </w:r>
      <w:r w:rsidRPr="00BF6293">
        <w:rPr>
          <w:lang w:val="pt-BR"/>
        </w:rPr>
        <w:t xml:space="preserve">, neste ato representada por </w:t>
      </w:r>
      <w:proofErr w:type="spellStart"/>
      <w:r w:rsidR="00296547">
        <w:rPr>
          <w:lang w:val="pt-BR"/>
        </w:rPr>
        <w:t>xxxxxxxx</w:t>
      </w:r>
      <w:proofErr w:type="spellEnd"/>
      <w:r w:rsidRPr="00BF6293">
        <w:rPr>
          <w:lang w:val="pt-BR"/>
        </w:rPr>
        <w:t>, doravante denominada CONTRATADA; têm entre si justo e contratado o que segue, com fundamento na Lei Federal nº 14.133/2021 e demais normas aplicáveis:</w:t>
      </w:r>
    </w:p>
    <w:p w14:paraId="3FF60E1D" w14:textId="77777777" w:rsidR="00D433B5" w:rsidRPr="00BF6293" w:rsidRDefault="00000000" w:rsidP="00BF6293">
      <w:pPr>
        <w:spacing w:after="240"/>
        <w:jc w:val="both"/>
        <w:rPr>
          <w:lang w:val="pt-BR"/>
        </w:rPr>
      </w:pPr>
      <w:r w:rsidRPr="00BF6293">
        <w:rPr>
          <w:b/>
          <w:lang w:val="pt-BR"/>
        </w:rPr>
        <w:t>CLÁUSULA PRIMEIRA – DO OBJETO</w:t>
      </w:r>
    </w:p>
    <w:p w14:paraId="5D8836FD" w14:textId="0F0CBF75" w:rsidR="00D433B5" w:rsidRPr="00BF6293" w:rsidRDefault="00BF6293" w:rsidP="00BF6293">
      <w:pPr>
        <w:spacing w:after="240"/>
        <w:jc w:val="both"/>
        <w:rPr>
          <w:lang w:val="pt-BR"/>
        </w:rPr>
      </w:pPr>
      <w:r>
        <w:rPr>
          <w:lang w:val="pt-BR"/>
        </w:rPr>
        <w:t xml:space="preserve">1 - </w:t>
      </w:r>
      <w:r w:rsidRPr="00BF6293">
        <w:rPr>
          <w:lang w:val="pt-BR"/>
        </w:rPr>
        <w:t>O presente contrato tem por objeto a prestação de serviços especializados em Medicina do Trabalho, conforme detalhado no Termo de Referência anexo, incluindo a coordenação, controle e execução do Programa de Controle Médico de Saúde Ocupacional – PCMSO, em conformidade com a legislação vigente, normas regulamentadoras e instruções normativas aplicáveis.</w:t>
      </w:r>
    </w:p>
    <w:p w14:paraId="4DB27A8D" w14:textId="77777777" w:rsidR="00D433B5" w:rsidRPr="00BF6293" w:rsidRDefault="00000000" w:rsidP="00BF6293">
      <w:pPr>
        <w:spacing w:after="240"/>
        <w:jc w:val="both"/>
        <w:rPr>
          <w:lang w:val="pt-BR"/>
        </w:rPr>
      </w:pPr>
      <w:r w:rsidRPr="00BF6293">
        <w:rPr>
          <w:b/>
          <w:lang w:val="pt-BR"/>
        </w:rPr>
        <w:t>CLÁUSULA SEGUNDA – DAS OBRIGAÇÕES DA CONTRATADA</w:t>
      </w:r>
    </w:p>
    <w:p w14:paraId="5314499D" w14:textId="1B2FD449" w:rsidR="00D433B5" w:rsidRPr="00BF6293" w:rsidRDefault="00BF6293" w:rsidP="00BF6293">
      <w:pPr>
        <w:spacing w:after="240"/>
        <w:rPr>
          <w:lang w:val="pt-BR"/>
        </w:rPr>
      </w:pPr>
      <w:r>
        <w:rPr>
          <w:lang w:val="pt-BR"/>
        </w:rPr>
        <w:t xml:space="preserve">2 - </w:t>
      </w:r>
      <w:r w:rsidRPr="00BF6293">
        <w:rPr>
          <w:lang w:val="pt-BR"/>
        </w:rPr>
        <w:t>A CONTRATADA se obriga a realizar, às suas expensas, todos os serviços descritos no Termo de Referência, incluindo, mas não se limitando a:</w:t>
      </w:r>
      <w:r w:rsidRPr="00BF6293">
        <w:rPr>
          <w:lang w:val="pt-BR"/>
        </w:rPr>
        <w:br/>
      </w:r>
      <w:r>
        <w:rPr>
          <w:lang w:val="pt-BR"/>
        </w:rPr>
        <w:t xml:space="preserve">a) </w:t>
      </w:r>
      <w:r w:rsidRPr="00BF6293">
        <w:rPr>
          <w:lang w:val="pt-BR"/>
        </w:rPr>
        <w:t>Coordenação do PCMSO conforme NR-7;</w:t>
      </w:r>
      <w:r w:rsidRPr="00BF6293">
        <w:rPr>
          <w:lang w:val="pt-BR"/>
        </w:rPr>
        <w:br/>
      </w:r>
      <w:r>
        <w:rPr>
          <w:lang w:val="pt-BR"/>
        </w:rPr>
        <w:t xml:space="preserve">b) </w:t>
      </w:r>
      <w:r w:rsidRPr="00BF6293">
        <w:rPr>
          <w:lang w:val="pt-BR"/>
        </w:rPr>
        <w:t>Emissão de pareceres médicos jurídicos quando solicitado;</w:t>
      </w:r>
      <w:r w:rsidRPr="00BF6293">
        <w:rPr>
          <w:lang w:val="pt-BR"/>
        </w:rPr>
        <w:br/>
      </w:r>
      <w:r>
        <w:rPr>
          <w:lang w:val="pt-BR"/>
        </w:rPr>
        <w:t xml:space="preserve">c) </w:t>
      </w:r>
      <w:r w:rsidRPr="00BF6293">
        <w:rPr>
          <w:lang w:val="pt-BR"/>
        </w:rPr>
        <w:t>Análise de atestados médicos;</w:t>
      </w:r>
      <w:r w:rsidRPr="00BF6293">
        <w:rPr>
          <w:lang w:val="pt-BR"/>
        </w:rPr>
        <w:br/>
      </w:r>
      <w:r>
        <w:rPr>
          <w:lang w:val="pt-BR"/>
        </w:rPr>
        <w:t>d)</w:t>
      </w:r>
      <w:r w:rsidRPr="00BF6293">
        <w:rPr>
          <w:lang w:val="pt-BR"/>
        </w:rPr>
        <w:t xml:space="preserve"> Acompanhamento de casos de saúde recorrentes;</w:t>
      </w:r>
      <w:r w:rsidRPr="00BF6293">
        <w:rPr>
          <w:lang w:val="pt-BR"/>
        </w:rPr>
        <w:br/>
      </w:r>
      <w:r>
        <w:rPr>
          <w:lang w:val="pt-BR"/>
        </w:rPr>
        <w:t>e)</w:t>
      </w:r>
      <w:r w:rsidRPr="00BF6293">
        <w:rPr>
          <w:lang w:val="pt-BR"/>
        </w:rPr>
        <w:t xml:space="preserve"> Realização de exames admissionais, periódicos, demissionais, de retorno ao trabalho e mudança de função;</w:t>
      </w:r>
      <w:r w:rsidRPr="00BF6293">
        <w:rPr>
          <w:lang w:val="pt-BR"/>
        </w:rPr>
        <w:br/>
      </w:r>
      <w:r>
        <w:rPr>
          <w:lang w:val="pt-BR"/>
        </w:rPr>
        <w:t>f)</w:t>
      </w:r>
      <w:r w:rsidRPr="00BF6293">
        <w:rPr>
          <w:lang w:val="pt-BR"/>
        </w:rPr>
        <w:t xml:space="preserve"> Emissão de </w:t>
      </w:r>
      <w:proofErr w:type="spellStart"/>
      <w:r w:rsidRPr="00BF6293">
        <w:rPr>
          <w:lang w:val="pt-BR"/>
        </w:rPr>
        <w:t>ASO’s</w:t>
      </w:r>
      <w:proofErr w:type="spellEnd"/>
      <w:r w:rsidRPr="00BF6293">
        <w:rPr>
          <w:lang w:val="pt-BR"/>
        </w:rPr>
        <w:t xml:space="preserve"> em conformidade com exigências legais;</w:t>
      </w:r>
      <w:r w:rsidRPr="00BF6293">
        <w:rPr>
          <w:lang w:val="pt-BR"/>
        </w:rPr>
        <w:br/>
      </w:r>
      <w:r>
        <w:rPr>
          <w:lang w:val="pt-BR"/>
        </w:rPr>
        <w:t>g)</w:t>
      </w:r>
      <w:r w:rsidRPr="00BF6293">
        <w:rPr>
          <w:lang w:val="pt-BR"/>
        </w:rPr>
        <w:t xml:space="preserve"> Notificação de doenças ocupacionais;</w:t>
      </w:r>
      <w:r w:rsidRPr="00BF6293">
        <w:rPr>
          <w:lang w:val="pt-BR"/>
        </w:rPr>
        <w:br/>
      </w:r>
      <w:r>
        <w:rPr>
          <w:lang w:val="pt-BR"/>
        </w:rPr>
        <w:t>h)</w:t>
      </w:r>
      <w:r w:rsidRPr="00BF6293">
        <w:rPr>
          <w:lang w:val="pt-BR"/>
        </w:rPr>
        <w:t xml:space="preserve"> Campanhas educativas/preventivas;</w:t>
      </w:r>
      <w:r w:rsidRPr="00BF6293">
        <w:rPr>
          <w:lang w:val="pt-BR"/>
        </w:rPr>
        <w:br/>
      </w:r>
      <w:r>
        <w:rPr>
          <w:lang w:val="pt-BR"/>
        </w:rPr>
        <w:t>i)</w:t>
      </w:r>
      <w:r w:rsidRPr="00BF6293">
        <w:rPr>
          <w:lang w:val="pt-BR"/>
        </w:rPr>
        <w:t xml:space="preserve"> </w:t>
      </w:r>
      <w:r>
        <w:rPr>
          <w:lang w:val="pt-BR"/>
        </w:rPr>
        <w:t xml:space="preserve"> </w:t>
      </w:r>
      <w:r w:rsidRPr="00BF6293">
        <w:rPr>
          <w:lang w:val="pt-BR"/>
        </w:rPr>
        <w:t>Guarda de prontuários médicos, entre outros.</w:t>
      </w:r>
    </w:p>
    <w:p w14:paraId="4C58F66F" w14:textId="77777777" w:rsidR="00D433B5" w:rsidRPr="00BF6293" w:rsidRDefault="00000000" w:rsidP="00BF6293">
      <w:pPr>
        <w:spacing w:after="240"/>
        <w:jc w:val="both"/>
        <w:rPr>
          <w:lang w:val="pt-BR"/>
        </w:rPr>
      </w:pPr>
      <w:r w:rsidRPr="00BF6293">
        <w:rPr>
          <w:b/>
          <w:lang w:val="pt-BR"/>
        </w:rPr>
        <w:t>CLÁUSULA TERCEIRA – DO PRAZO</w:t>
      </w:r>
    </w:p>
    <w:p w14:paraId="0BF2D778" w14:textId="01FFE42D" w:rsidR="00D433B5" w:rsidRPr="00BF6293" w:rsidRDefault="00BF6293" w:rsidP="00BF6293">
      <w:pPr>
        <w:spacing w:after="240"/>
        <w:jc w:val="both"/>
        <w:rPr>
          <w:lang w:val="pt-BR"/>
        </w:rPr>
      </w:pPr>
      <w:r>
        <w:rPr>
          <w:lang w:val="pt-BR"/>
        </w:rPr>
        <w:t xml:space="preserve">3 - </w:t>
      </w:r>
      <w:r w:rsidRPr="00BF6293">
        <w:rPr>
          <w:lang w:val="pt-BR"/>
        </w:rPr>
        <w:t>O prazo de vigência do presente contrato será de 12 (doze) meses, podendo ser prorrogado por iguais períodos até o limite de 60 (sessenta) meses, nos termos do art. 106 da Lei nº 14.133/2021.</w:t>
      </w:r>
    </w:p>
    <w:p w14:paraId="7E40D395" w14:textId="77777777" w:rsidR="00D433B5" w:rsidRPr="00BF6293" w:rsidRDefault="00000000" w:rsidP="00BF6293">
      <w:pPr>
        <w:spacing w:after="240"/>
        <w:jc w:val="both"/>
        <w:rPr>
          <w:lang w:val="pt-BR"/>
        </w:rPr>
      </w:pPr>
      <w:r w:rsidRPr="00BF6293">
        <w:rPr>
          <w:b/>
          <w:lang w:val="pt-BR"/>
        </w:rPr>
        <w:lastRenderedPageBreak/>
        <w:t>CLÁUSULA QUARTA – DA RESCISÃO</w:t>
      </w:r>
    </w:p>
    <w:p w14:paraId="1801F5CA" w14:textId="584EF13E" w:rsidR="00D433B5" w:rsidRPr="00BF6293" w:rsidRDefault="00BF6293" w:rsidP="00BF6293">
      <w:pPr>
        <w:spacing w:after="240"/>
        <w:jc w:val="both"/>
        <w:rPr>
          <w:lang w:val="pt-BR"/>
        </w:rPr>
      </w:pPr>
      <w:r>
        <w:rPr>
          <w:lang w:val="pt-BR"/>
        </w:rPr>
        <w:t xml:space="preserve">4 - </w:t>
      </w:r>
      <w:r w:rsidRPr="00BF6293">
        <w:rPr>
          <w:lang w:val="pt-BR"/>
        </w:rPr>
        <w:t>A rescisão do presente contrato poderá ocorrer nos casos previstos na Lei nº 14.133/2021 e demais normas aplicáveis, mediante prévia comunicação formal entre as partes.</w:t>
      </w:r>
    </w:p>
    <w:p w14:paraId="1E3F0733" w14:textId="77777777" w:rsidR="00D433B5" w:rsidRPr="00BF6293" w:rsidRDefault="00000000" w:rsidP="00BF6293">
      <w:pPr>
        <w:spacing w:after="240"/>
        <w:jc w:val="both"/>
        <w:rPr>
          <w:lang w:val="pt-BR"/>
        </w:rPr>
      </w:pPr>
      <w:r w:rsidRPr="00BF6293">
        <w:rPr>
          <w:b/>
          <w:lang w:val="pt-BR"/>
        </w:rPr>
        <w:t>CLÁUSULA QUINTA – DO PAGAMENTO</w:t>
      </w:r>
    </w:p>
    <w:p w14:paraId="7303E792" w14:textId="7C213ACD" w:rsidR="00D433B5" w:rsidRPr="00BF6293" w:rsidRDefault="00BF6293" w:rsidP="00BF6293">
      <w:pPr>
        <w:spacing w:after="240"/>
        <w:jc w:val="both"/>
        <w:rPr>
          <w:lang w:val="pt-BR"/>
        </w:rPr>
      </w:pPr>
      <w:r>
        <w:rPr>
          <w:lang w:val="pt-BR"/>
        </w:rPr>
        <w:t xml:space="preserve">5 - </w:t>
      </w:r>
      <w:r w:rsidRPr="00BF6293">
        <w:rPr>
          <w:lang w:val="pt-BR"/>
        </w:rPr>
        <w:t>O pagamento será efetuado mensalmente, em até 10 (dez) dias após o aceite da nota fiscal atestada pelo setor competente, mediante transferência bancária para conta indicada pela CONTRATADA.</w:t>
      </w:r>
    </w:p>
    <w:p w14:paraId="77D7C725" w14:textId="77777777" w:rsidR="00D433B5" w:rsidRPr="00BF6293" w:rsidRDefault="00000000" w:rsidP="00BF6293">
      <w:pPr>
        <w:spacing w:after="240"/>
        <w:jc w:val="both"/>
        <w:rPr>
          <w:lang w:val="pt-BR"/>
        </w:rPr>
      </w:pPr>
      <w:r w:rsidRPr="00BF6293">
        <w:rPr>
          <w:b/>
          <w:lang w:val="pt-BR"/>
        </w:rPr>
        <w:t>CLÁUSULA SEXTA – DO REAJUSTE</w:t>
      </w:r>
    </w:p>
    <w:p w14:paraId="2BFFC111" w14:textId="324D3DBD" w:rsidR="00D433B5" w:rsidRPr="00BF6293" w:rsidRDefault="00BF6293" w:rsidP="00BF6293">
      <w:pPr>
        <w:spacing w:after="240"/>
        <w:jc w:val="both"/>
        <w:rPr>
          <w:lang w:val="pt-BR"/>
        </w:rPr>
      </w:pPr>
      <w:r>
        <w:rPr>
          <w:lang w:val="pt-BR"/>
        </w:rPr>
        <w:t xml:space="preserve">6 - </w:t>
      </w:r>
      <w:r w:rsidRPr="00BF6293">
        <w:rPr>
          <w:lang w:val="pt-BR"/>
        </w:rPr>
        <w:t>O valor contratual poderá ser reajustado anualmente, com base na variação do Índice Nacional de Preços ao Consumidor Amplo – IPCA, conforme permitido pela legislação vigente.</w:t>
      </w:r>
    </w:p>
    <w:p w14:paraId="4110D384" w14:textId="61102431" w:rsidR="00BF6293" w:rsidRPr="00BF6293" w:rsidRDefault="00BF6293" w:rsidP="00BF6293">
      <w:pPr>
        <w:pStyle w:val="Ttulo2"/>
        <w:jc w:val="both"/>
        <w:rPr>
          <w:rFonts w:ascii="Times New Roman" w:hAnsi="Times New Roman" w:cs="Times New Roman"/>
          <w:color w:val="auto"/>
          <w:lang w:val="pt-BR"/>
        </w:rPr>
      </w:pPr>
      <w:r w:rsidRPr="00BF6293">
        <w:rPr>
          <w:rFonts w:ascii="Times New Roman" w:hAnsi="Times New Roman" w:cs="Times New Roman"/>
          <w:color w:val="auto"/>
          <w:lang w:val="pt-BR"/>
        </w:rPr>
        <w:t>CLÁUSULA SÉTIMA – DOS CASOS OMISSOS</w:t>
      </w:r>
    </w:p>
    <w:p w14:paraId="3D8F4C9D" w14:textId="0E364E88" w:rsidR="00BF6293" w:rsidRPr="00BF6293" w:rsidRDefault="00BF6293" w:rsidP="00BF6293">
      <w:pPr>
        <w:jc w:val="both"/>
        <w:rPr>
          <w:lang w:val="pt-BR"/>
        </w:rPr>
      </w:pPr>
      <w:r>
        <w:rPr>
          <w:lang w:val="pt-BR"/>
        </w:rPr>
        <w:br/>
        <w:t xml:space="preserve">7 - </w:t>
      </w:r>
      <w:r w:rsidRPr="00BF6293">
        <w:rPr>
          <w:lang w:val="pt-BR"/>
        </w:rPr>
        <w:t>Os casos omissos neste contrato serão resolvidos em conformidade com os princípios gerais do direito, com as disposições da Lei Federal nº 14.133/2021 e demais normas aplicáveis à contratação pública, bem como de acordo com o interesse público e o bom senso administrativo.</w:t>
      </w:r>
    </w:p>
    <w:p w14:paraId="3D7AFED3" w14:textId="76116D22" w:rsidR="00BF6293" w:rsidRPr="00BF6293" w:rsidRDefault="00BF6293" w:rsidP="00BF6293">
      <w:pPr>
        <w:pStyle w:val="Ttulo2"/>
        <w:jc w:val="both"/>
        <w:rPr>
          <w:rFonts w:ascii="Times New Roman" w:hAnsi="Times New Roman" w:cs="Times New Roman"/>
          <w:lang w:val="pt-BR"/>
        </w:rPr>
      </w:pPr>
      <w:r w:rsidRPr="00BF6293">
        <w:rPr>
          <w:rFonts w:ascii="Times New Roman" w:hAnsi="Times New Roman" w:cs="Times New Roman"/>
          <w:color w:val="auto"/>
          <w:lang w:val="pt-BR"/>
        </w:rPr>
        <w:t>CLÁUSULA OITAVA – DA LEI GERAL DE PROTEÇÃO DE DADOS</w:t>
      </w:r>
    </w:p>
    <w:p w14:paraId="328EABAF" w14:textId="708A8C53" w:rsidR="00BF6293" w:rsidRPr="00BF6293" w:rsidRDefault="00BF6293" w:rsidP="00BF6293">
      <w:pPr>
        <w:jc w:val="both"/>
        <w:rPr>
          <w:lang w:val="pt-BR"/>
        </w:rPr>
      </w:pPr>
      <w:r>
        <w:rPr>
          <w:lang w:val="pt-BR"/>
        </w:rPr>
        <w:br/>
        <w:t xml:space="preserve">8 - </w:t>
      </w:r>
      <w:r w:rsidRPr="00BF6293">
        <w:rPr>
          <w:lang w:val="pt-BR"/>
        </w:rPr>
        <w:t>A CONTRATADA se compromete a observar e cumprir todas as disposições da Lei Geral de Proteção de Dados (Lei nº 13.709/2018), no que diz respeito à coleta, ao tratamento, à guarda, à utilização e à eliminação de dados pessoais dos servidores e estagiários da CONTRATANTE, responsabilizando-se integralmente por qualquer descumprimento que resulte em prejuízo à CONTRATANTE ou aos titulares dos dados.</w:t>
      </w:r>
    </w:p>
    <w:p w14:paraId="529BE0ED" w14:textId="77777777" w:rsidR="00BF6293" w:rsidRPr="00BF6293" w:rsidRDefault="00BF6293" w:rsidP="00BF6293">
      <w:pPr>
        <w:spacing w:after="240"/>
        <w:jc w:val="both"/>
        <w:rPr>
          <w:lang w:val="pt-BR"/>
        </w:rPr>
      </w:pPr>
    </w:p>
    <w:p w14:paraId="1212A4CA" w14:textId="546F6CFB" w:rsidR="00D433B5" w:rsidRPr="00BF6293" w:rsidRDefault="00000000" w:rsidP="00BF6293">
      <w:pPr>
        <w:spacing w:after="240"/>
        <w:rPr>
          <w:lang w:val="pt-BR"/>
        </w:rPr>
      </w:pPr>
      <w:r w:rsidRPr="00BF6293">
        <w:rPr>
          <w:b/>
          <w:lang w:val="pt-BR"/>
        </w:rPr>
        <w:t xml:space="preserve">CLÁUSULA </w:t>
      </w:r>
      <w:r w:rsidR="00BF6293">
        <w:rPr>
          <w:b/>
          <w:lang w:val="pt-BR"/>
        </w:rPr>
        <w:t>NONA</w:t>
      </w:r>
      <w:r w:rsidRPr="00BF6293">
        <w:rPr>
          <w:b/>
          <w:lang w:val="pt-BR"/>
        </w:rPr>
        <w:t xml:space="preserve"> – DAS DISPOSIÇÕES GERAIS</w:t>
      </w:r>
      <w:r w:rsidR="00BF6293">
        <w:rPr>
          <w:b/>
          <w:lang w:val="pt-BR"/>
        </w:rPr>
        <w:br/>
      </w:r>
      <w:r w:rsidR="00BF6293">
        <w:rPr>
          <w:b/>
          <w:lang w:val="pt-BR"/>
        </w:rPr>
        <w:br/>
        <w:t xml:space="preserve">9 - </w:t>
      </w:r>
      <w:r w:rsidRPr="00BF6293">
        <w:rPr>
          <w:lang w:val="pt-BR"/>
        </w:rPr>
        <w:t>Fica eleito o foro da Comarca de Barra Bonita/SP para dirimir quaisquer controvérsias oriundas do presente contrato, renunciando-se a qualquer outro por mais privilegiado que seja.</w:t>
      </w:r>
    </w:p>
    <w:p w14:paraId="70488450" w14:textId="77777777" w:rsidR="00D433B5" w:rsidRPr="00BF6293" w:rsidRDefault="00000000" w:rsidP="00BF6293">
      <w:pPr>
        <w:spacing w:after="240"/>
        <w:jc w:val="both"/>
        <w:rPr>
          <w:lang w:val="pt-BR"/>
        </w:rPr>
      </w:pPr>
      <w:r w:rsidRPr="00BF6293">
        <w:rPr>
          <w:lang w:val="pt-BR"/>
        </w:rPr>
        <w:lastRenderedPageBreak/>
        <w:br/>
        <w:t>E, por estarem assim justas e contratadas, as partes assinam o presente instrumento em 02 (duas) vias de igual teor e forma, na presença das testemunhas abaixo.</w:t>
      </w:r>
    </w:p>
    <w:p w14:paraId="2908F457" w14:textId="64DDB35C" w:rsidR="00D433B5" w:rsidRPr="00BF6293" w:rsidRDefault="00000000" w:rsidP="00BF6293">
      <w:pPr>
        <w:spacing w:after="240"/>
        <w:jc w:val="right"/>
        <w:rPr>
          <w:lang w:val="pt-BR"/>
        </w:rPr>
      </w:pPr>
      <w:r w:rsidRPr="00BF6293">
        <w:rPr>
          <w:lang w:val="pt-BR"/>
        </w:rPr>
        <w:br/>
        <w:t xml:space="preserve">Barra Bonita/SP, </w:t>
      </w:r>
      <w:proofErr w:type="spellStart"/>
      <w:r w:rsidR="00296547">
        <w:rPr>
          <w:lang w:val="pt-BR"/>
        </w:rPr>
        <w:t>xx</w:t>
      </w:r>
      <w:proofErr w:type="spellEnd"/>
      <w:r w:rsidR="00BF6293">
        <w:rPr>
          <w:lang w:val="pt-BR"/>
        </w:rPr>
        <w:t xml:space="preserve"> de </w:t>
      </w:r>
      <w:proofErr w:type="spellStart"/>
      <w:r w:rsidR="00296547">
        <w:rPr>
          <w:lang w:val="pt-BR"/>
        </w:rPr>
        <w:t>xxxx</w:t>
      </w:r>
      <w:proofErr w:type="spellEnd"/>
      <w:r w:rsidR="00BF6293">
        <w:rPr>
          <w:lang w:val="pt-BR"/>
        </w:rPr>
        <w:t xml:space="preserve"> de 202</w:t>
      </w:r>
      <w:r w:rsidR="00296547">
        <w:rPr>
          <w:lang w:val="pt-BR"/>
        </w:rPr>
        <w:t>x</w:t>
      </w:r>
    </w:p>
    <w:p w14:paraId="57926A12" w14:textId="77777777" w:rsidR="00D433B5" w:rsidRPr="00BF6293" w:rsidRDefault="00000000" w:rsidP="00BF6293">
      <w:pPr>
        <w:spacing w:after="240"/>
        <w:rPr>
          <w:lang w:val="pt-BR"/>
        </w:rPr>
      </w:pPr>
      <w:r w:rsidRPr="00BF6293">
        <w:rPr>
          <w:lang w:val="pt-BR"/>
        </w:rPr>
        <w:br/>
        <w:t>_________________________________________</w:t>
      </w:r>
      <w:r w:rsidRPr="00BF6293">
        <w:rPr>
          <w:lang w:val="pt-BR"/>
        </w:rPr>
        <w:br/>
      </w:r>
      <w:r w:rsidRPr="00BF6293">
        <w:rPr>
          <w:b/>
          <w:bCs/>
          <w:lang w:val="pt-BR"/>
        </w:rPr>
        <w:t>Serviço Autônomo de Água e Esgoto de Barra Bonita</w:t>
      </w:r>
      <w:r w:rsidRPr="00BF6293">
        <w:rPr>
          <w:lang w:val="pt-BR"/>
        </w:rPr>
        <w:br/>
        <w:t>Representante: Paulo Roberto Martini</w:t>
      </w:r>
    </w:p>
    <w:p w14:paraId="26FC24C9" w14:textId="3D863AE9" w:rsidR="00D433B5" w:rsidRPr="00BF6293" w:rsidRDefault="00000000" w:rsidP="00BF6293">
      <w:pPr>
        <w:spacing w:after="240"/>
        <w:rPr>
          <w:lang w:val="pt-BR"/>
        </w:rPr>
      </w:pPr>
      <w:r w:rsidRPr="00BF6293">
        <w:rPr>
          <w:lang w:val="pt-BR"/>
        </w:rPr>
        <w:br/>
        <w:t>_________________________________________</w:t>
      </w:r>
      <w:r w:rsidRPr="00BF6293">
        <w:rPr>
          <w:lang w:val="pt-BR"/>
        </w:rPr>
        <w:br/>
      </w:r>
      <w:r w:rsidR="00296547">
        <w:rPr>
          <w:b/>
          <w:bCs/>
          <w:lang w:val="pt-BR"/>
        </w:rPr>
        <w:t>Contratada</w:t>
      </w:r>
      <w:r w:rsidRPr="00BF6293">
        <w:rPr>
          <w:lang w:val="pt-BR"/>
        </w:rPr>
        <w:br/>
        <w:t xml:space="preserve">Representante: </w:t>
      </w:r>
      <w:proofErr w:type="spellStart"/>
      <w:r w:rsidR="00296547">
        <w:rPr>
          <w:lang w:val="pt-BR"/>
        </w:rPr>
        <w:t>xxxxx</w:t>
      </w:r>
      <w:proofErr w:type="spellEnd"/>
    </w:p>
    <w:p w14:paraId="321BEA3E" w14:textId="4688FE91" w:rsidR="00D433B5" w:rsidRPr="00BF6293" w:rsidRDefault="00000000" w:rsidP="00BF6293">
      <w:pPr>
        <w:spacing w:after="240"/>
        <w:rPr>
          <w:lang w:val="pt-BR"/>
        </w:rPr>
      </w:pPr>
      <w:r w:rsidRPr="00BF6293">
        <w:rPr>
          <w:lang w:val="pt-BR"/>
        </w:rPr>
        <w:br/>
        <w:t>_________________________________________</w:t>
      </w:r>
      <w:r w:rsidRPr="00BF6293">
        <w:rPr>
          <w:lang w:val="pt-BR"/>
        </w:rPr>
        <w:br/>
      </w:r>
      <w:r w:rsidRPr="00BF6293">
        <w:rPr>
          <w:b/>
          <w:bCs/>
          <w:lang w:val="pt-BR"/>
        </w:rPr>
        <w:t>Testemunha 1 – Nome:</w:t>
      </w:r>
      <w:r w:rsidR="00BF6293" w:rsidRPr="00BF6293">
        <w:rPr>
          <w:b/>
          <w:bCs/>
          <w:lang w:val="pt-BR"/>
        </w:rPr>
        <w:t xml:space="preserve"> </w:t>
      </w:r>
      <w:proofErr w:type="spellStart"/>
      <w:r w:rsidR="00296547">
        <w:rPr>
          <w:b/>
          <w:bCs/>
          <w:lang w:val="pt-BR"/>
        </w:rPr>
        <w:t>xxxxx</w:t>
      </w:r>
      <w:proofErr w:type="spellEnd"/>
      <w:r w:rsidRPr="00BF6293">
        <w:rPr>
          <w:lang w:val="pt-BR"/>
        </w:rPr>
        <w:br/>
      </w:r>
      <w:proofErr w:type="spellStart"/>
      <w:r w:rsidRPr="00BF6293">
        <w:rPr>
          <w:lang w:val="pt-BR"/>
        </w:rPr>
        <w:t>CPF:</w:t>
      </w:r>
      <w:r w:rsidR="00296547">
        <w:rPr>
          <w:lang w:val="pt-BR"/>
        </w:rPr>
        <w:t>xxxx</w:t>
      </w:r>
      <w:proofErr w:type="spellEnd"/>
    </w:p>
    <w:p w14:paraId="73F62157" w14:textId="157DB4ED" w:rsidR="00D433B5" w:rsidRPr="00BF6293" w:rsidRDefault="00000000" w:rsidP="00BF6293">
      <w:pPr>
        <w:spacing w:after="240"/>
        <w:rPr>
          <w:lang w:val="pt-BR"/>
        </w:rPr>
      </w:pPr>
      <w:r w:rsidRPr="00BF6293">
        <w:rPr>
          <w:lang w:val="pt-BR"/>
        </w:rPr>
        <w:br/>
        <w:t>_________________________________________</w:t>
      </w:r>
      <w:r w:rsidRPr="00BF6293">
        <w:rPr>
          <w:lang w:val="pt-BR"/>
        </w:rPr>
        <w:br/>
      </w:r>
      <w:r w:rsidRPr="00BF6293">
        <w:rPr>
          <w:b/>
          <w:bCs/>
          <w:lang w:val="pt-BR"/>
        </w:rPr>
        <w:t>Testemunha 2 – Nome:</w:t>
      </w:r>
      <w:r w:rsidR="00296547">
        <w:rPr>
          <w:b/>
          <w:bCs/>
          <w:lang w:val="pt-BR"/>
        </w:rPr>
        <w:t xml:space="preserve"> </w:t>
      </w:r>
      <w:proofErr w:type="spellStart"/>
      <w:r w:rsidR="00296547">
        <w:rPr>
          <w:b/>
          <w:bCs/>
          <w:lang w:val="pt-BR"/>
        </w:rPr>
        <w:t>xxxxxxxxxx</w:t>
      </w:r>
      <w:proofErr w:type="spellEnd"/>
      <w:r w:rsidRPr="00BF6293">
        <w:rPr>
          <w:lang w:val="pt-BR"/>
        </w:rPr>
        <w:br/>
      </w:r>
      <w:proofErr w:type="spellStart"/>
      <w:r w:rsidRPr="00BF6293">
        <w:rPr>
          <w:lang w:val="pt-BR"/>
        </w:rPr>
        <w:t>CPF:</w:t>
      </w:r>
      <w:r w:rsidR="00296547">
        <w:rPr>
          <w:lang w:val="pt-BR"/>
        </w:rPr>
        <w:t>xxxxxxxx</w:t>
      </w:r>
      <w:proofErr w:type="spellEnd"/>
    </w:p>
    <w:p w14:paraId="3A0717CB" w14:textId="4E92F016" w:rsidR="00D433B5" w:rsidRPr="00BF6293" w:rsidRDefault="00000000" w:rsidP="00BF6293">
      <w:pPr>
        <w:pStyle w:val="Ttulo2"/>
        <w:rPr>
          <w:lang w:val="pt-BR"/>
        </w:rPr>
      </w:pPr>
      <w:r w:rsidRPr="00BF6293">
        <w:rPr>
          <w:lang w:val="pt-BR"/>
        </w:rPr>
        <w:br/>
      </w:r>
    </w:p>
    <w:sectPr w:rsidR="00D433B5" w:rsidRPr="00BF629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74557591">
    <w:abstractNumId w:val="8"/>
  </w:num>
  <w:num w:numId="2" w16cid:durableId="1916239173">
    <w:abstractNumId w:val="6"/>
  </w:num>
  <w:num w:numId="3" w16cid:durableId="253174939">
    <w:abstractNumId w:val="5"/>
  </w:num>
  <w:num w:numId="4" w16cid:durableId="982928573">
    <w:abstractNumId w:val="4"/>
  </w:num>
  <w:num w:numId="5" w16cid:durableId="1167786820">
    <w:abstractNumId w:val="7"/>
  </w:num>
  <w:num w:numId="6" w16cid:durableId="142744313">
    <w:abstractNumId w:val="3"/>
  </w:num>
  <w:num w:numId="7" w16cid:durableId="1372224605">
    <w:abstractNumId w:val="2"/>
  </w:num>
  <w:num w:numId="8" w16cid:durableId="556666940">
    <w:abstractNumId w:val="1"/>
  </w:num>
  <w:num w:numId="9" w16cid:durableId="837884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76020"/>
    <w:rsid w:val="0029639D"/>
    <w:rsid w:val="00296547"/>
    <w:rsid w:val="00326F90"/>
    <w:rsid w:val="00AA1D8D"/>
    <w:rsid w:val="00B159C5"/>
    <w:rsid w:val="00B47730"/>
    <w:rsid w:val="00BF6293"/>
    <w:rsid w:val="00CB0664"/>
    <w:rsid w:val="00D433B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50F89D"/>
  <w14:defaultImageDpi w14:val="300"/>
  <w15:docId w15:val="{AFF88D90-6E71-4107-BA13-8EAF77BF1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Cristian de Souza Fregolente</cp:lastModifiedBy>
  <cp:revision>2</cp:revision>
  <cp:lastPrinted>2026-05-29T13:08:00Z</cp:lastPrinted>
  <dcterms:created xsi:type="dcterms:W3CDTF">2026-05-29T13:09:00Z</dcterms:created>
  <dcterms:modified xsi:type="dcterms:W3CDTF">2026-05-29T13:09:00Z</dcterms:modified>
  <cp:category/>
</cp:coreProperties>
</file>