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C9185" w14:textId="4EAB4B06" w:rsidR="008C5321" w:rsidRPr="008C5321" w:rsidRDefault="008C5321" w:rsidP="008C5321">
      <w:pPr>
        <w:keepNext/>
        <w:spacing w:after="10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8"/>
          <w:szCs w:val="28"/>
          <w:u w:val="single"/>
          <w:lang w:val="pt-BR"/>
        </w:rPr>
        <w:t>ANEXO V</w:t>
      </w:r>
      <w:r w:rsidRPr="008C5321">
        <w:rPr>
          <w:b/>
          <w:sz w:val="28"/>
          <w:szCs w:val="28"/>
          <w:u w:val="single"/>
          <w:lang w:val="pt-BR"/>
        </w:rPr>
        <w:t>I</w:t>
      </w:r>
    </w:p>
    <w:p w14:paraId="02F7815F" w14:textId="77777777" w:rsidR="008C5321" w:rsidRPr="008C5321" w:rsidRDefault="008C5321" w:rsidP="008C5321">
      <w:pPr>
        <w:keepNext/>
        <w:spacing w:after="16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8"/>
          <w:szCs w:val="28"/>
          <w:u w:val="single"/>
          <w:lang w:val="pt-BR"/>
        </w:rPr>
        <w:t>PLANILHA ORÇAMENTÁRIA</w:t>
      </w:r>
    </w:p>
    <w:p w14:paraId="6C2ADC1F" w14:textId="77777777" w:rsidR="008C5321" w:rsidRPr="008C5321" w:rsidRDefault="008C5321" w:rsidP="008C5321">
      <w:pPr>
        <w:spacing w:after="14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2"/>
          <w:szCs w:val="28"/>
          <w:u w:val="single"/>
          <w:lang w:val="pt-BR"/>
        </w:rPr>
        <w:t>Valores máximos estimados, elaborados com base no CADTERC – Volume 14, data-base julho de 2025, versão 01 de fevereiro de 2026.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84"/>
        <w:gridCol w:w="1574"/>
        <w:gridCol w:w="1081"/>
        <w:gridCol w:w="1150"/>
        <w:gridCol w:w="1158"/>
        <w:gridCol w:w="1150"/>
        <w:gridCol w:w="1198"/>
        <w:gridCol w:w="1284"/>
      </w:tblGrid>
      <w:tr w:rsidR="008C5321" w:rsidRPr="001056C8" w14:paraId="64A5088F" w14:textId="77777777" w:rsidTr="001056C8">
        <w:trPr>
          <w:tblHeader/>
          <w:jc w:val="center"/>
        </w:trPr>
        <w:tc>
          <w:tcPr>
            <w:tcW w:w="1211" w:type="dxa"/>
            <w:shd w:val="clear" w:color="auto" w:fill="A6A6A6" w:themeFill="background1" w:themeFillShade="A6"/>
          </w:tcPr>
          <w:p w14:paraId="434B7D76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</w:rPr>
            </w:pPr>
            <w:r w:rsidRPr="001056C8">
              <w:rPr>
                <w:bCs/>
                <w:sz w:val="22"/>
                <w:szCs w:val="36"/>
              </w:rPr>
              <w:t>Item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4218ED83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</w:rPr>
            </w:pPr>
            <w:proofErr w:type="spellStart"/>
            <w:r w:rsidRPr="001056C8">
              <w:rPr>
                <w:bCs/>
                <w:sz w:val="22"/>
                <w:szCs w:val="36"/>
              </w:rPr>
              <w:t>Especificação</w:t>
            </w:r>
            <w:proofErr w:type="spellEnd"/>
          </w:p>
        </w:tc>
        <w:tc>
          <w:tcPr>
            <w:tcW w:w="1211" w:type="dxa"/>
            <w:shd w:val="clear" w:color="auto" w:fill="A6A6A6" w:themeFill="background1" w:themeFillShade="A6"/>
          </w:tcPr>
          <w:p w14:paraId="515C85AB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</w:rPr>
            </w:pPr>
            <w:r w:rsidRPr="001056C8">
              <w:rPr>
                <w:bCs/>
                <w:sz w:val="22"/>
                <w:szCs w:val="36"/>
              </w:rPr>
              <w:t>Qtd.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6580CB1C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1056C8">
              <w:rPr>
                <w:bCs/>
                <w:sz w:val="22"/>
                <w:szCs w:val="36"/>
                <w:lang w:val="pt-BR"/>
              </w:rPr>
              <w:t>Custo fixo unitário mensal (R$)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18FCD0C8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1056C8">
              <w:rPr>
                <w:bCs/>
                <w:sz w:val="22"/>
                <w:szCs w:val="36"/>
                <w:lang w:val="pt-BR"/>
              </w:rPr>
              <w:t>Custo variável unitário mensal (R$)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35E259CE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</w:rPr>
            </w:pPr>
            <w:r w:rsidRPr="001056C8">
              <w:rPr>
                <w:bCs/>
                <w:sz w:val="22"/>
                <w:szCs w:val="36"/>
              </w:rPr>
              <w:t xml:space="preserve">Valor </w:t>
            </w:r>
            <w:proofErr w:type="spellStart"/>
            <w:r w:rsidRPr="001056C8">
              <w:rPr>
                <w:bCs/>
                <w:sz w:val="22"/>
                <w:szCs w:val="36"/>
              </w:rPr>
              <w:t>unitário</w:t>
            </w:r>
            <w:proofErr w:type="spellEnd"/>
            <w:r w:rsidRPr="001056C8">
              <w:rPr>
                <w:bCs/>
                <w:sz w:val="22"/>
                <w:szCs w:val="36"/>
              </w:rPr>
              <w:t xml:space="preserve"> mensal (R$)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479C02CF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</w:rPr>
            </w:pPr>
            <w:r w:rsidRPr="001056C8">
              <w:rPr>
                <w:bCs/>
                <w:sz w:val="22"/>
                <w:szCs w:val="36"/>
              </w:rPr>
              <w:t>Valor mensal total (R$)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4724AA46" w14:textId="77777777" w:rsidR="008C5321" w:rsidRPr="001056C8" w:rsidRDefault="008C5321" w:rsidP="006A2DDF">
            <w:pPr>
              <w:jc w:val="center"/>
              <w:rPr>
                <w:bCs/>
                <w:sz w:val="22"/>
                <w:szCs w:val="36"/>
              </w:rPr>
            </w:pPr>
            <w:r w:rsidRPr="001056C8">
              <w:rPr>
                <w:bCs/>
                <w:sz w:val="22"/>
                <w:szCs w:val="36"/>
              </w:rPr>
              <w:t xml:space="preserve">Valor total – 90 </w:t>
            </w:r>
            <w:proofErr w:type="spellStart"/>
            <w:r w:rsidRPr="001056C8">
              <w:rPr>
                <w:bCs/>
                <w:sz w:val="22"/>
                <w:szCs w:val="36"/>
              </w:rPr>
              <w:t>dias</w:t>
            </w:r>
            <w:proofErr w:type="spellEnd"/>
            <w:r w:rsidRPr="001056C8">
              <w:rPr>
                <w:bCs/>
                <w:sz w:val="22"/>
                <w:szCs w:val="36"/>
              </w:rPr>
              <w:t xml:space="preserve"> (R$)</w:t>
            </w:r>
          </w:p>
        </w:tc>
      </w:tr>
      <w:tr w:rsidR="008C5321" w:rsidRPr="008C5321" w14:paraId="03FC855B" w14:textId="77777777" w:rsidTr="006A2DDF">
        <w:trPr>
          <w:jc w:val="center"/>
        </w:trPr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2A463A94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6342176E" w14:textId="77777777" w:rsidR="008C5321" w:rsidRPr="008C5321" w:rsidRDefault="008C5321" w:rsidP="006A2DDF">
            <w:pPr>
              <w:rPr>
                <w:bCs/>
                <w:sz w:val="24"/>
                <w:szCs w:val="28"/>
                <w:lang w:val="pt-BR"/>
              </w:rPr>
            </w:pPr>
            <w:r w:rsidRPr="008C5321">
              <w:rPr>
                <w:bCs/>
                <w:sz w:val="18"/>
                <w:szCs w:val="28"/>
                <w:lang w:val="pt-BR"/>
              </w:rPr>
              <w:t xml:space="preserve">A4 monocromático, acima de 45 </w:t>
            </w:r>
            <w:proofErr w:type="spellStart"/>
            <w:r w:rsidRPr="008C5321">
              <w:rPr>
                <w:bCs/>
                <w:sz w:val="18"/>
                <w:szCs w:val="28"/>
                <w:lang w:val="pt-BR"/>
              </w:rPr>
              <w:t>ppm</w:t>
            </w:r>
            <w:proofErr w:type="spellEnd"/>
            <w:r w:rsidRPr="008C5321">
              <w:rPr>
                <w:bCs/>
                <w:sz w:val="18"/>
                <w:szCs w:val="28"/>
                <w:lang w:val="pt-BR"/>
              </w:rPr>
              <w:t>, sem papel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7989C4BA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9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354D17BF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114,14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6994BDBF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287,19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A402D8B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401,33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5B1FE936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3.611,97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7242B3E6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10.835,91</w:t>
            </w:r>
          </w:p>
        </w:tc>
      </w:tr>
      <w:tr w:rsidR="008C5321" w:rsidRPr="008C5321" w14:paraId="2D6C990A" w14:textId="77777777" w:rsidTr="006A2DDF">
        <w:trPr>
          <w:jc w:val="center"/>
        </w:trPr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9949ED9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259E9372" w14:textId="77777777" w:rsidR="008C5321" w:rsidRPr="008C5321" w:rsidRDefault="008C5321" w:rsidP="006A2DDF">
            <w:pPr>
              <w:rPr>
                <w:bCs/>
                <w:sz w:val="24"/>
                <w:szCs w:val="28"/>
                <w:lang w:val="pt-BR"/>
              </w:rPr>
            </w:pPr>
            <w:r w:rsidRPr="008C5321">
              <w:rPr>
                <w:bCs/>
                <w:sz w:val="18"/>
                <w:szCs w:val="28"/>
                <w:lang w:val="pt-BR"/>
              </w:rPr>
              <w:t xml:space="preserve">A3 monocromático, de 22 a 50 </w:t>
            </w:r>
            <w:proofErr w:type="spellStart"/>
            <w:r w:rsidRPr="008C5321">
              <w:rPr>
                <w:bCs/>
                <w:sz w:val="18"/>
                <w:szCs w:val="28"/>
                <w:lang w:val="pt-BR"/>
              </w:rPr>
              <w:t>ppm</w:t>
            </w:r>
            <w:proofErr w:type="spellEnd"/>
            <w:r w:rsidRPr="008C5321">
              <w:rPr>
                <w:bCs/>
                <w:sz w:val="18"/>
                <w:szCs w:val="28"/>
                <w:lang w:val="pt-BR"/>
              </w:rPr>
              <w:t>, sem papel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4F8B411F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2C4E31C2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206,69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4ED79DBE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581,76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40CB59B1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788,45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543CA2B5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1.576,90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353AD791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4.730,70</w:t>
            </w:r>
          </w:p>
        </w:tc>
      </w:tr>
      <w:tr w:rsidR="008C5321" w:rsidRPr="008C5321" w14:paraId="707EC981" w14:textId="77777777" w:rsidTr="006A2DDF">
        <w:trPr>
          <w:jc w:val="center"/>
        </w:trPr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3A37D36C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3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AB6B852" w14:textId="77777777" w:rsidR="008C5321" w:rsidRPr="008C5321" w:rsidRDefault="008C5321" w:rsidP="006A2DDF">
            <w:pPr>
              <w:rPr>
                <w:bCs/>
                <w:sz w:val="24"/>
                <w:szCs w:val="28"/>
                <w:lang w:val="pt-BR"/>
              </w:rPr>
            </w:pPr>
            <w:r w:rsidRPr="008C5321">
              <w:rPr>
                <w:bCs/>
                <w:sz w:val="18"/>
                <w:szCs w:val="28"/>
                <w:lang w:val="pt-BR"/>
              </w:rPr>
              <w:t xml:space="preserve">A4 policromático, até 25 </w:t>
            </w:r>
            <w:proofErr w:type="spellStart"/>
            <w:r w:rsidRPr="008C5321">
              <w:rPr>
                <w:bCs/>
                <w:sz w:val="18"/>
                <w:szCs w:val="28"/>
                <w:lang w:val="pt-BR"/>
              </w:rPr>
              <w:t>ppm</w:t>
            </w:r>
            <w:proofErr w:type="spellEnd"/>
            <w:r w:rsidRPr="008C5321">
              <w:rPr>
                <w:bCs/>
                <w:sz w:val="18"/>
                <w:szCs w:val="28"/>
                <w:lang w:val="pt-BR"/>
              </w:rPr>
              <w:t>, sem papel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1EC9CC5A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4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3EB152C4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108,13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33C0FA47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88,20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D4E3DCD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196,33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DA5AA4E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785,32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27833B18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2.355,96</w:t>
            </w:r>
          </w:p>
        </w:tc>
      </w:tr>
      <w:tr w:rsidR="008C5321" w:rsidRPr="008C5321" w14:paraId="79D8A7D0" w14:textId="77777777" w:rsidTr="006A2DDF">
        <w:trPr>
          <w:jc w:val="center"/>
        </w:trPr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4B054622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4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24607253" w14:textId="77777777" w:rsidR="008C5321" w:rsidRPr="008C5321" w:rsidRDefault="008C5321" w:rsidP="006A2DDF">
            <w:pPr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 xml:space="preserve">Software de </w:t>
            </w:r>
            <w:proofErr w:type="spellStart"/>
            <w:r w:rsidRPr="008C5321">
              <w:rPr>
                <w:bCs/>
                <w:sz w:val="18"/>
                <w:szCs w:val="28"/>
              </w:rPr>
              <w:t>bilhetagem</w:t>
            </w:r>
            <w:proofErr w:type="spellEnd"/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230EAA2E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1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4A359E4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—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9BC35A1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—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14622500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207,56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14323DBB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207,56</w:t>
            </w:r>
          </w:p>
        </w:tc>
        <w:tc>
          <w:tcPr>
            <w:tcW w:w="1211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6676E268" w14:textId="77777777" w:rsidR="008C5321" w:rsidRPr="008C5321" w:rsidRDefault="008C5321" w:rsidP="006A2DDF">
            <w:pPr>
              <w:jc w:val="center"/>
              <w:rPr>
                <w:bCs/>
                <w:sz w:val="24"/>
                <w:szCs w:val="28"/>
              </w:rPr>
            </w:pPr>
            <w:r w:rsidRPr="008C5321">
              <w:rPr>
                <w:bCs/>
                <w:sz w:val="18"/>
                <w:szCs w:val="28"/>
              </w:rPr>
              <w:t>622,68</w:t>
            </w:r>
          </w:p>
        </w:tc>
      </w:tr>
      <w:tr w:rsidR="008C5321" w:rsidRPr="001056C8" w14:paraId="0255161B" w14:textId="77777777" w:rsidTr="001056C8">
        <w:trPr>
          <w:jc w:val="center"/>
        </w:trPr>
        <w:tc>
          <w:tcPr>
            <w:tcW w:w="7266" w:type="dxa"/>
            <w:gridSpan w:val="6"/>
            <w:shd w:val="clear" w:color="auto" w:fill="A6A6A6" w:themeFill="background1" w:themeFillShade="A6"/>
          </w:tcPr>
          <w:p w14:paraId="07AAD652" w14:textId="77777777" w:rsidR="008C5321" w:rsidRPr="001056C8" w:rsidRDefault="008C5321" w:rsidP="006A2DDF">
            <w:pPr>
              <w:jc w:val="center"/>
              <w:rPr>
                <w:bCs/>
                <w:sz w:val="24"/>
                <w:szCs w:val="36"/>
              </w:rPr>
            </w:pPr>
            <w:r w:rsidRPr="001056C8">
              <w:rPr>
                <w:bCs/>
                <w:sz w:val="24"/>
                <w:szCs w:val="36"/>
              </w:rPr>
              <w:t>TOTAL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3FECAFBA" w14:textId="77777777" w:rsidR="008C5321" w:rsidRPr="001056C8" w:rsidRDefault="008C5321" w:rsidP="006A2DDF">
            <w:pPr>
              <w:jc w:val="center"/>
              <w:rPr>
                <w:bCs/>
                <w:sz w:val="24"/>
                <w:szCs w:val="36"/>
              </w:rPr>
            </w:pPr>
            <w:r w:rsidRPr="001056C8">
              <w:rPr>
                <w:bCs/>
                <w:sz w:val="24"/>
                <w:szCs w:val="36"/>
              </w:rPr>
              <w:t>6.181,75</w:t>
            </w:r>
          </w:p>
        </w:tc>
        <w:tc>
          <w:tcPr>
            <w:tcW w:w="1211" w:type="dxa"/>
            <w:shd w:val="clear" w:color="auto" w:fill="A6A6A6" w:themeFill="background1" w:themeFillShade="A6"/>
          </w:tcPr>
          <w:p w14:paraId="761E454A" w14:textId="77777777" w:rsidR="008C5321" w:rsidRPr="001056C8" w:rsidRDefault="008C5321" w:rsidP="006A2DDF">
            <w:pPr>
              <w:jc w:val="center"/>
              <w:rPr>
                <w:bCs/>
                <w:sz w:val="24"/>
                <w:szCs w:val="36"/>
              </w:rPr>
            </w:pPr>
            <w:r w:rsidRPr="001056C8">
              <w:rPr>
                <w:bCs/>
                <w:sz w:val="24"/>
                <w:szCs w:val="36"/>
              </w:rPr>
              <w:t>18.545,25</w:t>
            </w:r>
          </w:p>
        </w:tc>
      </w:tr>
    </w:tbl>
    <w:p w14:paraId="153DC4C8" w14:textId="77777777" w:rsidR="008C5321" w:rsidRPr="008C5321" w:rsidRDefault="008C5321" w:rsidP="008C5321">
      <w:pPr>
        <w:spacing w:after="60" w:line="240" w:lineRule="auto"/>
        <w:jc w:val="both"/>
        <w:rPr>
          <w:sz w:val="24"/>
          <w:szCs w:val="28"/>
          <w:lang w:val="pt-BR"/>
        </w:rPr>
      </w:pPr>
      <w:r w:rsidRPr="008C5321">
        <w:rPr>
          <w:b/>
          <w:sz w:val="22"/>
          <w:szCs w:val="28"/>
          <w:lang w:val="pt-BR"/>
        </w:rPr>
        <w:t>Valor global máximo da contratação: R$ 18.545,25 (dezoito mil, quinhentos e quarenta e cinco reais e vinte e cinco centavos).</w:t>
      </w:r>
    </w:p>
    <w:p w14:paraId="7DB2DE42" w14:textId="77777777" w:rsidR="008C5321" w:rsidRPr="008C5321" w:rsidRDefault="008C5321" w:rsidP="008C5321">
      <w:pPr>
        <w:spacing w:after="60" w:line="240" w:lineRule="auto"/>
        <w:jc w:val="both"/>
        <w:rPr>
          <w:sz w:val="24"/>
          <w:szCs w:val="28"/>
          <w:lang w:val="pt-BR"/>
        </w:rPr>
      </w:pPr>
      <w:r w:rsidRPr="008C5321">
        <w:rPr>
          <w:b/>
          <w:sz w:val="22"/>
          <w:szCs w:val="28"/>
          <w:lang w:val="pt-BR"/>
        </w:rPr>
        <w:t>O faturamento observará a parcela fixa de disponibilização dos equipamentos, a parcela variável correspondente à produção efetivamente realizada e o valor mensal do software de bilhetagem, nos termos do Termo de Referência.</w:t>
      </w:r>
    </w:p>
    <w:p w14:paraId="47D053C8" w14:textId="77777777" w:rsidR="008C5321" w:rsidRPr="008C5321" w:rsidRDefault="008C5321" w:rsidP="008C5321">
      <w:pPr>
        <w:rPr>
          <w:sz w:val="24"/>
          <w:szCs w:val="28"/>
          <w:lang w:val="pt-BR"/>
        </w:rPr>
      </w:pPr>
    </w:p>
    <w:p w14:paraId="1E2B0197" w14:textId="341999C5" w:rsidR="008C5321" w:rsidRPr="008C5321" w:rsidRDefault="008C5321" w:rsidP="008C5321">
      <w:pPr>
        <w:rPr>
          <w:sz w:val="24"/>
          <w:szCs w:val="28"/>
          <w:lang w:val="pt-BR"/>
        </w:rPr>
      </w:pPr>
    </w:p>
    <w:p w14:paraId="1E924232" w14:textId="77777777" w:rsidR="008C5321" w:rsidRPr="008C5321" w:rsidRDefault="008C5321" w:rsidP="008C5321">
      <w:pPr>
        <w:spacing w:after="60" w:line="240" w:lineRule="auto"/>
        <w:jc w:val="both"/>
        <w:rPr>
          <w:bCs/>
          <w:sz w:val="24"/>
          <w:szCs w:val="28"/>
          <w:lang w:val="pt-BR"/>
        </w:rPr>
      </w:pPr>
    </w:p>
    <w:p w14:paraId="37F92029" w14:textId="77777777" w:rsidR="008C5321" w:rsidRPr="008C5321" w:rsidRDefault="008C5321" w:rsidP="008C5321">
      <w:pPr>
        <w:spacing w:after="6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2"/>
          <w:szCs w:val="28"/>
          <w:lang w:val="pt-BR"/>
        </w:rPr>
        <w:t>Data, identificação e assinatura do gestor ou fiscal: a registrar pela Administração.</w:t>
      </w:r>
    </w:p>
    <w:p w14:paraId="19AB3EB3" w14:textId="77777777" w:rsidR="008C5321" w:rsidRPr="008C5321" w:rsidRDefault="008C5321" w:rsidP="008C5321">
      <w:pPr>
        <w:rPr>
          <w:sz w:val="24"/>
          <w:szCs w:val="28"/>
          <w:lang w:val="pt-BR"/>
        </w:rPr>
      </w:pPr>
    </w:p>
    <w:p w14:paraId="599109E1" w14:textId="77777777" w:rsidR="008C5321" w:rsidRPr="008C5321" w:rsidRDefault="008C5321" w:rsidP="008C5321">
      <w:pPr>
        <w:rPr>
          <w:sz w:val="24"/>
          <w:szCs w:val="28"/>
          <w:lang w:val="pt-BR"/>
        </w:rPr>
      </w:pPr>
    </w:p>
    <w:p w14:paraId="550CE5D3" w14:textId="711CDF46" w:rsidR="00F86C3C" w:rsidRPr="008C5321" w:rsidRDefault="00F86C3C" w:rsidP="008C5321">
      <w:pPr>
        <w:rPr>
          <w:sz w:val="24"/>
          <w:szCs w:val="28"/>
          <w:lang w:val="pt-BR"/>
        </w:rPr>
      </w:pPr>
    </w:p>
    <w:sectPr w:rsidR="00F86C3C" w:rsidRPr="008C5321" w:rsidSect="00034616">
      <w:headerReference w:type="default" r:id="rId8"/>
      <w:footerReference w:type="default" r:id="rId9"/>
      <w:pgSz w:w="12240" w:h="15840"/>
      <w:pgMar w:top="1134" w:right="1134" w:bottom="102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FCE8E" w14:textId="77777777" w:rsidR="00400AD1" w:rsidRDefault="00400AD1">
      <w:pPr>
        <w:spacing w:after="0" w:line="240" w:lineRule="auto"/>
      </w:pPr>
      <w:r>
        <w:separator/>
      </w:r>
    </w:p>
  </w:endnote>
  <w:endnote w:type="continuationSeparator" w:id="0">
    <w:p w14:paraId="64623755" w14:textId="77777777" w:rsidR="00400AD1" w:rsidRDefault="00400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307D" w14:textId="77777777" w:rsidR="00FE6DAA" w:rsidRDefault="00000000">
    <w:pPr>
      <w:pStyle w:val="Rodap"/>
      <w:jc w:val="center"/>
    </w:pPr>
    <w:r>
      <w:rPr>
        <w:sz w:val="16"/>
      </w:rPr>
      <w:t>Processo SEI nº 057.00299218/2026-85 – UGE 180176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D9A16" w14:textId="77777777" w:rsidR="00400AD1" w:rsidRDefault="00400AD1">
      <w:pPr>
        <w:spacing w:after="0" w:line="240" w:lineRule="auto"/>
      </w:pPr>
      <w:r>
        <w:separator/>
      </w:r>
    </w:p>
  </w:footnote>
  <w:footnote w:type="continuationSeparator" w:id="0">
    <w:p w14:paraId="5C95743E" w14:textId="77777777" w:rsidR="00400AD1" w:rsidRDefault="00400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D006" w14:textId="128104D3" w:rsidR="00FE6DAA" w:rsidRPr="00FE3FE4" w:rsidRDefault="00FE3FE4">
    <w:pPr>
      <w:pStyle w:val="Cabealho"/>
      <w:jc w:val="center"/>
      <w:rPr>
        <w:lang w:val="pt-BR"/>
      </w:rPr>
    </w:pPr>
    <w:r>
      <w:rPr>
        <w:b/>
        <w:sz w:val="16"/>
        <w:lang w:val="pt-BR"/>
      </w:rPr>
      <w:t>DISPENSA ELETRÔNICA</w:t>
    </w:r>
    <w:r w:rsidR="00000000" w:rsidRPr="00FE3FE4">
      <w:rPr>
        <w:b/>
        <w:sz w:val="16"/>
        <w:lang w:val="pt-BR"/>
      </w:rPr>
      <w:t xml:space="preserve"> Nº </w:t>
    </w:r>
    <w:r>
      <w:rPr>
        <w:b/>
        <w:sz w:val="16"/>
        <w:lang w:val="pt-BR"/>
      </w:rPr>
      <w:t>180176-15</w:t>
    </w:r>
    <w:r w:rsidR="00000000" w:rsidRPr="00FE3FE4">
      <w:rPr>
        <w:b/>
        <w:sz w:val="16"/>
        <w:lang w:val="pt-BR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07D418F"/>
    <w:multiLevelType w:val="hybridMultilevel"/>
    <w:tmpl w:val="AA30A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938427">
    <w:abstractNumId w:val="8"/>
  </w:num>
  <w:num w:numId="2" w16cid:durableId="1176462329">
    <w:abstractNumId w:val="6"/>
  </w:num>
  <w:num w:numId="3" w16cid:durableId="1961257429">
    <w:abstractNumId w:val="5"/>
  </w:num>
  <w:num w:numId="4" w16cid:durableId="70348713">
    <w:abstractNumId w:val="4"/>
  </w:num>
  <w:num w:numId="5" w16cid:durableId="1696888157">
    <w:abstractNumId w:val="7"/>
  </w:num>
  <w:num w:numId="6" w16cid:durableId="66221895">
    <w:abstractNumId w:val="3"/>
  </w:num>
  <w:num w:numId="7" w16cid:durableId="1054541343">
    <w:abstractNumId w:val="2"/>
  </w:num>
  <w:num w:numId="8" w16cid:durableId="159931578">
    <w:abstractNumId w:val="1"/>
  </w:num>
  <w:num w:numId="9" w16cid:durableId="2057196700">
    <w:abstractNumId w:val="0"/>
  </w:num>
  <w:num w:numId="10" w16cid:durableId="10519995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56C8"/>
    <w:rsid w:val="0015074B"/>
    <w:rsid w:val="0029639D"/>
    <w:rsid w:val="00326F90"/>
    <w:rsid w:val="00400AD1"/>
    <w:rsid w:val="005545BA"/>
    <w:rsid w:val="00787C69"/>
    <w:rsid w:val="008C5321"/>
    <w:rsid w:val="00AA1D8D"/>
    <w:rsid w:val="00B47730"/>
    <w:rsid w:val="00CB0664"/>
    <w:rsid w:val="00DE744C"/>
    <w:rsid w:val="00F86C3C"/>
    <w:rsid w:val="00FC693F"/>
    <w:rsid w:val="00FE3FE4"/>
    <w:rsid w:val="00FE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E60"/>
  <w14:defaultImageDpi w14:val="300"/>
  <w15:docId w15:val="{9F0955D6-DEE2-49CD-9AB2-C4A46BDD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HERRERO</dc:creator>
  <cp:keywords/>
  <dc:description>generated by python-docx</dc:description>
  <cp:lastModifiedBy>VINICIUS GARCIA HERRERO DOS SANTOS</cp:lastModifiedBy>
  <cp:revision>3</cp:revision>
  <dcterms:created xsi:type="dcterms:W3CDTF">2026-07-14T18:14:00Z</dcterms:created>
  <dcterms:modified xsi:type="dcterms:W3CDTF">2026-07-14T18:15:00Z</dcterms:modified>
  <cp:category/>
</cp:coreProperties>
</file>