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3FAEC" w14:textId="78218FA3" w:rsidR="00F86C3C" w:rsidRPr="00F86C3C" w:rsidRDefault="00F86C3C" w:rsidP="00F86C3C">
      <w:pPr>
        <w:keepNext/>
        <w:spacing w:after="100" w:line="240" w:lineRule="auto"/>
        <w:jc w:val="center"/>
        <w:rPr>
          <w:lang w:val="pt-BR"/>
        </w:rPr>
      </w:pPr>
      <w:r w:rsidRPr="00F86C3C">
        <w:rPr>
          <w:b/>
          <w:sz w:val="22"/>
          <w:u w:val="single"/>
          <w:lang w:val="pt-BR"/>
        </w:rPr>
        <w:t>ANEXO V</w:t>
      </w:r>
    </w:p>
    <w:p w14:paraId="50FDF6FE" w14:textId="77777777" w:rsidR="00F86C3C" w:rsidRPr="00F86C3C" w:rsidRDefault="00F86C3C" w:rsidP="00F86C3C">
      <w:pPr>
        <w:keepNext/>
        <w:spacing w:after="160" w:line="240" w:lineRule="auto"/>
        <w:jc w:val="center"/>
        <w:rPr>
          <w:lang w:val="pt-BR"/>
        </w:rPr>
      </w:pPr>
      <w:r w:rsidRPr="00F86C3C">
        <w:rPr>
          <w:b/>
          <w:sz w:val="22"/>
          <w:u w:val="single"/>
          <w:lang w:val="pt-BR"/>
        </w:rPr>
        <w:t>MODELO(S) DE DECLARAÇÃO(ÕES)</w:t>
      </w:r>
    </w:p>
    <w:p w14:paraId="39F93E26" w14:textId="3B313459" w:rsidR="00F86C3C" w:rsidRPr="00F86C3C" w:rsidRDefault="00F86C3C" w:rsidP="00F86C3C">
      <w:pPr>
        <w:keepNext/>
        <w:spacing w:after="60" w:line="240" w:lineRule="auto"/>
        <w:jc w:val="center"/>
        <w:rPr>
          <w:lang w:val="pt-BR"/>
        </w:rPr>
      </w:pPr>
      <w:r w:rsidRPr="00F86C3C">
        <w:rPr>
          <w:b/>
          <w:u w:val="single"/>
          <w:lang w:val="pt-BR"/>
        </w:rPr>
        <w:t>ANEXO V.1</w:t>
      </w:r>
    </w:p>
    <w:p w14:paraId="29D20369" w14:textId="77777777" w:rsidR="00F86C3C" w:rsidRPr="00F86C3C" w:rsidRDefault="00F86C3C" w:rsidP="00F86C3C">
      <w:pPr>
        <w:keepNext/>
        <w:spacing w:after="60" w:line="240" w:lineRule="auto"/>
        <w:jc w:val="center"/>
        <w:rPr>
          <w:lang w:val="pt-BR"/>
        </w:rPr>
      </w:pPr>
      <w:r w:rsidRPr="00F86C3C">
        <w:rPr>
          <w:b/>
          <w:u w:val="single"/>
          <w:lang w:val="pt-BR"/>
        </w:rPr>
        <w:t>MODELO DE DECLARAÇÃO EXIGIDA PARA HABILITAÇÃO</w:t>
      </w:r>
    </w:p>
    <w:p w14:paraId="78D9912F" w14:textId="77777777" w:rsidR="00F86C3C" w:rsidRPr="00F86C3C" w:rsidRDefault="00F86C3C" w:rsidP="00F86C3C">
      <w:pPr>
        <w:spacing w:after="160" w:line="240" w:lineRule="auto"/>
        <w:jc w:val="center"/>
        <w:rPr>
          <w:sz w:val="24"/>
          <w:szCs w:val="28"/>
          <w:lang w:val="pt-BR"/>
        </w:rPr>
      </w:pPr>
      <w:r w:rsidRPr="00F86C3C">
        <w:rPr>
          <w:b/>
          <w:i/>
          <w:sz w:val="22"/>
          <w:szCs w:val="28"/>
          <w:lang w:val="pt-BR"/>
        </w:rPr>
        <w:t>(em papel timbrado do fornecedor)</w:t>
      </w:r>
    </w:p>
    <w:p w14:paraId="652B66EF" w14:textId="77777777" w:rsidR="00F86C3C" w:rsidRDefault="00F86C3C" w:rsidP="00F86C3C">
      <w:pPr>
        <w:spacing w:after="60" w:line="240" w:lineRule="auto"/>
        <w:jc w:val="both"/>
        <w:rPr>
          <w:b/>
          <w:sz w:val="22"/>
          <w:szCs w:val="28"/>
          <w:lang w:val="pt-BR"/>
        </w:rPr>
      </w:pPr>
    </w:p>
    <w:p w14:paraId="4DA3A133" w14:textId="6A94AFDB" w:rsidR="00F86C3C" w:rsidRPr="00F86C3C" w:rsidRDefault="00F86C3C" w:rsidP="00F86C3C">
      <w:pPr>
        <w:spacing w:after="60" w:line="240" w:lineRule="auto"/>
        <w:jc w:val="both"/>
        <w:rPr>
          <w:bCs/>
          <w:sz w:val="22"/>
          <w:szCs w:val="28"/>
          <w:lang w:val="pt-BR"/>
        </w:rPr>
      </w:pPr>
      <w:r w:rsidRPr="00F86C3C">
        <w:rPr>
          <w:bCs/>
          <w:sz w:val="22"/>
          <w:szCs w:val="28"/>
          <w:lang w:val="pt-BR"/>
        </w:rPr>
        <w:t>Eu, a ser identificado pelo fornecedor, portador do CPF a ser informado, na condição de representante legal do fornecedor a ser identificado, interessado em participar do Aviso de Contratação Direta nº 36/2026, Processo nº 057.00299218/2026-85, DECLARO, sob as penas da Lei, que o fornecedor:</w:t>
      </w:r>
    </w:p>
    <w:p w14:paraId="48C19FCF" w14:textId="77777777" w:rsidR="00F86C3C" w:rsidRPr="00F86C3C" w:rsidRDefault="00F86C3C" w:rsidP="00F86C3C">
      <w:pPr>
        <w:spacing w:after="60" w:line="240" w:lineRule="auto"/>
        <w:jc w:val="both"/>
        <w:rPr>
          <w:bCs/>
          <w:sz w:val="24"/>
          <w:szCs w:val="28"/>
          <w:lang w:val="pt-BR"/>
        </w:rPr>
      </w:pPr>
    </w:p>
    <w:p w14:paraId="488E4476" w14:textId="77777777" w:rsidR="00F86C3C" w:rsidRPr="00F86C3C" w:rsidRDefault="00F86C3C" w:rsidP="00F86C3C">
      <w:pPr>
        <w:pStyle w:val="PargrafodaLista"/>
        <w:numPr>
          <w:ilvl w:val="0"/>
          <w:numId w:val="10"/>
        </w:numPr>
        <w:spacing w:after="60" w:line="240" w:lineRule="auto"/>
        <w:jc w:val="both"/>
        <w:rPr>
          <w:bCs/>
          <w:sz w:val="22"/>
          <w:szCs w:val="28"/>
          <w:lang w:val="pt-BR"/>
        </w:rPr>
      </w:pPr>
      <w:r w:rsidRPr="00F86C3C">
        <w:rPr>
          <w:bCs/>
          <w:sz w:val="22"/>
          <w:szCs w:val="28"/>
          <w:lang w:val="pt-BR"/>
        </w:rPr>
        <w:t>cumpre as normas relativas à saúde e segurança no trabalho, nos termos do parágrafo único do artigo 117 da Constituição Estadual; e</w:t>
      </w:r>
    </w:p>
    <w:p w14:paraId="5DB1212A" w14:textId="140945E2" w:rsidR="00F86C3C" w:rsidRPr="00F86C3C" w:rsidRDefault="00F86C3C" w:rsidP="00F86C3C">
      <w:pPr>
        <w:pStyle w:val="PargrafodaLista"/>
        <w:numPr>
          <w:ilvl w:val="0"/>
          <w:numId w:val="10"/>
        </w:numPr>
        <w:spacing w:after="60" w:line="240" w:lineRule="auto"/>
        <w:jc w:val="both"/>
        <w:rPr>
          <w:bCs/>
          <w:sz w:val="22"/>
          <w:szCs w:val="28"/>
          <w:lang w:val="pt-BR"/>
        </w:rPr>
      </w:pPr>
      <w:r w:rsidRPr="00F86C3C">
        <w:rPr>
          <w:bCs/>
          <w:sz w:val="22"/>
          <w:szCs w:val="28"/>
          <w:lang w:val="pt-BR"/>
        </w:rPr>
        <w:t>atenderá, na data da contratação, ao disposto no artigo 5º-C e se compromete a não disponibilizar empregado que incorra na vedação prevista no artigo 5º-D, ambos da Lei nº 6.019, de 1974, com redação dada pela Lei nº 13.467, de 2017, quando o caso.</w:t>
      </w:r>
    </w:p>
    <w:p w14:paraId="3257F876" w14:textId="77777777" w:rsidR="00F86C3C" w:rsidRPr="00F86C3C" w:rsidRDefault="00F86C3C" w:rsidP="00F86C3C">
      <w:pPr>
        <w:spacing w:after="60" w:line="240" w:lineRule="auto"/>
        <w:jc w:val="both"/>
        <w:rPr>
          <w:bCs/>
          <w:sz w:val="24"/>
          <w:szCs w:val="28"/>
          <w:lang w:val="pt-BR"/>
        </w:rPr>
      </w:pPr>
    </w:p>
    <w:p w14:paraId="4BD4B4A7" w14:textId="7FCDAEA0" w:rsidR="007611D2" w:rsidRDefault="00F86C3C" w:rsidP="00F86C3C">
      <w:pPr>
        <w:spacing w:after="60" w:line="240" w:lineRule="auto"/>
        <w:jc w:val="center"/>
        <w:rPr>
          <w:bCs/>
          <w:sz w:val="22"/>
          <w:szCs w:val="28"/>
          <w:lang w:val="pt-BR"/>
        </w:rPr>
      </w:pPr>
      <w:r w:rsidRPr="00F86C3C">
        <w:rPr>
          <w:bCs/>
          <w:sz w:val="22"/>
          <w:szCs w:val="28"/>
          <w:lang w:val="pt-BR"/>
        </w:rPr>
        <w:t>Local, data, nome e assinatura do representante legal: a preencher pelo fornecedor</w:t>
      </w:r>
    </w:p>
    <w:p w14:paraId="10B11F3F" w14:textId="77777777" w:rsidR="007611D2" w:rsidRDefault="007611D2">
      <w:pPr>
        <w:rPr>
          <w:bCs/>
          <w:sz w:val="22"/>
          <w:szCs w:val="28"/>
          <w:lang w:val="pt-BR"/>
        </w:rPr>
      </w:pPr>
      <w:r>
        <w:rPr>
          <w:bCs/>
          <w:sz w:val="22"/>
          <w:szCs w:val="28"/>
          <w:lang w:val="pt-BR"/>
        </w:rPr>
        <w:br w:type="page"/>
      </w:r>
    </w:p>
    <w:p w14:paraId="49633128" w14:textId="5A23886A" w:rsidR="007611D2" w:rsidRPr="007611D2" w:rsidRDefault="007611D2" w:rsidP="007611D2">
      <w:pPr>
        <w:spacing w:after="60" w:line="240" w:lineRule="auto"/>
        <w:jc w:val="center"/>
        <w:rPr>
          <w:b/>
          <w:bCs/>
          <w:i/>
          <w:iCs/>
          <w:sz w:val="22"/>
          <w:szCs w:val="28"/>
          <w:lang w:val="pt-BR"/>
        </w:rPr>
      </w:pPr>
      <w:r w:rsidRPr="007611D2">
        <w:rPr>
          <w:b/>
          <w:bCs/>
          <w:i/>
          <w:iCs/>
          <w:sz w:val="22"/>
          <w:szCs w:val="28"/>
          <w:lang w:val="pt-BR"/>
        </w:rPr>
        <w:lastRenderedPageBreak/>
        <w:t>ANEXO V.2</w:t>
      </w:r>
    </w:p>
    <w:p w14:paraId="7D61969B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</w:p>
    <w:p w14:paraId="23DBB8AA" w14:textId="77777777" w:rsidR="007611D2" w:rsidRPr="007611D2" w:rsidRDefault="007611D2" w:rsidP="007611D2">
      <w:pPr>
        <w:spacing w:after="60" w:line="240" w:lineRule="auto"/>
        <w:jc w:val="center"/>
        <w:rPr>
          <w:b/>
          <w:bCs/>
          <w:i/>
          <w:iCs/>
          <w:sz w:val="22"/>
          <w:szCs w:val="28"/>
          <w:lang w:val="pt-BR"/>
        </w:rPr>
      </w:pPr>
      <w:r w:rsidRPr="007611D2">
        <w:rPr>
          <w:b/>
          <w:bCs/>
          <w:i/>
          <w:iCs/>
          <w:sz w:val="22"/>
          <w:szCs w:val="28"/>
          <w:lang w:val="pt-BR"/>
        </w:rPr>
        <w:t>DECLARAÇÃO DE CONHECIMENTO DO LOCAL E DAS CONDIÇÕES DA REALIZAÇÃO DO OBJETO DA DISPENSA ELETRÔNICA</w:t>
      </w:r>
    </w:p>
    <w:p w14:paraId="3F480B14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  <w:r w:rsidRPr="007611D2">
        <w:rPr>
          <w:bCs/>
          <w:i/>
          <w:iCs/>
          <w:sz w:val="22"/>
          <w:szCs w:val="28"/>
          <w:lang w:val="pt-BR"/>
        </w:rPr>
        <w:t>(elaborada pelo fornecedor)</w:t>
      </w:r>
    </w:p>
    <w:p w14:paraId="49DDD662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</w:p>
    <w:p w14:paraId="5E763874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</w:p>
    <w:p w14:paraId="7860A596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</w:p>
    <w:p w14:paraId="2EBD5777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</w:p>
    <w:p w14:paraId="30D14054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</w:p>
    <w:p w14:paraId="669DB705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  <w:r w:rsidRPr="007611D2">
        <w:rPr>
          <w:bCs/>
          <w:i/>
          <w:iCs/>
          <w:sz w:val="22"/>
          <w:szCs w:val="28"/>
          <w:lang w:val="pt-BR"/>
        </w:rPr>
        <w:t>Eu, ___________________________________, portador do CPF nº_____________, na condição de representante legal de ________________________ (nome empresarial ou denominação), interessado em participar do Aviso de Contratação Direta nº ___/___, Processo n° ___/___, DECLARO que o fornecedor tem conhecimento do(s) local(is) e das condições da realização do objeto da dispensa eletrônica, que não realizou a vistoria prévia prevista no Aviso e que, mesmo ciente da possibilidade de fazê-la e dos riscos e consequências envolvidos, optou por formular a proposta sem realizar a vistoria prévia que lhe havia sido facultada.</w:t>
      </w:r>
    </w:p>
    <w:p w14:paraId="4B833938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</w:p>
    <w:p w14:paraId="04370399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  <w:r w:rsidRPr="007611D2">
        <w:rPr>
          <w:bCs/>
          <w:i/>
          <w:iCs/>
          <w:sz w:val="22"/>
          <w:szCs w:val="28"/>
          <w:lang w:val="pt-BR"/>
        </w:rPr>
        <w:t>O fornecedor está ciente desde já que, em conformidade com o estabelecido no Aviso, não poderá pleitear em nenhuma hipótese modificações nos preços, prazos ou condições ajustadas, tampouco alegar quaisquer prejuízos ou reivindicar quaisquer benefícios sob a invocação de insuficiência de dados ou informações sobre o(s) local(is) em que será realizado o objeto da dispensa eletrônica.</w:t>
      </w:r>
    </w:p>
    <w:p w14:paraId="4D91A76C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</w:p>
    <w:p w14:paraId="67D0C5D4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  <w:r w:rsidRPr="007611D2">
        <w:rPr>
          <w:bCs/>
          <w:i/>
          <w:iCs/>
          <w:sz w:val="22"/>
          <w:szCs w:val="28"/>
          <w:lang w:val="pt-BR"/>
        </w:rPr>
        <w:t>(Local e data)</w:t>
      </w:r>
    </w:p>
    <w:p w14:paraId="4F424FEC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</w:p>
    <w:p w14:paraId="3E00FEE1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  <w:r w:rsidRPr="007611D2">
        <w:rPr>
          <w:bCs/>
          <w:i/>
          <w:iCs/>
          <w:sz w:val="22"/>
          <w:szCs w:val="28"/>
          <w:lang w:val="pt-BR"/>
        </w:rPr>
        <w:t>__________________________</w:t>
      </w:r>
    </w:p>
    <w:p w14:paraId="473ED807" w14:textId="443A254F" w:rsid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  <w:r w:rsidRPr="007611D2">
        <w:rPr>
          <w:bCs/>
          <w:i/>
          <w:iCs/>
          <w:sz w:val="22"/>
          <w:szCs w:val="28"/>
          <w:lang w:val="pt-BR"/>
        </w:rPr>
        <w:t>(nome/assinatura do representante legal)</w:t>
      </w:r>
    </w:p>
    <w:p w14:paraId="05B60F42" w14:textId="77777777" w:rsidR="007611D2" w:rsidRDefault="007611D2">
      <w:pPr>
        <w:rPr>
          <w:bCs/>
          <w:i/>
          <w:iCs/>
          <w:sz w:val="22"/>
          <w:szCs w:val="28"/>
          <w:lang w:val="pt-BR"/>
        </w:rPr>
      </w:pPr>
      <w:r>
        <w:rPr>
          <w:bCs/>
          <w:i/>
          <w:iCs/>
          <w:sz w:val="22"/>
          <w:szCs w:val="28"/>
          <w:lang w:val="pt-BR"/>
        </w:rPr>
        <w:br w:type="page"/>
      </w:r>
    </w:p>
    <w:p w14:paraId="6D5DB09D" w14:textId="794B5033" w:rsidR="007611D2" w:rsidRPr="007611D2" w:rsidRDefault="007611D2" w:rsidP="007611D2">
      <w:pPr>
        <w:spacing w:after="60" w:line="240" w:lineRule="auto"/>
        <w:jc w:val="center"/>
        <w:rPr>
          <w:b/>
          <w:bCs/>
          <w:i/>
          <w:iCs/>
          <w:sz w:val="22"/>
          <w:szCs w:val="28"/>
          <w:lang w:val="pt-BR"/>
        </w:rPr>
      </w:pPr>
      <w:r w:rsidRPr="007611D2">
        <w:rPr>
          <w:b/>
          <w:bCs/>
          <w:i/>
          <w:iCs/>
          <w:sz w:val="22"/>
          <w:szCs w:val="28"/>
          <w:lang w:val="pt-BR"/>
        </w:rPr>
        <w:lastRenderedPageBreak/>
        <w:t>ANEXO V.3</w:t>
      </w:r>
    </w:p>
    <w:p w14:paraId="3E4D725E" w14:textId="77777777" w:rsidR="007611D2" w:rsidRPr="007611D2" w:rsidRDefault="007611D2" w:rsidP="007611D2">
      <w:pPr>
        <w:spacing w:after="60" w:line="240" w:lineRule="auto"/>
        <w:jc w:val="center"/>
        <w:rPr>
          <w:b/>
          <w:bCs/>
          <w:i/>
          <w:iCs/>
          <w:sz w:val="22"/>
          <w:szCs w:val="28"/>
          <w:lang w:val="pt-BR"/>
        </w:rPr>
      </w:pPr>
    </w:p>
    <w:p w14:paraId="3C295963" w14:textId="77777777" w:rsidR="007611D2" w:rsidRPr="007611D2" w:rsidRDefault="007611D2" w:rsidP="007611D2">
      <w:pPr>
        <w:spacing w:after="60" w:line="240" w:lineRule="auto"/>
        <w:jc w:val="center"/>
        <w:rPr>
          <w:b/>
          <w:bCs/>
          <w:i/>
          <w:iCs/>
          <w:sz w:val="22"/>
          <w:szCs w:val="28"/>
          <w:lang w:val="pt-BR"/>
        </w:rPr>
      </w:pPr>
      <w:r w:rsidRPr="007611D2">
        <w:rPr>
          <w:b/>
          <w:bCs/>
          <w:i/>
          <w:iCs/>
          <w:sz w:val="22"/>
          <w:szCs w:val="28"/>
          <w:lang w:val="pt-BR"/>
        </w:rPr>
        <w:t>DECLARAÇÃO DE CONHECIMENTO PLENO DAS CONDIÇÕES E PECULIARIDADES DA CONTRATAÇÃO</w:t>
      </w:r>
    </w:p>
    <w:p w14:paraId="1957119F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  <w:r w:rsidRPr="007611D2">
        <w:rPr>
          <w:bCs/>
          <w:i/>
          <w:iCs/>
          <w:sz w:val="22"/>
          <w:szCs w:val="28"/>
          <w:lang w:val="pt-BR"/>
        </w:rPr>
        <w:t>(elaborada pelo fornecedor)</w:t>
      </w:r>
    </w:p>
    <w:p w14:paraId="3C4BAE65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</w:p>
    <w:p w14:paraId="3E6E23EB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</w:p>
    <w:p w14:paraId="2264D64C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</w:p>
    <w:p w14:paraId="117DF8FB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</w:p>
    <w:p w14:paraId="28C560B8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</w:p>
    <w:p w14:paraId="371C3AC7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  <w:r w:rsidRPr="007611D2">
        <w:rPr>
          <w:bCs/>
          <w:i/>
          <w:iCs/>
          <w:sz w:val="22"/>
          <w:szCs w:val="28"/>
          <w:lang w:val="pt-BR"/>
        </w:rPr>
        <w:t>Eu, ___________________________________, portador do CPF nº_____________, na condição de responsável técnico de ________________________ (nome empresarial ou denominação), interessado em participar do Aviso de Contratação Direta nº ___/___, Processo n° ___/___, DECLARO que o fornecedor tem conhecimento pleno das condições e peculiaridades da contratação, que não realizou a vistoria prévia prevista no Aviso e que, mesmo ciente da possibilidade de fazê-la e dos riscos e consequências envolvidos, optou por formular a proposta sem realizar a vistoria prévia que lhe havia sido facultada.</w:t>
      </w:r>
    </w:p>
    <w:p w14:paraId="5107A627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</w:p>
    <w:p w14:paraId="2D7E1969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  <w:r w:rsidRPr="007611D2">
        <w:rPr>
          <w:bCs/>
          <w:i/>
          <w:iCs/>
          <w:sz w:val="22"/>
          <w:szCs w:val="28"/>
          <w:lang w:val="pt-BR"/>
        </w:rPr>
        <w:t>O fornecedor está ciente desde já que, em conformidade com o estabelecido no Aviso, não poderá pleitear em nenhuma hipótese modificações nos preços, prazos ou condições ajustadas, tampouco alegar quaisquer prejuízos ou reivindicar quaisquer benefícios sob a invocação de insuficiência de dados ou informações sobre o(s) local(is) em que será realizado o objeto da dispensa eletrônica.</w:t>
      </w:r>
    </w:p>
    <w:p w14:paraId="59A1928E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</w:p>
    <w:p w14:paraId="26804161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  <w:r w:rsidRPr="007611D2">
        <w:rPr>
          <w:bCs/>
          <w:i/>
          <w:iCs/>
          <w:sz w:val="22"/>
          <w:szCs w:val="28"/>
          <w:lang w:val="pt-BR"/>
        </w:rPr>
        <w:t>(Local e data)</w:t>
      </w:r>
    </w:p>
    <w:p w14:paraId="21590061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</w:p>
    <w:p w14:paraId="6E70506B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  <w:r w:rsidRPr="007611D2">
        <w:rPr>
          <w:bCs/>
          <w:i/>
          <w:iCs/>
          <w:sz w:val="22"/>
          <w:szCs w:val="28"/>
          <w:lang w:val="pt-BR"/>
        </w:rPr>
        <w:t>__________________________</w:t>
      </w:r>
    </w:p>
    <w:p w14:paraId="65CA0823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  <w:r w:rsidRPr="007611D2">
        <w:rPr>
          <w:bCs/>
          <w:i/>
          <w:iCs/>
          <w:sz w:val="22"/>
          <w:szCs w:val="28"/>
          <w:lang w:val="pt-BR"/>
        </w:rPr>
        <w:t>(nome/assinatura/qualificação do responsável técnico)</w:t>
      </w:r>
    </w:p>
    <w:p w14:paraId="33D9C3D2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</w:p>
    <w:p w14:paraId="50F259A9" w14:textId="77777777" w:rsidR="007611D2" w:rsidRPr="007611D2" w:rsidRDefault="007611D2" w:rsidP="007611D2">
      <w:pPr>
        <w:spacing w:after="60" w:line="240" w:lineRule="auto"/>
        <w:jc w:val="center"/>
        <w:rPr>
          <w:bCs/>
          <w:i/>
          <w:iCs/>
          <w:sz w:val="22"/>
          <w:szCs w:val="28"/>
          <w:lang w:val="pt-BR"/>
        </w:rPr>
      </w:pPr>
    </w:p>
    <w:p w14:paraId="6C1F174C" w14:textId="77777777" w:rsidR="005545BA" w:rsidRDefault="005545BA" w:rsidP="00F86C3C">
      <w:pPr>
        <w:spacing w:after="60" w:line="240" w:lineRule="auto"/>
        <w:jc w:val="center"/>
        <w:rPr>
          <w:bCs/>
          <w:sz w:val="22"/>
          <w:szCs w:val="28"/>
          <w:lang w:val="pt-BR"/>
        </w:rPr>
      </w:pPr>
    </w:p>
    <w:p w14:paraId="550CE5D3" w14:textId="2D4F0738" w:rsidR="00F86C3C" w:rsidRPr="00F86C3C" w:rsidRDefault="00F86C3C" w:rsidP="00F86C3C">
      <w:pPr>
        <w:spacing w:after="60" w:line="240" w:lineRule="auto"/>
        <w:jc w:val="center"/>
        <w:rPr>
          <w:bCs/>
          <w:lang w:val="pt-BR"/>
        </w:rPr>
      </w:pPr>
      <w:r w:rsidRPr="00F86C3C">
        <w:rPr>
          <w:bCs/>
          <w:sz w:val="24"/>
          <w:szCs w:val="28"/>
          <w:lang w:val="pt-BR"/>
        </w:rPr>
        <w:br w:type="page"/>
      </w:r>
    </w:p>
    <w:sectPr w:rsidR="00F86C3C" w:rsidRPr="00F86C3C" w:rsidSect="00034616">
      <w:headerReference w:type="default" r:id="rId8"/>
      <w:footerReference w:type="default" r:id="rId9"/>
      <w:pgSz w:w="12240" w:h="15840"/>
      <w:pgMar w:top="1134" w:right="1134" w:bottom="1020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3BF44" w14:textId="77777777" w:rsidR="00097AFA" w:rsidRDefault="00097AFA">
      <w:pPr>
        <w:spacing w:after="0" w:line="240" w:lineRule="auto"/>
      </w:pPr>
      <w:r>
        <w:separator/>
      </w:r>
    </w:p>
  </w:endnote>
  <w:endnote w:type="continuationSeparator" w:id="0">
    <w:p w14:paraId="2E3CBBA9" w14:textId="77777777" w:rsidR="00097AFA" w:rsidRDefault="00097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F307D" w14:textId="77777777" w:rsidR="00FE6DAA" w:rsidRDefault="00000000">
    <w:pPr>
      <w:pStyle w:val="Rodap"/>
      <w:jc w:val="center"/>
    </w:pPr>
    <w:r>
      <w:rPr>
        <w:sz w:val="16"/>
      </w:rPr>
      <w:t>Processo SEI nº 057.00299218/2026-85 – UGE 180176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CDED4" w14:textId="77777777" w:rsidR="00097AFA" w:rsidRDefault="00097AFA">
      <w:pPr>
        <w:spacing w:after="0" w:line="240" w:lineRule="auto"/>
      </w:pPr>
      <w:r>
        <w:separator/>
      </w:r>
    </w:p>
  </w:footnote>
  <w:footnote w:type="continuationSeparator" w:id="0">
    <w:p w14:paraId="78129C8C" w14:textId="77777777" w:rsidR="00097AFA" w:rsidRDefault="00097A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5D006" w14:textId="128104D3" w:rsidR="00FE6DAA" w:rsidRPr="00FE3FE4" w:rsidRDefault="00FE3FE4">
    <w:pPr>
      <w:pStyle w:val="Cabealho"/>
      <w:jc w:val="center"/>
      <w:rPr>
        <w:lang w:val="pt-BR"/>
      </w:rPr>
    </w:pPr>
    <w:r>
      <w:rPr>
        <w:b/>
        <w:sz w:val="16"/>
        <w:lang w:val="pt-BR"/>
      </w:rPr>
      <w:t>DISPENSA ELETRÔNICA</w:t>
    </w:r>
    <w:r w:rsidRPr="00FE3FE4">
      <w:rPr>
        <w:b/>
        <w:sz w:val="16"/>
        <w:lang w:val="pt-BR"/>
      </w:rPr>
      <w:t xml:space="preserve"> Nº </w:t>
    </w:r>
    <w:r>
      <w:rPr>
        <w:b/>
        <w:sz w:val="16"/>
        <w:lang w:val="pt-BR"/>
      </w:rPr>
      <w:t>180176-15</w:t>
    </w:r>
    <w:r w:rsidRPr="00FE3FE4">
      <w:rPr>
        <w:b/>
        <w:sz w:val="16"/>
        <w:lang w:val="pt-BR"/>
      </w:rPr>
      <w:t>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07D418F"/>
    <w:multiLevelType w:val="hybridMultilevel"/>
    <w:tmpl w:val="AA30A8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5938427">
    <w:abstractNumId w:val="8"/>
  </w:num>
  <w:num w:numId="2" w16cid:durableId="1176462329">
    <w:abstractNumId w:val="6"/>
  </w:num>
  <w:num w:numId="3" w16cid:durableId="1961257429">
    <w:abstractNumId w:val="5"/>
  </w:num>
  <w:num w:numId="4" w16cid:durableId="70348713">
    <w:abstractNumId w:val="4"/>
  </w:num>
  <w:num w:numId="5" w16cid:durableId="1696888157">
    <w:abstractNumId w:val="7"/>
  </w:num>
  <w:num w:numId="6" w16cid:durableId="66221895">
    <w:abstractNumId w:val="3"/>
  </w:num>
  <w:num w:numId="7" w16cid:durableId="1054541343">
    <w:abstractNumId w:val="2"/>
  </w:num>
  <w:num w:numId="8" w16cid:durableId="159931578">
    <w:abstractNumId w:val="1"/>
  </w:num>
  <w:num w:numId="9" w16cid:durableId="2057196700">
    <w:abstractNumId w:val="0"/>
  </w:num>
  <w:num w:numId="10" w16cid:durableId="10519995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97AFA"/>
    <w:rsid w:val="0015074B"/>
    <w:rsid w:val="0029639D"/>
    <w:rsid w:val="00326F90"/>
    <w:rsid w:val="004B1BCD"/>
    <w:rsid w:val="005545BA"/>
    <w:rsid w:val="007611D2"/>
    <w:rsid w:val="00787C69"/>
    <w:rsid w:val="00AA1D8D"/>
    <w:rsid w:val="00B47730"/>
    <w:rsid w:val="00CB0664"/>
    <w:rsid w:val="00DE744C"/>
    <w:rsid w:val="00F86C3C"/>
    <w:rsid w:val="00FC693F"/>
    <w:rsid w:val="00FE3FE4"/>
    <w:rsid w:val="00FE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F1CE60"/>
  <w14:defaultImageDpi w14:val="300"/>
  <w15:docId w15:val="{9F0955D6-DEE2-49CD-9AB2-C4A46BDD9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719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519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HERRERO</dc:creator>
  <cp:keywords/>
  <dc:description>generated by python-docx</dc:description>
  <cp:lastModifiedBy>VINICIUS GARCIA HERRERO DOS SANTOS</cp:lastModifiedBy>
  <cp:revision>4</cp:revision>
  <dcterms:created xsi:type="dcterms:W3CDTF">2026-07-14T18:12:00Z</dcterms:created>
  <dcterms:modified xsi:type="dcterms:W3CDTF">2026-07-14T18:23:00Z</dcterms:modified>
  <cp:category/>
</cp:coreProperties>
</file>