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CCF44" w14:textId="73A39B52" w:rsidR="00155AF6" w:rsidRPr="00357E95" w:rsidRDefault="007938F2" w:rsidP="00E56E5E">
      <w:pPr>
        <w:keepNext/>
        <w:spacing w:before="320" w:after="200"/>
        <w:jc w:val="center"/>
        <w:rPr>
          <w:b/>
          <w:color w:val="1B365D"/>
          <w:sz w:val="26"/>
          <w:lang w:val="pt-BR"/>
        </w:rPr>
      </w:pPr>
      <w:r w:rsidRPr="00357E95">
        <w:rPr>
          <w:b/>
          <w:color w:val="1B365D"/>
          <w:sz w:val="26"/>
          <w:lang w:val="pt-BR"/>
        </w:rPr>
        <w:t>ATESTADO DE VISTORIA</w:t>
      </w:r>
    </w:p>
    <w:tbl>
      <w:tblPr>
        <w:tblW w:w="0" w:type="auto"/>
        <w:jc w:val="center"/>
        <w:tblBorders>
          <w:top w:val="single" w:sz="4" w:space="0" w:color="D0D7DE"/>
          <w:bottom w:val="single" w:sz="4" w:space="0" w:color="D0D7DE"/>
          <w:insideH w:val="single" w:sz="4" w:space="0" w:color="E1E4E8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5760"/>
      </w:tblGrid>
      <w:tr w:rsidR="00A31048" w:rsidRPr="00357E95" w14:paraId="1CD49636" w14:textId="77777777" w:rsidTr="003107CD">
        <w:trPr>
          <w:jc w:val="center"/>
        </w:trPr>
        <w:tc>
          <w:tcPr>
            <w:tcW w:w="3168" w:type="dxa"/>
            <w:shd w:val="clear" w:color="auto" w:fill="F8F9FA"/>
          </w:tcPr>
          <w:p w14:paraId="6ABF23BC" w14:textId="77777777" w:rsidR="00A31048" w:rsidRPr="00357E95" w:rsidRDefault="00A31048" w:rsidP="003107CD">
            <w:pPr>
              <w:spacing w:before="80" w:after="80"/>
              <w:rPr>
                <w:lang w:val="pt-BR"/>
              </w:rPr>
            </w:pPr>
            <w:r w:rsidRPr="00357E95">
              <w:rPr>
                <w:b/>
                <w:color w:val="1B365D"/>
                <w:sz w:val="20"/>
                <w:lang w:val="pt-BR"/>
              </w:rPr>
              <w:t>PROCESSO N.º:</w:t>
            </w:r>
          </w:p>
        </w:tc>
        <w:tc>
          <w:tcPr>
            <w:tcW w:w="5760" w:type="dxa"/>
            <w:shd w:val="clear" w:color="auto" w:fill="F8F9FA"/>
          </w:tcPr>
          <w:p w14:paraId="41CAD184" w14:textId="77777777" w:rsidR="00A31048" w:rsidRPr="00357E95" w:rsidRDefault="00A31048" w:rsidP="003107CD">
            <w:pPr>
              <w:spacing w:before="80" w:after="80"/>
              <w:rPr>
                <w:lang w:val="pt-BR"/>
              </w:rPr>
            </w:pPr>
            <w:r w:rsidRPr="00357E95">
              <w:rPr>
                <w:color w:val="222222"/>
                <w:sz w:val="20"/>
                <w:lang w:val="pt-BR"/>
              </w:rPr>
              <w:t>6019.2026/0001866-0</w:t>
            </w:r>
          </w:p>
        </w:tc>
      </w:tr>
      <w:tr w:rsidR="00A31048" w:rsidRPr="00357E95" w14:paraId="71B6A1A3" w14:textId="77777777" w:rsidTr="003107CD">
        <w:trPr>
          <w:jc w:val="center"/>
        </w:trPr>
        <w:tc>
          <w:tcPr>
            <w:tcW w:w="3168" w:type="dxa"/>
            <w:shd w:val="clear" w:color="auto" w:fill="FFFFFF"/>
          </w:tcPr>
          <w:p w14:paraId="2293669E" w14:textId="77777777" w:rsidR="00A31048" w:rsidRPr="00357E95" w:rsidRDefault="00A31048" w:rsidP="003107CD">
            <w:pPr>
              <w:spacing w:before="80" w:after="80"/>
              <w:rPr>
                <w:lang w:val="pt-BR"/>
              </w:rPr>
            </w:pPr>
            <w:r w:rsidRPr="00357E95">
              <w:rPr>
                <w:b/>
                <w:color w:val="1B365D"/>
                <w:sz w:val="20"/>
                <w:lang w:val="pt-BR"/>
              </w:rPr>
              <w:t>MODALIDADE:</w:t>
            </w:r>
          </w:p>
        </w:tc>
        <w:tc>
          <w:tcPr>
            <w:tcW w:w="5760" w:type="dxa"/>
            <w:shd w:val="clear" w:color="auto" w:fill="FFFFFF"/>
          </w:tcPr>
          <w:p w14:paraId="0BD47C71" w14:textId="77777777" w:rsidR="00A31048" w:rsidRPr="00357E95" w:rsidRDefault="00A31048" w:rsidP="003107CD">
            <w:pPr>
              <w:spacing w:before="80" w:after="80"/>
              <w:rPr>
                <w:lang w:val="pt-BR"/>
              </w:rPr>
            </w:pPr>
            <w:r w:rsidRPr="00357E95">
              <w:rPr>
                <w:color w:val="222222"/>
                <w:sz w:val="20"/>
                <w:lang w:val="pt-BR"/>
              </w:rPr>
              <w:t>Dispensa de Licitação nº 47/2026</w:t>
            </w:r>
          </w:p>
        </w:tc>
      </w:tr>
      <w:tr w:rsidR="00A31048" w:rsidRPr="00357E95" w14:paraId="3D1CF91A" w14:textId="77777777" w:rsidTr="003107CD">
        <w:trPr>
          <w:jc w:val="center"/>
        </w:trPr>
        <w:tc>
          <w:tcPr>
            <w:tcW w:w="3168" w:type="dxa"/>
            <w:shd w:val="clear" w:color="auto" w:fill="F8F9FA"/>
          </w:tcPr>
          <w:p w14:paraId="0663D8F6" w14:textId="77777777" w:rsidR="00A31048" w:rsidRPr="00357E95" w:rsidRDefault="00A31048" w:rsidP="003107CD">
            <w:pPr>
              <w:spacing w:before="80" w:after="80"/>
              <w:rPr>
                <w:lang w:val="pt-BR"/>
              </w:rPr>
            </w:pPr>
            <w:r w:rsidRPr="00357E95">
              <w:rPr>
                <w:b/>
                <w:color w:val="1B365D"/>
                <w:sz w:val="20"/>
                <w:lang w:val="pt-BR"/>
              </w:rPr>
              <w:t>CRITÉRIO:</w:t>
            </w:r>
          </w:p>
        </w:tc>
        <w:tc>
          <w:tcPr>
            <w:tcW w:w="5760" w:type="dxa"/>
            <w:shd w:val="clear" w:color="auto" w:fill="F8F9FA"/>
          </w:tcPr>
          <w:p w14:paraId="3F871AD3" w14:textId="77777777" w:rsidR="00A31048" w:rsidRPr="00357E95" w:rsidRDefault="00A31048" w:rsidP="003107CD">
            <w:pPr>
              <w:spacing w:before="80" w:after="80"/>
              <w:rPr>
                <w:lang w:val="pt-BR"/>
              </w:rPr>
            </w:pPr>
            <w:r w:rsidRPr="00357E95">
              <w:rPr>
                <w:color w:val="222222"/>
                <w:sz w:val="20"/>
                <w:lang w:val="pt-BR"/>
              </w:rPr>
              <w:t>Menor Preço / Menor Valor Global</w:t>
            </w:r>
          </w:p>
        </w:tc>
      </w:tr>
      <w:tr w:rsidR="00A31048" w:rsidRPr="00357E95" w14:paraId="4FEB579A" w14:textId="77777777" w:rsidTr="003107CD">
        <w:trPr>
          <w:jc w:val="center"/>
        </w:trPr>
        <w:tc>
          <w:tcPr>
            <w:tcW w:w="3168" w:type="dxa"/>
            <w:shd w:val="clear" w:color="auto" w:fill="FFFFFF"/>
          </w:tcPr>
          <w:p w14:paraId="1B8D3C3B" w14:textId="77777777" w:rsidR="00A31048" w:rsidRPr="00357E95" w:rsidRDefault="00A31048" w:rsidP="003107CD">
            <w:pPr>
              <w:spacing w:before="80" w:after="80"/>
              <w:rPr>
                <w:lang w:val="pt-BR"/>
              </w:rPr>
            </w:pPr>
            <w:r w:rsidRPr="00357E95">
              <w:rPr>
                <w:b/>
                <w:color w:val="1B365D"/>
                <w:sz w:val="20"/>
                <w:lang w:val="pt-BR"/>
              </w:rPr>
              <w:t>ANEXO:</w:t>
            </w:r>
          </w:p>
        </w:tc>
        <w:tc>
          <w:tcPr>
            <w:tcW w:w="5760" w:type="dxa"/>
            <w:shd w:val="clear" w:color="auto" w:fill="FFFFFF"/>
          </w:tcPr>
          <w:p w14:paraId="144C587C" w14:textId="77777777" w:rsidR="00A31048" w:rsidRPr="00357E95" w:rsidRDefault="00A31048" w:rsidP="003107CD">
            <w:pPr>
              <w:spacing w:before="80" w:after="80"/>
              <w:rPr>
                <w:lang w:val="pt-BR"/>
              </w:rPr>
            </w:pPr>
            <w:r w:rsidRPr="00357E95">
              <w:rPr>
                <w:color w:val="222222"/>
                <w:sz w:val="20"/>
                <w:lang w:val="pt-BR"/>
              </w:rPr>
              <w:t>ANEXO ___ - ATESTADO DE VISTORIA TÉCNICA</w:t>
            </w:r>
          </w:p>
        </w:tc>
      </w:tr>
      <w:tr w:rsidR="00A31048" w:rsidRPr="00357E95" w14:paraId="1E70ACAC" w14:textId="77777777" w:rsidTr="003107CD">
        <w:trPr>
          <w:jc w:val="center"/>
        </w:trPr>
        <w:tc>
          <w:tcPr>
            <w:tcW w:w="3168" w:type="dxa"/>
            <w:shd w:val="clear" w:color="auto" w:fill="F8F9FA"/>
          </w:tcPr>
          <w:p w14:paraId="128C7E86" w14:textId="77777777" w:rsidR="00A31048" w:rsidRPr="00357E95" w:rsidRDefault="00A31048" w:rsidP="003107CD">
            <w:pPr>
              <w:spacing w:before="80" w:after="80"/>
              <w:rPr>
                <w:lang w:val="pt-BR"/>
              </w:rPr>
            </w:pPr>
            <w:r w:rsidRPr="00357E95">
              <w:rPr>
                <w:b/>
                <w:color w:val="1B365D"/>
                <w:sz w:val="20"/>
                <w:lang w:val="pt-BR"/>
              </w:rPr>
              <w:t>OBJETO:</w:t>
            </w:r>
          </w:p>
        </w:tc>
        <w:tc>
          <w:tcPr>
            <w:tcW w:w="5760" w:type="dxa"/>
            <w:shd w:val="clear" w:color="auto" w:fill="F8F9FA"/>
          </w:tcPr>
          <w:p w14:paraId="32DE8A69" w14:textId="77777777" w:rsidR="00A31048" w:rsidRPr="00357E95" w:rsidRDefault="00A31048" w:rsidP="003107CD">
            <w:pPr>
              <w:spacing w:before="80" w:after="80"/>
              <w:rPr>
                <w:lang w:val="pt-BR"/>
              </w:rPr>
            </w:pPr>
            <w:r w:rsidRPr="00357E95">
              <w:rPr>
                <w:color w:val="222222"/>
                <w:sz w:val="20"/>
                <w:lang w:val="pt-BR"/>
              </w:rPr>
              <w:t>Contratação de empresa especializada para prestação de serviços continuados de manutenção preventiva e corretiva dos aquecedores de água da piscina (caldeiras) do Centro Olímpico de Treinamento e Pesquisa – COTP</w:t>
            </w:r>
          </w:p>
        </w:tc>
      </w:tr>
    </w:tbl>
    <w:p w14:paraId="361BFCD4" w14:textId="77777777" w:rsidR="00A31048" w:rsidRPr="00357E95" w:rsidRDefault="00A31048">
      <w:pPr>
        <w:spacing w:before="240" w:after="280"/>
        <w:jc w:val="center"/>
        <w:rPr>
          <w:b/>
          <w:sz w:val="26"/>
          <w:lang w:val="pt-BR"/>
        </w:rPr>
      </w:pPr>
    </w:p>
    <w:p w14:paraId="35FF2A0F" w14:textId="2A591233" w:rsidR="00155AF6" w:rsidRPr="00357E95" w:rsidRDefault="007938F2">
      <w:pPr>
        <w:spacing w:before="240" w:after="280"/>
        <w:jc w:val="center"/>
        <w:rPr>
          <w:lang w:val="pt-BR"/>
        </w:rPr>
      </w:pPr>
      <w:r w:rsidRPr="00357E95">
        <w:rPr>
          <w:b/>
          <w:sz w:val="26"/>
          <w:lang w:val="pt-BR"/>
        </w:rPr>
        <w:t>ATESTADO DE VISTORIA TÉCNICA</w:t>
      </w:r>
    </w:p>
    <w:p w14:paraId="18FD5D64" w14:textId="3C6733A3" w:rsidR="00155AF6" w:rsidRPr="00357E95" w:rsidRDefault="007938F2">
      <w:pPr>
        <w:spacing w:after="240" w:line="312" w:lineRule="auto"/>
        <w:jc w:val="both"/>
        <w:rPr>
          <w:lang w:val="pt-BR"/>
        </w:rPr>
      </w:pPr>
      <w:r w:rsidRPr="00357E95">
        <w:rPr>
          <w:lang w:val="pt-BR"/>
        </w:rPr>
        <w:t xml:space="preserve">Atesto que o(a) senhor(a) </w:t>
      </w:r>
      <w:r w:rsidRPr="00357E95">
        <w:rPr>
          <w:b/>
          <w:lang w:val="pt-BR"/>
        </w:rPr>
        <w:t>__________________________________</w:t>
      </w:r>
      <w:r w:rsidRPr="00357E95">
        <w:rPr>
          <w:lang w:val="pt-BR"/>
        </w:rPr>
        <w:t xml:space="preserve">, representante da empresa </w:t>
      </w:r>
      <w:r w:rsidRPr="00357E95">
        <w:rPr>
          <w:b/>
          <w:lang w:val="pt-BR"/>
        </w:rPr>
        <w:t>__________________________________</w:t>
      </w:r>
      <w:r w:rsidRPr="00357E95">
        <w:rPr>
          <w:lang w:val="pt-BR"/>
        </w:rPr>
        <w:t xml:space="preserve">, inscrita no CNPJ sob nº </w:t>
      </w:r>
      <w:r w:rsidRPr="00357E95">
        <w:rPr>
          <w:b/>
          <w:lang w:val="pt-BR"/>
        </w:rPr>
        <w:t>________________________</w:t>
      </w:r>
      <w:r w:rsidRPr="00357E95">
        <w:rPr>
          <w:lang w:val="pt-BR"/>
        </w:rPr>
        <w:t xml:space="preserve">, compareceu ao local localizado em </w:t>
      </w:r>
      <w:r w:rsidRPr="00357E95">
        <w:rPr>
          <w:b/>
          <w:lang w:val="pt-BR"/>
        </w:rPr>
        <w:t>__________________________________________________</w:t>
      </w:r>
      <w:r w:rsidRPr="00357E95">
        <w:rPr>
          <w:lang w:val="pt-BR"/>
        </w:rPr>
        <w:t>, no dia ____/____/202</w:t>
      </w:r>
      <w:r w:rsidR="008A5487" w:rsidRPr="00357E95">
        <w:rPr>
          <w:lang w:val="pt-BR"/>
        </w:rPr>
        <w:t>6</w:t>
      </w:r>
      <w:r w:rsidRPr="00357E95">
        <w:rPr>
          <w:lang w:val="pt-BR"/>
        </w:rPr>
        <w:t xml:space="preserve">, para realização de vistoria prévia necessária ao fornecimento/prestação dos serviços objeto da </w:t>
      </w:r>
      <w:r w:rsidRPr="00357E95">
        <w:rPr>
          <w:b/>
          <w:lang w:val="pt-BR"/>
        </w:rPr>
        <w:t>Dispensa de Licitação nº ___/202</w:t>
      </w:r>
      <w:r w:rsidR="008A5487" w:rsidRPr="00357E95">
        <w:rPr>
          <w:b/>
          <w:lang w:val="pt-BR"/>
        </w:rPr>
        <w:t>6</w:t>
      </w:r>
      <w:r w:rsidRPr="00357E95">
        <w:rPr>
          <w:lang w:val="pt-BR"/>
        </w:rPr>
        <w:t>.</w:t>
      </w:r>
    </w:p>
    <w:p w14:paraId="4AF473EF" w14:textId="77777777" w:rsidR="00155AF6" w:rsidRPr="00357E95" w:rsidRDefault="007938F2">
      <w:pPr>
        <w:spacing w:after="320" w:line="312" w:lineRule="auto"/>
        <w:jc w:val="both"/>
        <w:rPr>
          <w:lang w:val="pt-BR"/>
        </w:rPr>
      </w:pPr>
      <w:r w:rsidRPr="00357E95">
        <w:rPr>
          <w:lang w:val="pt-BR"/>
        </w:rPr>
        <w:t>Na ocasião, a empresa tomou conhecimento de todas as condições locais, especificações técnicas, dificuldades de execução e demais elementos necessários ao perfeito cumprimento das obrigações da futura contratação.</w:t>
      </w:r>
    </w:p>
    <w:p w14:paraId="1F1070EB" w14:textId="67469FE5" w:rsidR="00155AF6" w:rsidRPr="00357E95" w:rsidRDefault="007938F2" w:rsidP="00E56E5E">
      <w:pPr>
        <w:spacing w:after="560"/>
        <w:jc w:val="right"/>
        <w:rPr>
          <w:lang w:val="pt-BR"/>
        </w:rPr>
      </w:pPr>
      <w:r w:rsidRPr="00357E95">
        <w:rPr>
          <w:lang w:val="pt-BR"/>
        </w:rPr>
        <w:t xml:space="preserve">São Paulo, ____ de __________________ </w:t>
      </w:r>
      <w:proofErr w:type="spellStart"/>
      <w:r w:rsidRPr="00357E95">
        <w:rPr>
          <w:lang w:val="pt-BR"/>
        </w:rPr>
        <w:t>de</w:t>
      </w:r>
      <w:proofErr w:type="spellEnd"/>
      <w:r w:rsidRPr="00357E95">
        <w:rPr>
          <w:lang w:val="pt-BR"/>
        </w:rPr>
        <w:t xml:space="preserve"> 202</w:t>
      </w:r>
      <w:r w:rsidR="00E56E5E" w:rsidRPr="00357E95">
        <w:rPr>
          <w:lang w:val="pt-BR"/>
        </w:rPr>
        <w:t>6</w:t>
      </w:r>
      <w:r w:rsidRPr="00357E95">
        <w:rPr>
          <w:lang w:val="pt-BR"/>
        </w:rPr>
        <w:t>.</w:t>
      </w:r>
    </w:p>
    <w:p w14:paraId="54C899B9" w14:textId="756B35FE" w:rsidR="00155AF6" w:rsidRPr="00357E95" w:rsidRDefault="007938F2">
      <w:pPr>
        <w:spacing w:after="560"/>
        <w:rPr>
          <w:lang w:val="pt-BR"/>
        </w:rPr>
      </w:pPr>
      <w:r w:rsidRPr="00357E95">
        <w:rPr>
          <w:b/>
          <w:lang w:val="pt-BR"/>
        </w:rPr>
        <w:t>_______________________________________________</w:t>
      </w:r>
      <w:r w:rsidRPr="00357E95">
        <w:rPr>
          <w:b/>
          <w:lang w:val="pt-BR"/>
        </w:rPr>
        <w:br/>
      </w:r>
      <w:r w:rsidRPr="00357E95">
        <w:rPr>
          <w:lang w:val="pt-BR"/>
        </w:rPr>
        <w:t>Nome do Servidor</w:t>
      </w:r>
      <w:r w:rsidRPr="00357E95">
        <w:rPr>
          <w:lang w:val="pt-BR"/>
        </w:rPr>
        <w:br/>
      </w:r>
    </w:p>
    <w:p w14:paraId="74BDB934" w14:textId="5EDE929C" w:rsidR="00155AF6" w:rsidRPr="00357E95" w:rsidRDefault="007938F2" w:rsidP="00E66659">
      <w:pPr>
        <w:spacing w:after="400"/>
        <w:rPr>
          <w:lang w:val="pt-BR"/>
        </w:rPr>
      </w:pPr>
      <w:r w:rsidRPr="00357E95">
        <w:rPr>
          <w:b/>
          <w:lang w:val="pt-BR"/>
        </w:rPr>
        <w:t>_______________________________________________</w:t>
      </w:r>
      <w:r w:rsidRPr="00357E95">
        <w:rPr>
          <w:b/>
          <w:lang w:val="pt-BR"/>
        </w:rPr>
        <w:br/>
      </w:r>
      <w:r w:rsidRPr="00357E95">
        <w:rPr>
          <w:lang w:val="pt-BR"/>
        </w:rPr>
        <w:t>Nome do Representante da Empresa</w:t>
      </w:r>
      <w:r w:rsidRPr="00357E95">
        <w:rPr>
          <w:lang w:val="pt-BR"/>
        </w:rPr>
        <w:br/>
      </w:r>
      <w:r w:rsidRPr="00357E95">
        <w:rPr>
          <w:sz w:val="20"/>
          <w:lang w:val="pt-BR"/>
        </w:rPr>
        <w:t>Cargo / RG ou CPF</w:t>
      </w:r>
    </w:p>
    <w:sectPr w:rsidR="00155AF6" w:rsidRPr="00357E95" w:rsidSect="00034616">
      <w:headerReference w:type="default" r:id="rId8"/>
      <w:pgSz w:w="11909" w:h="16834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B57C1" w14:textId="77777777" w:rsidR="00917D29" w:rsidRDefault="00917D29" w:rsidP="00E56E5E">
      <w:pPr>
        <w:spacing w:after="0" w:line="240" w:lineRule="auto"/>
      </w:pPr>
      <w:r>
        <w:separator/>
      </w:r>
    </w:p>
  </w:endnote>
  <w:endnote w:type="continuationSeparator" w:id="0">
    <w:p w14:paraId="090C403F" w14:textId="77777777" w:rsidR="00917D29" w:rsidRDefault="00917D29" w:rsidP="00E56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5F70D" w14:textId="77777777" w:rsidR="00917D29" w:rsidRDefault="00917D29" w:rsidP="00E56E5E">
      <w:pPr>
        <w:spacing w:after="0" w:line="240" w:lineRule="auto"/>
      </w:pPr>
      <w:r>
        <w:separator/>
      </w:r>
    </w:p>
  </w:footnote>
  <w:footnote w:type="continuationSeparator" w:id="0">
    <w:p w14:paraId="0466CE54" w14:textId="77777777" w:rsidR="00917D29" w:rsidRDefault="00917D29" w:rsidP="00E56E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8B472" w14:textId="77777777" w:rsidR="00E56E5E" w:rsidRPr="00A507DD" w:rsidRDefault="00E56E5E" w:rsidP="00E56E5E">
    <w:pPr>
      <w:tabs>
        <w:tab w:val="left" w:pos="1753"/>
      </w:tabs>
    </w:pPr>
    <w:r w:rsidRPr="00A507DD">
      <w:rPr>
        <w:noProof/>
      </w:rPr>
      <w:drawing>
        <wp:anchor distT="0" distB="0" distL="114300" distR="114300" simplePos="0" relativeHeight="251659264" behindDoc="0" locked="0" layoutInCell="1" allowOverlap="1" wp14:anchorId="48370537" wp14:editId="7CAF1BAD">
          <wp:simplePos x="0" y="0"/>
          <wp:positionH relativeFrom="column">
            <wp:posOffset>1911985</wp:posOffset>
          </wp:positionH>
          <wp:positionV relativeFrom="paragraph">
            <wp:posOffset>-432435</wp:posOffset>
          </wp:positionV>
          <wp:extent cx="1367790" cy="1025525"/>
          <wp:effectExtent l="0" t="0" r="0" b="0"/>
          <wp:wrapNone/>
          <wp:docPr id="3" name="Imagem 3" descr="\\Semegbc413\d\Artes\Acervo\2017\Logos\SEME\SEME_COR\logo_transp-0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emegbc413\d\Artes\Acervo\2017\Logos\SEME\SEME_COR\logo_transp-0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1025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507DD">
      <w:tab/>
    </w:r>
  </w:p>
  <w:p w14:paraId="1BB8197E" w14:textId="5961680F" w:rsidR="00E56E5E" w:rsidRDefault="00E56E5E" w:rsidP="00E56E5E">
    <w:pPr>
      <w:tabs>
        <w:tab w:val="center" w:pos="4252"/>
        <w:tab w:val="right" w:pos="8504"/>
      </w:tabs>
    </w:pPr>
    <w:r>
      <w:rPr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73821501">
    <w:abstractNumId w:val="8"/>
  </w:num>
  <w:num w:numId="2" w16cid:durableId="1743721973">
    <w:abstractNumId w:val="6"/>
  </w:num>
  <w:num w:numId="3" w16cid:durableId="1137264181">
    <w:abstractNumId w:val="5"/>
  </w:num>
  <w:num w:numId="4" w16cid:durableId="1067537780">
    <w:abstractNumId w:val="4"/>
  </w:num>
  <w:num w:numId="5" w16cid:durableId="495387476">
    <w:abstractNumId w:val="7"/>
  </w:num>
  <w:num w:numId="6" w16cid:durableId="295918991">
    <w:abstractNumId w:val="3"/>
  </w:num>
  <w:num w:numId="7" w16cid:durableId="542254616">
    <w:abstractNumId w:val="2"/>
  </w:num>
  <w:num w:numId="8" w16cid:durableId="1273319122">
    <w:abstractNumId w:val="1"/>
  </w:num>
  <w:num w:numId="9" w16cid:durableId="680165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5AF6"/>
    <w:rsid w:val="00290B0F"/>
    <w:rsid w:val="0029639D"/>
    <w:rsid w:val="00325CED"/>
    <w:rsid w:val="00326F90"/>
    <w:rsid w:val="00357E95"/>
    <w:rsid w:val="00485F56"/>
    <w:rsid w:val="006853D4"/>
    <w:rsid w:val="007131F6"/>
    <w:rsid w:val="007938F2"/>
    <w:rsid w:val="008A5487"/>
    <w:rsid w:val="00910662"/>
    <w:rsid w:val="00917D29"/>
    <w:rsid w:val="00A31048"/>
    <w:rsid w:val="00AA1D8D"/>
    <w:rsid w:val="00AF786C"/>
    <w:rsid w:val="00B47730"/>
    <w:rsid w:val="00B6733C"/>
    <w:rsid w:val="00BF37B5"/>
    <w:rsid w:val="00C90AB5"/>
    <w:rsid w:val="00CB0664"/>
    <w:rsid w:val="00E56E5E"/>
    <w:rsid w:val="00E6665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6117FB"/>
  <w14:defaultImageDpi w14:val="330"/>
  <w15:docId w15:val="{AA684714-F1CD-4F1E-8355-FEFDBFC32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Arial" w:hAnsi="Arial"/>
      <w:color w:val="333333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Sidnei Cardoso</cp:lastModifiedBy>
  <cp:revision>6</cp:revision>
  <dcterms:created xsi:type="dcterms:W3CDTF">2026-08-04T17:29:00Z</dcterms:created>
  <dcterms:modified xsi:type="dcterms:W3CDTF">2026-08-05T19:09:00Z</dcterms:modified>
  <cp:category/>
</cp:coreProperties>
</file>