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F5D95" w14:textId="1A0CF180" w:rsidR="00DD4AC9" w:rsidRDefault="009C4650">
      <w:pPr>
        <w:jc w:val="center"/>
      </w:pPr>
      <w:bookmarkStart w:id="0" w:name="_GoBack"/>
      <w:bookmarkEnd w:id="0"/>
      <w:r>
        <w:rPr>
          <w:b/>
          <w:sz w:val="28"/>
        </w:rPr>
        <w:t>DOCUMENTO DE OFICIALIZAÇÃO DA DEMANDA – D</w:t>
      </w:r>
      <w:r w:rsidR="004148A5">
        <w:rPr>
          <w:b/>
          <w:sz w:val="28"/>
        </w:rPr>
        <w:t>O</w:t>
      </w:r>
      <w:r>
        <w:rPr>
          <w:b/>
          <w:sz w:val="28"/>
        </w:rPr>
        <w:t>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170D8A74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25ED4E" w14:textId="77777777" w:rsidR="00DD4AC9" w:rsidRDefault="009C4650">
            <w:r>
              <w:rPr>
                <w:b/>
                <w:color w:val="FFFFFF"/>
                <w:sz w:val="20"/>
              </w:rPr>
              <w:t>1. DA IDENTIFICAÇÃO DA ÁREA REQUISITANTE E RESPONSÁVEL PELA DEMANDA</w:t>
            </w:r>
          </w:p>
        </w:tc>
      </w:tr>
    </w:tbl>
    <w:p w14:paraId="7D8531B2" w14:textId="77777777" w:rsidR="00DD4AC9" w:rsidRDefault="00DD4AC9">
      <w:pPr>
        <w:spacing w:after="0"/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4AA430A4" w14:textId="77777777">
        <w:trPr>
          <w:jc w:val="center"/>
        </w:trPr>
        <w:tc>
          <w:tcPr>
            <w:tcW w:w="10312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9D06449" w14:textId="13F9110C" w:rsidR="00DD4AC9" w:rsidRDefault="009C4650">
            <w:pPr>
              <w:spacing w:after="0"/>
            </w:pPr>
            <w:proofErr w:type="spellStart"/>
            <w:r>
              <w:rPr>
                <w:b/>
              </w:rPr>
              <w:t>Setor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requisitante</w:t>
            </w:r>
            <w:proofErr w:type="spellEnd"/>
            <w:r>
              <w:rPr>
                <w:b/>
              </w:rPr>
              <w:t xml:space="preserve">: </w:t>
            </w:r>
            <w:proofErr w:type="spellStart"/>
            <w:r>
              <w:rPr>
                <w:b/>
              </w:rPr>
              <w:t>Órgão</w:t>
            </w:r>
            <w:proofErr w:type="spellEnd"/>
            <w:r>
              <w:rPr>
                <w:b/>
              </w:rPr>
              <w:t xml:space="preserve">: CONDERLAGOS </w:t>
            </w:r>
          </w:p>
        </w:tc>
      </w:tr>
      <w:tr w:rsidR="00DD4AC9" w14:paraId="28DE1C4D" w14:textId="77777777">
        <w:trPr>
          <w:jc w:val="center"/>
        </w:trPr>
        <w:tc>
          <w:tcPr>
            <w:tcW w:w="10312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7EAE19E" w14:textId="77777777" w:rsidR="00DD4AC9" w:rsidRDefault="009C4650">
            <w:pPr>
              <w:spacing w:after="0"/>
            </w:pPr>
            <w:r>
              <w:rPr>
                <w:b/>
              </w:rPr>
              <w:t>CNPJ: 64.011.311/0001-39</w:t>
            </w:r>
          </w:p>
        </w:tc>
      </w:tr>
      <w:tr w:rsidR="00DD4AC9" w14:paraId="06A1B20C" w14:textId="77777777">
        <w:trPr>
          <w:jc w:val="center"/>
        </w:trPr>
        <w:tc>
          <w:tcPr>
            <w:tcW w:w="10312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BF08EC3" w14:textId="77777777" w:rsidR="00DD4AC9" w:rsidRDefault="009C4650">
            <w:pPr>
              <w:spacing w:after="0"/>
            </w:pPr>
            <w:proofErr w:type="spellStart"/>
            <w:r>
              <w:rPr>
                <w:b/>
              </w:rPr>
              <w:t>Setor</w:t>
            </w:r>
            <w:proofErr w:type="spellEnd"/>
            <w:r>
              <w:rPr>
                <w:b/>
              </w:rPr>
              <w:t xml:space="preserve">: </w:t>
            </w:r>
            <w:proofErr w:type="spellStart"/>
            <w:r>
              <w:rPr>
                <w:b/>
              </w:rPr>
              <w:t>Diretoria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Administrativa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Financeira</w:t>
            </w:r>
            <w:proofErr w:type="spellEnd"/>
          </w:p>
        </w:tc>
      </w:tr>
      <w:tr w:rsidR="00DD4AC9" w14:paraId="7C7E27D2" w14:textId="77777777">
        <w:trPr>
          <w:jc w:val="center"/>
        </w:trPr>
        <w:tc>
          <w:tcPr>
            <w:tcW w:w="10312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4383CB9" w14:textId="77777777" w:rsidR="00DD4AC9" w:rsidRDefault="009C4650">
            <w:pPr>
              <w:spacing w:after="0"/>
            </w:pPr>
            <w:proofErr w:type="spellStart"/>
            <w:r>
              <w:rPr>
                <w:b/>
              </w:rPr>
              <w:t>Responsável</w:t>
            </w:r>
            <w:proofErr w:type="spellEnd"/>
            <w:r>
              <w:rPr>
                <w:b/>
              </w:rPr>
              <w:t xml:space="preserve"> pela </w:t>
            </w:r>
            <w:proofErr w:type="spellStart"/>
            <w:r>
              <w:rPr>
                <w:b/>
              </w:rPr>
              <w:t>demanda</w:t>
            </w:r>
            <w:proofErr w:type="spellEnd"/>
            <w:r>
              <w:rPr>
                <w:b/>
              </w:rPr>
              <w:t>: Arilson Cácio Rodrigues Batista</w:t>
            </w:r>
          </w:p>
        </w:tc>
      </w:tr>
      <w:tr w:rsidR="00DD4AC9" w14:paraId="0E762FF5" w14:textId="77777777">
        <w:trPr>
          <w:jc w:val="center"/>
        </w:trPr>
        <w:tc>
          <w:tcPr>
            <w:tcW w:w="10312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ECAA059" w14:textId="77777777" w:rsidR="00DD4AC9" w:rsidRDefault="009C4650">
            <w:pPr>
              <w:spacing w:after="0"/>
            </w:pPr>
            <w:r>
              <w:rPr>
                <w:b/>
              </w:rPr>
              <w:t xml:space="preserve">Cargo do </w:t>
            </w:r>
            <w:proofErr w:type="spellStart"/>
            <w:r>
              <w:rPr>
                <w:b/>
              </w:rPr>
              <w:t>responsável</w:t>
            </w:r>
            <w:proofErr w:type="spellEnd"/>
            <w:r>
              <w:rPr>
                <w:b/>
              </w:rPr>
              <w:t xml:space="preserve">: </w:t>
            </w:r>
            <w:proofErr w:type="spellStart"/>
            <w:r>
              <w:rPr>
                <w:b/>
              </w:rPr>
              <w:t>Diretor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Administrativo</w:t>
            </w:r>
            <w:proofErr w:type="spellEnd"/>
            <w:r>
              <w:rPr>
                <w:b/>
              </w:rPr>
              <w:t xml:space="preserve"> e </w:t>
            </w:r>
            <w:proofErr w:type="spellStart"/>
            <w:r>
              <w:rPr>
                <w:b/>
              </w:rPr>
              <w:t>Financeiro</w:t>
            </w:r>
            <w:proofErr w:type="spellEnd"/>
          </w:p>
        </w:tc>
      </w:tr>
    </w:tbl>
    <w:p w14:paraId="671A7144" w14:textId="77777777" w:rsidR="00DD4AC9" w:rsidRDefault="00DD4AC9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27347546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781E6F" w14:textId="77777777" w:rsidR="00DD4AC9" w:rsidRDefault="009C4650">
            <w:r>
              <w:rPr>
                <w:b/>
                <w:color w:val="FFFFFF"/>
                <w:sz w:val="20"/>
              </w:rPr>
              <w:t>2. OBJETO DA FUTURA CONTRATAÇÃO</w:t>
            </w:r>
          </w:p>
        </w:tc>
      </w:tr>
    </w:tbl>
    <w:p w14:paraId="2283B61B" w14:textId="77777777" w:rsidR="00DD4AC9" w:rsidRDefault="00DD4AC9">
      <w:pPr>
        <w:spacing w:after="0"/>
      </w:pPr>
    </w:p>
    <w:p w14:paraId="31EDDBB6" w14:textId="3DE3EBF7" w:rsidR="00DD4AC9" w:rsidRDefault="009C4650">
      <w:pPr>
        <w:spacing w:after="120" w:line="259" w:lineRule="auto"/>
        <w:jc w:val="both"/>
      </w:pPr>
      <w:r>
        <w:t xml:space="preserve">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solicitação</w:t>
      </w:r>
      <w:proofErr w:type="spellEnd"/>
      <w:r>
        <w:t xml:space="preserve"> </w:t>
      </w:r>
      <w:proofErr w:type="spellStart"/>
      <w:r>
        <w:t>tem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a </w:t>
      </w:r>
      <w:r w:rsidR="009E228F">
        <w:t xml:space="preserve">CONTRATAÇÃO </w:t>
      </w:r>
      <w:r w:rsidR="00CC0D0B">
        <w:t xml:space="preserve">DE </w:t>
      </w:r>
      <w:r w:rsidR="009E228F">
        <w:t>EMPRESA PARA PRESTAÇÃO DE SERVIÇOS GRÁFICOS</w:t>
      </w:r>
      <w:r>
        <w:t xml:space="preserve">, </w:t>
      </w:r>
      <w:proofErr w:type="spellStart"/>
      <w:r>
        <w:t>destinados</w:t>
      </w:r>
      <w:proofErr w:type="spellEnd"/>
      <w:r>
        <w:t xml:space="preserve"> à </w:t>
      </w:r>
      <w:proofErr w:type="spellStart"/>
      <w:r>
        <w:t>divulgação</w:t>
      </w:r>
      <w:proofErr w:type="spellEnd"/>
      <w:r>
        <w:t xml:space="preserve"> institucional e à </w:t>
      </w:r>
      <w:proofErr w:type="spellStart"/>
      <w:r>
        <w:t>representação</w:t>
      </w:r>
      <w:proofErr w:type="spellEnd"/>
      <w:r>
        <w:t xml:space="preserve"> da </w:t>
      </w:r>
      <w:proofErr w:type="spellStart"/>
      <w:r>
        <w:t>Região</w:t>
      </w:r>
      <w:proofErr w:type="spellEnd"/>
      <w:r>
        <w:t xml:space="preserve"> dos Lagos pela CONDERLAGOS </w:t>
      </w:r>
      <w:proofErr w:type="spellStart"/>
      <w:r>
        <w:t>em</w:t>
      </w:r>
      <w:proofErr w:type="spellEnd"/>
      <w:r>
        <w:t xml:space="preserve"> </w:t>
      </w:r>
      <w:proofErr w:type="spellStart"/>
      <w:r>
        <w:t>feiras</w:t>
      </w:r>
      <w:proofErr w:type="spellEnd"/>
      <w:r>
        <w:t xml:space="preserve">, </w:t>
      </w:r>
      <w:proofErr w:type="spellStart"/>
      <w:r>
        <w:t>eventos</w:t>
      </w:r>
      <w:proofErr w:type="spellEnd"/>
      <w:r>
        <w:t xml:space="preserve">, </w:t>
      </w:r>
      <w:proofErr w:type="spellStart"/>
      <w:r>
        <w:t>encontros</w:t>
      </w:r>
      <w:proofErr w:type="spellEnd"/>
      <w:r>
        <w:t xml:space="preserve">, reuniões e </w:t>
      </w:r>
      <w:proofErr w:type="spellStart"/>
      <w:r>
        <w:t>demais</w:t>
      </w:r>
      <w:proofErr w:type="spellEnd"/>
      <w:r>
        <w:t xml:space="preserve">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, </w:t>
      </w:r>
      <w:proofErr w:type="spellStart"/>
      <w:r>
        <w:t>bem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à </w:t>
      </w:r>
      <w:proofErr w:type="spellStart"/>
      <w:r>
        <w:t>personalização</w:t>
      </w:r>
      <w:proofErr w:type="spellEnd"/>
      <w:r>
        <w:t xml:space="preserve"> de </w:t>
      </w:r>
      <w:proofErr w:type="spellStart"/>
      <w:r>
        <w:t>brindes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</w:t>
      </w:r>
      <w:proofErr w:type="spellStart"/>
      <w:r>
        <w:t>destinados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municípios</w:t>
      </w:r>
      <w:proofErr w:type="spellEnd"/>
      <w:r>
        <w:t xml:space="preserve"> </w:t>
      </w:r>
      <w:proofErr w:type="spellStart"/>
      <w:r>
        <w:t>consorciados</w:t>
      </w:r>
      <w:proofErr w:type="spellEnd"/>
      <w:r>
        <w:t xml:space="preserve"> e </w:t>
      </w:r>
      <w:proofErr w:type="spellStart"/>
      <w:r>
        <w:t>parceiros</w:t>
      </w:r>
      <w:proofErr w:type="spellEnd"/>
      <w:r>
        <w:t xml:space="preserve">, à </w:t>
      </w:r>
      <w:proofErr w:type="spellStart"/>
      <w:r>
        <w:t>padronização</w:t>
      </w:r>
      <w:proofErr w:type="spellEnd"/>
      <w:r>
        <w:t xml:space="preserve"> visual e à </w:t>
      </w:r>
      <w:proofErr w:type="spellStart"/>
      <w:r>
        <w:t>identificação</w:t>
      </w:r>
      <w:proofErr w:type="spellEnd"/>
      <w:r>
        <w:t xml:space="preserve"> dos </w:t>
      </w:r>
      <w:proofErr w:type="spellStart"/>
      <w:r>
        <w:t>funcionários</w:t>
      </w:r>
      <w:proofErr w:type="spellEnd"/>
      <w:r>
        <w:t xml:space="preserve"> do </w:t>
      </w:r>
      <w:proofErr w:type="spellStart"/>
      <w:r>
        <w:t>Consórcio</w:t>
      </w:r>
      <w:proofErr w:type="spellEnd"/>
      <w:r>
        <w:t>.</w:t>
      </w:r>
    </w:p>
    <w:p w14:paraId="0D12ADE9" w14:textId="77777777" w:rsidR="00DD4AC9" w:rsidRDefault="009C4650">
      <w:pPr>
        <w:spacing w:after="120" w:line="259" w:lineRule="auto"/>
        <w:jc w:val="both"/>
      </w:pPr>
      <w:proofErr w:type="spellStart"/>
      <w:r>
        <w:t>Os</w:t>
      </w:r>
      <w:proofErr w:type="spellEnd"/>
      <w:r>
        <w:t xml:space="preserve"> </w:t>
      </w:r>
      <w:proofErr w:type="spellStart"/>
      <w:r>
        <w:t>materiais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ser </w:t>
      </w:r>
      <w:proofErr w:type="spellStart"/>
      <w:r>
        <w:t>confeccionados</w:t>
      </w:r>
      <w:proofErr w:type="spellEnd"/>
      <w:r>
        <w:t xml:space="preserve"> de </w:t>
      </w:r>
      <w:proofErr w:type="spellStart"/>
      <w:r>
        <w:t>acordo</w:t>
      </w:r>
      <w:proofErr w:type="spellEnd"/>
      <w:r>
        <w:t xml:space="preserve"> com as </w:t>
      </w:r>
      <w:proofErr w:type="spellStart"/>
      <w:r>
        <w:t>especificações</w:t>
      </w:r>
      <w:proofErr w:type="spellEnd"/>
      <w:r>
        <w:t xml:space="preserve">, </w:t>
      </w:r>
      <w:proofErr w:type="spellStart"/>
      <w:r>
        <w:t>dimensões</w:t>
      </w:r>
      <w:proofErr w:type="spellEnd"/>
      <w:r>
        <w:t xml:space="preserve">, </w:t>
      </w:r>
      <w:proofErr w:type="spellStart"/>
      <w:r>
        <w:t>formatos</w:t>
      </w:r>
      <w:proofErr w:type="spellEnd"/>
      <w:r>
        <w:t xml:space="preserve">, </w:t>
      </w:r>
      <w:proofErr w:type="spellStart"/>
      <w:r>
        <w:t>materiais</w:t>
      </w:r>
      <w:proofErr w:type="spellEnd"/>
      <w:r>
        <w:t xml:space="preserve">, </w:t>
      </w:r>
      <w:proofErr w:type="spellStart"/>
      <w:r>
        <w:t>acabamentos</w:t>
      </w:r>
      <w:proofErr w:type="spellEnd"/>
      <w:r>
        <w:t xml:space="preserve">, </w:t>
      </w:r>
      <w:proofErr w:type="spellStart"/>
      <w:r>
        <w:t>quantidades</w:t>
      </w:r>
      <w:proofErr w:type="spellEnd"/>
      <w:r>
        <w:t xml:space="preserve"> e </w:t>
      </w:r>
      <w:proofErr w:type="spellStart"/>
      <w:r>
        <w:t>artes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</w:t>
      </w:r>
      <w:proofErr w:type="spellStart"/>
      <w:r>
        <w:t>definidas</w:t>
      </w:r>
      <w:proofErr w:type="spellEnd"/>
      <w:r>
        <w:t xml:space="preserve"> pela CONDERLAGOS no </w:t>
      </w:r>
      <w:proofErr w:type="spellStart"/>
      <w:r>
        <w:t>instrumento</w:t>
      </w:r>
      <w:proofErr w:type="spellEnd"/>
      <w:r>
        <w:t xml:space="preserve"> </w:t>
      </w:r>
      <w:proofErr w:type="spellStart"/>
      <w:r>
        <w:t>convocatório</w:t>
      </w:r>
      <w:proofErr w:type="spellEnd"/>
      <w:r>
        <w:t xml:space="preserve"> e/</w:t>
      </w:r>
      <w:proofErr w:type="spellStart"/>
      <w:r>
        <w:t>ou</w:t>
      </w:r>
      <w:proofErr w:type="spellEnd"/>
      <w:r>
        <w:t xml:space="preserve"> no </w:t>
      </w:r>
      <w:proofErr w:type="spellStart"/>
      <w:r>
        <w:t>Termo</w:t>
      </w:r>
      <w:proofErr w:type="spellEnd"/>
      <w:r>
        <w:t xml:space="preserve"> de </w:t>
      </w:r>
      <w:proofErr w:type="spellStart"/>
      <w:r>
        <w:t>Referência</w:t>
      </w:r>
      <w:proofErr w:type="spellEnd"/>
      <w:r>
        <w:t xml:space="preserve">, </w:t>
      </w:r>
      <w:proofErr w:type="spellStart"/>
      <w:r>
        <w:t>observando</w:t>
      </w:r>
      <w:proofErr w:type="spellEnd"/>
      <w:r>
        <w:t>-</w:t>
      </w:r>
      <w:proofErr w:type="spellStart"/>
      <w:r>
        <w:t xml:space="preserve">se </w:t>
      </w:r>
      <w:proofErr w:type="gramStart"/>
      <w:r>
        <w:t>a</w:t>
      </w:r>
      <w:proofErr w:type="spellEnd"/>
      <w:proofErr w:type="gramEnd"/>
      <w:r>
        <w:t xml:space="preserve"> identidade visual institucional </w:t>
      </w:r>
      <w:proofErr w:type="spellStart"/>
      <w:r>
        <w:t>vigente</w:t>
      </w:r>
      <w:proofErr w:type="spellEnd"/>
      <w:r>
        <w:t>.</w:t>
      </w:r>
    </w:p>
    <w:p w14:paraId="2D8E6477" w14:textId="77777777" w:rsidR="003D363A" w:rsidRDefault="003D363A">
      <w:pPr>
        <w:spacing w:after="120" w:line="259" w:lineRule="auto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2E9C01C5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A6807D" w14:textId="77777777" w:rsidR="00DD4AC9" w:rsidRDefault="009C4650">
            <w:r>
              <w:rPr>
                <w:b/>
                <w:color w:val="FFFFFF"/>
                <w:sz w:val="20"/>
              </w:rPr>
              <w:t>3. DO QUANTITATIVO DA CONTRATAÇÃO</w:t>
            </w:r>
          </w:p>
        </w:tc>
      </w:tr>
    </w:tbl>
    <w:p w14:paraId="31FCAB8C" w14:textId="77777777" w:rsidR="00DD4AC9" w:rsidRDefault="00DD4AC9">
      <w:pPr>
        <w:spacing w:after="0"/>
      </w:pPr>
    </w:p>
    <w:p w14:paraId="454DF08D" w14:textId="0F1108C5" w:rsidR="00DD4AC9" w:rsidRDefault="009C4650">
      <w:pPr>
        <w:spacing w:after="120" w:line="259" w:lineRule="auto"/>
        <w:jc w:val="both"/>
      </w:pPr>
      <w:proofErr w:type="spellStart"/>
      <w:r>
        <w:t>Os</w:t>
      </w:r>
      <w:proofErr w:type="spellEnd"/>
      <w:r>
        <w:t xml:space="preserve"> </w:t>
      </w:r>
      <w:proofErr w:type="spellStart"/>
      <w:r>
        <w:t>quantitativos</w:t>
      </w:r>
      <w:proofErr w:type="spellEnd"/>
      <w:r>
        <w:t xml:space="preserve"> </w:t>
      </w:r>
      <w:proofErr w:type="spellStart"/>
      <w:r>
        <w:t>serão</w:t>
      </w:r>
      <w:proofErr w:type="spellEnd"/>
      <w:r>
        <w:t xml:space="preserve"> </w:t>
      </w:r>
      <w:proofErr w:type="spellStart"/>
      <w:r>
        <w:t>estimados</w:t>
      </w:r>
      <w:proofErr w:type="spellEnd"/>
      <w:r>
        <w:t xml:space="preserve"> para o </w:t>
      </w:r>
      <w:proofErr w:type="spellStart"/>
      <w:r>
        <w:t>período</w:t>
      </w:r>
      <w:proofErr w:type="spellEnd"/>
      <w:r>
        <w:t xml:space="preserve"> de </w:t>
      </w:r>
      <w:r w:rsidR="00526446">
        <w:t>12</w:t>
      </w:r>
      <w:r>
        <w:t xml:space="preserve"> (</w:t>
      </w:r>
      <w:r w:rsidR="00526446">
        <w:t>DOZE</w:t>
      </w:r>
      <w:r>
        <w:t xml:space="preserve">) </w:t>
      </w:r>
      <w:proofErr w:type="spellStart"/>
      <w:r>
        <w:t>meses</w:t>
      </w:r>
      <w:proofErr w:type="spellEnd"/>
      <w:r>
        <w:t xml:space="preserve">, </w:t>
      </w:r>
      <w:proofErr w:type="spellStart"/>
      <w:r>
        <w:t>considerando</w:t>
      </w:r>
      <w:proofErr w:type="spellEnd"/>
      <w:r>
        <w:t xml:space="preserve"> a </w:t>
      </w:r>
      <w:proofErr w:type="spellStart"/>
      <w:r>
        <w:t>previsão</w:t>
      </w:r>
      <w:proofErr w:type="spellEnd"/>
      <w:r>
        <w:t xml:space="preserve"> de </w:t>
      </w:r>
      <w:proofErr w:type="spellStart"/>
      <w:r>
        <w:t>distribuição</w:t>
      </w:r>
      <w:proofErr w:type="spellEnd"/>
      <w:r>
        <w:t xml:space="preserve"> de </w:t>
      </w:r>
      <w:proofErr w:type="spellStart"/>
      <w:r>
        <w:t>materiais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feiras</w:t>
      </w:r>
      <w:proofErr w:type="spellEnd"/>
      <w:r>
        <w:t xml:space="preserve">, </w:t>
      </w:r>
      <w:proofErr w:type="spellStart"/>
      <w:r>
        <w:t>eventos</w:t>
      </w:r>
      <w:proofErr w:type="spellEnd"/>
      <w:r>
        <w:t xml:space="preserve"> e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quais</w:t>
      </w:r>
      <w:proofErr w:type="spellEnd"/>
      <w:r>
        <w:t xml:space="preserve"> a CONDERLAGOS </w:t>
      </w:r>
      <w:proofErr w:type="spellStart"/>
      <w:r>
        <w:t>represente</w:t>
      </w:r>
      <w:proofErr w:type="spellEnd"/>
      <w:r>
        <w:t xml:space="preserve"> e </w:t>
      </w:r>
      <w:proofErr w:type="spellStart"/>
      <w:r>
        <w:t>divulgue</w:t>
      </w:r>
      <w:proofErr w:type="spellEnd"/>
      <w:r>
        <w:t xml:space="preserve"> a </w:t>
      </w:r>
      <w:proofErr w:type="spellStart"/>
      <w:r>
        <w:t>Região</w:t>
      </w:r>
      <w:proofErr w:type="spellEnd"/>
      <w:r>
        <w:t xml:space="preserve"> dos Lagos, </w:t>
      </w:r>
      <w:proofErr w:type="spellStart"/>
      <w:r>
        <w:t>bem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a </w:t>
      </w:r>
      <w:proofErr w:type="spellStart"/>
      <w:r>
        <w:t>necessidade</w:t>
      </w:r>
      <w:proofErr w:type="spellEnd"/>
      <w:r>
        <w:t xml:space="preserve"> de </w:t>
      </w:r>
      <w:proofErr w:type="spellStart"/>
      <w:r>
        <w:t>personalização</w:t>
      </w:r>
      <w:proofErr w:type="spellEnd"/>
      <w:r>
        <w:t xml:space="preserve"> de </w:t>
      </w:r>
      <w:proofErr w:type="spellStart"/>
      <w:r>
        <w:t>brindes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, a </w:t>
      </w:r>
      <w:proofErr w:type="spellStart"/>
      <w:r>
        <w:t>quantidade</w:t>
      </w:r>
      <w:proofErr w:type="spellEnd"/>
      <w:r>
        <w:t xml:space="preserve"> de </w:t>
      </w:r>
      <w:proofErr w:type="spellStart"/>
      <w:r>
        <w:t>funcionários</w:t>
      </w:r>
      <w:proofErr w:type="spellEnd"/>
      <w:r>
        <w:t xml:space="preserve"> para fins de </w:t>
      </w:r>
      <w:proofErr w:type="spellStart"/>
      <w:r>
        <w:t>padronização</w:t>
      </w:r>
      <w:proofErr w:type="spellEnd"/>
      <w:r>
        <w:t xml:space="preserve"> e </w:t>
      </w:r>
      <w:proofErr w:type="spellStart"/>
      <w:r>
        <w:t>identificação</w:t>
      </w:r>
      <w:proofErr w:type="spellEnd"/>
      <w:r>
        <w:t xml:space="preserve"> e o </w:t>
      </w:r>
      <w:proofErr w:type="spellStart"/>
      <w:r>
        <w:t>número</w:t>
      </w:r>
      <w:proofErr w:type="spellEnd"/>
      <w:r>
        <w:t xml:space="preserve"> de </w:t>
      </w:r>
      <w:proofErr w:type="spellStart"/>
      <w:r>
        <w:t>municípios</w:t>
      </w:r>
      <w:proofErr w:type="spellEnd"/>
      <w:r>
        <w:t xml:space="preserve"> </w:t>
      </w:r>
      <w:proofErr w:type="spellStart"/>
      <w:r>
        <w:t>consorciados</w:t>
      </w:r>
      <w:proofErr w:type="spellEnd"/>
      <w:r>
        <w:t xml:space="preserve"> e </w:t>
      </w:r>
      <w:proofErr w:type="spellStart"/>
      <w:r>
        <w:t>respectivos</w:t>
      </w:r>
      <w:proofErr w:type="spellEnd"/>
      <w:r>
        <w:t xml:space="preserve"> </w:t>
      </w:r>
      <w:proofErr w:type="spellStart"/>
      <w:r>
        <w:t>representantes</w:t>
      </w:r>
      <w:proofErr w:type="spellEnd"/>
      <w:r>
        <w:t xml:space="preserve"> que </w:t>
      </w:r>
      <w:proofErr w:type="spellStart"/>
      <w:r>
        <w:t>possam</w:t>
      </w:r>
      <w:proofErr w:type="spellEnd"/>
      <w:r>
        <w:t xml:space="preserve"> ser </w:t>
      </w:r>
      <w:proofErr w:type="spellStart"/>
      <w:r>
        <w:t>atendidos</w:t>
      </w:r>
      <w:proofErr w:type="spellEnd"/>
      <w:r>
        <w:t xml:space="preserve"> </w:t>
      </w:r>
      <w:proofErr w:type="spellStart"/>
      <w:r>
        <w:t>pelas</w:t>
      </w:r>
      <w:proofErr w:type="spellEnd"/>
      <w:r>
        <w:t xml:space="preserve">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>.</w:t>
      </w:r>
    </w:p>
    <w:p w14:paraId="5A123121" w14:textId="1F1F54C8" w:rsidR="00DD4AC9" w:rsidRDefault="009C4650">
      <w:pPr>
        <w:spacing w:after="120" w:line="259" w:lineRule="auto"/>
        <w:jc w:val="both"/>
      </w:pPr>
      <w:proofErr w:type="spellStart"/>
      <w:r>
        <w:t>Em</w:t>
      </w:r>
      <w:proofErr w:type="spellEnd"/>
      <w:r>
        <w:t xml:space="preserve"> </w:t>
      </w:r>
      <w:proofErr w:type="spellStart"/>
      <w:r>
        <w:t>razão</w:t>
      </w:r>
      <w:proofErr w:type="spellEnd"/>
      <w:r>
        <w:t xml:space="preserve"> da </w:t>
      </w:r>
      <w:proofErr w:type="spellStart"/>
      <w:r>
        <w:t>natureza</w:t>
      </w:r>
      <w:proofErr w:type="spellEnd"/>
      <w:r>
        <w:t xml:space="preserve"> </w:t>
      </w:r>
      <w:proofErr w:type="spellStart"/>
      <w:r>
        <w:t>variável</w:t>
      </w:r>
      <w:proofErr w:type="spellEnd"/>
      <w:r>
        <w:t xml:space="preserve"> das </w:t>
      </w:r>
      <w:proofErr w:type="spellStart"/>
      <w:r>
        <w:t>atividades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e da </w:t>
      </w:r>
      <w:proofErr w:type="spellStart"/>
      <w:r>
        <w:t>impossibilidade</w:t>
      </w:r>
      <w:proofErr w:type="spellEnd"/>
      <w:r>
        <w:t xml:space="preserve"> de </w:t>
      </w:r>
      <w:proofErr w:type="spellStart"/>
      <w:r>
        <w:t>prever</w:t>
      </w:r>
      <w:proofErr w:type="spellEnd"/>
      <w:r>
        <w:t xml:space="preserve"> com </w:t>
      </w:r>
      <w:proofErr w:type="spellStart"/>
      <w:r>
        <w:t>exatidão</w:t>
      </w:r>
      <w:proofErr w:type="spellEnd"/>
      <w:r>
        <w:t xml:space="preserve">, no </w:t>
      </w:r>
      <w:proofErr w:type="spellStart"/>
      <w:r>
        <w:t>momento</w:t>
      </w:r>
      <w:proofErr w:type="spellEnd"/>
      <w:r>
        <w:t xml:space="preserve"> da </w:t>
      </w:r>
      <w:proofErr w:type="spellStart"/>
      <w:r>
        <w:t>elaboração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D</w:t>
      </w:r>
      <w:r w:rsidR="00526446">
        <w:t>O</w:t>
      </w:r>
      <w:r>
        <w:t xml:space="preserve">D, </w:t>
      </w:r>
      <w:proofErr w:type="spellStart"/>
      <w:r>
        <w:t>todas</w:t>
      </w:r>
      <w:proofErr w:type="spellEnd"/>
      <w:r>
        <w:t xml:space="preserve"> as </w:t>
      </w:r>
      <w:proofErr w:type="spellStart"/>
      <w:r>
        <w:t>feiras</w:t>
      </w:r>
      <w:proofErr w:type="spellEnd"/>
      <w:r>
        <w:t xml:space="preserve">, </w:t>
      </w:r>
      <w:proofErr w:type="spellStart"/>
      <w:r>
        <w:t>eventos</w:t>
      </w:r>
      <w:proofErr w:type="spellEnd"/>
      <w:r>
        <w:t xml:space="preserve">, reuniões e </w:t>
      </w:r>
      <w:proofErr w:type="spellStart"/>
      <w:r>
        <w:t>ações</w:t>
      </w:r>
      <w:proofErr w:type="spellEnd"/>
      <w:r>
        <w:t xml:space="preserve"> que </w:t>
      </w:r>
      <w:proofErr w:type="spellStart"/>
      <w:r>
        <w:t>ocorrerão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longo</w:t>
      </w:r>
      <w:proofErr w:type="spellEnd"/>
      <w:r>
        <w:t xml:space="preserve"> do </w:t>
      </w:r>
      <w:proofErr w:type="spellStart"/>
      <w:r>
        <w:t>período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quantitativos</w:t>
      </w:r>
      <w:proofErr w:type="spellEnd"/>
      <w:r>
        <w:t xml:space="preserve"> </w:t>
      </w:r>
      <w:proofErr w:type="spellStart"/>
      <w:r>
        <w:t>possuem</w:t>
      </w:r>
      <w:proofErr w:type="spellEnd"/>
      <w:r>
        <w:t xml:space="preserve"> </w:t>
      </w:r>
      <w:proofErr w:type="spellStart"/>
      <w:r>
        <w:t>caráter</w:t>
      </w:r>
      <w:proofErr w:type="spellEnd"/>
      <w:r>
        <w:t xml:space="preserve"> </w:t>
      </w:r>
      <w:proofErr w:type="spellStart"/>
      <w:r>
        <w:t>estimativo</w:t>
      </w:r>
      <w:proofErr w:type="spellEnd"/>
      <w:r>
        <w:t xml:space="preserve"> e </w:t>
      </w:r>
      <w:proofErr w:type="spellStart"/>
      <w:proofErr w:type="gramStart"/>
      <w:r>
        <w:t>estão</w:t>
      </w:r>
      <w:proofErr w:type="spellEnd"/>
      <w:r>
        <w:t xml:space="preserve">  </w:t>
      </w:r>
      <w:proofErr w:type="spellStart"/>
      <w:r>
        <w:t>consolidados</w:t>
      </w:r>
      <w:proofErr w:type="spellEnd"/>
      <w:proofErr w:type="gram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</w:t>
      </w:r>
      <w:proofErr w:type="spellStart"/>
      <w:r>
        <w:t>Quantitativa</w:t>
      </w:r>
      <w:proofErr w:type="spellEnd"/>
      <w:r>
        <w:t>/Anexo I.</w:t>
      </w:r>
    </w:p>
    <w:p w14:paraId="028DA9B3" w14:textId="77777777" w:rsidR="003D363A" w:rsidRDefault="003D363A">
      <w:pPr>
        <w:spacing w:after="120" w:line="259" w:lineRule="auto"/>
        <w:jc w:val="both"/>
      </w:pPr>
    </w:p>
    <w:p w14:paraId="047B4440" w14:textId="77777777" w:rsidR="003D363A" w:rsidRDefault="003D363A">
      <w:pPr>
        <w:spacing w:after="120" w:line="259" w:lineRule="auto"/>
        <w:jc w:val="both"/>
      </w:pPr>
    </w:p>
    <w:p w14:paraId="006E3773" w14:textId="77777777" w:rsidR="003D363A" w:rsidRDefault="003D363A">
      <w:pPr>
        <w:spacing w:after="120" w:line="259" w:lineRule="auto"/>
        <w:jc w:val="both"/>
      </w:pPr>
    </w:p>
    <w:p w14:paraId="0F68BBF6" w14:textId="77777777" w:rsidR="00EB3BCC" w:rsidRPr="00EB3BCC" w:rsidRDefault="00EB3BCC" w:rsidP="00EB3BCC">
      <w:pPr>
        <w:spacing w:after="120" w:line="259" w:lineRule="auto"/>
        <w:jc w:val="both"/>
        <w:rPr>
          <w:b/>
          <w:bCs/>
          <w:lang w:val="pt-BR"/>
        </w:rPr>
      </w:pPr>
      <w:r w:rsidRPr="00EB3BCC">
        <w:rPr>
          <w:b/>
          <w:bCs/>
          <w:lang w:val="pt-BR"/>
        </w:rPr>
        <w:lastRenderedPageBreak/>
        <w:t>TABELA – MATERIAIS GRÁFICOS PERSONALIZADOS</w:t>
      </w:r>
    </w:p>
    <w:tbl>
      <w:tblPr>
        <w:tblW w:w="9199" w:type="dxa"/>
        <w:tblLook w:val="06A0" w:firstRow="1" w:lastRow="0" w:firstColumn="1" w:lastColumn="0" w:noHBand="1" w:noVBand="1"/>
      </w:tblPr>
      <w:tblGrid>
        <w:gridCol w:w="852"/>
        <w:gridCol w:w="5184"/>
        <w:gridCol w:w="1547"/>
        <w:gridCol w:w="1616"/>
      </w:tblGrid>
      <w:tr w:rsidR="00526446" w:rsidRPr="00526446" w14:paraId="79A515F3" w14:textId="77777777" w:rsidTr="00526446">
        <w:trPr>
          <w:trHeight w:val="6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0044C75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ITEM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FF5E924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Descrição</w:t>
            </w:r>
            <w:proofErr w:type="spellEnd"/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7FDCC3D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QTD.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4B0471F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CATSER/CATMAT</w:t>
            </w:r>
          </w:p>
        </w:tc>
      </w:tr>
      <w:tr w:rsidR="00526446" w:rsidRPr="00526446" w14:paraId="0B8BAAE0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D47F321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C470989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Agenda 2027,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espiral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capa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dura,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miolo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pautado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visão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diária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gramatura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entre 56 e 63 g/m².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C45B0BA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D85A804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315805</w:t>
            </w:r>
          </w:p>
        </w:tc>
      </w:tr>
      <w:tr w:rsidR="00526446" w:rsidRPr="00526446" w14:paraId="25F8DE31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8270BF3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2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D022212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Carteira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/identidade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funcional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PVC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rígido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formato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padrão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cartão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aproximadamente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85/86 x 54 mm,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espessura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entre 0,50 e 0,76 mm, com cantos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arredondados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laminação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protetora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foto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dados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pessoais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profissionais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QR Code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informações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profissionais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5E2009B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FDB2A76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631076</w:t>
            </w:r>
          </w:p>
        </w:tc>
      </w:tr>
      <w:tr w:rsidR="00526446" w:rsidRPr="00526446" w14:paraId="51524956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770B1CD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3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961E190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Crachá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PVC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rígido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espessura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aproximadamente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0,76 mm,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tamanho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86 x 54 mm,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personalizado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acompanhado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cordão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20 mm x 85 cm,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impressão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presilha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tipo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jacaré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B170DDA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2EE0C15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631076</w:t>
            </w:r>
          </w:p>
        </w:tc>
      </w:tr>
      <w:tr w:rsidR="00526446" w:rsidRPr="00526446" w14:paraId="6F1A3EDB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CD43B90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4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4FDDC8D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Pasta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orelha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para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capa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processos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formato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aberto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31 x 45 cm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fechado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22 x 31 cm,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adequada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para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documentos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formato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A4, com abas/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dobras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internas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para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fixação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dos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documentos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A02F3E0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2E9D196" w14:textId="62106454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18570</w:t>
            </w:r>
          </w:p>
        </w:tc>
      </w:tr>
      <w:tr w:rsidR="00526446" w:rsidRPr="00526446" w14:paraId="626826B6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CEA4FD1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5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404F34C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Crachá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papel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cartão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para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eventos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tamanho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10 x 14 cm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9 x 12,5 cm,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gramatura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250 a 300 g,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logomarca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do CONDERLAGOS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espaço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para nome do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participante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acompanhado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cordão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CF67370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0986BB1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631076</w:t>
            </w:r>
          </w:p>
        </w:tc>
      </w:tr>
      <w:tr w:rsidR="00526446" w:rsidRPr="00526446" w14:paraId="5E9BE2D5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0A203E9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6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27CDBC8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Caneta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personalizada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para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eventos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aproximadamente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14 cm,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ponta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esferográfica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1,0 mm,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tinta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azul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acionamento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por clique.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B087534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9229431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462546</w:t>
            </w:r>
          </w:p>
        </w:tc>
      </w:tr>
      <w:tr w:rsidR="00526446" w:rsidRPr="00526446" w14:paraId="3B2A6429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D59E6B7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7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CF4AC16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Botton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para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eventos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formato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redondo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diâmetro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entre 3,5 e 4,5 cm, verso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alumínio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plástico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dureza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alfinete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segurança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impressão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digital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colorida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definição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película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protetora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17A84E8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17EDE7E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639589</w:t>
            </w:r>
          </w:p>
        </w:tc>
      </w:tr>
      <w:tr w:rsidR="00526446" w:rsidRPr="00526446" w14:paraId="341E99AC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451514F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8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EA92A6E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Adesivo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vinil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autocolante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performance,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brilhante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fosco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medindo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aproximadamente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3,00 m x 2,80 m.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ACD728F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D98A5D5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18961</w:t>
            </w:r>
          </w:p>
        </w:tc>
      </w:tr>
      <w:tr w:rsidR="00526446" w:rsidRPr="00526446" w14:paraId="785C0C4B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4FA254B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9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B755E80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Impressão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encadernação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documento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com 500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páginas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coloridas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formato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A4,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impressão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frente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verso,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papel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sulfite de 75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90 g/m²,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capa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frontal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transparente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PVC,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contracapa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preta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encadernação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espiral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0B72D71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41658DE" w14:textId="2C81699B" w:rsidR="00526446" w:rsidRPr="00526446" w:rsidRDefault="003E3B6C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>
              <w:rPr>
                <w:rFonts w:ascii="Aptos" w:eastAsia="Aptos" w:hAnsi="Aptos" w:cs="Aptos"/>
                <w:sz w:val="20"/>
                <w:szCs w:val="20"/>
              </w:rPr>
              <w:t>18570</w:t>
            </w:r>
          </w:p>
        </w:tc>
      </w:tr>
      <w:tr w:rsidR="00526446" w:rsidRPr="00526446" w14:paraId="22546894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E509CAB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10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5973D09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Confecção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impressão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banner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lona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vinílica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medindo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2,50 m x 2,00 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material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resistência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estrutura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composta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por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bastões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nas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extremidades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corda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sustentação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60D7848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5D61E48" w14:textId="20B44D1D" w:rsidR="00526446" w:rsidRPr="00526446" w:rsidRDefault="003E3B6C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>
              <w:rPr>
                <w:rFonts w:ascii="Aptos" w:eastAsia="Aptos" w:hAnsi="Aptos" w:cs="Aptos"/>
                <w:sz w:val="20"/>
                <w:szCs w:val="20"/>
              </w:rPr>
              <w:t>18570</w:t>
            </w:r>
          </w:p>
        </w:tc>
      </w:tr>
      <w:tr w:rsidR="00526446" w:rsidRPr="00526446" w14:paraId="40EC5683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B3CC6FE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11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5AAADDB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Ecobag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algodão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cru,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gramatura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entre 100 e 150 g/m²,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aproximadamente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35 a 37 cm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largura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x 40 cm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altura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alças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aproximadamente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60 a 70 cm.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7FDC6B25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D8ACD22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394035</w:t>
            </w:r>
          </w:p>
        </w:tc>
      </w:tr>
      <w:tr w:rsidR="00526446" w:rsidRPr="00526446" w14:paraId="2702A8A7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45BFAC2B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12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53CB986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Placa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interna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identificação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sala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PVC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rígido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expandido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espessura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entre 1 e 3 mm,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dimensões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lastRenderedPageBreak/>
              <w:t>aproximadas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8 x 20 cm, 25 x 10 cm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30 x 9 cm, com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impressão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digital 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sistema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fixação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5A62397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4172567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5452</w:t>
            </w:r>
          </w:p>
        </w:tc>
      </w:tr>
      <w:tr w:rsidR="00526446" w:rsidRPr="00526446" w14:paraId="18555F2A" w14:textId="77777777" w:rsidTr="00526446">
        <w:trPr>
          <w:trHeight w:val="300"/>
        </w:trPr>
        <w:tc>
          <w:tcPr>
            <w:tcW w:w="8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C0CC60B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13</w:t>
            </w:r>
          </w:p>
        </w:tc>
        <w:tc>
          <w:tcPr>
            <w:tcW w:w="522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1165064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Placa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display de mesa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em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PVC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rígido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leve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resistente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e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fácil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limpeza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modelo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tipo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A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ou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V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invertido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permitindo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exposição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de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informações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nos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dois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lados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, </w:t>
            </w:r>
            <w:proofErr w:type="spellStart"/>
            <w:r w:rsidRPr="00526446">
              <w:rPr>
                <w:rFonts w:ascii="Aptos" w:eastAsia="Aptos" w:hAnsi="Aptos" w:cs="Aptos"/>
                <w:sz w:val="20"/>
                <w:szCs w:val="20"/>
              </w:rPr>
              <w:t>aproximadamente</w:t>
            </w:r>
            <w:proofErr w:type="spellEnd"/>
            <w:r w:rsidRPr="00526446">
              <w:rPr>
                <w:rFonts w:ascii="Aptos" w:eastAsia="Aptos" w:hAnsi="Aptos" w:cs="Aptos"/>
                <w:sz w:val="20"/>
                <w:szCs w:val="20"/>
              </w:rPr>
              <w:t xml:space="preserve"> 10 x 15 cm.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016CF3D" w14:textId="77777777" w:rsidR="00526446" w:rsidRPr="00526446" w:rsidRDefault="00526446" w:rsidP="00052DEB">
            <w:pPr>
              <w:spacing w:after="0" w:line="278" w:lineRule="auto"/>
              <w:jc w:val="center"/>
              <w:rPr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462409C" w14:textId="77777777" w:rsidR="00526446" w:rsidRPr="00526446" w:rsidRDefault="00526446" w:rsidP="00052DEB">
            <w:pPr>
              <w:spacing w:line="278" w:lineRule="auto"/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r w:rsidRPr="00526446">
              <w:rPr>
                <w:rFonts w:ascii="Aptos" w:eastAsia="Aptos" w:hAnsi="Aptos" w:cs="Aptos"/>
                <w:sz w:val="20"/>
                <w:szCs w:val="20"/>
              </w:rPr>
              <w:t>5452</w:t>
            </w:r>
          </w:p>
        </w:tc>
      </w:tr>
    </w:tbl>
    <w:p w14:paraId="615DE39C" w14:textId="00032BEA" w:rsidR="00DD4AC9" w:rsidRDefault="00DD4AC9">
      <w:pPr>
        <w:spacing w:after="1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7A0B2B0D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F1BDCC" w14:textId="77777777" w:rsidR="00DD4AC9" w:rsidRDefault="009C4650">
            <w:r>
              <w:rPr>
                <w:b/>
                <w:color w:val="FFFFFF"/>
                <w:sz w:val="20"/>
              </w:rPr>
              <w:t>4. DA JUSTIFICATIVA DA NECESSIDADE DA CONTRATAÇÃO</w:t>
            </w:r>
          </w:p>
        </w:tc>
      </w:tr>
    </w:tbl>
    <w:p w14:paraId="197F79CD" w14:textId="77777777" w:rsidR="00DD4AC9" w:rsidRDefault="00DD4AC9">
      <w:pPr>
        <w:spacing w:after="0"/>
      </w:pPr>
    </w:p>
    <w:p w14:paraId="4A706C7D" w14:textId="77777777" w:rsidR="00DD4AC9" w:rsidRDefault="009C4650">
      <w:pPr>
        <w:spacing w:after="120" w:line="259" w:lineRule="auto"/>
        <w:jc w:val="both"/>
      </w:pPr>
      <w:r>
        <w:t xml:space="preserve">A CONDERLAGOS – </w:t>
      </w:r>
      <w:proofErr w:type="spellStart"/>
      <w:r>
        <w:t>Consórcio</w:t>
      </w:r>
      <w:proofErr w:type="spellEnd"/>
      <w:r>
        <w:t xml:space="preserve"> Intermunicipal para o </w:t>
      </w:r>
      <w:proofErr w:type="spellStart"/>
      <w:r>
        <w:t>Desenvolvimento</w:t>
      </w:r>
      <w:proofErr w:type="spellEnd"/>
      <w:r>
        <w:t xml:space="preserve"> da </w:t>
      </w:r>
      <w:proofErr w:type="spellStart"/>
      <w:r>
        <w:t>Região</w:t>
      </w:r>
      <w:proofErr w:type="spellEnd"/>
      <w:r>
        <w:t xml:space="preserve"> dos Lagos, no </w:t>
      </w:r>
      <w:proofErr w:type="spellStart"/>
      <w:r>
        <w:t>cumprimento</w:t>
      </w:r>
      <w:proofErr w:type="spellEnd"/>
      <w:r>
        <w:t xml:space="preserve"> de </w:t>
      </w:r>
      <w:proofErr w:type="spellStart"/>
      <w:r>
        <w:t>suas</w:t>
      </w:r>
      <w:proofErr w:type="spellEnd"/>
      <w:r>
        <w:t xml:space="preserve"> </w:t>
      </w:r>
      <w:proofErr w:type="spellStart"/>
      <w:r>
        <w:t>atribuições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, </w:t>
      </w:r>
      <w:proofErr w:type="spellStart"/>
      <w:r>
        <w:t>participa</w:t>
      </w:r>
      <w:proofErr w:type="spellEnd"/>
      <w:r>
        <w:t xml:space="preserve"> e </w:t>
      </w:r>
      <w:proofErr w:type="spellStart"/>
      <w:r>
        <w:t>promove</w:t>
      </w:r>
      <w:proofErr w:type="spellEnd"/>
      <w:r>
        <w:t xml:space="preserve"> </w:t>
      </w:r>
      <w:proofErr w:type="spellStart"/>
      <w:r>
        <w:t>feiras</w:t>
      </w:r>
      <w:proofErr w:type="spellEnd"/>
      <w:r>
        <w:t xml:space="preserve">, </w:t>
      </w:r>
      <w:proofErr w:type="spellStart"/>
      <w:r>
        <w:t>eventos</w:t>
      </w:r>
      <w:proofErr w:type="spellEnd"/>
      <w:r>
        <w:t xml:space="preserve">, reuniões, </w:t>
      </w:r>
      <w:proofErr w:type="spellStart"/>
      <w:r>
        <w:t>encontros</w:t>
      </w:r>
      <w:proofErr w:type="spellEnd"/>
      <w:r>
        <w:t xml:space="preserve"> </w:t>
      </w:r>
      <w:proofErr w:type="spellStart"/>
      <w:r>
        <w:t>técnicos</w:t>
      </w:r>
      <w:proofErr w:type="spellEnd"/>
      <w:r>
        <w:t xml:space="preserve">, </w:t>
      </w:r>
      <w:proofErr w:type="spellStart"/>
      <w:r>
        <w:t>apresentações</w:t>
      </w:r>
      <w:proofErr w:type="spellEnd"/>
      <w:r>
        <w:t xml:space="preserve">, </w:t>
      </w:r>
      <w:proofErr w:type="spellStart"/>
      <w:r>
        <w:t>ações</w:t>
      </w:r>
      <w:proofErr w:type="spellEnd"/>
      <w:r>
        <w:t xml:space="preserve"> de </w:t>
      </w:r>
      <w:proofErr w:type="spellStart"/>
      <w:r>
        <w:t>divulgação</w:t>
      </w:r>
      <w:proofErr w:type="spellEnd"/>
      <w:r>
        <w:t xml:space="preserve">, </w:t>
      </w:r>
      <w:proofErr w:type="spellStart"/>
      <w:r>
        <w:t>atividades</w:t>
      </w:r>
      <w:proofErr w:type="spellEnd"/>
      <w:r>
        <w:t xml:space="preserve"> de </w:t>
      </w:r>
      <w:proofErr w:type="spellStart"/>
      <w:r>
        <w:t>relacionamento</w:t>
      </w:r>
      <w:proofErr w:type="spellEnd"/>
      <w:r>
        <w:t xml:space="preserve"> institucional e </w:t>
      </w:r>
      <w:proofErr w:type="spellStart"/>
      <w:r>
        <w:t>demais</w:t>
      </w:r>
      <w:proofErr w:type="spellEnd"/>
      <w:r>
        <w:t xml:space="preserve"> </w:t>
      </w:r>
      <w:proofErr w:type="spellStart"/>
      <w:r>
        <w:t>iniciativas</w:t>
      </w:r>
      <w:proofErr w:type="spellEnd"/>
      <w:r>
        <w:t xml:space="preserve"> </w:t>
      </w:r>
      <w:proofErr w:type="spellStart"/>
      <w:r>
        <w:t>voltadas</w:t>
      </w:r>
      <w:proofErr w:type="spellEnd"/>
      <w:r>
        <w:t xml:space="preserve"> à </w:t>
      </w:r>
      <w:proofErr w:type="spellStart"/>
      <w:r>
        <w:t>integração</w:t>
      </w:r>
      <w:proofErr w:type="spellEnd"/>
      <w:r>
        <w:t xml:space="preserve"> e </w:t>
      </w:r>
      <w:proofErr w:type="spellStart"/>
      <w:r>
        <w:t>ao</w:t>
      </w:r>
      <w:proofErr w:type="spellEnd"/>
      <w:r>
        <w:t xml:space="preserve"> </w:t>
      </w:r>
      <w:proofErr w:type="spellStart"/>
      <w:r>
        <w:t>desenvolvimento</w:t>
      </w:r>
      <w:proofErr w:type="spellEnd"/>
      <w:r>
        <w:t xml:space="preserve"> dos </w:t>
      </w:r>
      <w:proofErr w:type="spellStart"/>
      <w:r>
        <w:t>municípios</w:t>
      </w:r>
      <w:proofErr w:type="spellEnd"/>
      <w:r>
        <w:t xml:space="preserve"> </w:t>
      </w:r>
      <w:proofErr w:type="spellStart"/>
      <w:r>
        <w:t>consorciados</w:t>
      </w:r>
      <w:proofErr w:type="spellEnd"/>
      <w:r>
        <w:t xml:space="preserve"> e à </w:t>
      </w:r>
      <w:proofErr w:type="spellStart"/>
      <w:r>
        <w:t>representação</w:t>
      </w:r>
      <w:proofErr w:type="spellEnd"/>
      <w:r>
        <w:t xml:space="preserve"> da </w:t>
      </w:r>
      <w:proofErr w:type="spellStart"/>
      <w:r>
        <w:t>Região</w:t>
      </w:r>
      <w:proofErr w:type="spellEnd"/>
      <w:r>
        <w:t xml:space="preserve"> dos Lagos.</w:t>
      </w:r>
    </w:p>
    <w:p w14:paraId="55FEC808" w14:textId="77777777" w:rsidR="00DD4AC9" w:rsidRDefault="009C4650">
      <w:pPr>
        <w:spacing w:after="120" w:line="259" w:lineRule="auto"/>
        <w:jc w:val="both"/>
      </w:pPr>
      <w:proofErr w:type="spellStart"/>
      <w:r>
        <w:t>Nessas</w:t>
      </w:r>
      <w:proofErr w:type="spellEnd"/>
      <w:r>
        <w:t xml:space="preserve"> </w:t>
      </w:r>
      <w:proofErr w:type="spellStart"/>
      <w:r>
        <w:t>atividades</w:t>
      </w:r>
      <w:proofErr w:type="spellEnd"/>
      <w:r>
        <w:t xml:space="preserve">, a </w:t>
      </w:r>
      <w:proofErr w:type="spellStart"/>
      <w:r>
        <w:t>utilização</w:t>
      </w:r>
      <w:proofErr w:type="spellEnd"/>
      <w:r>
        <w:t xml:space="preserve"> de </w:t>
      </w:r>
      <w:proofErr w:type="spellStart"/>
      <w:r>
        <w:t>materiais</w:t>
      </w:r>
      <w:proofErr w:type="spellEnd"/>
      <w:r>
        <w:t xml:space="preserve"> </w:t>
      </w:r>
      <w:proofErr w:type="spellStart"/>
      <w:r>
        <w:t>gráficos</w:t>
      </w:r>
      <w:proofErr w:type="spellEnd"/>
      <w:r>
        <w:t xml:space="preserve"> </w:t>
      </w:r>
      <w:proofErr w:type="spellStart"/>
      <w:r>
        <w:t>personalizados</w:t>
      </w:r>
      <w:proofErr w:type="spellEnd"/>
      <w:r>
        <w:t xml:space="preserve"> </w:t>
      </w:r>
      <w:proofErr w:type="spellStart"/>
      <w:r>
        <w:t>constitui</w:t>
      </w:r>
      <w:proofErr w:type="spellEnd"/>
      <w:r>
        <w:t xml:space="preserve"> </w:t>
      </w:r>
      <w:proofErr w:type="spellStart"/>
      <w:r>
        <w:t>instrumento</w:t>
      </w:r>
      <w:proofErr w:type="spellEnd"/>
      <w:r>
        <w:t xml:space="preserve"> de </w:t>
      </w:r>
      <w:proofErr w:type="spellStart"/>
      <w:r>
        <w:t>comunicação</w:t>
      </w:r>
      <w:proofErr w:type="spellEnd"/>
      <w:r>
        <w:t xml:space="preserve"> institucional, </w:t>
      </w:r>
      <w:proofErr w:type="spellStart"/>
      <w:r>
        <w:t>divulgação</w:t>
      </w:r>
      <w:proofErr w:type="spellEnd"/>
      <w:r>
        <w:t xml:space="preserve"> e </w:t>
      </w:r>
      <w:proofErr w:type="spellStart"/>
      <w:r>
        <w:t>fortalecimento</w:t>
      </w:r>
      <w:proofErr w:type="spellEnd"/>
      <w:r>
        <w:t xml:space="preserve"> da identidade do </w:t>
      </w:r>
      <w:proofErr w:type="spellStart"/>
      <w:r>
        <w:t>Consórcio</w:t>
      </w:r>
      <w:proofErr w:type="spellEnd"/>
      <w:r>
        <w:t xml:space="preserve"> e da </w:t>
      </w:r>
      <w:proofErr w:type="spellStart"/>
      <w:r>
        <w:t>Região</w:t>
      </w:r>
      <w:proofErr w:type="spellEnd"/>
      <w:r>
        <w:t xml:space="preserve"> dos Lagos, </w:t>
      </w:r>
      <w:proofErr w:type="spellStart"/>
      <w:r>
        <w:t>permitindo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apresentação</w:t>
      </w:r>
      <w:proofErr w:type="spellEnd"/>
      <w:r>
        <w:t xml:space="preserve"> </w:t>
      </w:r>
      <w:proofErr w:type="spellStart"/>
      <w:r>
        <w:t>padronizada</w:t>
      </w:r>
      <w:proofErr w:type="spellEnd"/>
      <w:r>
        <w:t xml:space="preserve"> das </w:t>
      </w:r>
      <w:proofErr w:type="spellStart"/>
      <w:r>
        <w:t>informações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, </w:t>
      </w:r>
      <w:proofErr w:type="spellStart"/>
      <w:r>
        <w:t>projetos</w:t>
      </w:r>
      <w:proofErr w:type="spellEnd"/>
      <w:r>
        <w:t xml:space="preserve">, </w:t>
      </w:r>
      <w:proofErr w:type="spellStart"/>
      <w:r>
        <w:t>ações</w:t>
      </w:r>
      <w:proofErr w:type="spellEnd"/>
      <w:r>
        <w:t xml:space="preserve"> e </w:t>
      </w:r>
      <w:proofErr w:type="spellStart"/>
      <w:r>
        <w:t>potencialidades</w:t>
      </w:r>
      <w:proofErr w:type="spellEnd"/>
      <w:r>
        <w:t xml:space="preserve"> </w:t>
      </w:r>
      <w:proofErr w:type="spellStart"/>
      <w:r>
        <w:t>regionais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, </w:t>
      </w:r>
      <w:proofErr w:type="spellStart"/>
      <w:r>
        <w:t>autoridades</w:t>
      </w:r>
      <w:proofErr w:type="spellEnd"/>
      <w:r>
        <w:t xml:space="preserve">, </w:t>
      </w:r>
      <w:proofErr w:type="spellStart"/>
      <w:r>
        <w:t>representantes</w:t>
      </w:r>
      <w:proofErr w:type="spellEnd"/>
      <w:r>
        <w:t xml:space="preserve"> de </w:t>
      </w:r>
      <w:proofErr w:type="spellStart"/>
      <w:r>
        <w:t>municípios</w:t>
      </w:r>
      <w:proofErr w:type="spellEnd"/>
      <w:r>
        <w:t xml:space="preserve">, </w:t>
      </w:r>
      <w:proofErr w:type="spellStart"/>
      <w:r>
        <w:t>parceiros</w:t>
      </w:r>
      <w:proofErr w:type="spellEnd"/>
      <w:r>
        <w:t xml:space="preserve">, </w:t>
      </w:r>
      <w:proofErr w:type="spellStart"/>
      <w:r>
        <w:t>visitantes</w:t>
      </w:r>
      <w:proofErr w:type="spellEnd"/>
      <w:r>
        <w:t xml:space="preserve"> e </w:t>
      </w:r>
      <w:proofErr w:type="spellStart"/>
      <w:r>
        <w:t>demais</w:t>
      </w:r>
      <w:proofErr w:type="spellEnd"/>
      <w:r>
        <w:t xml:space="preserve"> </w:t>
      </w:r>
      <w:proofErr w:type="spellStart"/>
      <w:r>
        <w:t>participantes</w:t>
      </w:r>
      <w:proofErr w:type="spellEnd"/>
      <w:r>
        <w:t>.</w:t>
      </w:r>
    </w:p>
    <w:p w14:paraId="2A4CC5D5" w14:textId="77777777" w:rsidR="00DD4AC9" w:rsidRDefault="009C4650">
      <w:pPr>
        <w:spacing w:after="120" w:line="259" w:lineRule="auto"/>
        <w:jc w:val="both"/>
      </w:pPr>
      <w:r>
        <w:t xml:space="preserve">A </w:t>
      </w:r>
      <w:proofErr w:type="spellStart"/>
      <w:r>
        <w:t>contratação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se </w:t>
      </w:r>
      <w:proofErr w:type="spellStart"/>
      <w:r>
        <w:t>mostra</w:t>
      </w:r>
      <w:proofErr w:type="spellEnd"/>
      <w:r>
        <w:t xml:space="preserve"> </w:t>
      </w:r>
      <w:proofErr w:type="spellStart"/>
      <w:r>
        <w:t>necessária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à </w:t>
      </w:r>
      <w:proofErr w:type="spellStart"/>
      <w:r>
        <w:t>demanda</w:t>
      </w:r>
      <w:proofErr w:type="spellEnd"/>
      <w:r>
        <w:t xml:space="preserve"> de </w:t>
      </w:r>
      <w:proofErr w:type="spellStart"/>
      <w:r>
        <w:t>personalização</w:t>
      </w:r>
      <w:proofErr w:type="spellEnd"/>
      <w:r>
        <w:t xml:space="preserve"> de </w:t>
      </w:r>
      <w:proofErr w:type="spellStart"/>
      <w:r>
        <w:t>brindes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</w:t>
      </w:r>
      <w:proofErr w:type="spellStart"/>
      <w:r>
        <w:t>destinados</w:t>
      </w:r>
      <w:proofErr w:type="spellEnd"/>
      <w:r>
        <w:t xml:space="preserve"> a </w:t>
      </w:r>
      <w:proofErr w:type="spellStart"/>
      <w:r>
        <w:t>ações</w:t>
      </w:r>
      <w:proofErr w:type="spellEnd"/>
      <w:r>
        <w:t xml:space="preserve"> de </w:t>
      </w:r>
      <w:proofErr w:type="spellStart"/>
      <w:r>
        <w:t>relacionamento</w:t>
      </w:r>
      <w:proofErr w:type="spellEnd"/>
      <w:r>
        <w:t xml:space="preserve"> com </w:t>
      </w:r>
      <w:proofErr w:type="spellStart"/>
      <w:r>
        <w:t>os</w:t>
      </w:r>
      <w:proofErr w:type="spellEnd"/>
      <w:r>
        <w:t xml:space="preserve"> </w:t>
      </w:r>
      <w:proofErr w:type="spellStart"/>
      <w:r>
        <w:t>municípios</w:t>
      </w:r>
      <w:proofErr w:type="spellEnd"/>
      <w:r>
        <w:t xml:space="preserve"> </w:t>
      </w:r>
      <w:proofErr w:type="spellStart"/>
      <w:r>
        <w:t>consorciados</w:t>
      </w:r>
      <w:proofErr w:type="spellEnd"/>
      <w:r>
        <w:t xml:space="preserve"> e </w:t>
      </w:r>
      <w:proofErr w:type="spellStart"/>
      <w:r>
        <w:t>demais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, </w:t>
      </w:r>
      <w:proofErr w:type="spellStart"/>
      <w:r>
        <w:t>além</w:t>
      </w:r>
      <w:proofErr w:type="spellEnd"/>
      <w:r>
        <w:t xml:space="preserve"> de </w:t>
      </w:r>
      <w:proofErr w:type="spellStart"/>
      <w:r>
        <w:t>assegurar</w:t>
      </w:r>
      <w:proofErr w:type="spellEnd"/>
      <w:r>
        <w:t xml:space="preserve"> a </w:t>
      </w:r>
      <w:proofErr w:type="spellStart"/>
      <w:r>
        <w:t>padronização</w:t>
      </w:r>
      <w:proofErr w:type="spellEnd"/>
      <w:r>
        <w:t xml:space="preserve"> e </w:t>
      </w:r>
      <w:proofErr w:type="gramStart"/>
      <w:r>
        <w:t>a</w:t>
      </w:r>
      <w:proofErr w:type="gramEnd"/>
      <w:r>
        <w:t xml:space="preserve"> </w:t>
      </w:r>
      <w:proofErr w:type="spellStart"/>
      <w:r>
        <w:t>identificação</w:t>
      </w:r>
      <w:proofErr w:type="spellEnd"/>
      <w:r>
        <w:t xml:space="preserve"> dos </w:t>
      </w:r>
      <w:proofErr w:type="spellStart"/>
      <w:r>
        <w:t>funcionários</w:t>
      </w:r>
      <w:proofErr w:type="spellEnd"/>
      <w:r>
        <w:t xml:space="preserve">, </w:t>
      </w:r>
      <w:proofErr w:type="spellStart"/>
      <w:r>
        <w:t>contribuindo</w:t>
      </w:r>
      <w:proofErr w:type="spellEnd"/>
      <w:r>
        <w:t xml:space="preserve"> para a </w:t>
      </w:r>
      <w:proofErr w:type="spellStart"/>
      <w:r>
        <w:t>organização</w:t>
      </w:r>
      <w:proofErr w:type="spellEnd"/>
      <w:r>
        <w:t xml:space="preserve">, </w:t>
      </w:r>
      <w:proofErr w:type="spellStart"/>
      <w:r>
        <w:t>apresentação</w:t>
      </w:r>
      <w:proofErr w:type="spellEnd"/>
      <w:r>
        <w:t xml:space="preserve"> </w:t>
      </w:r>
      <w:proofErr w:type="spellStart"/>
      <w:r>
        <w:t>profissional</w:t>
      </w:r>
      <w:proofErr w:type="spellEnd"/>
      <w:r>
        <w:t xml:space="preserve"> e </w:t>
      </w:r>
      <w:proofErr w:type="spellStart"/>
      <w:r>
        <w:t>reconhecimento</w:t>
      </w:r>
      <w:proofErr w:type="spellEnd"/>
      <w:r>
        <w:t xml:space="preserve"> da </w:t>
      </w:r>
      <w:proofErr w:type="spellStart"/>
      <w:r>
        <w:t>equipe</w:t>
      </w:r>
      <w:proofErr w:type="spellEnd"/>
      <w:r>
        <w:t xml:space="preserve"> durante </w:t>
      </w:r>
      <w:proofErr w:type="spellStart"/>
      <w:r>
        <w:t>atividades</w:t>
      </w:r>
      <w:proofErr w:type="spellEnd"/>
      <w:r>
        <w:t xml:space="preserve"> </w:t>
      </w:r>
      <w:proofErr w:type="spellStart"/>
      <w:r>
        <w:t>internas</w:t>
      </w:r>
      <w:proofErr w:type="spellEnd"/>
      <w:r>
        <w:t xml:space="preserve"> e </w:t>
      </w:r>
      <w:proofErr w:type="spellStart"/>
      <w:r>
        <w:t>externas</w:t>
      </w:r>
      <w:proofErr w:type="spellEnd"/>
      <w:r>
        <w:t>.</w:t>
      </w:r>
    </w:p>
    <w:p w14:paraId="5E4E3792" w14:textId="77777777" w:rsidR="00DD4AC9" w:rsidRDefault="009C4650">
      <w:pPr>
        <w:spacing w:after="120" w:line="259" w:lineRule="auto"/>
        <w:jc w:val="both"/>
      </w:pPr>
      <w:proofErr w:type="gramStart"/>
      <w:r>
        <w:t>A</w:t>
      </w:r>
      <w:proofErr w:type="gramEnd"/>
      <w:r>
        <w:t xml:space="preserve"> </w:t>
      </w:r>
      <w:proofErr w:type="spellStart"/>
      <w:r>
        <w:t>ausência</w:t>
      </w:r>
      <w:proofErr w:type="spellEnd"/>
      <w:r>
        <w:t xml:space="preserve"> de </w:t>
      </w:r>
      <w:proofErr w:type="spellStart"/>
      <w:r>
        <w:t>materiais</w:t>
      </w:r>
      <w:proofErr w:type="spellEnd"/>
      <w:r>
        <w:t xml:space="preserve"> </w:t>
      </w:r>
      <w:proofErr w:type="spellStart"/>
      <w:r>
        <w:t>disponíveis</w:t>
      </w:r>
      <w:proofErr w:type="spellEnd"/>
      <w:r>
        <w:t xml:space="preserve"> e </w:t>
      </w:r>
      <w:proofErr w:type="spellStart"/>
      <w:r>
        <w:t>padronizados</w:t>
      </w:r>
      <w:proofErr w:type="spellEnd"/>
      <w:r>
        <w:t xml:space="preserve"> </w:t>
      </w:r>
      <w:proofErr w:type="spellStart"/>
      <w:r>
        <w:t>pode</w:t>
      </w:r>
      <w:proofErr w:type="spellEnd"/>
      <w:r>
        <w:t xml:space="preserve"> </w:t>
      </w:r>
      <w:proofErr w:type="spellStart"/>
      <w:r>
        <w:t>comprometer</w:t>
      </w:r>
      <w:proofErr w:type="spellEnd"/>
      <w:r>
        <w:t xml:space="preserve"> a </w:t>
      </w:r>
      <w:proofErr w:type="spellStart"/>
      <w:r>
        <w:t>comunicação</w:t>
      </w:r>
      <w:proofErr w:type="spellEnd"/>
      <w:r>
        <w:t xml:space="preserve"> institucional, a </w:t>
      </w:r>
      <w:proofErr w:type="spellStart"/>
      <w:r>
        <w:t>identificação</w:t>
      </w:r>
      <w:proofErr w:type="spellEnd"/>
      <w:r>
        <w:t xml:space="preserve"> dos </w:t>
      </w:r>
      <w:proofErr w:type="spellStart"/>
      <w:r>
        <w:t>representantes</w:t>
      </w:r>
      <w:proofErr w:type="spellEnd"/>
      <w:r>
        <w:t xml:space="preserve"> da CONDERLAGOS e a </w:t>
      </w:r>
      <w:proofErr w:type="spellStart"/>
      <w:r>
        <w:t>adequada</w:t>
      </w:r>
      <w:proofErr w:type="spellEnd"/>
      <w:r>
        <w:t xml:space="preserve"> </w:t>
      </w:r>
      <w:proofErr w:type="spellStart"/>
      <w:r>
        <w:t>apresentação</w:t>
      </w:r>
      <w:proofErr w:type="spellEnd"/>
      <w:r>
        <w:t xml:space="preserve"> do </w:t>
      </w:r>
      <w:proofErr w:type="spellStart"/>
      <w:r>
        <w:t>Consórcio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eventos</w:t>
      </w:r>
      <w:proofErr w:type="spellEnd"/>
      <w:r>
        <w:t xml:space="preserve"> e </w:t>
      </w:r>
      <w:proofErr w:type="spellStart"/>
      <w:r>
        <w:t>feiras</w:t>
      </w:r>
      <w:proofErr w:type="spellEnd"/>
      <w:r>
        <w:t xml:space="preserve">, </w:t>
      </w:r>
      <w:proofErr w:type="spellStart"/>
      <w:r>
        <w:t>além</w:t>
      </w:r>
      <w:proofErr w:type="spellEnd"/>
      <w:r>
        <w:t xml:space="preserve"> de </w:t>
      </w:r>
      <w:proofErr w:type="spellStart"/>
      <w:r>
        <w:t>ocasionar</w:t>
      </w:r>
      <w:proofErr w:type="spellEnd"/>
      <w:r>
        <w:t xml:space="preserve"> </w:t>
      </w:r>
      <w:proofErr w:type="spellStart"/>
      <w:r>
        <w:t>aquisições</w:t>
      </w:r>
      <w:proofErr w:type="spellEnd"/>
      <w:r>
        <w:t xml:space="preserve"> </w:t>
      </w:r>
      <w:proofErr w:type="spellStart"/>
      <w:r>
        <w:t>pontuais</w:t>
      </w:r>
      <w:proofErr w:type="spellEnd"/>
      <w:r>
        <w:t xml:space="preserve"> e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planejadas</w:t>
      </w:r>
      <w:proofErr w:type="spellEnd"/>
      <w:r>
        <w:t xml:space="preserve">, com </w:t>
      </w:r>
      <w:proofErr w:type="spellStart"/>
      <w:r>
        <w:t>potencial</w:t>
      </w:r>
      <w:proofErr w:type="spellEnd"/>
      <w:r>
        <w:t xml:space="preserve"> </w:t>
      </w:r>
      <w:proofErr w:type="spellStart"/>
      <w:r>
        <w:t>perda</w:t>
      </w:r>
      <w:proofErr w:type="spellEnd"/>
      <w:r>
        <w:t xml:space="preserve"> de </w:t>
      </w:r>
      <w:proofErr w:type="spellStart"/>
      <w:r>
        <w:t>eficiência</w:t>
      </w:r>
      <w:proofErr w:type="spellEnd"/>
      <w:r>
        <w:t xml:space="preserve">, </w:t>
      </w:r>
      <w:proofErr w:type="spellStart"/>
      <w:r>
        <w:t>padronização</w:t>
      </w:r>
      <w:proofErr w:type="spellEnd"/>
      <w:r>
        <w:t xml:space="preserve"> e </w:t>
      </w:r>
      <w:proofErr w:type="spellStart"/>
      <w:r>
        <w:t>economicidade</w:t>
      </w:r>
      <w:proofErr w:type="spellEnd"/>
      <w:r>
        <w:t>.</w:t>
      </w:r>
    </w:p>
    <w:p w14:paraId="79B6C8E8" w14:textId="08409D54" w:rsidR="00DD4AC9" w:rsidRDefault="009C4650">
      <w:pPr>
        <w:spacing w:after="120" w:line="259" w:lineRule="auto"/>
        <w:jc w:val="both"/>
      </w:pPr>
      <w:r>
        <w:t xml:space="preserve">A </w:t>
      </w:r>
      <w:proofErr w:type="spellStart"/>
      <w:r>
        <w:t>necessidade</w:t>
      </w:r>
      <w:proofErr w:type="spellEnd"/>
      <w:r>
        <w:t xml:space="preserve"> é </w:t>
      </w:r>
      <w:proofErr w:type="spellStart"/>
      <w:r>
        <w:t>variável</w:t>
      </w:r>
      <w:proofErr w:type="spellEnd"/>
      <w:r>
        <w:t xml:space="preserve"> e </w:t>
      </w:r>
      <w:proofErr w:type="spellStart"/>
      <w:r>
        <w:t>vinculada</w:t>
      </w:r>
      <w:proofErr w:type="spellEnd"/>
      <w:r>
        <w:t xml:space="preserve"> à </w:t>
      </w:r>
      <w:proofErr w:type="spellStart"/>
      <w:r>
        <w:t>programação</w:t>
      </w:r>
      <w:proofErr w:type="spellEnd"/>
      <w:r>
        <w:t xml:space="preserve"> institucional, </w:t>
      </w:r>
      <w:proofErr w:type="spellStart"/>
      <w:r>
        <w:t>ao</w:t>
      </w:r>
      <w:proofErr w:type="spellEnd"/>
      <w:r>
        <w:t xml:space="preserve"> </w:t>
      </w:r>
      <w:proofErr w:type="spellStart"/>
      <w:r>
        <w:t>calendário</w:t>
      </w:r>
      <w:proofErr w:type="spellEnd"/>
      <w:r>
        <w:t xml:space="preserve"> de </w:t>
      </w:r>
      <w:proofErr w:type="spellStart"/>
      <w:r>
        <w:t>eventos</w:t>
      </w:r>
      <w:proofErr w:type="spellEnd"/>
      <w:r w:rsidR="00033290">
        <w:t xml:space="preserve">, o qual </w:t>
      </w:r>
      <w:proofErr w:type="spellStart"/>
      <w:r w:rsidR="00033290">
        <w:t>ainda</w:t>
      </w:r>
      <w:proofErr w:type="spellEnd"/>
      <w:r w:rsidR="00033290">
        <w:t xml:space="preserve"> </w:t>
      </w:r>
      <w:proofErr w:type="spellStart"/>
      <w:r w:rsidR="00033290">
        <w:t>não</w:t>
      </w:r>
      <w:proofErr w:type="spellEnd"/>
      <w:r w:rsidR="00033290">
        <w:t xml:space="preserve"> </w:t>
      </w:r>
      <w:proofErr w:type="spellStart"/>
      <w:r w:rsidR="00033290">
        <w:t>foi</w:t>
      </w:r>
      <w:proofErr w:type="spellEnd"/>
      <w:r w:rsidR="00033290">
        <w:t xml:space="preserve"> </w:t>
      </w:r>
      <w:proofErr w:type="spellStart"/>
      <w:r w:rsidR="00033290">
        <w:t>finalizado</w:t>
      </w:r>
      <w:proofErr w:type="spellEnd"/>
      <w:r w:rsidR="00033290">
        <w:t xml:space="preserve"> </w:t>
      </w:r>
      <w:proofErr w:type="spellStart"/>
      <w:r w:rsidR="00033290">
        <w:t>até</w:t>
      </w:r>
      <w:proofErr w:type="spellEnd"/>
      <w:r w:rsidR="00033290">
        <w:t xml:space="preserve"> a </w:t>
      </w:r>
      <w:proofErr w:type="spellStart"/>
      <w:r w:rsidR="00033290">
        <w:t>presente</w:t>
      </w:r>
      <w:proofErr w:type="spellEnd"/>
      <w:r w:rsidR="00033290">
        <w:t xml:space="preserve"> </w:t>
      </w:r>
      <w:proofErr w:type="spellStart"/>
      <w:r w:rsidR="00033290">
        <w:t>datsa</w:t>
      </w:r>
      <w:proofErr w:type="spellEnd"/>
      <w:r w:rsidR="00033290">
        <w:t>,</w:t>
      </w:r>
      <w:r>
        <w:t xml:space="preserve"> e </w:t>
      </w:r>
      <w:proofErr w:type="spellStart"/>
      <w:r>
        <w:t>às</w:t>
      </w:r>
      <w:proofErr w:type="spellEnd"/>
      <w:r>
        <w:t xml:space="preserve"> </w:t>
      </w:r>
      <w:proofErr w:type="spellStart"/>
      <w:r>
        <w:t>demandas</w:t>
      </w:r>
      <w:proofErr w:type="spellEnd"/>
      <w:r>
        <w:t xml:space="preserve"> que </w:t>
      </w:r>
      <w:proofErr w:type="spellStart"/>
      <w:r>
        <w:t>surgirem</w:t>
      </w:r>
      <w:proofErr w:type="spellEnd"/>
      <w:r>
        <w:t xml:space="preserve"> durante a </w:t>
      </w:r>
      <w:proofErr w:type="spellStart"/>
      <w:r>
        <w:t>vigência</w:t>
      </w:r>
      <w:proofErr w:type="spellEnd"/>
      <w:r>
        <w:t xml:space="preserve"> </w:t>
      </w:r>
      <w:proofErr w:type="spellStart"/>
      <w:r>
        <w:t>contratual</w:t>
      </w:r>
      <w:proofErr w:type="spellEnd"/>
      <w:r>
        <w:t xml:space="preserve">. Por </w:t>
      </w:r>
      <w:proofErr w:type="spellStart"/>
      <w:r>
        <w:t>essa</w:t>
      </w:r>
      <w:proofErr w:type="spellEnd"/>
      <w:r>
        <w:t xml:space="preserve"> </w:t>
      </w:r>
      <w:proofErr w:type="spellStart"/>
      <w:r>
        <w:t>razão</w:t>
      </w:r>
      <w:proofErr w:type="spellEnd"/>
      <w:r>
        <w:t xml:space="preserve">, </w:t>
      </w:r>
      <w:proofErr w:type="spellStart"/>
      <w:r>
        <w:t>mostra</w:t>
      </w:r>
      <w:proofErr w:type="spellEnd"/>
      <w:r>
        <w:t xml:space="preserve">-se </w:t>
      </w:r>
      <w:proofErr w:type="spellStart"/>
      <w:r>
        <w:t>adequada</w:t>
      </w:r>
      <w:proofErr w:type="spellEnd"/>
      <w:r>
        <w:t xml:space="preserve"> a </w:t>
      </w:r>
      <w:proofErr w:type="spellStart"/>
      <w:r>
        <w:t>previsão</w:t>
      </w:r>
      <w:proofErr w:type="spellEnd"/>
      <w:r>
        <w:t xml:space="preserve"> de </w:t>
      </w:r>
      <w:proofErr w:type="spellStart"/>
      <w:r>
        <w:t>fornecimento</w:t>
      </w:r>
      <w:proofErr w:type="spellEnd"/>
      <w:r>
        <w:t xml:space="preserve"> </w:t>
      </w:r>
      <w:proofErr w:type="spellStart"/>
      <w:r>
        <w:t>parcelado</w:t>
      </w:r>
      <w:proofErr w:type="spellEnd"/>
      <w:r>
        <w:t xml:space="preserve">, </w:t>
      </w:r>
      <w:proofErr w:type="spellStart"/>
      <w:r>
        <w:t>mediante</w:t>
      </w:r>
      <w:proofErr w:type="spellEnd"/>
      <w:r>
        <w:t xml:space="preserve"> Autorização de </w:t>
      </w:r>
      <w:proofErr w:type="spellStart"/>
      <w:r>
        <w:t>Fornecimento</w:t>
      </w:r>
      <w:proofErr w:type="spellEnd"/>
      <w:r>
        <w:t xml:space="preserve"> – AFO, </w:t>
      </w:r>
      <w:proofErr w:type="spellStart"/>
      <w:r>
        <w:t>permitindo</w:t>
      </w:r>
      <w:proofErr w:type="spellEnd"/>
      <w:r>
        <w:t xml:space="preserve"> que </w:t>
      </w:r>
      <w:proofErr w:type="gramStart"/>
      <w:r>
        <w:t>a</w:t>
      </w:r>
      <w:proofErr w:type="gramEnd"/>
      <w:r>
        <w:t xml:space="preserve">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solicite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materiais</w:t>
      </w:r>
      <w:proofErr w:type="spellEnd"/>
      <w:r>
        <w:t xml:space="preserve"> de </w:t>
      </w:r>
      <w:proofErr w:type="spellStart"/>
      <w:r>
        <w:t>acordo</w:t>
      </w:r>
      <w:proofErr w:type="spellEnd"/>
      <w:r>
        <w:t xml:space="preserve"> com a </w:t>
      </w:r>
      <w:proofErr w:type="spellStart"/>
      <w:r>
        <w:t>necessidade</w:t>
      </w:r>
      <w:proofErr w:type="spellEnd"/>
      <w:r>
        <w:t xml:space="preserve"> </w:t>
      </w:r>
      <w:proofErr w:type="spellStart"/>
      <w:r>
        <w:t>efetivamente</w:t>
      </w:r>
      <w:proofErr w:type="spellEnd"/>
      <w:r>
        <w:t xml:space="preserve"> </w:t>
      </w:r>
      <w:proofErr w:type="spellStart"/>
      <w:r>
        <w:t>verificada</w:t>
      </w:r>
      <w:proofErr w:type="spellEnd"/>
      <w:r>
        <w:t xml:space="preserve">, </w:t>
      </w:r>
      <w:proofErr w:type="spellStart"/>
      <w:r>
        <w:t>evitando</w:t>
      </w:r>
      <w:proofErr w:type="spellEnd"/>
      <w:r>
        <w:t xml:space="preserve"> a </w:t>
      </w:r>
      <w:proofErr w:type="spellStart"/>
      <w:r>
        <w:t>formação</w:t>
      </w:r>
      <w:proofErr w:type="spellEnd"/>
      <w:r>
        <w:t xml:space="preserve"> de </w:t>
      </w:r>
      <w:proofErr w:type="spellStart"/>
      <w:r>
        <w:t>estoques</w:t>
      </w:r>
      <w:proofErr w:type="spellEnd"/>
      <w:r>
        <w:t xml:space="preserve"> </w:t>
      </w:r>
      <w:proofErr w:type="spellStart"/>
      <w:r>
        <w:t>excessivos</w:t>
      </w:r>
      <w:proofErr w:type="spellEnd"/>
      <w:r>
        <w:t xml:space="preserve"> e </w:t>
      </w:r>
      <w:proofErr w:type="spellStart"/>
      <w:r>
        <w:t>favorecendo</w:t>
      </w:r>
      <w:proofErr w:type="spellEnd"/>
      <w:r>
        <w:t xml:space="preserve"> o </w:t>
      </w:r>
      <w:proofErr w:type="spellStart"/>
      <w:r>
        <w:t>uso</w:t>
      </w:r>
      <w:proofErr w:type="spellEnd"/>
      <w:r>
        <w:t xml:space="preserve"> </w:t>
      </w:r>
      <w:proofErr w:type="spellStart"/>
      <w:r>
        <w:t>racional</w:t>
      </w:r>
      <w:proofErr w:type="spellEnd"/>
      <w:r>
        <w:t xml:space="preserve"> dos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>.</w:t>
      </w:r>
    </w:p>
    <w:p w14:paraId="7446698F" w14:textId="0836B99C" w:rsidR="00DD4AC9" w:rsidRDefault="009C4650">
      <w:pPr>
        <w:spacing w:after="120" w:line="259" w:lineRule="auto"/>
        <w:jc w:val="both"/>
      </w:pPr>
      <w:r>
        <w:t xml:space="preserve">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demanda</w:t>
      </w:r>
      <w:proofErr w:type="spellEnd"/>
      <w:r>
        <w:t xml:space="preserve"> </w:t>
      </w:r>
      <w:proofErr w:type="spellStart"/>
      <w:r>
        <w:t>encontra</w:t>
      </w:r>
      <w:proofErr w:type="spellEnd"/>
      <w:r>
        <w:t xml:space="preserve"> </w:t>
      </w:r>
      <w:proofErr w:type="spellStart"/>
      <w:r>
        <w:t>fundamento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princípios</w:t>
      </w:r>
      <w:proofErr w:type="spellEnd"/>
      <w:r>
        <w:t xml:space="preserve"> do </w:t>
      </w:r>
      <w:proofErr w:type="spellStart"/>
      <w:r>
        <w:t>planejamento</w:t>
      </w:r>
      <w:proofErr w:type="spellEnd"/>
      <w:r>
        <w:t xml:space="preserve">, interesse </w:t>
      </w:r>
      <w:proofErr w:type="spellStart"/>
      <w:r>
        <w:t>público</w:t>
      </w:r>
      <w:proofErr w:type="spellEnd"/>
      <w:r>
        <w:t xml:space="preserve">, </w:t>
      </w:r>
      <w:proofErr w:type="spellStart"/>
      <w:r>
        <w:t>eficiência</w:t>
      </w:r>
      <w:proofErr w:type="spellEnd"/>
      <w:r>
        <w:t xml:space="preserve">, </w:t>
      </w:r>
      <w:proofErr w:type="spellStart"/>
      <w:r>
        <w:t>economicidade</w:t>
      </w:r>
      <w:proofErr w:type="spellEnd"/>
      <w:r>
        <w:t xml:space="preserve">, </w:t>
      </w:r>
      <w:proofErr w:type="spellStart"/>
      <w:r>
        <w:t>razoabilidade</w:t>
      </w:r>
      <w:proofErr w:type="spellEnd"/>
      <w:r>
        <w:t xml:space="preserve">, </w:t>
      </w:r>
      <w:proofErr w:type="spellStart"/>
      <w:r>
        <w:t>padronização</w:t>
      </w:r>
      <w:proofErr w:type="spellEnd"/>
      <w:r>
        <w:t xml:space="preserve"> e </w:t>
      </w:r>
      <w:proofErr w:type="spellStart"/>
      <w:r>
        <w:t>busca</w:t>
      </w:r>
      <w:proofErr w:type="spellEnd"/>
      <w:r>
        <w:t xml:space="preserve"> da </w:t>
      </w:r>
      <w:proofErr w:type="spellStart"/>
      <w:r>
        <w:t>proposta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vantajosa</w:t>
      </w:r>
      <w:proofErr w:type="spellEnd"/>
      <w:r>
        <w:t xml:space="preserve">, </w:t>
      </w:r>
      <w:proofErr w:type="spellStart"/>
      <w:r>
        <w:t>previstos</w:t>
      </w:r>
      <w:proofErr w:type="spellEnd"/>
      <w:r>
        <w:t xml:space="preserve"> no art. 5º da Lei Federal nº 14.133/2021, e integra a </w:t>
      </w:r>
      <w:proofErr w:type="spellStart"/>
      <w:r>
        <w:t>fase</w:t>
      </w:r>
      <w:proofErr w:type="spellEnd"/>
      <w:r>
        <w:t xml:space="preserve"> </w:t>
      </w:r>
      <w:proofErr w:type="spellStart"/>
      <w:r>
        <w:t>preparatória</w:t>
      </w:r>
      <w:proofErr w:type="spellEnd"/>
      <w:r>
        <w:t xml:space="preserve"> da </w:t>
      </w:r>
      <w:proofErr w:type="spellStart"/>
      <w:r>
        <w:t>contratação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consonância</w:t>
      </w:r>
      <w:proofErr w:type="spellEnd"/>
      <w:r>
        <w:t xml:space="preserve"> com o art. 18 da </w:t>
      </w:r>
      <w:proofErr w:type="spellStart"/>
      <w:r>
        <w:t>mesma</w:t>
      </w:r>
      <w:proofErr w:type="spellEnd"/>
      <w:r>
        <w:t xml:space="preserve"> Lei.</w:t>
      </w:r>
    </w:p>
    <w:p w14:paraId="231082BF" w14:textId="77777777" w:rsidR="003D363A" w:rsidRDefault="003D363A">
      <w:pPr>
        <w:spacing w:after="120" w:line="259" w:lineRule="auto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2F012493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4C87C3" w14:textId="77777777" w:rsidR="00DD4AC9" w:rsidRDefault="009C4650">
            <w:r>
              <w:rPr>
                <w:b/>
                <w:color w:val="FFFFFF"/>
                <w:sz w:val="20"/>
              </w:rPr>
              <w:t>5. DA FORMA E DO PRAZO PARA ENTREGA DO MATERIAL</w:t>
            </w:r>
          </w:p>
        </w:tc>
      </w:tr>
    </w:tbl>
    <w:p w14:paraId="59E4E1FC" w14:textId="77777777" w:rsidR="00DD4AC9" w:rsidRDefault="00DD4AC9">
      <w:pPr>
        <w:spacing w:after="0"/>
      </w:pPr>
    </w:p>
    <w:p w14:paraId="3CBE5E6F" w14:textId="0486403E" w:rsidR="00DD4AC9" w:rsidRDefault="009C4650">
      <w:pPr>
        <w:spacing w:after="120" w:line="259" w:lineRule="auto"/>
        <w:jc w:val="both"/>
      </w:pPr>
      <w:r>
        <w:lastRenderedPageBreak/>
        <w:t xml:space="preserve">O </w:t>
      </w:r>
      <w:proofErr w:type="spellStart"/>
      <w:r>
        <w:t>fornecimento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realizado</w:t>
      </w:r>
      <w:proofErr w:type="spellEnd"/>
      <w:r>
        <w:t xml:space="preserve"> de forma </w:t>
      </w:r>
      <w:proofErr w:type="spellStart"/>
      <w:r>
        <w:t>parcelada</w:t>
      </w:r>
      <w:proofErr w:type="spellEnd"/>
      <w:r>
        <w:t xml:space="preserve">, </w:t>
      </w:r>
      <w:proofErr w:type="spellStart"/>
      <w:r>
        <w:t>conforme</w:t>
      </w:r>
      <w:proofErr w:type="spellEnd"/>
      <w:r>
        <w:t xml:space="preserve"> a </w:t>
      </w:r>
      <w:proofErr w:type="spellStart"/>
      <w:r>
        <w:t>demanda</w:t>
      </w:r>
      <w:proofErr w:type="spellEnd"/>
      <w:r>
        <w:t xml:space="preserve"> da CONDERLAGOS, durante a </w:t>
      </w:r>
      <w:proofErr w:type="spellStart"/>
      <w:r>
        <w:t>vigência</w:t>
      </w:r>
      <w:proofErr w:type="spellEnd"/>
      <w:r>
        <w:t xml:space="preserve"> </w:t>
      </w:r>
      <w:proofErr w:type="spellStart"/>
      <w:r>
        <w:t>contratual</w:t>
      </w:r>
      <w:proofErr w:type="spellEnd"/>
      <w:r>
        <w:t xml:space="preserve">,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emissão</w:t>
      </w:r>
      <w:proofErr w:type="spellEnd"/>
      <w:r>
        <w:t xml:space="preserve"> de AUTORIZAÇÃO DE FORNECIMENTO – AFO. </w:t>
      </w:r>
      <w:proofErr w:type="spellStart"/>
      <w:r>
        <w:t>Cada</w:t>
      </w:r>
      <w:proofErr w:type="spellEnd"/>
      <w:r>
        <w:t xml:space="preserve"> AFO </w:t>
      </w:r>
      <w:proofErr w:type="spellStart"/>
      <w:r>
        <w:t>deverá</w:t>
      </w:r>
      <w:proofErr w:type="spellEnd"/>
      <w:r>
        <w:t xml:space="preserve"> </w:t>
      </w:r>
      <w:proofErr w:type="spellStart"/>
      <w:r>
        <w:t>indicar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itens</w:t>
      </w:r>
      <w:proofErr w:type="spellEnd"/>
      <w:r>
        <w:t xml:space="preserve">, </w:t>
      </w:r>
      <w:proofErr w:type="spellStart"/>
      <w:r>
        <w:t>especificações</w:t>
      </w:r>
      <w:proofErr w:type="spellEnd"/>
      <w:r>
        <w:t xml:space="preserve">, </w:t>
      </w:r>
      <w:proofErr w:type="spellStart"/>
      <w:r>
        <w:t>quantidades</w:t>
      </w:r>
      <w:proofErr w:type="spellEnd"/>
      <w:r>
        <w:t xml:space="preserve"> e </w:t>
      </w:r>
      <w:proofErr w:type="spellStart"/>
      <w:r>
        <w:t>demais</w:t>
      </w:r>
      <w:proofErr w:type="spellEnd"/>
      <w:r>
        <w:t xml:space="preserve"> </w:t>
      </w:r>
      <w:proofErr w:type="spellStart"/>
      <w:r>
        <w:t>informações</w:t>
      </w:r>
      <w:proofErr w:type="spellEnd"/>
      <w:r>
        <w:t xml:space="preserve"> </w:t>
      </w:r>
      <w:proofErr w:type="spellStart"/>
      <w:r>
        <w:t>necessárias</w:t>
      </w:r>
      <w:proofErr w:type="spellEnd"/>
      <w:r>
        <w:t xml:space="preserve"> à </w:t>
      </w:r>
      <w:proofErr w:type="spellStart"/>
      <w:r>
        <w:t>execução</w:t>
      </w:r>
      <w:proofErr w:type="spellEnd"/>
      <w:r>
        <w:t xml:space="preserve"> do </w:t>
      </w:r>
      <w:proofErr w:type="spellStart"/>
      <w:r>
        <w:t>fornecimento</w:t>
      </w:r>
      <w:proofErr w:type="spellEnd"/>
      <w:r>
        <w:t>.</w:t>
      </w:r>
    </w:p>
    <w:p w14:paraId="6E3992A7" w14:textId="77777777" w:rsidR="00DD4AC9" w:rsidRDefault="009C4650">
      <w:pPr>
        <w:spacing w:after="120" w:line="259" w:lineRule="auto"/>
        <w:jc w:val="both"/>
      </w:pPr>
      <w:proofErr w:type="spellStart"/>
      <w:r>
        <w:t>Após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emissão</w:t>
      </w:r>
      <w:proofErr w:type="spellEnd"/>
      <w:r>
        <w:t xml:space="preserve"> da </w:t>
      </w:r>
      <w:proofErr w:type="spellStart"/>
      <w:r>
        <w:t>respectiva</w:t>
      </w:r>
      <w:proofErr w:type="spellEnd"/>
      <w:r>
        <w:t xml:space="preserve"> AFO, a </w:t>
      </w:r>
      <w:proofErr w:type="spellStart"/>
      <w:r>
        <w:t>empresa</w:t>
      </w:r>
      <w:proofErr w:type="spellEnd"/>
      <w:r>
        <w:t xml:space="preserve"> </w:t>
      </w:r>
      <w:proofErr w:type="spellStart"/>
      <w:r>
        <w:t>contratada</w:t>
      </w:r>
      <w:proofErr w:type="spellEnd"/>
      <w:r>
        <w:t xml:space="preserve"> </w:t>
      </w:r>
      <w:proofErr w:type="spellStart"/>
      <w:r>
        <w:t>terá</w:t>
      </w:r>
      <w:proofErr w:type="spellEnd"/>
      <w:r>
        <w:t xml:space="preserve"> o </w:t>
      </w:r>
      <w:proofErr w:type="spellStart"/>
      <w:r>
        <w:t>prazo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de 07 (</w:t>
      </w:r>
      <w:proofErr w:type="spellStart"/>
      <w:r>
        <w:t>sete</w:t>
      </w:r>
      <w:proofErr w:type="spellEnd"/>
      <w:r>
        <w:t xml:space="preserve">) </w:t>
      </w:r>
      <w:proofErr w:type="spellStart"/>
      <w:r>
        <w:t>dias</w:t>
      </w:r>
      <w:proofErr w:type="spellEnd"/>
      <w:r>
        <w:t xml:space="preserve"> </w:t>
      </w:r>
      <w:proofErr w:type="spellStart"/>
      <w:r>
        <w:t>úteis</w:t>
      </w:r>
      <w:proofErr w:type="spellEnd"/>
      <w:r>
        <w:t xml:space="preserve"> para </w:t>
      </w:r>
      <w:proofErr w:type="spellStart"/>
      <w:r>
        <w:t>realizar</w:t>
      </w:r>
      <w:proofErr w:type="spellEnd"/>
      <w:r>
        <w:t xml:space="preserve"> a </w:t>
      </w:r>
      <w:proofErr w:type="spellStart"/>
      <w:r>
        <w:t>entrega</w:t>
      </w:r>
      <w:proofErr w:type="spellEnd"/>
      <w:r>
        <w:t xml:space="preserve"> dos </w:t>
      </w:r>
      <w:proofErr w:type="spellStart"/>
      <w:r>
        <w:t>materiais</w:t>
      </w:r>
      <w:proofErr w:type="spellEnd"/>
      <w:r>
        <w:t xml:space="preserve"> </w:t>
      </w:r>
      <w:proofErr w:type="spellStart"/>
      <w:r>
        <w:t>solicitados</w:t>
      </w:r>
      <w:proofErr w:type="spellEnd"/>
      <w:r>
        <w:t xml:space="preserve">, </w:t>
      </w:r>
      <w:proofErr w:type="spellStart"/>
      <w:r>
        <w:t>contados</w:t>
      </w:r>
      <w:proofErr w:type="spellEnd"/>
      <w:r>
        <w:t xml:space="preserve"> do </w:t>
      </w:r>
      <w:proofErr w:type="spellStart"/>
      <w:r>
        <w:t>recebimento</w:t>
      </w:r>
      <w:proofErr w:type="spellEnd"/>
      <w:r>
        <w:t xml:space="preserve"> da autorização, salvo </w:t>
      </w:r>
      <w:proofErr w:type="spellStart"/>
      <w:r>
        <w:t>prazo</w:t>
      </w:r>
      <w:proofErr w:type="spellEnd"/>
      <w:r>
        <w:t xml:space="preserve"> </w:t>
      </w:r>
      <w:proofErr w:type="spellStart"/>
      <w:r>
        <w:t>diverso</w:t>
      </w:r>
      <w:proofErr w:type="spellEnd"/>
      <w:r>
        <w:t xml:space="preserve"> </w:t>
      </w:r>
      <w:proofErr w:type="spellStart"/>
      <w:r>
        <w:t>expressamente</w:t>
      </w:r>
      <w:proofErr w:type="spellEnd"/>
      <w:r>
        <w:t xml:space="preserve"> </w:t>
      </w:r>
      <w:proofErr w:type="spellStart"/>
      <w:r>
        <w:t>estabelecido</w:t>
      </w:r>
      <w:proofErr w:type="spellEnd"/>
      <w:r>
        <w:t xml:space="preserve"> no </w:t>
      </w:r>
      <w:proofErr w:type="spellStart"/>
      <w:r>
        <w:t>instrumento</w:t>
      </w:r>
      <w:proofErr w:type="spellEnd"/>
      <w:r>
        <w:t xml:space="preserve"> </w:t>
      </w:r>
      <w:proofErr w:type="spellStart"/>
      <w:r>
        <w:t>convocatório</w:t>
      </w:r>
      <w:proofErr w:type="spellEnd"/>
      <w:r>
        <w:t xml:space="preserve"> para </w:t>
      </w:r>
      <w:proofErr w:type="spellStart"/>
      <w:r>
        <w:t>situação</w:t>
      </w:r>
      <w:proofErr w:type="spellEnd"/>
      <w:r>
        <w:t xml:space="preserve"> </w:t>
      </w:r>
      <w:proofErr w:type="spellStart"/>
      <w:r>
        <w:t>específica</w:t>
      </w:r>
      <w:proofErr w:type="spellEnd"/>
      <w:r>
        <w:t xml:space="preserve"> </w:t>
      </w:r>
      <w:proofErr w:type="spellStart"/>
      <w:r>
        <w:t>devidamente</w:t>
      </w:r>
      <w:proofErr w:type="spellEnd"/>
      <w:r>
        <w:t xml:space="preserve"> </w:t>
      </w:r>
      <w:proofErr w:type="spellStart"/>
      <w:r>
        <w:t>justificada</w:t>
      </w:r>
      <w:proofErr w:type="spellEnd"/>
      <w:r>
        <w:t>.</w:t>
      </w:r>
    </w:p>
    <w:p w14:paraId="31BBF1B4" w14:textId="77777777" w:rsidR="00DD4AC9" w:rsidRDefault="009C4650">
      <w:pPr>
        <w:spacing w:after="120" w:line="259" w:lineRule="auto"/>
        <w:jc w:val="both"/>
      </w:pPr>
      <w:r>
        <w:t xml:space="preserve">As </w:t>
      </w:r>
      <w:proofErr w:type="spellStart"/>
      <w:r>
        <w:t>entregas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</w:t>
      </w:r>
      <w:proofErr w:type="spellStart"/>
      <w:r>
        <w:t>ocorrer</w:t>
      </w:r>
      <w:proofErr w:type="spellEnd"/>
      <w:r>
        <w:t xml:space="preserve"> no </w:t>
      </w:r>
      <w:proofErr w:type="spellStart"/>
      <w:r>
        <w:t>endereço</w:t>
      </w:r>
      <w:proofErr w:type="spellEnd"/>
      <w:r>
        <w:t xml:space="preserve">: </w:t>
      </w:r>
      <w:proofErr w:type="spellStart"/>
      <w:r>
        <w:t>Rua</w:t>
      </w:r>
      <w:proofErr w:type="spellEnd"/>
      <w:r>
        <w:t xml:space="preserve"> Coronel Mario </w:t>
      </w:r>
      <w:proofErr w:type="spellStart"/>
      <w:r>
        <w:t>Quintanilha</w:t>
      </w:r>
      <w:proofErr w:type="spellEnd"/>
      <w:r>
        <w:t xml:space="preserve">, nº 62, </w:t>
      </w:r>
      <w:proofErr w:type="spellStart"/>
      <w:r>
        <w:t>lojas</w:t>
      </w:r>
      <w:proofErr w:type="spellEnd"/>
      <w:r>
        <w:t xml:space="preserve"> 28, 29 e 30, </w:t>
      </w:r>
      <w:proofErr w:type="spellStart"/>
      <w:r>
        <w:t>Condomínio</w:t>
      </w:r>
      <w:proofErr w:type="spellEnd"/>
      <w:r>
        <w:t xml:space="preserve"> </w:t>
      </w:r>
      <w:proofErr w:type="spellStart"/>
      <w:r>
        <w:t>Edifício</w:t>
      </w:r>
      <w:proofErr w:type="spellEnd"/>
      <w:r>
        <w:t xml:space="preserve"> Helena Park, Cabo Frio/RJ, CEP 28907-420.</w:t>
      </w:r>
    </w:p>
    <w:p w14:paraId="12344290" w14:textId="77777777" w:rsidR="00DD4AC9" w:rsidRDefault="009C4650">
      <w:pPr>
        <w:spacing w:after="120" w:line="259" w:lineRule="auto"/>
        <w:jc w:val="both"/>
      </w:pPr>
      <w:proofErr w:type="spellStart"/>
      <w:r>
        <w:t>Os</w:t>
      </w:r>
      <w:proofErr w:type="spellEnd"/>
      <w:r>
        <w:t xml:space="preserve"> </w:t>
      </w:r>
      <w:proofErr w:type="spellStart"/>
      <w:r>
        <w:t>materiais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ser </w:t>
      </w:r>
      <w:proofErr w:type="spellStart"/>
      <w:r>
        <w:t>entregues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perfeitas</w:t>
      </w:r>
      <w:proofErr w:type="spellEnd"/>
      <w:r>
        <w:t xml:space="preserve"> </w:t>
      </w:r>
      <w:proofErr w:type="spellStart"/>
      <w:r>
        <w:t>condições</w:t>
      </w:r>
      <w:proofErr w:type="spellEnd"/>
      <w:r>
        <w:t xml:space="preserve">, de </w:t>
      </w:r>
      <w:proofErr w:type="spellStart"/>
      <w:r>
        <w:t>acordo</w:t>
      </w:r>
      <w:proofErr w:type="spellEnd"/>
      <w:r>
        <w:t xml:space="preserve"> com as </w:t>
      </w:r>
      <w:proofErr w:type="spellStart"/>
      <w:r>
        <w:t>especificações</w:t>
      </w:r>
      <w:proofErr w:type="spellEnd"/>
      <w:r>
        <w:t xml:space="preserve"> e </w:t>
      </w:r>
      <w:proofErr w:type="spellStart"/>
      <w:r>
        <w:t>artes</w:t>
      </w:r>
      <w:proofErr w:type="spellEnd"/>
      <w:r>
        <w:t xml:space="preserve"> </w:t>
      </w:r>
      <w:proofErr w:type="spellStart"/>
      <w:r>
        <w:t>aprovadas</w:t>
      </w:r>
      <w:proofErr w:type="spellEnd"/>
      <w:r>
        <w:t xml:space="preserve"> pela CONDERLAGOS, </w:t>
      </w:r>
      <w:proofErr w:type="spellStart"/>
      <w:r>
        <w:t>acompanhados</w:t>
      </w:r>
      <w:proofErr w:type="spellEnd"/>
      <w:r>
        <w:t xml:space="preserve"> da </w:t>
      </w:r>
      <w:proofErr w:type="spellStart"/>
      <w:r>
        <w:t>respectiva</w:t>
      </w:r>
      <w:proofErr w:type="spellEnd"/>
      <w:r>
        <w:t xml:space="preserve"> </w:t>
      </w:r>
      <w:proofErr w:type="spellStart"/>
      <w:r>
        <w:t>documentação</w:t>
      </w:r>
      <w:proofErr w:type="spellEnd"/>
      <w:r>
        <w:t xml:space="preserve"> fiscal e </w:t>
      </w:r>
      <w:proofErr w:type="spellStart"/>
      <w:r>
        <w:t>sujeitos</w:t>
      </w:r>
      <w:proofErr w:type="spellEnd"/>
      <w:r>
        <w:t xml:space="preserve"> à </w:t>
      </w:r>
      <w:proofErr w:type="spellStart"/>
      <w:r>
        <w:t>conferência</w:t>
      </w:r>
      <w:proofErr w:type="spellEnd"/>
      <w:r>
        <w:t xml:space="preserve"> e </w:t>
      </w:r>
      <w:proofErr w:type="spellStart"/>
      <w:r>
        <w:t>ao</w:t>
      </w:r>
      <w:proofErr w:type="spellEnd"/>
      <w:r>
        <w:t xml:space="preserve"> </w:t>
      </w:r>
      <w:proofErr w:type="spellStart"/>
      <w:r>
        <w:t>recebimento</w:t>
      </w:r>
      <w:proofErr w:type="spellEnd"/>
      <w:r>
        <w:t xml:space="preserve"> pela </w:t>
      </w:r>
      <w:proofErr w:type="spellStart"/>
      <w:r>
        <w:t>fiscalização</w:t>
      </w:r>
      <w:proofErr w:type="spellEnd"/>
      <w:r>
        <w:t xml:space="preserve"> </w:t>
      </w:r>
      <w:proofErr w:type="spellStart"/>
      <w:r>
        <w:t>designada</w:t>
      </w:r>
      <w:proofErr w:type="spellEnd"/>
      <w:r>
        <w:t>.</w:t>
      </w:r>
    </w:p>
    <w:p w14:paraId="55D787A5" w14:textId="77777777" w:rsidR="003D363A" w:rsidRDefault="003D363A">
      <w:pPr>
        <w:spacing w:after="120" w:line="259" w:lineRule="auto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2A18DD7F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EA3C51" w14:textId="77777777" w:rsidR="00DD4AC9" w:rsidRDefault="009C4650">
            <w:r>
              <w:rPr>
                <w:b/>
                <w:color w:val="FFFFFF"/>
                <w:sz w:val="20"/>
              </w:rPr>
              <w:t>6. DA VIGÊNCIA E DO REGIME DA CONTRATAÇÃO</w:t>
            </w:r>
          </w:p>
        </w:tc>
      </w:tr>
    </w:tbl>
    <w:p w14:paraId="16F62489" w14:textId="77777777" w:rsidR="00DD4AC9" w:rsidRDefault="00DD4AC9">
      <w:pPr>
        <w:spacing w:after="0"/>
      </w:pPr>
    </w:p>
    <w:p w14:paraId="7BE4559C" w14:textId="7B74B825" w:rsidR="00DD4AC9" w:rsidRDefault="009C4650">
      <w:pPr>
        <w:spacing w:after="120" w:line="259" w:lineRule="auto"/>
        <w:jc w:val="both"/>
      </w:pPr>
      <w:r>
        <w:t xml:space="preserve">A </w:t>
      </w:r>
      <w:proofErr w:type="spellStart"/>
      <w:r>
        <w:t>contratação</w:t>
      </w:r>
      <w:proofErr w:type="spellEnd"/>
      <w:r>
        <w:t xml:space="preserve"> </w:t>
      </w:r>
      <w:proofErr w:type="spellStart"/>
      <w:r>
        <w:t>terá</w:t>
      </w:r>
      <w:proofErr w:type="spellEnd"/>
      <w:r>
        <w:t xml:space="preserve"> </w:t>
      </w:r>
      <w:proofErr w:type="spellStart"/>
      <w:r>
        <w:t>vigência</w:t>
      </w:r>
      <w:proofErr w:type="spellEnd"/>
      <w:r>
        <w:t xml:space="preserve"> </w:t>
      </w:r>
      <w:proofErr w:type="spellStart"/>
      <w:r>
        <w:t>inicial</w:t>
      </w:r>
      <w:proofErr w:type="spellEnd"/>
      <w:r>
        <w:t xml:space="preserve"> de </w:t>
      </w:r>
      <w:r w:rsidR="004B586D">
        <w:t xml:space="preserve">06 (SEIS) </w:t>
      </w:r>
      <w:proofErr w:type="spellStart"/>
      <w:r>
        <w:t>meses</w:t>
      </w:r>
      <w:proofErr w:type="spellEnd"/>
      <w:r>
        <w:t xml:space="preserve">, </w:t>
      </w:r>
      <w:proofErr w:type="spellStart"/>
      <w:r>
        <w:t>contados</w:t>
      </w:r>
      <w:proofErr w:type="spellEnd"/>
      <w:r>
        <w:t xml:space="preserve"> da </w:t>
      </w:r>
      <w:proofErr w:type="spellStart"/>
      <w:r>
        <w:t>assinatura</w:t>
      </w:r>
      <w:proofErr w:type="spellEnd"/>
      <w:r>
        <w:t xml:space="preserve"> do </w:t>
      </w:r>
      <w:proofErr w:type="spellStart"/>
      <w:r>
        <w:t>instrumento</w:t>
      </w:r>
      <w:proofErr w:type="spellEnd"/>
      <w:r>
        <w:t xml:space="preserve"> </w:t>
      </w:r>
      <w:proofErr w:type="spellStart"/>
      <w:r>
        <w:t>contratual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da data </w:t>
      </w:r>
      <w:proofErr w:type="spellStart"/>
      <w:r>
        <w:t>nele</w:t>
      </w:r>
      <w:proofErr w:type="spellEnd"/>
      <w:r>
        <w:t xml:space="preserve"> </w:t>
      </w:r>
      <w:proofErr w:type="spellStart"/>
      <w:r>
        <w:t>estabelecida</w:t>
      </w:r>
      <w:proofErr w:type="spellEnd"/>
      <w:r>
        <w:t xml:space="preserve">, </w:t>
      </w:r>
      <w:proofErr w:type="spellStart"/>
      <w:r>
        <w:t>observadas</w:t>
      </w:r>
      <w:proofErr w:type="spellEnd"/>
      <w:r>
        <w:t xml:space="preserve"> as </w:t>
      </w:r>
      <w:proofErr w:type="spellStart"/>
      <w:r>
        <w:t>regras</w:t>
      </w:r>
      <w:proofErr w:type="spellEnd"/>
      <w:r>
        <w:t xml:space="preserve"> da Lei Federal nº 14.133/2021 e do </w:t>
      </w:r>
      <w:proofErr w:type="spellStart"/>
      <w:r>
        <w:t>instrumento</w:t>
      </w:r>
      <w:proofErr w:type="spellEnd"/>
      <w:r>
        <w:t xml:space="preserve"> </w:t>
      </w:r>
      <w:proofErr w:type="spellStart"/>
      <w:r>
        <w:t>convocatório</w:t>
      </w:r>
      <w:proofErr w:type="spellEnd"/>
      <w:r>
        <w:t xml:space="preserve">. Eventual </w:t>
      </w:r>
      <w:proofErr w:type="spellStart"/>
      <w:r>
        <w:t>prorrogação</w:t>
      </w:r>
      <w:proofErr w:type="spellEnd"/>
      <w:r>
        <w:t xml:space="preserve"> </w:t>
      </w:r>
      <w:proofErr w:type="spellStart"/>
      <w:r>
        <w:t>somente</w:t>
      </w:r>
      <w:proofErr w:type="spellEnd"/>
      <w:r>
        <w:t xml:space="preserve"> </w:t>
      </w:r>
      <w:proofErr w:type="spellStart"/>
      <w:r>
        <w:t>poderá</w:t>
      </w:r>
      <w:proofErr w:type="spellEnd"/>
      <w:r>
        <w:t xml:space="preserve"> </w:t>
      </w:r>
      <w:proofErr w:type="spellStart"/>
      <w:r>
        <w:t>ocorrer</w:t>
      </w:r>
      <w:proofErr w:type="spellEnd"/>
      <w:r>
        <w:t xml:space="preserve"> </w:t>
      </w:r>
      <w:proofErr w:type="spellStart"/>
      <w:r>
        <w:t>quando</w:t>
      </w:r>
      <w:proofErr w:type="spellEnd"/>
      <w:r>
        <w:t xml:space="preserve"> </w:t>
      </w:r>
      <w:proofErr w:type="spellStart"/>
      <w:r>
        <w:t>houver</w:t>
      </w:r>
      <w:proofErr w:type="spellEnd"/>
      <w:r>
        <w:t xml:space="preserve"> </w:t>
      </w:r>
      <w:proofErr w:type="spellStart"/>
      <w:r>
        <w:t>hipótese</w:t>
      </w:r>
      <w:proofErr w:type="spellEnd"/>
      <w:r>
        <w:t xml:space="preserve"> legal que </w:t>
      </w:r>
      <w:proofErr w:type="gramStart"/>
      <w:r>
        <w:t>a</w:t>
      </w:r>
      <w:proofErr w:type="gramEnd"/>
      <w:r>
        <w:t xml:space="preserve"> </w:t>
      </w:r>
      <w:proofErr w:type="spellStart"/>
      <w:r>
        <w:t>autorize</w:t>
      </w:r>
      <w:proofErr w:type="spellEnd"/>
      <w:r>
        <w:t xml:space="preserve">, interesse da </w:t>
      </w:r>
      <w:proofErr w:type="spellStart"/>
      <w:r>
        <w:t>Administração</w:t>
      </w:r>
      <w:proofErr w:type="spellEnd"/>
      <w:r>
        <w:t xml:space="preserve">, </w:t>
      </w:r>
      <w:proofErr w:type="spellStart"/>
      <w:r>
        <w:t>justificativa</w:t>
      </w:r>
      <w:proofErr w:type="spellEnd"/>
      <w:r>
        <w:t xml:space="preserve"> e </w:t>
      </w:r>
      <w:proofErr w:type="spellStart"/>
      <w:r>
        <w:t>observância</w:t>
      </w:r>
      <w:proofErr w:type="spellEnd"/>
      <w:r>
        <w:t xml:space="preserve"> dos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legais</w:t>
      </w:r>
      <w:proofErr w:type="spellEnd"/>
      <w:r>
        <w:t xml:space="preserve"> </w:t>
      </w:r>
      <w:proofErr w:type="spellStart"/>
      <w:r>
        <w:t>aplicáveis</w:t>
      </w:r>
      <w:proofErr w:type="spellEnd"/>
      <w:r>
        <w:t xml:space="preserve">, </w:t>
      </w:r>
      <w:proofErr w:type="spellStart"/>
      <w:r>
        <w:t>não</w:t>
      </w:r>
      <w:proofErr w:type="spellEnd"/>
      <w:r>
        <w:t xml:space="preserve"> se </w:t>
      </w:r>
      <w:proofErr w:type="spellStart"/>
      <w:r>
        <w:t>tratando</w:t>
      </w:r>
      <w:proofErr w:type="spellEnd"/>
      <w:r>
        <w:t xml:space="preserve"> de </w:t>
      </w:r>
      <w:proofErr w:type="spellStart"/>
      <w:r>
        <w:t>prorrogação</w:t>
      </w:r>
      <w:proofErr w:type="spellEnd"/>
      <w:r>
        <w:t xml:space="preserve"> </w:t>
      </w:r>
      <w:proofErr w:type="spellStart"/>
      <w:r>
        <w:t>automática</w:t>
      </w:r>
      <w:proofErr w:type="spellEnd"/>
      <w:r>
        <w:t>.</w:t>
      </w:r>
    </w:p>
    <w:p w14:paraId="38449217" w14:textId="759C1EC1" w:rsidR="000446E8" w:rsidRDefault="009C4650">
      <w:pPr>
        <w:spacing w:after="120" w:line="259" w:lineRule="auto"/>
        <w:jc w:val="both"/>
      </w:pPr>
      <w:r>
        <w:t xml:space="preserve">A </w:t>
      </w:r>
      <w:proofErr w:type="spellStart"/>
      <w:r>
        <w:t>contratação</w:t>
      </w:r>
      <w:proofErr w:type="spellEnd"/>
      <w:r>
        <w:t xml:space="preserve"> </w:t>
      </w:r>
      <w:proofErr w:type="spellStart"/>
      <w:r>
        <w:t>caracteriza</w:t>
      </w:r>
      <w:proofErr w:type="spellEnd"/>
      <w:r>
        <w:t xml:space="preserve">-se </w:t>
      </w:r>
      <w:proofErr w:type="spellStart"/>
      <w:r>
        <w:t>como</w:t>
      </w:r>
      <w:proofErr w:type="spellEnd"/>
      <w:r>
        <w:t xml:space="preserve"> </w:t>
      </w:r>
      <w:r w:rsidR="00033290">
        <w:t xml:space="preserve">SERVIÇO COMUM, </w:t>
      </w:r>
      <w:r w:rsidR="000446E8">
        <w:t xml:space="preserve">de </w:t>
      </w:r>
      <w:r w:rsidR="00033290">
        <w:t xml:space="preserve">por </w:t>
      </w:r>
      <w:proofErr w:type="spellStart"/>
      <w:r w:rsidR="00033290">
        <w:t>escopo</w:t>
      </w:r>
      <w:proofErr w:type="spellEnd"/>
      <w:r>
        <w:t>,</w:t>
      </w:r>
      <w:r w:rsidR="00033290">
        <w:t xml:space="preserve"> </w:t>
      </w:r>
      <w:proofErr w:type="spellStart"/>
      <w:r w:rsidR="00033290">
        <w:t>conforme</w:t>
      </w:r>
      <w:proofErr w:type="spellEnd"/>
      <w:r w:rsidR="00033290">
        <w:t xml:space="preserve"> </w:t>
      </w:r>
      <w:proofErr w:type="spellStart"/>
      <w:r w:rsidR="00033290">
        <w:t>artigo</w:t>
      </w:r>
      <w:proofErr w:type="spellEnd"/>
      <w:r w:rsidR="00033290">
        <w:t xml:space="preserve"> 6º, </w:t>
      </w:r>
      <w:proofErr w:type="spellStart"/>
      <w:r w:rsidR="00033290">
        <w:t>incisos</w:t>
      </w:r>
      <w:proofErr w:type="spellEnd"/>
      <w:r w:rsidR="00033290">
        <w:t xml:space="preserve"> XIII e XVII da lei 14.133/21,</w:t>
      </w:r>
      <w:r>
        <w:t xml:space="preserve"> com </w:t>
      </w:r>
      <w:proofErr w:type="spellStart"/>
      <w:r>
        <w:t>entrega</w:t>
      </w:r>
      <w:proofErr w:type="spellEnd"/>
      <w:r>
        <w:t xml:space="preserve"> </w:t>
      </w:r>
      <w:proofErr w:type="spellStart"/>
      <w:r>
        <w:t>parcelada</w:t>
      </w:r>
      <w:proofErr w:type="spellEnd"/>
      <w:r>
        <w:t xml:space="preserve"> </w:t>
      </w:r>
      <w:proofErr w:type="spellStart"/>
      <w:r>
        <w:t>conforme</w:t>
      </w:r>
      <w:proofErr w:type="spellEnd"/>
      <w:r>
        <w:t xml:space="preserve"> a </w:t>
      </w:r>
      <w:proofErr w:type="spellStart"/>
      <w:r>
        <w:t>necessidade</w:t>
      </w:r>
      <w:proofErr w:type="spellEnd"/>
      <w:r>
        <w:t xml:space="preserve"> da </w:t>
      </w:r>
      <w:proofErr w:type="spellStart"/>
      <w:r>
        <w:t>Administração</w:t>
      </w:r>
      <w:proofErr w:type="spellEnd"/>
      <w:r>
        <w:t xml:space="preserve">, </w:t>
      </w:r>
      <w:proofErr w:type="spellStart"/>
      <w:r>
        <w:t>não</w:t>
      </w:r>
      <w:proofErr w:type="spellEnd"/>
      <w:r>
        <w:t xml:space="preserve"> se </w:t>
      </w:r>
      <w:proofErr w:type="spellStart"/>
      <w:r>
        <w:t>tratando</w:t>
      </w:r>
      <w:proofErr w:type="spellEnd"/>
      <w:r>
        <w:t xml:space="preserve"> de </w:t>
      </w:r>
      <w:proofErr w:type="spellStart"/>
      <w:r>
        <w:t>serviço</w:t>
      </w:r>
      <w:proofErr w:type="spellEnd"/>
      <w:r>
        <w:t xml:space="preserve"> </w:t>
      </w:r>
      <w:proofErr w:type="spellStart"/>
      <w:r>
        <w:t>continuado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de material </w:t>
      </w:r>
      <w:proofErr w:type="spellStart"/>
      <w:r>
        <w:t>permanente</w:t>
      </w:r>
      <w:proofErr w:type="spellEnd"/>
      <w:r>
        <w:t>/</w:t>
      </w:r>
      <w:proofErr w:type="spellStart"/>
      <w:r>
        <w:t>equipamento</w:t>
      </w:r>
      <w:proofErr w:type="spellEnd"/>
      <w:r>
        <w:t>.</w:t>
      </w:r>
      <w:r w:rsidR="000446E8">
        <w:t xml:space="preserve"> </w:t>
      </w:r>
      <w:proofErr w:type="spellStart"/>
      <w:r w:rsidR="000446E8">
        <w:t>Também</w:t>
      </w:r>
      <w:proofErr w:type="spellEnd"/>
      <w:r w:rsidR="000446E8">
        <w:t xml:space="preserve"> </w:t>
      </w:r>
      <w:proofErr w:type="spellStart"/>
      <w:r w:rsidR="000446E8">
        <w:t>fundamentada</w:t>
      </w:r>
      <w:proofErr w:type="spellEnd"/>
      <w:r w:rsidR="000446E8">
        <w:t xml:space="preserve"> </w:t>
      </w:r>
      <w:proofErr w:type="spellStart"/>
      <w:r w:rsidR="000446E8">
        <w:t>na</w:t>
      </w:r>
      <w:proofErr w:type="spellEnd"/>
      <w:r w:rsidR="000446E8">
        <w:t xml:space="preserve"> </w:t>
      </w:r>
      <w:proofErr w:type="spellStart"/>
      <w:r w:rsidR="000446E8">
        <w:t>caracterização</w:t>
      </w:r>
      <w:proofErr w:type="spellEnd"/>
      <w:r w:rsidR="000446E8">
        <w:t xml:space="preserve"> de </w:t>
      </w:r>
      <w:proofErr w:type="spellStart"/>
      <w:r w:rsidR="000446E8">
        <w:t>serviço</w:t>
      </w:r>
      <w:proofErr w:type="spellEnd"/>
      <w:r w:rsidR="000446E8">
        <w:t xml:space="preserve"> pela </w:t>
      </w:r>
      <w:r w:rsidR="000446E8" w:rsidRPr="000446E8">
        <w:t>LC 116/2003</w:t>
      </w:r>
      <w:r w:rsidR="000446E8">
        <w:t>:</w:t>
      </w:r>
    </w:p>
    <w:p w14:paraId="2C0A16B6" w14:textId="3150A457" w:rsidR="000446E8" w:rsidRDefault="000446E8" w:rsidP="000446E8">
      <w:pPr>
        <w:spacing w:after="120" w:line="259" w:lineRule="auto"/>
        <w:ind w:left="4678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“</w:t>
      </w:r>
      <w:r w:rsidRPr="000446E8">
        <w:rPr>
          <w:i/>
          <w:iCs/>
          <w:sz w:val="20"/>
          <w:szCs w:val="20"/>
        </w:rPr>
        <w:t xml:space="preserve">Item 13.05 – </w:t>
      </w:r>
      <w:proofErr w:type="spellStart"/>
      <w:r w:rsidRPr="000446E8">
        <w:rPr>
          <w:i/>
          <w:iCs/>
          <w:sz w:val="20"/>
          <w:szCs w:val="20"/>
        </w:rPr>
        <w:t>Composição</w:t>
      </w:r>
      <w:proofErr w:type="spellEnd"/>
      <w:r w:rsidRPr="000446E8">
        <w:rPr>
          <w:i/>
          <w:iCs/>
          <w:sz w:val="20"/>
          <w:szCs w:val="20"/>
        </w:rPr>
        <w:t xml:space="preserve"> </w:t>
      </w:r>
      <w:proofErr w:type="spellStart"/>
      <w:r w:rsidRPr="000446E8">
        <w:rPr>
          <w:i/>
          <w:iCs/>
          <w:sz w:val="20"/>
          <w:szCs w:val="20"/>
        </w:rPr>
        <w:t>gráfica</w:t>
      </w:r>
      <w:proofErr w:type="spellEnd"/>
      <w:r w:rsidRPr="000446E8">
        <w:rPr>
          <w:i/>
          <w:iCs/>
          <w:sz w:val="20"/>
          <w:szCs w:val="20"/>
        </w:rPr>
        <w:t xml:space="preserve">, inclusive </w:t>
      </w:r>
      <w:proofErr w:type="spellStart"/>
      <w:r w:rsidRPr="000446E8">
        <w:rPr>
          <w:i/>
          <w:iCs/>
          <w:sz w:val="20"/>
          <w:szCs w:val="20"/>
        </w:rPr>
        <w:t>confecção</w:t>
      </w:r>
      <w:proofErr w:type="spellEnd"/>
      <w:r w:rsidRPr="000446E8">
        <w:rPr>
          <w:i/>
          <w:iCs/>
          <w:sz w:val="20"/>
          <w:szCs w:val="20"/>
        </w:rPr>
        <w:t xml:space="preserve"> de </w:t>
      </w:r>
      <w:proofErr w:type="spellStart"/>
      <w:r w:rsidRPr="000446E8">
        <w:rPr>
          <w:i/>
          <w:iCs/>
          <w:sz w:val="20"/>
          <w:szCs w:val="20"/>
        </w:rPr>
        <w:t>impressos</w:t>
      </w:r>
      <w:proofErr w:type="spellEnd"/>
      <w:r w:rsidRPr="000446E8">
        <w:rPr>
          <w:i/>
          <w:iCs/>
          <w:sz w:val="20"/>
          <w:szCs w:val="20"/>
        </w:rPr>
        <w:t xml:space="preserve"> </w:t>
      </w:r>
      <w:proofErr w:type="spellStart"/>
      <w:r w:rsidRPr="000446E8">
        <w:rPr>
          <w:i/>
          <w:iCs/>
          <w:sz w:val="20"/>
          <w:szCs w:val="20"/>
        </w:rPr>
        <w:t>gráficos</w:t>
      </w:r>
      <w:proofErr w:type="spellEnd"/>
      <w:r w:rsidRPr="000446E8">
        <w:rPr>
          <w:i/>
          <w:iCs/>
          <w:sz w:val="20"/>
          <w:szCs w:val="20"/>
        </w:rPr>
        <w:t xml:space="preserve">, </w:t>
      </w:r>
      <w:proofErr w:type="spellStart"/>
      <w:r w:rsidRPr="000446E8">
        <w:rPr>
          <w:i/>
          <w:iCs/>
          <w:sz w:val="20"/>
          <w:szCs w:val="20"/>
        </w:rPr>
        <w:t>fotocomposição</w:t>
      </w:r>
      <w:proofErr w:type="spellEnd"/>
      <w:r w:rsidRPr="000446E8">
        <w:rPr>
          <w:i/>
          <w:iCs/>
          <w:sz w:val="20"/>
          <w:szCs w:val="20"/>
        </w:rPr>
        <w:t xml:space="preserve">, </w:t>
      </w:r>
      <w:proofErr w:type="spellStart"/>
      <w:r w:rsidRPr="000446E8">
        <w:rPr>
          <w:i/>
          <w:iCs/>
          <w:sz w:val="20"/>
          <w:szCs w:val="20"/>
        </w:rPr>
        <w:t>clicheria</w:t>
      </w:r>
      <w:proofErr w:type="spellEnd"/>
      <w:r w:rsidRPr="000446E8">
        <w:rPr>
          <w:i/>
          <w:iCs/>
          <w:sz w:val="20"/>
          <w:szCs w:val="20"/>
        </w:rPr>
        <w:t xml:space="preserve">, </w:t>
      </w:r>
      <w:proofErr w:type="spellStart"/>
      <w:r w:rsidRPr="000446E8">
        <w:rPr>
          <w:i/>
          <w:iCs/>
          <w:sz w:val="20"/>
          <w:szCs w:val="20"/>
        </w:rPr>
        <w:t>zincografia</w:t>
      </w:r>
      <w:proofErr w:type="spellEnd"/>
      <w:r w:rsidRPr="000446E8">
        <w:rPr>
          <w:i/>
          <w:iCs/>
          <w:sz w:val="20"/>
          <w:szCs w:val="20"/>
        </w:rPr>
        <w:t xml:space="preserve">, </w:t>
      </w:r>
      <w:proofErr w:type="spellStart"/>
      <w:r w:rsidRPr="000446E8">
        <w:rPr>
          <w:i/>
          <w:iCs/>
          <w:sz w:val="20"/>
          <w:szCs w:val="20"/>
        </w:rPr>
        <w:t>litografia</w:t>
      </w:r>
      <w:proofErr w:type="spellEnd"/>
      <w:r w:rsidRPr="000446E8">
        <w:rPr>
          <w:i/>
          <w:iCs/>
          <w:sz w:val="20"/>
          <w:szCs w:val="20"/>
        </w:rPr>
        <w:t xml:space="preserve"> e </w:t>
      </w:r>
      <w:proofErr w:type="spellStart"/>
      <w:r w:rsidRPr="000446E8">
        <w:rPr>
          <w:i/>
          <w:iCs/>
          <w:sz w:val="20"/>
          <w:szCs w:val="20"/>
        </w:rPr>
        <w:t>fotolitografia</w:t>
      </w:r>
      <w:proofErr w:type="spellEnd"/>
      <w:r w:rsidRPr="000446E8">
        <w:rPr>
          <w:i/>
          <w:iCs/>
          <w:sz w:val="20"/>
          <w:szCs w:val="20"/>
        </w:rPr>
        <w:t xml:space="preserve">, </w:t>
      </w:r>
      <w:proofErr w:type="spellStart"/>
      <w:r w:rsidRPr="000446E8">
        <w:rPr>
          <w:i/>
          <w:iCs/>
          <w:sz w:val="20"/>
          <w:szCs w:val="20"/>
        </w:rPr>
        <w:t>exceto</w:t>
      </w:r>
      <w:proofErr w:type="spellEnd"/>
      <w:r w:rsidRPr="000446E8">
        <w:rPr>
          <w:i/>
          <w:iCs/>
          <w:sz w:val="20"/>
          <w:szCs w:val="20"/>
        </w:rPr>
        <w:t xml:space="preserve"> se </w:t>
      </w:r>
      <w:proofErr w:type="spellStart"/>
      <w:r w:rsidRPr="000446E8">
        <w:rPr>
          <w:i/>
          <w:iCs/>
          <w:sz w:val="20"/>
          <w:szCs w:val="20"/>
        </w:rPr>
        <w:t>destinados</w:t>
      </w:r>
      <w:proofErr w:type="spellEnd"/>
      <w:r w:rsidRPr="000446E8">
        <w:rPr>
          <w:i/>
          <w:iCs/>
          <w:sz w:val="20"/>
          <w:szCs w:val="20"/>
        </w:rPr>
        <w:t xml:space="preserve"> a posterior </w:t>
      </w:r>
      <w:proofErr w:type="spellStart"/>
      <w:r w:rsidRPr="000446E8">
        <w:rPr>
          <w:i/>
          <w:iCs/>
          <w:sz w:val="20"/>
          <w:szCs w:val="20"/>
        </w:rPr>
        <w:t>operação</w:t>
      </w:r>
      <w:proofErr w:type="spellEnd"/>
      <w:r w:rsidRPr="000446E8">
        <w:rPr>
          <w:i/>
          <w:iCs/>
          <w:sz w:val="20"/>
          <w:szCs w:val="20"/>
        </w:rPr>
        <w:t xml:space="preserve"> de </w:t>
      </w:r>
      <w:proofErr w:type="spellStart"/>
      <w:r w:rsidRPr="000446E8">
        <w:rPr>
          <w:i/>
          <w:iCs/>
          <w:sz w:val="20"/>
          <w:szCs w:val="20"/>
        </w:rPr>
        <w:t>comercialização</w:t>
      </w:r>
      <w:proofErr w:type="spellEnd"/>
      <w:r w:rsidRPr="000446E8">
        <w:rPr>
          <w:i/>
          <w:iCs/>
          <w:sz w:val="20"/>
          <w:szCs w:val="20"/>
        </w:rPr>
        <w:t xml:space="preserve"> </w:t>
      </w:r>
      <w:proofErr w:type="spellStart"/>
      <w:r w:rsidRPr="000446E8">
        <w:rPr>
          <w:i/>
          <w:iCs/>
          <w:sz w:val="20"/>
          <w:szCs w:val="20"/>
        </w:rPr>
        <w:t>ou</w:t>
      </w:r>
      <w:proofErr w:type="spellEnd"/>
      <w:r w:rsidRPr="000446E8">
        <w:rPr>
          <w:i/>
          <w:iCs/>
          <w:sz w:val="20"/>
          <w:szCs w:val="20"/>
        </w:rPr>
        <w:t xml:space="preserve"> </w:t>
      </w:r>
      <w:proofErr w:type="spellStart"/>
      <w:r w:rsidRPr="000446E8">
        <w:rPr>
          <w:i/>
          <w:iCs/>
          <w:sz w:val="20"/>
          <w:szCs w:val="20"/>
        </w:rPr>
        <w:t>industrialização</w:t>
      </w:r>
      <w:proofErr w:type="spellEnd"/>
      <w:r w:rsidRPr="000446E8">
        <w:rPr>
          <w:i/>
          <w:iCs/>
          <w:sz w:val="20"/>
          <w:szCs w:val="20"/>
        </w:rPr>
        <w:t xml:space="preserve">, </w:t>
      </w:r>
      <w:proofErr w:type="spellStart"/>
      <w:r w:rsidRPr="000446E8">
        <w:rPr>
          <w:i/>
          <w:iCs/>
          <w:sz w:val="20"/>
          <w:szCs w:val="20"/>
        </w:rPr>
        <w:t>ainda</w:t>
      </w:r>
      <w:proofErr w:type="spellEnd"/>
      <w:r w:rsidRPr="000446E8">
        <w:rPr>
          <w:i/>
          <w:iCs/>
          <w:sz w:val="20"/>
          <w:szCs w:val="20"/>
        </w:rPr>
        <w:t xml:space="preserve"> que </w:t>
      </w:r>
      <w:proofErr w:type="spellStart"/>
      <w:r w:rsidRPr="000446E8">
        <w:rPr>
          <w:i/>
          <w:iCs/>
          <w:sz w:val="20"/>
          <w:szCs w:val="20"/>
        </w:rPr>
        <w:t>incorporados</w:t>
      </w:r>
      <w:proofErr w:type="spellEnd"/>
      <w:r w:rsidRPr="000446E8">
        <w:rPr>
          <w:i/>
          <w:iCs/>
          <w:sz w:val="20"/>
          <w:szCs w:val="20"/>
        </w:rPr>
        <w:t xml:space="preserve">, de </w:t>
      </w:r>
      <w:proofErr w:type="spellStart"/>
      <w:r w:rsidRPr="000446E8">
        <w:rPr>
          <w:i/>
          <w:iCs/>
          <w:sz w:val="20"/>
          <w:szCs w:val="20"/>
        </w:rPr>
        <w:t>qualquer</w:t>
      </w:r>
      <w:proofErr w:type="spellEnd"/>
      <w:r w:rsidRPr="000446E8">
        <w:rPr>
          <w:i/>
          <w:iCs/>
          <w:sz w:val="20"/>
          <w:szCs w:val="20"/>
        </w:rPr>
        <w:t xml:space="preserve"> forma, </w:t>
      </w:r>
      <w:proofErr w:type="gramStart"/>
      <w:r w:rsidRPr="000446E8">
        <w:rPr>
          <w:i/>
          <w:iCs/>
          <w:sz w:val="20"/>
          <w:szCs w:val="20"/>
        </w:rPr>
        <w:t>a</w:t>
      </w:r>
      <w:proofErr w:type="gramEnd"/>
      <w:r w:rsidRPr="000446E8">
        <w:rPr>
          <w:i/>
          <w:iCs/>
          <w:sz w:val="20"/>
          <w:szCs w:val="20"/>
        </w:rPr>
        <w:t xml:space="preserve"> </w:t>
      </w:r>
      <w:proofErr w:type="spellStart"/>
      <w:r w:rsidRPr="000446E8">
        <w:rPr>
          <w:i/>
          <w:iCs/>
          <w:sz w:val="20"/>
          <w:szCs w:val="20"/>
        </w:rPr>
        <w:t>outra</w:t>
      </w:r>
      <w:proofErr w:type="spellEnd"/>
      <w:r w:rsidRPr="000446E8">
        <w:rPr>
          <w:i/>
          <w:iCs/>
          <w:sz w:val="20"/>
          <w:szCs w:val="20"/>
        </w:rPr>
        <w:t xml:space="preserve"> </w:t>
      </w:r>
      <w:proofErr w:type="spellStart"/>
      <w:r w:rsidRPr="000446E8">
        <w:rPr>
          <w:i/>
          <w:iCs/>
          <w:sz w:val="20"/>
          <w:szCs w:val="20"/>
        </w:rPr>
        <w:t>mercadoria</w:t>
      </w:r>
      <w:proofErr w:type="spellEnd"/>
      <w:r w:rsidRPr="000446E8">
        <w:rPr>
          <w:i/>
          <w:iCs/>
          <w:sz w:val="20"/>
          <w:szCs w:val="20"/>
        </w:rPr>
        <w:t>..."</w:t>
      </w:r>
    </w:p>
    <w:p w14:paraId="49BDCDDF" w14:textId="77777777" w:rsidR="003D363A" w:rsidRPr="000446E8" w:rsidRDefault="003D363A" w:rsidP="000446E8">
      <w:pPr>
        <w:spacing w:after="120" w:line="259" w:lineRule="auto"/>
        <w:ind w:left="4678"/>
        <w:jc w:val="both"/>
        <w:rPr>
          <w:i/>
          <w:iCs/>
          <w:sz w:val="20"/>
          <w:szCs w:val="20"/>
        </w:rPr>
      </w:pPr>
    </w:p>
    <w:p w14:paraId="6077BA19" w14:textId="77777777" w:rsidR="005C195C" w:rsidRDefault="005C195C">
      <w:pPr>
        <w:spacing w:after="120" w:line="259" w:lineRule="auto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7CD280EF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FA711F" w14:textId="77777777" w:rsidR="00DD4AC9" w:rsidRDefault="009C4650">
            <w:r>
              <w:rPr>
                <w:b/>
                <w:color w:val="FFFFFF"/>
                <w:sz w:val="20"/>
              </w:rPr>
              <w:t>7. DA FUNDAMENTAÇÃO LEGAL E DO PLANEJAMENTO DA CONTRATAÇÃO</w:t>
            </w:r>
          </w:p>
        </w:tc>
      </w:tr>
    </w:tbl>
    <w:p w14:paraId="32A95D64" w14:textId="77777777" w:rsidR="00DD4AC9" w:rsidRDefault="00DD4AC9">
      <w:pPr>
        <w:spacing w:after="0"/>
      </w:pPr>
    </w:p>
    <w:p w14:paraId="267095E1" w14:textId="5894ECCC" w:rsidR="00DD4AC9" w:rsidRDefault="009C4650">
      <w:pPr>
        <w:spacing w:after="120" w:line="259" w:lineRule="auto"/>
        <w:jc w:val="both"/>
      </w:pPr>
      <w:r>
        <w:t xml:space="preserve">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formalização</w:t>
      </w:r>
      <w:proofErr w:type="spellEnd"/>
      <w:r>
        <w:t xml:space="preserve"> </w:t>
      </w:r>
      <w:proofErr w:type="spellStart"/>
      <w:r>
        <w:t>observa</w:t>
      </w:r>
      <w:proofErr w:type="spellEnd"/>
      <w:r>
        <w:t xml:space="preserve">, no que </w:t>
      </w:r>
      <w:proofErr w:type="spellStart"/>
      <w:r>
        <w:t>couber</w:t>
      </w:r>
      <w:proofErr w:type="spellEnd"/>
      <w:r>
        <w:t xml:space="preserve">, a Lei Federal nº 14.133/2021, </w:t>
      </w:r>
      <w:proofErr w:type="spellStart"/>
      <w:r>
        <w:t>especialmente</w:t>
      </w:r>
      <w:proofErr w:type="spellEnd"/>
      <w:r>
        <w:t xml:space="preserve">: art. 5º, </w:t>
      </w:r>
      <w:proofErr w:type="spellStart"/>
      <w:r>
        <w:t>quanto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princípios</w:t>
      </w:r>
      <w:proofErr w:type="spellEnd"/>
      <w:r>
        <w:t xml:space="preserve"> que </w:t>
      </w:r>
      <w:proofErr w:type="spellStart"/>
      <w:r>
        <w:t>regem</w:t>
      </w:r>
      <w:proofErr w:type="spellEnd"/>
      <w:r>
        <w:t xml:space="preserve"> as </w:t>
      </w:r>
      <w:proofErr w:type="spellStart"/>
      <w:r>
        <w:t>contratações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; art. 18, </w:t>
      </w:r>
      <w:proofErr w:type="spellStart"/>
      <w:r>
        <w:t>quanto</w:t>
      </w:r>
      <w:proofErr w:type="spellEnd"/>
      <w:r>
        <w:t xml:space="preserve"> à </w:t>
      </w:r>
      <w:proofErr w:type="spellStart"/>
      <w:r>
        <w:t>fase</w:t>
      </w:r>
      <w:proofErr w:type="spellEnd"/>
      <w:r>
        <w:t xml:space="preserve"> </w:t>
      </w:r>
      <w:proofErr w:type="spellStart"/>
      <w:r>
        <w:t>preparatória</w:t>
      </w:r>
      <w:proofErr w:type="spellEnd"/>
      <w:r>
        <w:t xml:space="preserve"> e </w:t>
      </w:r>
      <w:proofErr w:type="spellStart"/>
      <w:r>
        <w:t>ao</w:t>
      </w:r>
      <w:proofErr w:type="spellEnd"/>
      <w:r>
        <w:t xml:space="preserve"> </w:t>
      </w:r>
      <w:proofErr w:type="spellStart"/>
      <w:r>
        <w:t>planejamento</w:t>
      </w:r>
      <w:proofErr w:type="spellEnd"/>
      <w:r>
        <w:t xml:space="preserve"> da </w:t>
      </w:r>
      <w:proofErr w:type="spellStart"/>
      <w:r w:rsidR="00033290">
        <w:t>contratação</w:t>
      </w:r>
      <w:proofErr w:type="spellEnd"/>
      <w:r w:rsidR="00033290">
        <w:t>; art.</w:t>
      </w:r>
      <w:r>
        <w:t xml:space="preserve"> 40, </w:t>
      </w:r>
      <w:proofErr w:type="spellStart"/>
      <w:r>
        <w:t>quanto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planejamento</w:t>
      </w:r>
      <w:proofErr w:type="spellEnd"/>
      <w:r>
        <w:t xml:space="preserve"> de </w:t>
      </w:r>
      <w:proofErr w:type="spellStart"/>
      <w:r>
        <w:t>compras</w:t>
      </w:r>
      <w:proofErr w:type="spellEnd"/>
      <w:r>
        <w:t xml:space="preserve"> e </w:t>
      </w:r>
      <w:proofErr w:type="spellStart"/>
      <w:r>
        <w:t>às</w:t>
      </w:r>
      <w:proofErr w:type="spellEnd"/>
      <w:r>
        <w:t xml:space="preserve"> </w:t>
      </w:r>
      <w:proofErr w:type="spellStart"/>
      <w:r>
        <w:t>condições</w:t>
      </w:r>
      <w:proofErr w:type="spellEnd"/>
      <w:r>
        <w:t xml:space="preserve"> de </w:t>
      </w:r>
      <w:proofErr w:type="spellStart"/>
      <w:r>
        <w:t>aquisição</w:t>
      </w:r>
      <w:proofErr w:type="spellEnd"/>
      <w:r>
        <w:t xml:space="preserve">; </w:t>
      </w:r>
      <w:proofErr w:type="gramStart"/>
      <w:r>
        <w:t xml:space="preserve">e  </w:t>
      </w:r>
      <w:proofErr w:type="spellStart"/>
      <w:r>
        <w:t>demais</w:t>
      </w:r>
      <w:proofErr w:type="spellEnd"/>
      <w:proofErr w:type="gramEnd"/>
      <w:r>
        <w:t xml:space="preserve"> </w:t>
      </w:r>
      <w:proofErr w:type="spellStart"/>
      <w:r>
        <w:t>dispositivos</w:t>
      </w:r>
      <w:proofErr w:type="spellEnd"/>
      <w:r>
        <w:t xml:space="preserve"> </w:t>
      </w:r>
      <w:proofErr w:type="spellStart"/>
      <w:r>
        <w:t>aplicáveis</w:t>
      </w:r>
      <w:proofErr w:type="spellEnd"/>
      <w:r>
        <w:t xml:space="preserve"> à </w:t>
      </w:r>
      <w:proofErr w:type="spellStart"/>
      <w:r>
        <w:t>seleção</w:t>
      </w:r>
      <w:proofErr w:type="spellEnd"/>
      <w:r>
        <w:t xml:space="preserve"> do </w:t>
      </w:r>
      <w:proofErr w:type="spellStart"/>
      <w:r>
        <w:t>fornecedor</w:t>
      </w:r>
      <w:proofErr w:type="spellEnd"/>
      <w:r>
        <w:t xml:space="preserve">, à </w:t>
      </w:r>
      <w:proofErr w:type="spellStart"/>
      <w:r>
        <w:t>execução</w:t>
      </w:r>
      <w:proofErr w:type="spellEnd"/>
      <w:r>
        <w:t xml:space="preserve">, </w:t>
      </w:r>
      <w:proofErr w:type="spellStart"/>
      <w:r>
        <w:t>ao</w:t>
      </w:r>
      <w:proofErr w:type="spellEnd"/>
      <w:r>
        <w:t xml:space="preserve"> </w:t>
      </w:r>
      <w:proofErr w:type="spellStart"/>
      <w:r>
        <w:t>recebimento</w:t>
      </w:r>
      <w:proofErr w:type="spellEnd"/>
      <w:r>
        <w:t xml:space="preserve">, à </w:t>
      </w:r>
      <w:proofErr w:type="spellStart"/>
      <w:r>
        <w:t>fiscalização</w:t>
      </w:r>
      <w:proofErr w:type="spellEnd"/>
      <w:r>
        <w:t xml:space="preserve"> e </w:t>
      </w:r>
      <w:proofErr w:type="spellStart"/>
      <w:r>
        <w:t>ao</w:t>
      </w:r>
      <w:proofErr w:type="spellEnd"/>
      <w:r>
        <w:t xml:space="preserve"> pagamento.</w:t>
      </w:r>
    </w:p>
    <w:p w14:paraId="48329654" w14:textId="77777777" w:rsidR="00DD4AC9" w:rsidRDefault="009C4650">
      <w:pPr>
        <w:spacing w:after="120" w:line="259" w:lineRule="auto"/>
        <w:jc w:val="both"/>
      </w:pPr>
      <w:r>
        <w:lastRenderedPageBreak/>
        <w:t xml:space="preserve">O </w:t>
      </w:r>
      <w:proofErr w:type="spellStart"/>
      <w:r>
        <w:t>detalhamento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dos </w:t>
      </w:r>
      <w:proofErr w:type="spellStart"/>
      <w:r>
        <w:t>materiais</w:t>
      </w:r>
      <w:proofErr w:type="spellEnd"/>
      <w:r>
        <w:t xml:space="preserve">, </w:t>
      </w:r>
      <w:proofErr w:type="spellStart"/>
      <w:r>
        <w:t>critérios</w:t>
      </w:r>
      <w:proofErr w:type="spellEnd"/>
      <w:r>
        <w:t xml:space="preserve"> de </w:t>
      </w:r>
      <w:proofErr w:type="spellStart"/>
      <w:r>
        <w:t>aceitação</w:t>
      </w:r>
      <w:proofErr w:type="spellEnd"/>
      <w:r>
        <w:t xml:space="preserve">, </w:t>
      </w:r>
      <w:proofErr w:type="spellStart"/>
      <w:r>
        <w:t>condições</w:t>
      </w:r>
      <w:proofErr w:type="spellEnd"/>
      <w:r>
        <w:t xml:space="preserve"> de </w:t>
      </w:r>
      <w:proofErr w:type="spellStart"/>
      <w:r>
        <w:t>fornecimento</w:t>
      </w:r>
      <w:proofErr w:type="spellEnd"/>
      <w:r>
        <w:t xml:space="preserve">, </w:t>
      </w:r>
      <w:proofErr w:type="spellStart"/>
      <w:r>
        <w:t>obrigações</w:t>
      </w:r>
      <w:proofErr w:type="spellEnd"/>
      <w:r>
        <w:t xml:space="preserve"> das </w:t>
      </w:r>
      <w:proofErr w:type="spellStart"/>
      <w:r>
        <w:t>partes</w:t>
      </w:r>
      <w:proofErr w:type="spellEnd"/>
      <w:r>
        <w:t xml:space="preserve">, </w:t>
      </w:r>
      <w:proofErr w:type="spellStart"/>
      <w:r>
        <w:t>fiscalização</w:t>
      </w:r>
      <w:proofErr w:type="spellEnd"/>
      <w:r>
        <w:t xml:space="preserve">, </w:t>
      </w:r>
      <w:proofErr w:type="spellStart"/>
      <w:r>
        <w:t>gestão</w:t>
      </w:r>
      <w:proofErr w:type="spellEnd"/>
      <w:r>
        <w:t xml:space="preserve"> </w:t>
      </w:r>
      <w:proofErr w:type="spellStart"/>
      <w:r>
        <w:t>contratual</w:t>
      </w:r>
      <w:proofErr w:type="spellEnd"/>
      <w:r>
        <w:t xml:space="preserve">, </w:t>
      </w:r>
      <w:proofErr w:type="spellStart"/>
      <w:r>
        <w:t>estimativa</w:t>
      </w:r>
      <w:proofErr w:type="spellEnd"/>
      <w:r>
        <w:t xml:space="preserve"> de </w:t>
      </w:r>
      <w:proofErr w:type="spellStart"/>
      <w:r>
        <w:t>preços</w:t>
      </w:r>
      <w:proofErr w:type="spellEnd"/>
      <w:r>
        <w:t xml:space="preserve"> e </w:t>
      </w:r>
      <w:proofErr w:type="spellStart"/>
      <w:r>
        <w:t>demais</w:t>
      </w:r>
      <w:proofErr w:type="spellEnd"/>
      <w:r>
        <w:t xml:space="preserve"> </w:t>
      </w:r>
      <w:proofErr w:type="spellStart"/>
      <w:r>
        <w:t>elementos</w:t>
      </w:r>
      <w:proofErr w:type="spellEnd"/>
      <w:r>
        <w:t xml:space="preserve"> </w:t>
      </w:r>
      <w:proofErr w:type="spellStart"/>
      <w:r>
        <w:t>necessários</w:t>
      </w:r>
      <w:proofErr w:type="spellEnd"/>
      <w:r>
        <w:t xml:space="preserve"> à </w:t>
      </w:r>
      <w:proofErr w:type="spellStart"/>
      <w:r>
        <w:t>contratação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ser </w:t>
      </w:r>
      <w:proofErr w:type="spellStart"/>
      <w:r>
        <w:t>definidos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etapas</w:t>
      </w:r>
      <w:proofErr w:type="spellEnd"/>
      <w:r>
        <w:t xml:space="preserve"> </w:t>
      </w:r>
      <w:proofErr w:type="spellStart"/>
      <w:r>
        <w:t>subsequentes</w:t>
      </w:r>
      <w:proofErr w:type="spellEnd"/>
      <w:r>
        <w:t xml:space="preserve"> de </w:t>
      </w:r>
      <w:proofErr w:type="spellStart"/>
      <w:r>
        <w:t>planejamento</w:t>
      </w:r>
      <w:proofErr w:type="spellEnd"/>
      <w:r>
        <w:t xml:space="preserve">, </w:t>
      </w:r>
      <w:proofErr w:type="spellStart"/>
      <w:r>
        <w:t>especialmente</w:t>
      </w:r>
      <w:proofErr w:type="spellEnd"/>
      <w:r>
        <w:t xml:space="preserve"> no </w:t>
      </w:r>
      <w:proofErr w:type="spellStart"/>
      <w:r>
        <w:t>Estudo</w:t>
      </w:r>
      <w:proofErr w:type="spellEnd"/>
      <w:r>
        <w:t xml:space="preserve"> Técnico </w:t>
      </w:r>
      <w:proofErr w:type="spellStart"/>
      <w:r>
        <w:t>Preliminar</w:t>
      </w:r>
      <w:proofErr w:type="spellEnd"/>
      <w:r>
        <w:t xml:space="preserve"> e no </w:t>
      </w:r>
      <w:proofErr w:type="spellStart"/>
      <w:r>
        <w:t>Termo</w:t>
      </w:r>
      <w:proofErr w:type="spellEnd"/>
      <w:r>
        <w:t xml:space="preserve"> de </w:t>
      </w:r>
      <w:proofErr w:type="spellStart"/>
      <w:r>
        <w:t>Referência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conformidade</w:t>
      </w:r>
      <w:proofErr w:type="spellEnd"/>
      <w:r>
        <w:t xml:space="preserve"> com a </w:t>
      </w:r>
      <w:proofErr w:type="spellStart"/>
      <w:r>
        <w:t>legislação</w:t>
      </w:r>
      <w:proofErr w:type="spellEnd"/>
      <w:r>
        <w:t xml:space="preserve"> </w:t>
      </w:r>
      <w:proofErr w:type="spellStart"/>
      <w:r>
        <w:t>aplicável</w:t>
      </w:r>
      <w:proofErr w:type="spellEnd"/>
      <w:r>
        <w:t>.</w:t>
      </w:r>
    </w:p>
    <w:p w14:paraId="5225895C" w14:textId="77777777" w:rsidR="003D363A" w:rsidRDefault="003D363A">
      <w:pPr>
        <w:spacing w:after="120" w:line="259" w:lineRule="auto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12"/>
      </w:tblGrid>
      <w:tr w:rsidR="00DD4AC9" w14:paraId="2E34164C" w14:textId="77777777">
        <w:trPr>
          <w:jc w:val="center"/>
        </w:trPr>
        <w:tc>
          <w:tcPr>
            <w:tcW w:w="10312" w:type="dxa"/>
            <w:shd w:val="clear" w:color="auto" w:fill="00000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BDFA31" w14:textId="77777777" w:rsidR="00DD4AC9" w:rsidRDefault="009C4650">
            <w:r>
              <w:rPr>
                <w:b/>
                <w:color w:val="FFFFFF"/>
                <w:sz w:val="20"/>
              </w:rPr>
              <w:t>8. DA ASSINATURA DA ÁREA REQUISITANTE</w:t>
            </w:r>
          </w:p>
        </w:tc>
      </w:tr>
    </w:tbl>
    <w:p w14:paraId="1F483C0D" w14:textId="77777777" w:rsidR="00DD4AC9" w:rsidRDefault="00DD4AC9">
      <w:pPr>
        <w:spacing w:after="0"/>
      </w:pPr>
    </w:p>
    <w:p w14:paraId="31347B6A" w14:textId="77777777" w:rsidR="00DD4AC9" w:rsidRDefault="009C4650">
      <w:pPr>
        <w:spacing w:after="120" w:line="259" w:lineRule="auto"/>
        <w:jc w:val="both"/>
      </w:pPr>
      <w:proofErr w:type="spellStart"/>
      <w:r>
        <w:t>Autorizo</w:t>
      </w:r>
      <w:proofErr w:type="spellEnd"/>
      <w:r>
        <w:t xml:space="preserve"> o </w:t>
      </w:r>
      <w:proofErr w:type="spellStart"/>
      <w:r>
        <w:t>planejamento</w:t>
      </w:r>
      <w:proofErr w:type="spellEnd"/>
      <w:r>
        <w:t xml:space="preserve"> da </w:t>
      </w:r>
      <w:proofErr w:type="spellStart"/>
      <w:r>
        <w:t>contratação</w:t>
      </w:r>
      <w:proofErr w:type="spellEnd"/>
      <w:r>
        <w:t xml:space="preserve">, </w:t>
      </w:r>
      <w:proofErr w:type="spellStart"/>
      <w:r>
        <w:t>considerando</w:t>
      </w:r>
      <w:proofErr w:type="spellEnd"/>
      <w:r>
        <w:t xml:space="preserve"> </w:t>
      </w:r>
      <w:proofErr w:type="spellStart"/>
      <w:r>
        <w:t>sua</w:t>
      </w:r>
      <w:proofErr w:type="spellEnd"/>
      <w:r>
        <w:t xml:space="preserve"> </w:t>
      </w:r>
      <w:proofErr w:type="spellStart"/>
      <w:r>
        <w:t>relevância</w:t>
      </w:r>
      <w:proofErr w:type="spellEnd"/>
      <w:r>
        <w:t xml:space="preserve"> e </w:t>
      </w:r>
      <w:proofErr w:type="spellStart"/>
      <w:r>
        <w:t>oportunidade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relação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objetivos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e </w:t>
      </w:r>
      <w:proofErr w:type="spellStart"/>
      <w:r>
        <w:t>às</w:t>
      </w:r>
      <w:proofErr w:type="spellEnd"/>
      <w:r>
        <w:t xml:space="preserve"> </w:t>
      </w:r>
      <w:proofErr w:type="spellStart"/>
      <w:r>
        <w:t>necessidades</w:t>
      </w:r>
      <w:proofErr w:type="spellEnd"/>
      <w:r>
        <w:t xml:space="preserve"> da </w:t>
      </w:r>
      <w:proofErr w:type="spellStart"/>
      <w:r>
        <w:t>área</w:t>
      </w:r>
      <w:proofErr w:type="spellEnd"/>
      <w:r>
        <w:t xml:space="preserve"> </w:t>
      </w:r>
      <w:proofErr w:type="spellStart"/>
      <w:r>
        <w:t>demandante</w:t>
      </w:r>
      <w:proofErr w:type="spellEnd"/>
      <w:r>
        <w:t>.</w:t>
      </w:r>
    </w:p>
    <w:p w14:paraId="7D159EA3" w14:textId="77777777" w:rsidR="008602C3" w:rsidRDefault="008602C3">
      <w:pPr>
        <w:spacing w:after="120" w:line="259" w:lineRule="auto"/>
        <w:jc w:val="both"/>
      </w:pPr>
    </w:p>
    <w:p w14:paraId="147C9672" w14:textId="77777777" w:rsidR="008602C3" w:rsidRDefault="008602C3">
      <w:pPr>
        <w:spacing w:after="120" w:line="259" w:lineRule="auto"/>
        <w:jc w:val="both"/>
      </w:pPr>
    </w:p>
    <w:p w14:paraId="5B490A1C" w14:textId="77777777" w:rsidR="008602C3" w:rsidRDefault="008602C3">
      <w:pPr>
        <w:spacing w:after="120" w:line="259" w:lineRule="auto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56"/>
        <w:gridCol w:w="5156"/>
      </w:tblGrid>
      <w:tr w:rsidR="00DD4AC9" w14:paraId="5F1ED789" w14:textId="77777777">
        <w:trPr>
          <w:jc w:val="center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tcMar>
              <w:top w:w="250" w:type="dxa"/>
              <w:left w:w="100" w:type="dxa"/>
              <w:bottom w:w="50" w:type="dxa"/>
              <w:right w:w="100" w:type="dxa"/>
            </w:tcMar>
          </w:tcPr>
          <w:p w14:paraId="456F704B" w14:textId="77777777" w:rsidR="00DD4AC9" w:rsidRDefault="009C4650">
            <w:pPr>
              <w:jc w:val="center"/>
            </w:pPr>
            <w:r>
              <w:rPr>
                <w:b/>
              </w:rPr>
              <w:t>__________________________________</w:t>
            </w:r>
            <w:r>
              <w:rPr>
                <w:b/>
              </w:rPr>
              <w:br/>
            </w:r>
            <w:r>
              <w:rPr>
                <w:b/>
                <w:sz w:val="19"/>
              </w:rPr>
              <w:t>Arilson Cácio Rodrigues Batista</w:t>
            </w:r>
            <w:r>
              <w:rPr>
                <w:b/>
                <w:sz w:val="19"/>
              </w:rPr>
              <w:br/>
            </w:r>
            <w:proofErr w:type="spellStart"/>
            <w:r>
              <w:rPr>
                <w:i/>
                <w:sz w:val="18"/>
              </w:rPr>
              <w:t>Diretor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Administrativo</w:t>
            </w:r>
            <w:proofErr w:type="spellEnd"/>
            <w:r>
              <w:rPr>
                <w:i/>
                <w:sz w:val="18"/>
              </w:rPr>
              <w:t xml:space="preserve"> e </w:t>
            </w:r>
            <w:proofErr w:type="spellStart"/>
            <w:r>
              <w:rPr>
                <w:i/>
                <w:sz w:val="18"/>
              </w:rPr>
              <w:t>Financeiro</w:t>
            </w:r>
            <w:proofErr w:type="spellEnd"/>
          </w:p>
        </w:tc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tcMar>
              <w:top w:w="250" w:type="dxa"/>
              <w:left w:w="100" w:type="dxa"/>
              <w:bottom w:w="50" w:type="dxa"/>
              <w:right w:w="100" w:type="dxa"/>
            </w:tcMar>
          </w:tcPr>
          <w:p w14:paraId="0A95AEAA" w14:textId="77777777" w:rsidR="00DD4AC9" w:rsidRDefault="009C4650">
            <w:pPr>
              <w:jc w:val="center"/>
              <w:rPr>
                <w:i/>
                <w:sz w:val="18"/>
              </w:rPr>
            </w:pPr>
            <w:r>
              <w:rPr>
                <w:b/>
              </w:rPr>
              <w:t>__________________________________</w:t>
            </w:r>
            <w:r>
              <w:rPr>
                <w:b/>
              </w:rPr>
              <w:br/>
            </w:r>
            <w:proofErr w:type="spellStart"/>
            <w:r>
              <w:rPr>
                <w:b/>
                <w:sz w:val="19"/>
              </w:rPr>
              <w:t>Eronildes</w:t>
            </w:r>
            <w:proofErr w:type="spellEnd"/>
            <w:r>
              <w:rPr>
                <w:b/>
                <w:sz w:val="19"/>
              </w:rPr>
              <w:t xml:space="preserve"> Agostinho </w:t>
            </w:r>
            <w:proofErr w:type="spellStart"/>
            <w:r>
              <w:rPr>
                <w:b/>
                <w:sz w:val="19"/>
              </w:rPr>
              <w:t>Bezerra</w:t>
            </w:r>
            <w:proofErr w:type="spellEnd"/>
            <w:r>
              <w:rPr>
                <w:b/>
                <w:sz w:val="19"/>
              </w:rPr>
              <w:br/>
            </w:r>
            <w:r>
              <w:rPr>
                <w:i/>
                <w:sz w:val="18"/>
              </w:rPr>
              <w:t xml:space="preserve">Secretário </w:t>
            </w:r>
            <w:proofErr w:type="spellStart"/>
            <w:r>
              <w:rPr>
                <w:i/>
                <w:sz w:val="18"/>
              </w:rPr>
              <w:t>Executivo</w:t>
            </w:r>
            <w:proofErr w:type="spellEnd"/>
            <w:r>
              <w:rPr>
                <w:i/>
                <w:sz w:val="18"/>
              </w:rPr>
              <w:t xml:space="preserve"> do CONDERLAGOS</w:t>
            </w:r>
          </w:p>
          <w:p w14:paraId="47ABCECD" w14:textId="77777777" w:rsidR="008602C3" w:rsidRDefault="008602C3">
            <w:pPr>
              <w:jc w:val="center"/>
              <w:rPr>
                <w:i/>
                <w:sz w:val="18"/>
              </w:rPr>
            </w:pPr>
          </w:p>
          <w:p w14:paraId="5F33BE77" w14:textId="77777777" w:rsidR="008602C3" w:rsidRDefault="008602C3">
            <w:pPr>
              <w:jc w:val="center"/>
            </w:pPr>
          </w:p>
        </w:tc>
      </w:tr>
    </w:tbl>
    <w:p w14:paraId="3D3F89B9" w14:textId="7B045A2C" w:rsidR="00DD4AC9" w:rsidRDefault="009C4650">
      <w:pPr>
        <w:spacing w:before="160"/>
        <w:jc w:val="center"/>
      </w:pPr>
      <w:r>
        <w:rPr>
          <w:sz w:val="20"/>
        </w:rPr>
        <w:t>Cabo Frio/RJ, 0</w:t>
      </w:r>
      <w:r w:rsidR="0060680C">
        <w:rPr>
          <w:sz w:val="20"/>
        </w:rPr>
        <w:t>4</w:t>
      </w:r>
      <w:r>
        <w:rPr>
          <w:sz w:val="20"/>
        </w:rPr>
        <w:t xml:space="preserve"> de </w:t>
      </w:r>
      <w:proofErr w:type="spellStart"/>
      <w:r w:rsidR="0060680C">
        <w:rPr>
          <w:sz w:val="20"/>
        </w:rPr>
        <w:t>setembro</w:t>
      </w:r>
      <w:proofErr w:type="spellEnd"/>
      <w:r>
        <w:rPr>
          <w:sz w:val="20"/>
        </w:rPr>
        <w:t xml:space="preserve"> de 2026.</w:t>
      </w:r>
    </w:p>
    <w:sectPr w:rsidR="00DD4AC9" w:rsidSect="003D363A">
      <w:headerReference w:type="default" r:id="rId8"/>
      <w:footerReference w:type="default" r:id="rId9"/>
      <w:pgSz w:w="12240" w:h="15840"/>
      <w:pgMar w:top="907" w:right="1608" w:bottom="90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15586" w14:textId="77777777" w:rsidR="001D0092" w:rsidRDefault="001D0092">
      <w:pPr>
        <w:spacing w:after="0" w:line="240" w:lineRule="auto"/>
      </w:pPr>
      <w:r>
        <w:separator/>
      </w:r>
    </w:p>
  </w:endnote>
  <w:endnote w:type="continuationSeparator" w:id="0">
    <w:p w14:paraId="709A059C" w14:textId="77777777" w:rsidR="001D0092" w:rsidRDefault="001D0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9C94A" w14:textId="77777777" w:rsidR="00DD4AC9" w:rsidRDefault="009C4650">
    <w:pPr>
      <w:pStyle w:val="Rodap"/>
      <w:jc w:val="center"/>
    </w:pPr>
    <w:r>
      <w:rPr>
        <w:sz w:val="16"/>
      </w:rPr>
      <w:t xml:space="preserve">CONDERLAGOS – </w:t>
    </w:r>
    <w:proofErr w:type="spellStart"/>
    <w:r>
      <w:rPr>
        <w:sz w:val="16"/>
      </w:rPr>
      <w:t>Documento</w:t>
    </w:r>
    <w:proofErr w:type="spellEnd"/>
    <w:r>
      <w:rPr>
        <w:sz w:val="16"/>
      </w:rPr>
      <w:t xml:space="preserve"> de </w:t>
    </w:r>
    <w:proofErr w:type="spellStart"/>
    <w:r>
      <w:rPr>
        <w:sz w:val="16"/>
      </w:rPr>
      <w:t>Formalização</w:t>
    </w:r>
    <w:proofErr w:type="spellEnd"/>
    <w:r>
      <w:rPr>
        <w:sz w:val="16"/>
      </w:rPr>
      <w:t xml:space="preserve"> da </w:t>
    </w:r>
    <w:proofErr w:type="spellStart"/>
    <w:r>
      <w:rPr>
        <w:sz w:val="16"/>
      </w:rPr>
      <w:t>Demanda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DD2DC3" w14:textId="77777777" w:rsidR="001D0092" w:rsidRDefault="001D0092">
      <w:pPr>
        <w:spacing w:after="0" w:line="240" w:lineRule="auto"/>
      </w:pPr>
      <w:r>
        <w:separator/>
      </w:r>
    </w:p>
  </w:footnote>
  <w:footnote w:type="continuationSeparator" w:id="0">
    <w:p w14:paraId="18C93D3A" w14:textId="77777777" w:rsidR="001D0092" w:rsidRDefault="001D0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5BCC8" w14:textId="77777777" w:rsidR="00DD4AC9" w:rsidRDefault="009C4650">
    <w:pPr>
      <w:pStyle w:val="Cabealho"/>
      <w:jc w:val="center"/>
    </w:pPr>
    <w:r>
      <w:rPr>
        <w:noProof/>
      </w:rPr>
      <w:drawing>
        <wp:inline distT="0" distB="0" distL="0" distR="0" wp14:anchorId="793D1F3D" wp14:editId="38E44CFD">
          <wp:extent cx="1620000" cy="710308"/>
          <wp:effectExtent l="0" t="0" r="0" b="0"/>
          <wp:docPr id="148638770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nderlagos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000" cy="710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3290"/>
    <w:rsid w:val="00034616"/>
    <w:rsid w:val="000446E8"/>
    <w:rsid w:val="0006063C"/>
    <w:rsid w:val="00144125"/>
    <w:rsid w:val="0015074B"/>
    <w:rsid w:val="001D0092"/>
    <w:rsid w:val="002420D6"/>
    <w:rsid w:val="0029639D"/>
    <w:rsid w:val="00326F90"/>
    <w:rsid w:val="003D363A"/>
    <w:rsid w:val="003E3B6C"/>
    <w:rsid w:val="004148A5"/>
    <w:rsid w:val="004531D2"/>
    <w:rsid w:val="00487E64"/>
    <w:rsid w:val="004B586D"/>
    <w:rsid w:val="004F0AE1"/>
    <w:rsid w:val="00526446"/>
    <w:rsid w:val="00544A76"/>
    <w:rsid w:val="00567C04"/>
    <w:rsid w:val="005C195C"/>
    <w:rsid w:val="0060680C"/>
    <w:rsid w:val="00653501"/>
    <w:rsid w:val="0069784D"/>
    <w:rsid w:val="0077073A"/>
    <w:rsid w:val="00771045"/>
    <w:rsid w:val="008602C3"/>
    <w:rsid w:val="00872107"/>
    <w:rsid w:val="00875C4D"/>
    <w:rsid w:val="008A41BE"/>
    <w:rsid w:val="008C25E1"/>
    <w:rsid w:val="00934B7A"/>
    <w:rsid w:val="009C4650"/>
    <w:rsid w:val="009E228F"/>
    <w:rsid w:val="00AA1D8D"/>
    <w:rsid w:val="00B32085"/>
    <w:rsid w:val="00B47730"/>
    <w:rsid w:val="00B657E8"/>
    <w:rsid w:val="00C403D9"/>
    <w:rsid w:val="00CB0664"/>
    <w:rsid w:val="00CC0D0B"/>
    <w:rsid w:val="00DB632F"/>
    <w:rsid w:val="00DD4AC9"/>
    <w:rsid w:val="00E069AA"/>
    <w:rsid w:val="00E163EF"/>
    <w:rsid w:val="00E25F82"/>
    <w:rsid w:val="00E463F6"/>
    <w:rsid w:val="00E70F96"/>
    <w:rsid w:val="00EA4A59"/>
    <w:rsid w:val="00EB3BCC"/>
    <w:rsid w:val="00F839E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0DA43F"/>
  <w14:defaultImageDpi w14:val="300"/>
  <w15:docId w15:val="{F21FC01F-2DBA-43C1-A810-078A1847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Fontepargpadro"/>
    <w:uiPriority w:val="99"/>
    <w:unhideWhenUsed/>
    <w:rsid w:val="008C25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6F40FD-3E4E-4100-96FA-29E5C9CCB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1637</Words>
  <Characters>8844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Documento de Oficialização da Demanda – Aquisição de Materiais Gráficos Personalizados</vt:lpstr>
      <vt:lpstr/>
    </vt:vector>
  </TitlesOfParts>
  <Manager/>
  <Company/>
  <LinksUpToDate>false</LinksUpToDate>
  <CharactersWithSpaces>10461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Oficialização da Demanda – Aquisição de Materiais Gráficos Personalizados</dc:title>
  <dc:subject>DFD – CONDERLAGOS</dc:subject>
  <dc:creator>CONDERLAGOS</dc:creator>
  <cp:keywords/>
  <dc:description/>
  <cp:lastModifiedBy>Usuário</cp:lastModifiedBy>
  <cp:revision>16</cp:revision>
  <cp:lastPrinted>2026-09-09T18:25:00Z</cp:lastPrinted>
  <dcterms:created xsi:type="dcterms:W3CDTF">2026-09-02T19:23:00Z</dcterms:created>
  <dcterms:modified xsi:type="dcterms:W3CDTF">2026-09-09T19:32:00Z</dcterms:modified>
  <cp:category/>
</cp:coreProperties>
</file>