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20" w:after="200"/>
        <w:jc w:val="center"/>
        <w:shd w:fill="D9D9D9"/>
      </w:pPr>
      <w:r>
        <w:rPr>
          <w:rFonts w:ascii="Times New Roman" w:hAnsi="Times New Roman"/>
          <w:b/>
          <w:sz w:val="24"/>
        </w:rPr>
        <w:t>ANEXO I — REQUERIMENTO DE CREDENCIAMENTO</w:t>
      </w:r>
    </w:p>
    <w:p>
      <w:pPr>
        <w:spacing w:before="0" w:after="40" w:line="276" w:lineRule="auto"/>
      </w:pPr>
      <w:r>
        <w:rPr>
          <w:rFonts w:ascii="Times New Roman" w:hAnsi="Times New Roman"/>
          <w:b/>
          <w:i w:val="0"/>
          <w:sz w:val="22"/>
        </w:rPr>
        <w:t>Ao Município de Roncador/PR</w:t>
      </w:r>
    </w:p>
    <w:p>
      <w:pPr>
        <w:spacing w:before="0" w:after="160" w:line="276" w:lineRule="auto"/>
      </w:pPr>
      <w:r>
        <w:rPr>
          <w:rFonts w:ascii="Times New Roman" w:hAnsi="Times New Roman"/>
          <w:b w:val="0"/>
          <w:i w:val="0"/>
          <w:sz w:val="22"/>
        </w:rPr>
        <w:t>Secretaria Municipal de Administração e Planejamento</w:t>
      </w:r>
    </w:p>
    <w:p>
      <w:pPr>
        <w:spacing w:before="0" w:after="120" w:line="276" w:lineRule="auto"/>
      </w:pPr>
      <w:r>
        <w:rPr>
          <w:rFonts w:ascii="Times New Roman" w:hAnsi="Times New Roman"/>
          <w:b w:val="0"/>
          <w:i w:val="0"/>
          <w:sz w:val="22"/>
        </w:rPr>
        <w:t>A empresa ____________________________________________, inscrita no CNPJ sob nº ____________________________, com sede/endereço comercial na ____________________________________________, nº ________, Bairro ____________________, Município de ____________________, Estado ____, CEP ________________, telefone ____________________, e-mail ____________________________________, por intermédio de seu representante legal, Sr.(a) ____________________________________________, portador(a) do CPF nº ____________________________ e RG nº ____________________________, vem requerer seu credenciamento para o preparo e fornecimento de refeições prontas ao Município de Roncador/PR, conforme condições previstas no Edital, Termo de Referência e demais anexos do procedimento.</w:t>
      </w:r>
    </w:p>
    <w:p>
      <w:pPr>
        <w:spacing w:before="0" w:after="120" w:line="276" w:lineRule="auto"/>
      </w:pPr>
      <w:r>
        <w:rPr>
          <w:rFonts w:ascii="Times New Roman" w:hAnsi="Times New Roman"/>
          <w:b w:val="0"/>
          <w:i w:val="0"/>
          <w:sz w:val="22"/>
        </w:rPr>
        <w:t>A empresa declara ter ciência de que o credenciamento não assegura exclusividade, quantidade mínima, faturamento mínimo ou contratação integral dos quantitativos estimados, sendo o fornecimento realizado apenas mediante requisição formal da Administração Municipal.</w:t>
      </w:r>
    </w:p>
    <w:p>
      <w:pPr>
        <w:spacing w:before="0" w:after="80" w:line="276" w:lineRule="auto"/>
      </w:pPr>
      <w:r>
        <w:rPr>
          <w:rFonts w:ascii="Times New Roman" w:hAnsi="Times New Roman"/>
          <w:b w:val="0"/>
          <w:i w:val="0"/>
          <w:sz w:val="22"/>
        </w:rPr>
        <w:t>Declara, ainda, que pretende se credenciar para os seguintes itens:</w:t>
      </w:r>
    </w:p>
    <w:tbl>
      <w:tblPr>
        <w:tblStyle w:val="TableGrid"/>
        <w:tblW w:type="auto" w:w="0"/>
        <w:jc w:val="center"/>
        <w:tblLook w:firstColumn="1" w:firstRow="1" w:lastColumn="0" w:lastRow="0" w:noHBand="0" w:noVBand="1" w:val="04A0"/>
      </w:tblPr>
      <w:tblGrid>
        <w:gridCol w:w="2493"/>
        <w:gridCol w:w="2493"/>
        <w:gridCol w:w="2493"/>
        <w:gridCol w:w="2493"/>
      </w:tblGrid>
      <w:tr>
        <w:tc>
          <w:tcPr>
            <w:tcW w:type="dxa" w:w="624"/>
            <w:vAlign w:val="center"/>
            <w:shd w:fill="D9D9D9"/>
          </w:tcPr>
          <w:p>
            <w:pPr>
              <w:jc w:val="center"/>
            </w:pPr>
            <w:r/>
            <w:r>
              <w:rPr>
                <w:rFonts w:ascii="Times New Roman" w:hAnsi="Times New Roman"/>
                <w:b/>
                <w:sz w:val="17"/>
              </w:rPr>
              <w:t>Item</w:t>
            </w:r>
          </w:p>
        </w:tc>
        <w:tc>
          <w:tcPr>
            <w:tcW w:type="dxa" w:w="5783"/>
            <w:vAlign w:val="center"/>
            <w:shd w:fill="D9D9D9"/>
          </w:tcPr>
          <w:p>
            <w:pPr>
              <w:jc w:val="center"/>
            </w:pPr>
            <w:r/>
            <w:r>
              <w:rPr>
                <w:rFonts w:ascii="Times New Roman" w:hAnsi="Times New Roman"/>
                <w:b/>
                <w:sz w:val="17"/>
              </w:rPr>
              <w:t>Descrição</w:t>
            </w:r>
          </w:p>
        </w:tc>
        <w:tc>
          <w:tcPr>
            <w:tcW w:type="dxa" w:w="1701"/>
            <w:vAlign w:val="center"/>
            <w:shd w:fill="D9D9D9"/>
          </w:tcPr>
          <w:p>
            <w:pPr>
              <w:jc w:val="center"/>
            </w:pPr>
            <w:r/>
            <w:r>
              <w:rPr>
                <w:rFonts w:ascii="Times New Roman" w:hAnsi="Times New Roman"/>
                <w:b/>
                <w:sz w:val="17"/>
              </w:rPr>
              <w:t>Valor unitário fixado</w:t>
            </w:r>
          </w:p>
        </w:tc>
        <w:tc>
          <w:tcPr>
            <w:tcW w:type="dxa" w:w="1247"/>
            <w:vAlign w:val="center"/>
            <w:shd w:fill="D9D9D9"/>
          </w:tcPr>
          <w:p>
            <w:pPr>
              <w:jc w:val="center"/>
            </w:pPr>
            <w:r/>
            <w:r>
              <w:rPr>
                <w:rFonts w:ascii="Times New Roman" w:hAnsi="Times New Roman"/>
                <w:b/>
                <w:sz w:val="17"/>
              </w:rPr>
              <w:t>Assinalar</w:t>
            </w:r>
          </w:p>
        </w:tc>
      </w:tr>
      <w:tr>
        <w:tc>
          <w:tcPr>
            <w:tcW w:type="dxa" w:w="624"/>
            <w:vAlign w:val="center"/>
          </w:tcPr>
          <w:p>
            <w:pPr>
              <w:jc w:val="center"/>
            </w:pPr>
            <w:r/>
            <w:r>
              <w:rPr>
                <w:rFonts w:ascii="Times New Roman" w:hAnsi="Times New Roman"/>
                <w:b w:val="0"/>
                <w:sz w:val="17"/>
              </w:rPr>
              <w:t>1</w:t>
            </w:r>
          </w:p>
        </w:tc>
        <w:tc>
          <w:tcPr>
            <w:tcW w:type="dxa" w:w="5783"/>
            <w:vAlign w:val="center"/>
          </w:tcPr>
          <w:p>
            <w:r/>
            <w:r>
              <w:rPr>
                <w:rFonts w:ascii="Times New Roman" w:hAnsi="Times New Roman"/>
                <w:b w:val="0"/>
                <w:sz w:val="17"/>
              </w:rPr>
              <w:t>Refeição tipo self-service – almoço</w:t>
            </w:r>
          </w:p>
        </w:tc>
        <w:tc>
          <w:tcPr>
            <w:tcW w:type="dxa" w:w="1701"/>
            <w:vAlign w:val="center"/>
          </w:tcPr>
          <w:p>
            <w:pPr>
              <w:jc w:val="center"/>
            </w:pPr>
            <w:r/>
            <w:r>
              <w:rPr>
                <w:rFonts w:ascii="Times New Roman" w:hAnsi="Times New Roman"/>
                <w:b w:val="0"/>
                <w:sz w:val="17"/>
              </w:rPr>
              <w:t>R$ 36,00</w:t>
            </w:r>
          </w:p>
        </w:tc>
        <w:tc>
          <w:tcPr>
            <w:tcW w:type="dxa" w:w="1247"/>
            <w:vAlign w:val="center"/>
          </w:tcPr>
          <w:p>
            <w:pPr>
              <w:jc w:val="center"/>
            </w:pPr>
            <w:r/>
            <w:r>
              <w:rPr>
                <w:rFonts w:ascii="Times New Roman" w:hAnsi="Times New Roman"/>
                <w:b w:val="0"/>
                <w:sz w:val="17"/>
              </w:rPr>
              <w:t>(   )</w:t>
            </w:r>
          </w:p>
        </w:tc>
      </w:tr>
      <w:tr>
        <w:tc>
          <w:tcPr>
            <w:tcW w:type="dxa" w:w="624"/>
            <w:vAlign w:val="center"/>
          </w:tcPr>
          <w:p>
            <w:pPr>
              <w:jc w:val="center"/>
            </w:pPr>
            <w:r/>
            <w:r>
              <w:rPr>
                <w:rFonts w:ascii="Times New Roman" w:hAnsi="Times New Roman"/>
                <w:b w:val="0"/>
                <w:sz w:val="17"/>
              </w:rPr>
              <w:t>2</w:t>
            </w:r>
          </w:p>
        </w:tc>
        <w:tc>
          <w:tcPr>
            <w:tcW w:type="dxa" w:w="5783"/>
            <w:vAlign w:val="center"/>
          </w:tcPr>
          <w:p>
            <w:r/>
            <w:r>
              <w:rPr>
                <w:rFonts w:ascii="Times New Roman" w:hAnsi="Times New Roman"/>
                <w:b w:val="0"/>
                <w:sz w:val="17"/>
              </w:rPr>
              <w:t>Refeição tipo self-service – jantar</w:t>
            </w:r>
          </w:p>
        </w:tc>
        <w:tc>
          <w:tcPr>
            <w:tcW w:type="dxa" w:w="1701"/>
            <w:vAlign w:val="center"/>
          </w:tcPr>
          <w:p>
            <w:pPr>
              <w:jc w:val="center"/>
            </w:pPr>
            <w:r/>
            <w:r>
              <w:rPr>
                <w:rFonts w:ascii="Times New Roman" w:hAnsi="Times New Roman"/>
                <w:b w:val="0"/>
                <w:sz w:val="17"/>
              </w:rPr>
              <w:t>R$ 36,00</w:t>
            </w:r>
          </w:p>
        </w:tc>
        <w:tc>
          <w:tcPr>
            <w:tcW w:type="dxa" w:w="1247"/>
            <w:vAlign w:val="center"/>
          </w:tcPr>
          <w:p>
            <w:pPr>
              <w:jc w:val="center"/>
            </w:pPr>
            <w:r/>
            <w:r>
              <w:rPr>
                <w:rFonts w:ascii="Times New Roman" w:hAnsi="Times New Roman"/>
                <w:b w:val="0"/>
                <w:sz w:val="17"/>
              </w:rPr>
              <w:t>(   )</w:t>
            </w:r>
          </w:p>
        </w:tc>
      </w:tr>
      <w:tr>
        <w:tc>
          <w:tcPr>
            <w:tcW w:type="dxa" w:w="624"/>
            <w:vAlign w:val="center"/>
          </w:tcPr>
          <w:p>
            <w:pPr>
              <w:jc w:val="center"/>
            </w:pPr>
            <w:r/>
            <w:r>
              <w:rPr>
                <w:rFonts w:ascii="Times New Roman" w:hAnsi="Times New Roman"/>
                <w:b w:val="0"/>
                <w:sz w:val="17"/>
              </w:rPr>
              <w:t>3</w:t>
            </w:r>
          </w:p>
        </w:tc>
        <w:tc>
          <w:tcPr>
            <w:tcW w:type="dxa" w:w="5783"/>
            <w:vAlign w:val="center"/>
          </w:tcPr>
          <w:p>
            <w:r/>
            <w:r>
              <w:rPr>
                <w:rFonts w:ascii="Times New Roman" w:hAnsi="Times New Roman"/>
                <w:b w:val="0"/>
                <w:sz w:val="17"/>
              </w:rPr>
              <w:t>Marmitex tamanho G, mínimo de 800 g – almoço</w:t>
            </w:r>
          </w:p>
        </w:tc>
        <w:tc>
          <w:tcPr>
            <w:tcW w:type="dxa" w:w="1701"/>
            <w:vAlign w:val="center"/>
          </w:tcPr>
          <w:p>
            <w:pPr>
              <w:jc w:val="center"/>
            </w:pPr>
            <w:r/>
            <w:r>
              <w:rPr>
                <w:rFonts w:ascii="Times New Roman" w:hAnsi="Times New Roman"/>
                <w:b w:val="0"/>
                <w:sz w:val="17"/>
              </w:rPr>
              <w:t>R$ 22,50</w:t>
            </w:r>
          </w:p>
        </w:tc>
        <w:tc>
          <w:tcPr>
            <w:tcW w:type="dxa" w:w="1247"/>
            <w:vAlign w:val="center"/>
          </w:tcPr>
          <w:p>
            <w:pPr>
              <w:jc w:val="center"/>
            </w:pPr>
            <w:r/>
            <w:r>
              <w:rPr>
                <w:rFonts w:ascii="Times New Roman" w:hAnsi="Times New Roman"/>
                <w:b w:val="0"/>
                <w:sz w:val="17"/>
              </w:rPr>
              <w:t>(   )</w:t>
            </w:r>
          </w:p>
        </w:tc>
      </w:tr>
      <w:tr>
        <w:tc>
          <w:tcPr>
            <w:tcW w:type="dxa" w:w="624"/>
            <w:vAlign w:val="center"/>
          </w:tcPr>
          <w:p>
            <w:pPr>
              <w:jc w:val="center"/>
            </w:pPr>
            <w:r/>
            <w:r>
              <w:rPr>
                <w:rFonts w:ascii="Times New Roman" w:hAnsi="Times New Roman"/>
                <w:b w:val="0"/>
                <w:sz w:val="17"/>
              </w:rPr>
              <w:t>4</w:t>
            </w:r>
          </w:p>
        </w:tc>
        <w:tc>
          <w:tcPr>
            <w:tcW w:type="dxa" w:w="5783"/>
            <w:vAlign w:val="center"/>
          </w:tcPr>
          <w:p>
            <w:r/>
            <w:r>
              <w:rPr>
                <w:rFonts w:ascii="Times New Roman" w:hAnsi="Times New Roman"/>
                <w:b w:val="0"/>
                <w:sz w:val="17"/>
              </w:rPr>
              <w:t>Marmitex tamanho G, mínimo de 800 g – jantar</w:t>
            </w:r>
          </w:p>
        </w:tc>
        <w:tc>
          <w:tcPr>
            <w:tcW w:type="dxa" w:w="1701"/>
            <w:vAlign w:val="center"/>
          </w:tcPr>
          <w:p>
            <w:pPr>
              <w:jc w:val="center"/>
            </w:pPr>
            <w:r/>
            <w:r>
              <w:rPr>
                <w:rFonts w:ascii="Times New Roman" w:hAnsi="Times New Roman"/>
                <w:b w:val="0"/>
                <w:sz w:val="17"/>
              </w:rPr>
              <w:t>R$ 22,50</w:t>
            </w:r>
          </w:p>
        </w:tc>
        <w:tc>
          <w:tcPr>
            <w:tcW w:type="dxa" w:w="1247"/>
            <w:vAlign w:val="center"/>
          </w:tcPr>
          <w:p>
            <w:pPr>
              <w:jc w:val="center"/>
            </w:pPr>
            <w:r/>
            <w:r>
              <w:rPr>
                <w:rFonts w:ascii="Times New Roman" w:hAnsi="Times New Roman"/>
                <w:b w:val="0"/>
                <w:sz w:val="17"/>
              </w:rPr>
              <w:t>(   )</w:t>
            </w:r>
          </w:p>
        </w:tc>
      </w:tr>
      <w:tr>
        <w:tc>
          <w:tcPr>
            <w:tcW w:type="dxa" w:w="624"/>
            <w:vAlign w:val="center"/>
          </w:tcPr>
          <w:p>
            <w:pPr>
              <w:jc w:val="center"/>
            </w:pPr>
            <w:r/>
            <w:r>
              <w:rPr>
                <w:rFonts w:ascii="Times New Roman" w:hAnsi="Times New Roman"/>
                <w:b w:val="0"/>
                <w:sz w:val="17"/>
              </w:rPr>
              <w:t>5</w:t>
            </w:r>
          </w:p>
        </w:tc>
        <w:tc>
          <w:tcPr>
            <w:tcW w:type="dxa" w:w="5783"/>
            <w:vAlign w:val="center"/>
          </w:tcPr>
          <w:p>
            <w:r/>
            <w:r>
              <w:rPr>
                <w:rFonts w:ascii="Times New Roman" w:hAnsi="Times New Roman"/>
                <w:b w:val="0"/>
                <w:sz w:val="17"/>
              </w:rPr>
              <w:t>Refeição especial servida à mesa</w:t>
            </w:r>
          </w:p>
        </w:tc>
        <w:tc>
          <w:tcPr>
            <w:tcW w:type="dxa" w:w="1701"/>
            <w:vAlign w:val="center"/>
          </w:tcPr>
          <w:p>
            <w:pPr>
              <w:jc w:val="center"/>
            </w:pPr>
            <w:r/>
            <w:r>
              <w:rPr>
                <w:rFonts w:ascii="Times New Roman" w:hAnsi="Times New Roman"/>
                <w:b w:val="0"/>
                <w:sz w:val="17"/>
              </w:rPr>
              <w:t>R$ 65,00</w:t>
            </w:r>
          </w:p>
        </w:tc>
        <w:tc>
          <w:tcPr>
            <w:tcW w:type="dxa" w:w="1247"/>
            <w:vAlign w:val="center"/>
          </w:tcPr>
          <w:p>
            <w:pPr>
              <w:jc w:val="center"/>
            </w:pPr>
            <w:r/>
            <w:r>
              <w:rPr>
                <w:rFonts w:ascii="Times New Roman" w:hAnsi="Times New Roman"/>
                <w:b w:val="0"/>
                <w:sz w:val="17"/>
              </w:rPr>
              <w:t>(   )</w:t>
            </w:r>
          </w:p>
        </w:tc>
      </w:tr>
      <w:tr>
        <w:tc>
          <w:tcPr>
            <w:tcW w:type="dxa" w:w="624"/>
            <w:vAlign w:val="center"/>
          </w:tcPr>
          <w:p>
            <w:pPr>
              <w:jc w:val="center"/>
            </w:pPr>
            <w:r/>
            <w:r>
              <w:rPr>
                <w:rFonts w:ascii="Times New Roman" w:hAnsi="Times New Roman"/>
                <w:b w:val="0"/>
                <w:sz w:val="17"/>
              </w:rPr>
              <w:t>6</w:t>
            </w:r>
          </w:p>
        </w:tc>
        <w:tc>
          <w:tcPr>
            <w:tcW w:type="dxa" w:w="5783"/>
            <w:vAlign w:val="center"/>
          </w:tcPr>
          <w:p>
            <w:r/>
            <w:r>
              <w:rPr>
                <w:rFonts w:ascii="Times New Roman" w:hAnsi="Times New Roman"/>
                <w:b w:val="0"/>
                <w:sz w:val="17"/>
              </w:rPr>
              <w:t>Marmitex tamanho G, mínimo de 800 g – sábados, domingos e feriados</w:t>
            </w:r>
          </w:p>
        </w:tc>
        <w:tc>
          <w:tcPr>
            <w:tcW w:type="dxa" w:w="1701"/>
            <w:vAlign w:val="center"/>
          </w:tcPr>
          <w:p>
            <w:pPr>
              <w:jc w:val="center"/>
            </w:pPr>
            <w:r/>
            <w:r>
              <w:rPr>
                <w:rFonts w:ascii="Times New Roman" w:hAnsi="Times New Roman"/>
                <w:b w:val="0"/>
                <w:sz w:val="17"/>
              </w:rPr>
              <w:t>R$ 22,50</w:t>
            </w:r>
          </w:p>
        </w:tc>
        <w:tc>
          <w:tcPr>
            <w:tcW w:type="dxa" w:w="1247"/>
            <w:vAlign w:val="center"/>
          </w:tcPr>
          <w:p>
            <w:pPr>
              <w:jc w:val="center"/>
            </w:pPr>
            <w:r/>
            <w:r>
              <w:rPr>
                <w:rFonts w:ascii="Times New Roman" w:hAnsi="Times New Roman"/>
                <w:b w:val="0"/>
                <w:sz w:val="17"/>
              </w:rPr>
              <w:t>(   )</w:t>
            </w:r>
          </w:p>
        </w:tc>
      </w:tr>
      <w:tr>
        <w:tc>
          <w:tcPr>
            <w:tcW w:type="dxa" w:w="624"/>
            <w:vAlign w:val="center"/>
          </w:tcPr>
          <w:p>
            <w:pPr>
              <w:jc w:val="center"/>
            </w:pPr>
            <w:r/>
            <w:r>
              <w:rPr>
                <w:rFonts w:ascii="Times New Roman" w:hAnsi="Times New Roman"/>
                <w:b w:val="0"/>
                <w:sz w:val="17"/>
              </w:rPr>
              <w:t>7</w:t>
            </w:r>
          </w:p>
        </w:tc>
        <w:tc>
          <w:tcPr>
            <w:tcW w:type="dxa" w:w="5783"/>
            <w:vAlign w:val="center"/>
          </w:tcPr>
          <w:p>
            <w:r/>
            <w:r>
              <w:rPr>
                <w:rFonts w:ascii="Times New Roman" w:hAnsi="Times New Roman"/>
                <w:b w:val="0"/>
                <w:sz w:val="17"/>
              </w:rPr>
              <w:t>Marmitex tamanho M, mínimo de 600 g – almoço</w:t>
            </w:r>
          </w:p>
        </w:tc>
        <w:tc>
          <w:tcPr>
            <w:tcW w:type="dxa" w:w="1701"/>
            <w:vAlign w:val="center"/>
          </w:tcPr>
          <w:p>
            <w:pPr>
              <w:jc w:val="center"/>
            </w:pPr>
            <w:r/>
            <w:r>
              <w:rPr>
                <w:rFonts w:ascii="Times New Roman" w:hAnsi="Times New Roman"/>
                <w:b w:val="0"/>
                <w:sz w:val="17"/>
              </w:rPr>
              <w:t>R$ 20,50</w:t>
            </w:r>
          </w:p>
        </w:tc>
        <w:tc>
          <w:tcPr>
            <w:tcW w:type="dxa" w:w="1247"/>
            <w:vAlign w:val="center"/>
          </w:tcPr>
          <w:p>
            <w:pPr>
              <w:jc w:val="center"/>
            </w:pPr>
            <w:r/>
            <w:r>
              <w:rPr>
                <w:rFonts w:ascii="Times New Roman" w:hAnsi="Times New Roman"/>
                <w:b w:val="0"/>
                <w:sz w:val="17"/>
              </w:rPr>
              <w:t>(   )</w:t>
            </w:r>
          </w:p>
        </w:tc>
      </w:tr>
      <w:tr>
        <w:tc>
          <w:tcPr>
            <w:tcW w:type="dxa" w:w="624"/>
            <w:vAlign w:val="center"/>
          </w:tcPr>
          <w:p>
            <w:pPr>
              <w:jc w:val="center"/>
            </w:pPr>
            <w:r/>
            <w:r>
              <w:rPr>
                <w:rFonts w:ascii="Times New Roman" w:hAnsi="Times New Roman"/>
                <w:b w:val="0"/>
                <w:sz w:val="17"/>
              </w:rPr>
              <w:t>8</w:t>
            </w:r>
          </w:p>
        </w:tc>
        <w:tc>
          <w:tcPr>
            <w:tcW w:type="dxa" w:w="5783"/>
            <w:vAlign w:val="center"/>
          </w:tcPr>
          <w:p>
            <w:r/>
            <w:r>
              <w:rPr>
                <w:rFonts w:ascii="Times New Roman" w:hAnsi="Times New Roman"/>
                <w:b w:val="0"/>
                <w:sz w:val="17"/>
              </w:rPr>
              <w:t>Marmitex tamanho M, mínimo de 600 g – jantar</w:t>
            </w:r>
          </w:p>
        </w:tc>
        <w:tc>
          <w:tcPr>
            <w:tcW w:type="dxa" w:w="1701"/>
            <w:vAlign w:val="center"/>
          </w:tcPr>
          <w:p>
            <w:pPr>
              <w:jc w:val="center"/>
            </w:pPr>
            <w:r/>
            <w:r>
              <w:rPr>
                <w:rFonts w:ascii="Times New Roman" w:hAnsi="Times New Roman"/>
                <w:b w:val="0"/>
                <w:sz w:val="17"/>
              </w:rPr>
              <w:t>R$ 20,50</w:t>
            </w:r>
          </w:p>
        </w:tc>
        <w:tc>
          <w:tcPr>
            <w:tcW w:type="dxa" w:w="1247"/>
            <w:vAlign w:val="center"/>
          </w:tcPr>
          <w:p>
            <w:pPr>
              <w:jc w:val="center"/>
            </w:pPr>
            <w:r/>
            <w:r>
              <w:rPr>
                <w:rFonts w:ascii="Times New Roman" w:hAnsi="Times New Roman"/>
                <w:b w:val="0"/>
                <w:sz w:val="17"/>
              </w:rPr>
              <w:t>(   )</w:t>
            </w:r>
          </w:p>
        </w:tc>
      </w:tr>
      <w:tr>
        <w:tc>
          <w:tcPr>
            <w:tcW w:type="dxa" w:w="624"/>
            <w:vAlign w:val="center"/>
          </w:tcPr>
          <w:p>
            <w:pPr>
              <w:jc w:val="center"/>
            </w:pPr>
            <w:r/>
            <w:r>
              <w:rPr>
                <w:rFonts w:ascii="Times New Roman" w:hAnsi="Times New Roman"/>
                <w:b w:val="0"/>
                <w:sz w:val="17"/>
              </w:rPr>
              <w:t>9</w:t>
            </w:r>
          </w:p>
        </w:tc>
        <w:tc>
          <w:tcPr>
            <w:tcW w:type="dxa" w:w="5783"/>
            <w:vAlign w:val="center"/>
          </w:tcPr>
          <w:p>
            <w:r/>
            <w:r>
              <w:rPr>
                <w:rFonts w:ascii="Times New Roman" w:hAnsi="Times New Roman"/>
                <w:b w:val="0"/>
                <w:sz w:val="17"/>
              </w:rPr>
              <w:t>Marmitex tamanho M, mínimo de 600 g – sábados, domingos e feriados</w:t>
            </w:r>
          </w:p>
        </w:tc>
        <w:tc>
          <w:tcPr>
            <w:tcW w:type="dxa" w:w="1701"/>
            <w:vAlign w:val="center"/>
          </w:tcPr>
          <w:p>
            <w:pPr>
              <w:jc w:val="center"/>
            </w:pPr>
            <w:r/>
            <w:r>
              <w:rPr>
                <w:rFonts w:ascii="Times New Roman" w:hAnsi="Times New Roman"/>
                <w:b w:val="0"/>
                <w:sz w:val="17"/>
              </w:rPr>
              <w:t>R$ 20,50</w:t>
            </w:r>
          </w:p>
        </w:tc>
        <w:tc>
          <w:tcPr>
            <w:tcW w:type="dxa" w:w="1247"/>
            <w:vAlign w:val="center"/>
          </w:tcPr>
          <w:p>
            <w:pPr>
              <w:jc w:val="center"/>
            </w:pPr>
            <w:r/>
            <w:r>
              <w:rPr>
                <w:rFonts w:ascii="Times New Roman" w:hAnsi="Times New Roman"/>
                <w:b w:val="0"/>
                <w:sz w:val="17"/>
              </w:rPr>
              <w:t>(   )</w:t>
            </w:r>
          </w:p>
        </w:tc>
      </w:tr>
    </w:tbl>
    <w:p>
      <w:pPr>
        <w:spacing w:before="280" w:after="0" w:line="276" w:lineRule="auto"/>
      </w:pPr>
      <w:r>
        <w:rPr>
          <w:rFonts w:ascii="Times New Roman" w:hAnsi="Times New Roman"/>
          <w:sz w:val="20"/>
        </w:rPr>
        <w:t>Roncador/PR, ___ de __________________ de 2026.</w:t>
      </w:r>
      <w:r>
        <w:br/>
      </w:r>
      <w:r>
        <w:rPr>
          <w:rFonts w:ascii="Times New Roman" w:hAnsi="Times New Roman"/>
          <w:sz w:val="20"/>
        </w:rPr>
      </w:r>
      <w:r>
        <w:br/>
      </w:r>
      <w:r>
        <w:rPr>
          <w:rFonts w:ascii="Times New Roman" w:hAnsi="Times New Roman"/>
          <w:sz w:val="20"/>
        </w:rPr>
        <w:t>_________________________________________</w:t>
      </w:r>
      <w:r>
        <w:br/>
      </w:r>
      <w:r>
        <w:rPr>
          <w:rFonts w:ascii="Times New Roman" w:hAnsi="Times New Roman"/>
          <w:sz w:val="20"/>
        </w:rPr>
        <w:t>Assinatura do representante legal</w:t>
      </w:r>
      <w:r>
        <w:br/>
      </w:r>
      <w:r>
        <w:rPr>
          <w:rFonts w:ascii="Times New Roman" w:hAnsi="Times New Roman"/>
          <w:sz w:val="20"/>
        </w:rPr>
        <w:t>Nome:</w:t>
      </w:r>
      <w:r>
        <w:br/>
      </w:r>
      <w:r>
        <w:rPr>
          <w:rFonts w:ascii="Times New Roman" w:hAnsi="Times New Roman"/>
          <w:sz w:val="20"/>
        </w:rPr>
        <w:t>CPF:</w:t>
      </w:r>
      <w:r>
        <w:br/>
      </w:r>
      <w:r>
        <w:rPr>
          <w:rFonts w:ascii="Times New Roman" w:hAnsi="Times New Roman"/>
          <w:sz w:val="20"/>
        </w:rPr>
        <w:t>Empresa:</w:t>
      </w:r>
      <w:r>
        <w:br/>
      </w:r>
      <w:r>
        <w:rPr>
          <w:rFonts w:ascii="Times New Roman" w:hAnsi="Times New Roman"/>
          <w:sz w:val="20"/>
        </w:rPr>
        <w:t>CNPJ:</w:t>
      </w:r>
    </w:p>
    <w:p>
      <w:r>
        <w:br w:type="page"/>
      </w:r>
    </w:p>
    <w:p>
      <w:pPr>
        <w:spacing w:before="120" w:after="200"/>
        <w:jc w:val="center"/>
        <w:shd w:fill="D9D9D9"/>
      </w:pPr>
      <w:r>
        <w:rPr>
          <w:rFonts w:ascii="Times New Roman" w:hAnsi="Times New Roman"/>
          <w:b/>
          <w:sz w:val="24"/>
        </w:rPr>
        <w:t>ANEXO II — DECLARAÇÃO DE ACEITAÇÃO DAS CONDIÇÕES DO EDITAL, DO TERMO DE REFERÊNCIA E DOS PREÇOS FIXADOS</w:t>
      </w:r>
    </w:p>
    <w:p>
      <w:pPr>
        <w:spacing w:before="0" w:after="120" w:line="276" w:lineRule="auto"/>
      </w:pPr>
      <w:r>
        <w:rPr>
          <w:rFonts w:ascii="Times New Roman" w:hAnsi="Times New Roman"/>
          <w:b w:val="0"/>
          <w:i w:val="0"/>
          <w:sz w:val="22"/>
        </w:rPr>
        <w:t>A empresa ____________________________________________, inscrita no CNPJ sob nº ____________________________, por intermédio de seu representante legal, declara, para fins de credenciamento perante o Município de Roncador/PR, que:</w:t>
      </w:r>
    </w:p>
    <w:p>
      <w:pPr>
        <w:spacing w:before="0" w:after="40" w:line="276" w:lineRule="auto"/>
      </w:pPr>
      <w:r>
        <w:rPr>
          <w:rFonts w:ascii="Times New Roman" w:hAnsi="Times New Roman"/>
          <w:b w:val="0"/>
          <w:i w:val="0"/>
          <w:sz w:val="22"/>
        </w:rPr>
        <w:t>tomou conhecimento integral do Edital, do Termo de Referência e de todos os anexos do procedimento;</w:t>
      </w:r>
    </w:p>
    <w:p>
      <w:pPr>
        <w:spacing w:before="0" w:after="40" w:line="276" w:lineRule="auto"/>
      </w:pPr>
      <w:r>
        <w:rPr>
          <w:rFonts w:ascii="Times New Roman" w:hAnsi="Times New Roman"/>
          <w:b w:val="0"/>
          <w:i w:val="0"/>
          <w:sz w:val="22"/>
        </w:rPr>
        <w:t>aceita integralmente as condições estabelecidas para o credenciamento, execução, fornecimento, fiscalização, recebimento, medição e pagamento;</w:t>
      </w:r>
    </w:p>
    <w:p>
      <w:pPr>
        <w:spacing w:before="0" w:after="40" w:line="276" w:lineRule="auto"/>
      </w:pPr>
      <w:r>
        <w:rPr>
          <w:rFonts w:ascii="Times New Roman" w:hAnsi="Times New Roman"/>
          <w:b w:val="0"/>
          <w:i w:val="0"/>
          <w:sz w:val="22"/>
        </w:rPr>
        <w:t>aceita os preços unitários fixados pela Administração Municipal para os itens em que vier a ser credenciada;</w:t>
      </w:r>
    </w:p>
    <w:p>
      <w:pPr>
        <w:spacing w:before="0" w:after="40" w:line="276" w:lineRule="auto"/>
      </w:pPr>
      <w:r>
        <w:rPr>
          <w:rFonts w:ascii="Times New Roman" w:hAnsi="Times New Roman"/>
          <w:b w:val="0"/>
          <w:i w:val="0"/>
          <w:sz w:val="22"/>
        </w:rPr>
        <w:t>tem ciência de que não poderá cobrar valores adicionais, taxas, gorjetas, acréscimos, despesas de embalagem, entrega ou quaisquer complementações não previstas expressamente no edital;</w:t>
      </w:r>
    </w:p>
    <w:p>
      <w:pPr>
        <w:spacing w:before="0" w:after="40" w:line="276" w:lineRule="auto"/>
      </w:pPr>
      <w:r>
        <w:rPr>
          <w:rFonts w:ascii="Times New Roman" w:hAnsi="Times New Roman"/>
          <w:b w:val="0"/>
          <w:i w:val="0"/>
          <w:sz w:val="22"/>
        </w:rPr>
        <w:t>tem ciência de que o credenciamento não gera direito à exclusividade, consumo mínimo, faturamento mínimo ou contratação integral dos quantitativos estimados;</w:t>
      </w:r>
    </w:p>
    <w:p>
      <w:pPr>
        <w:spacing w:before="0" w:after="40" w:line="276" w:lineRule="auto"/>
      </w:pPr>
      <w:r>
        <w:rPr>
          <w:rFonts w:ascii="Times New Roman" w:hAnsi="Times New Roman"/>
          <w:b w:val="0"/>
          <w:i w:val="0"/>
          <w:sz w:val="22"/>
        </w:rPr>
        <w:t>reconhece que somente fará jus ao pagamento das refeições previamente autorizadas, efetivamente fornecidas, conferidas, aceitas e atestadas pela Administração;</w:t>
      </w:r>
    </w:p>
    <w:p>
      <w:pPr>
        <w:spacing w:before="0" w:after="40" w:line="276" w:lineRule="auto"/>
      </w:pPr>
      <w:r>
        <w:rPr>
          <w:rFonts w:ascii="Times New Roman" w:hAnsi="Times New Roman"/>
          <w:b w:val="0"/>
          <w:i w:val="0"/>
          <w:sz w:val="22"/>
        </w:rPr>
        <w:t>compromete-se a fornecer as refeições apenas mediante requisição, autorização ou ordem formal emitida pelo Município.</w:t>
      </w:r>
    </w:p>
    <w:p>
      <w:pPr>
        <w:spacing w:before="0" w:after="80" w:line="276" w:lineRule="auto"/>
      </w:pPr>
      <w:r>
        <w:rPr>
          <w:rFonts w:ascii="Times New Roman" w:hAnsi="Times New Roman"/>
          <w:b w:val="0"/>
          <w:i w:val="0"/>
          <w:sz w:val="22"/>
        </w:rPr>
        <w:t>Por ser expressão da verdade, firma a presente declaração.</w:t>
      </w:r>
    </w:p>
    <w:p>
      <w:pPr>
        <w:spacing w:before="280" w:after="0" w:line="276" w:lineRule="auto"/>
      </w:pPr>
      <w:r>
        <w:rPr>
          <w:rFonts w:ascii="Times New Roman" w:hAnsi="Times New Roman"/>
          <w:sz w:val="20"/>
        </w:rPr>
        <w:t>Roncador/PR, ___ de __________________ de 2026.</w:t>
      </w:r>
      <w:r>
        <w:br/>
      </w:r>
      <w:r>
        <w:rPr>
          <w:rFonts w:ascii="Times New Roman" w:hAnsi="Times New Roman"/>
          <w:sz w:val="20"/>
        </w:rPr>
      </w:r>
      <w:r>
        <w:br/>
      </w:r>
      <w:r>
        <w:rPr>
          <w:rFonts w:ascii="Times New Roman" w:hAnsi="Times New Roman"/>
          <w:sz w:val="20"/>
        </w:rPr>
        <w:t>_________________________________________</w:t>
      </w:r>
      <w:r>
        <w:br/>
      </w:r>
      <w:r>
        <w:rPr>
          <w:rFonts w:ascii="Times New Roman" w:hAnsi="Times New Roman"/>
          <w:sz w:val="20"/>
        </w:rPr>
        <w:t>Assinatura do representante legal</w:t>
      </w:r>
      <w:r>
        <w:br/>
      </w:r>
      <w:r>
        <w:rPr>
          <w:rFonts w:ascii="Times New Roman" w:hAnsi="Times New Roman"/>
          <w:sz w:val="20"/>
        </w:rPr>
        <w:t>Nome:</w:t>
      </w:r>
      <w:r>
        <w:br/>
      </w:r>
      <w:r>
        <w:rPr>
          <w:rFonts w:ascii="Times New Roman" w:hAnsi="Times New Roman"/>
          <w:sz w:val="20"/>
        </w:rPr>
        <w:t>CPF:</w:t>
      </w:r>
      <w:r>
        <w:br/>
      </w:r>
      <w:r>
        <w:rPr>
          <w:rFonts w:ascii="Times New Roman" w:hAnsi="Times New Roman"/>
          <w:sz w:val="20"/>
        </w:rPr>
        <w:t>Empresa:</w:t>
      </w:r>
      <w:r>
        <w:br/>
      </w:r>
      <w:r>
        <w:rPr>
          <w:rFonts w:ascii="Times New Roman" w:hAnsi="Times New Roman"/>
          <w:sz w:val="20"/>
        </w:rPr>
        <w:t>CNPJ:</w:t>
      </w:r>
    </w:p>
    <w:p>
      <w:r>
        <w:br w:type="page"/>
      </w:r>
    </w:p>
    <w:p>
      <w:pPr>
        <w:spacing w:before="120" w:after="200"/>
        <w:jc w:val="center"/>
        <w:shd w:fill="D9D9D9"/>
      </w:pPr>
      <w:r>
        <w:rPr>
          <w:rFonts w:ascii="Times New Roman" w:hAnsi="Times New Roman"/>
          <w:b/>
          <w:sz w:val="24"/>
        </w:rPr>
        <w:t>ANEXO III — DECLARAÇÃO DE CAPACIDADE OPERACIONAL</w:t>
      </w:r>
    </w:p>
    <w:p>
      <w:pPr>
        <w:spacing w:before="0" w:after="120" w:line="276" w:lineRule="auto"/>
      </w:pPr>
      <w:r>
        <w:rPr>
          <w:rFonts w:ascii="Times New Roman" w:hAnsi="Times New Roman"/>
          <w:b w:val="0"/>
          <w:i w:val="0"/>
          <w:sz w:val="22"/>
        </w:rPr>
        <w:t>A empresa ____________________________________________, inscrita no CNPJ sob nº ____________________________, declara, para fins de credenciamento perante o Município de Roncador/PR, que possui estrutura física, equipamentos, utensílios, pessoal, insumos, capacidade produtiva e condições operacionais compatíveis com os itens para os quais solicita credenciamento.</w:t>
      </w:r>
    </w:p>
    <w:p>
      <w:pPr>
        <w:spacing w:before="0" w:after="120" w:line="276" w:lineRule="auto"/>
      </w:pPr>
      <w:r>
        <w:rPr>
          <w:rFonts w:ascii="Times New Roman" w:hAnsi="Times New Roman"/>
          <w:b w:val="0"/>
          <w:i w:val="0"/>
          <w:sz w:val="22"/>
        </w:rPr>
        <w:t>Declara, ainda, que o estabelecimento no qual serão preparadas, servidas, retiradas ou expedidas as refeições está situado no seguinte endereço:</w:t>
      </w:r>
    </w:p>
    <w:p>
      <w:pPr>
        <w:spacing w:before="0" w:after="40" w:line="276" w:lineRule="auto"/>
      </w:pPr>
      <w:r>
        <w:rPr>
          <w:rFonts w:ascii="Times New Roman" w:hAnsi="Times New Roman"/>
          <w:b w:val="0"/>
          <w:i w:val="0"/>
          <w:sz w:val="22"/>
        </w:rPr>
        <w:t>Endereço do estabelecimento: _________________________________________________</w:t>
      </w:r>
    </w:p>
    <w:p>
      <w:pPr>
        <w:spacing w:before="0" w:after="40" w:line="276" w:lineRule="auto"/>
      </w:pPr>
      <w:r>
        <w:rPr>
          <w:rFonts w:ascii="Times New Roman" w:hAnsi="Times New Roman"/>
          <w:b w:val="0"/>
          <w:i w:val="0"/>
          <w:sz w:val="22"/>
        </w:rPr>
        <w:t>Telefone/WhatsApp para contato: _____________________________________________</w:t>
      </w:r>
    </w:p>
    <w:p>
      <w:pPr>
        <w:spacing w:before="0" w:after="40" w:line="276" w:lineRule="auto"/>
      </w:pPr>
      <w:r>
        <w:rPr>
          <w:rFonts w:ascii="Times New Roman" w:hAnsi="Times New Roman"/>
          <w:b w:val="0"/>
          <w:i w:val="0"/>
          <w:sz w:val="22"/>
        </w:rPr>
        <w:t>E-mail: _________________________________________________________________</w:t>
      </w:r>
    </w:p>
    <w:p>
      <w:pPr>
        <w:spacing w:before="0" w:after="40" w:line="276" w:lineRule="auto"/>
      </w:pPr>
      <w:r>
        <w:rPr>
          <w:rFonts w:ascii="Times New Roman" w:hAnsi="Times New Roman"/>
          <w:b w:val="0"/>
          <w:i w:val="0"/>
          <w:sz w:val="22"/>
        </w:rPr>
        <w:t>Horários de funcionamento: _________________________________________________</w:t>
      </w:r>
    </w:p>
    <w:p>
      <w:pPr>
        <w:spacing w:before="0" w:after="40" w:line="276" w:lineRule="auto"/>
      </w:pPr>
      <w:r>
        <w:rPr>
          <w:rFonts w:ascii="Times New Roman" w:hAnsi="Times New Roman"/>
          <w:b w:val="0"/>
          <w:i w:val="0"/>
          <w:sz w:val="22"/>
        </w:rPr>
        <w:t>Dias de atendimento: ______________________________________________________</w:t>
      </w:r>
    </w:p>
    <w:p>
      <w:pPr>
        <w:spacing w:before="0" w:after="120" w:line="276" w:lineRule="auto"/>
      </w:pPr>
      <w:r>
        <w:rPr>
          <w:rFonts w:ascii="Times New Roman" w:hAnsi="Times New Roman"/>
          <w:b w:val="0"/>
          <w:i w:val="0"/>
          <w:sz w:val="22"/>
        </w:rPr>
        <w:t>A empresa declara estar apta a cumprir os horários, quantidades, locais e condições definidos nas requisições ou ordens de fornecimento emitidas pela Administração Municipal, observada sua capacidade operacional e os itens para os quais estiver credenciada.</w:t>
      </w:r>
    </w:p>
    <w:p>
      <w:pPr>
        <w:spacing w:before="0" w:after="120" w:line="276" w:lineRule="auto"/>
      </w:pPr>
      <w:r>
        <w:rPr>
          <w:rFonts w:ascii="Times New Roman" w:hAnsi="Times New Roman"/>
          <w:b w:val="0"/>
          <w:i w:val="0"/>
          <w:sz w:val="22"/>
        </w:rPr>
        <w:t>Declara, por fim, ter ciência de que a Administração poderá realizar vistoria no estabelecimento, a qualquer tempo, para verificação das condições de funcionamento, higiene, armazenamento, preparo, conservação, acondicionamento, atendimento e regularidade sanitária.</w:t>
      </w:r>
    </w:p>
    <w:p>
      <w:pPr>
        <w:spacing w:before="280" w:after="0" w:line="276" w:lineRule="auto"/>
      </w:pPr>
      <w:r>
        <w:rPr>
          <w:rFonts w:ascii="Times New Roman" w:hAnsi="Times New Roman"/>
          <w:sz w:val="20"/>
        </w:rPr>
        <w:t>Roncador/PR, ___ de __________________ de 2026.</w:t>
      </w:r>
      <w:r>
        <w:br/>
      </w:r>
      <w:r>
        <w:rPr>
          <w:rFonts w:ascii="Times New Roman" w:hAnsi="Times New Roman"/>
          <w:sz w:val="20"/>
        </w:rPr>
      </w:r>
      <w:r>
        <w:br/>
      </w:r>
      <w:r>
        <w:rPr>
          <w:rFonts w:ascii="Times New Roman" w:hAnsi="Times New Roman"/>
          <w:sz w:val="20"/>
        </w:rPr>
        <w:t>_________________________________________</w:t>
      </w:r>
      <w:r>
        <w:br/>
      </w:r>
      <w:r>
        <w:rPr>
          <w:rFonts w:ascii="Times New Roman" w:hAnsi="Times New Roman"/>
          <w:sz w:val="20"/>
        </w:rPr>
        <w:t>Assinatura do representante legal</w:t>
      </w:r>
      <w:r>
        <w:br/>
      </w:r>
      <w:r>
        <w:rPr>
          <w:rFonts w:ascii="Times New Roman" w:hAnsi="Times New Roman"/>
          <w:sz w:val="20"/>
        </w:rPr>
        <w:t>Nome:</w:t>
      </w:r>
      <w:r>
        <w:br/>
      </w:r>
      <w:r>
        <w:rPr>
          <w:rFonts w:ascii="Times New Roman" w:hAnsi="Times New Roman"/>
          <w:sz w:val="20"/>
        </w:rPr>
        <w:t>CPF:</w:t>
      </w:r>
      <w:r>
        <w:br/>
      </w:r>
      <w:r>
        <w:rPr>
          <w:rFonts w:ascii="Times New Roman" w:hAnsi="Times New Roman"/>
          <w:sz w:val="20"/>
        </w:rPr>
        <w:t>Empresa:</w:t>
      </w:r>
      <w:r>
        <w:br/>
      </w:r>
      <w:r>
        <w:rPr>
          <w:rFonts w:ascii="Times New Roman" w:hAnsi="Times New Roman"/>
          <w:sz w:val="20"/>
        </w:rPr>
        <w:t>CNPJ:</w:t>
      </w:r>
    </w:p>
    <w:p>
      <w:r>
        <w:br w:type="page"/>
      </w:r>
    </w:p>
    <w:p>
      <w:pPr>
        <w:spacing w:before="120" w:after="200"/>
        <w:jc w:val="center"/>
        <w:shd w:fill="D9D9D9"/>
      </w:pPr>
      <w:r>
        <w:rPr>
          <w:rFonts w:ascii="Times New Roman" w:hAnsi="Times New Roman"/>
          <w:b/>
          <w:sz w:val="24"/>
        </w:rPr>
        <w:t>ANEXO IV — DECLARAÇÃO DE REGULARIDADE SANITÁRIA, BOAS PRÁTICAS E SEGURANÇA ALIMENTAR</w:t>
      </w:r>
    </w:p>
    <w:p>
      <w:pPr>
        <w:spacing w:before="0" w:after="120" w:line="276" w:lineRule="auto"/>
      </w:pPr>
      <w:r>
        <w:rPr>
          <w:rFonts w:ascii="Times New Roman" w:hAnsi="Times New Roman"/>
          <w:b w:val="0"/>
          <w:i w:val="0"/>
          <w:sz w:val="22"/>
        </w:rPr>
        <w:t>A empresa ____________________________________________, inscrita no CNPJ sob nº ____________________________, declara, para fins de credenciamento perante o Município de Roncador/PR, que:</w:t>
      </w:r>
    </w:p>
    <w:p>
      <w:pPr>
        <w:spacing w:before="0" w:after="40" w:line="276" w:lineRule="auto"/>
      </w:pPr>
      <w:r>
        <w:rPr>
          <w:rFonts w:ascii="Times New Roman" w:hAnsi="Times New Roman"/>
          <w:b w:val="0"/>
          <w:i w:val="0"/>
          <w:sz w:val="22"/>
        </w:rPr>
        <w:t>possui alvará de funcionamento e licença/alvará sanitário vigentes, quando exigidos pela legislação aplicável;</w:t>
      </w:r>
    </w:p>
    <w:p>
      <w:pPr>
        <w:spacing w:before="0" w:after="40" w:line="276" w:lineRule="auto"/>
      </w:pPr>
      <w:r>
        <w:rPr>
          <w:rFonts w:ascii="Times New Roman" w:hAnsi="Times New Roman"/>
          <w:b w:val="0"/>
          <w:i w:val="0"/>
          <w:sz w:val="22"/>
        </w:rPr>
        <w:t>observará as normas sanitárias relativas ao preparo, manipulação, armazenamento, conservação, acondicionamento, transporte e fornecimento de alimentos;</w:t>
      </w:r>
    </w:p>
    <w:p>
      <w:pPr>
        <w:spacing w:before="0" w:after="40" w:line="276" w:lineRule="auto"/>
      </w:pPr>
      <w:r>
        <w:rPr>
          <w:rFonts w:ascii="Times New Roman" w:hAnsi="Times New Roman"/>
          <w:b w:val="0"/>
          <w:i w:val="0"/>
          <w:sz w:val="22"/>
        </w:rPr>
        <w:t>utilizará alimentos próprios para consumo, em bom estado de conservação, dentro do prazo de validade e armazenados em condições adequadas;</w:t>
      </w:r>
    </w:p>
    <w:p>
      <w:pPr>
        <w:spacing w:before="0" w:after="40" w:line="276" w:lineRule="auto"/>
      </w:pPr>
      <w:r>
        <w:rPr>
          <w:rFonts w:ascii="Times New Roman" w:hAnsi="Times New Roman"/>
          <w:b w:val="0"/>
          <w:i w:val="0"/>
          <w:sz w:val="22"/>
        </w:rPr>
        <w:t>preparará as refeições no dia do fornecimento;</w:t>
      </w:r>
    </w:p>
    <w:p>
      <w:pPr>
        <w:spacing w:before="0" w:after="40" w:line="276" w:lineRule="auto"/>
      </w:pPr>
      <w:r>
        <w:rPr>
          <w:rFonts w:ascii="Times New Roman" w:hAnsi="Times New Roman"/>
          <w:b w:val="0"/>
          <w:i w:val="0"/>
          <w:sz w:val="22"/>
        </w:rPr>
        <w:t>manterá instalações, equipamentos, utensílios, superfícies e áreas de preparo em condições adequadas de limpeza, conservação e funcionamento;</w:t>
      </w:r>
    </w:p>
    <w:p>
      <w:pPr>
        <w:spacing w:before="0" w:after="40" w:line="276" w:lineRule="auto"/>
      </w:pPr>
      <w:r>
        <w:rPr>
          <w:rFonts w:ascii="Times New Roman" w:hAnsi="Times New Roman"/>
          <w:b w:val="0"/>
          <w:i w:val="0"/>
          <w:sz w:val="22"/>
        </w:rPr>
        <w:t>utilizará água potável em todas as etapas de preparo e higienização;</w:t>
      </w:r>
    </w:p>
    <w:p>
      <w:pPr>
        <w:spacing w:before="0" w:after="40" w:line="276" w:lineRule="auto"/>
      </w:pPr>
      <w:r>
        <w:rPr>
          <w:rFonts w:ascii="Times New Roman" w:hAnsi="Times New Roman"/>
          <w:b w:val="0"/>
          <w:i w:val="0"/>
          <w:sz w:val="22"/>
        </w:rPr>
        <w:t>adotará medidas para impedir contaminação cruzada entre alimentos crus, cozidos e prontos para consumo;</w:t>
      </w:r>
    </w:p>
    <w:p>
      <w:pPr>
        <w:spacing w:before="0" w:after="40" w:line="276" w:lineRule="auto"/>
      </w:pPr>
      <w:r>
        <w:rPr>
          <w:rFonts w:ascii="Times New Roman" w:hAnsi="Times New Roman"/>
          <w:b w:val="0"/>
          <w:i w:val="0"/>
          <w:sz w:val="22"/>
        </w:rPr>
        <w:t>manterá manipuladores de alimentos em condições adequadas de higiene pessoal e com vestimenta compatível com a atividade;</w:t>
      </w:r>
    </w:p>
    <w:p>
      <w:pPr>
        <w:spacing w:before="0" w:after="40" w:line="276" w:lineRule="auto"/>
      </w:pPr>
      <w:r>
        <w:rPr>
          <w:rFonts w:ascii="Times New Roman" w:hAnsi="Times New Roman"/>
          <w:b w:val="0"/>
          <w:i w:val="0"/>
          <w:sz w:val="22"/>
        </w:rPr>
        <w:t>adotará medidas de prevenção e controle de pragas;</w:t>
      </w:r>
    </w:p>
    <w:p>
      <w:pPr>
        <w:spacing w:before="0" w:after="40" w:line="276" w:lineRule="auto"/>
      </w:pPr>
      <w:r>
        <w:rPr>
          <w:rFonts w:ascii="Times New Roman" w:hAnsi="Times New Roman"/>
          <w:b w:val="0"/>
          <w:i w:val="0"/>
          <w:sz w:val="22"/>
        </w:rPr>
        <w:t>manterá as refeições em temperatura adequada até o momento do fornecimento, retirada, entrega ou consumo;</w:t>
      </w:r>
    </w:p>
    <w:p>
      <w:pPr>
        <w:spacing w:before="0" w:after="40" w:line="276" w:lineRule="auto"/>
      </w:pPr>
      <w:r>
        <w:rPr>
          <w:rFonts w:ascii="Times New Roman" w:hAnsi="Times New Roman"/>
          <w:b w:val="0"/>
          <w:i w:val="0"/>
          <w:sz w:val="22"/>
        </w:rPr>
        <w:t>utilizará embalagens próprias para contato com alimentos, íntegras, limpas, resistentes e adequadas à temperatura das refeições;</w:t>
      </w:r>
    </w:p>
    <w:p>
      <w:pPr>
        <w:spacing w:before="0" w:after="40" w:line="276" w:lineRule="auto"/>
      </w:pPr>
      <w:r>
        <w:rPr>
          <w:rFonts w:ascii="Times New Roman" w:hAnsi="Times New Roman"/>
          <w:b w:val="0"/>
          <w:i w:val="0"/>
          <w:sz w:val="22"/>
        </w:rPr>
        <w:t>acondicionará as saladas em recipientes próprios, fechados e separados dos alimentos quentes;</w:t>
      </w:r>
    </w:p>
    <w:p>
      <w:pPr>
        <w:spacing w:before="0" w:after="40" w:line="276" w:lineRule="auto"/>
      </w:pPr>
      <w:r>
        <w:rPr>
          <w:rFonts w:ascii="Times New Roman" w:hAnsi="Times New Roman"/>
          <w:b w:val="0"/>
          <w:i w:val="0"/>
          <w:sz w:val="22"/>
        </w:rPr>
        <w:t>permitirá fiscalizações, vistorias e inspeções pela Administração Municipal e pelos órgãos competentes.</w:t>
      </w:r>
    </w:p>
    <w:p>
      <w:pPr>
        <w:spacing w:before="0" w:after="120" w:line="276" w:lineRule="auto"/>
      </w:pPr>
      <w:r>
        <w:rPr>
          <w:rFonts w:ascii="Times New Roman" w:hAnsi="Times New Roman"/>
          <w:b w:val="0"/>
          <w:i w:val="0"/>
          <w:sz w:val="22"/>
        </w:rPr>
        <w:t>A empresa declara ciência de que refeições com odor, aparência, textura, sabor, temperatura, embalagem, conservação ou condição sanitária inadequada poderão ser recusadas, glosadas ou submetidas à substituição imediata, sem prejuízo das demais providências administrativas cabíveis.</w:t>
      </w:r>
    </w:p>
    <w:p>
      <w:pPr>
        <w:spacing w:before="280" w:after="0" w:line="276" w:lineRule="auto"/>
      </w:pPr>
      <w:r>
        <w:rPr>
          <w:rFonts w:ascii="Times New Roman" w:hAnsi="Times New Roman"/>
          <w:sz w:val="20"/>
        </w:rPr>
        <w:t>Roncador/PR, ___ de __________________ de 2026.</w:t>
      </w:r>
      <w:r>
        <w:br/>
      </w:r>
      <w:r>
        <w:rPr>
          <w:rFonts w:ascii="Times New Roman" w:hAnsi="Times New Roman"/>
          <w:sz w:val="20"/>
        </w:rPr>
      </w:r>
      <w:r>
        <w:br/>
      </w:r>
      <w:r>
        <w:rPr>
          <w:rFonts w:ascii="Times New Roman" w:hAnsi="Times New Roman"/>
          <w:sz w:val="20"/>
        </w:rPr>
        <w:t>_________________________________________</w:t>
      </w:r>
      <w:r>
        <w:br/>
      </w:r>
      <w:r>
        <w:rPr>
          <w:rFonts w:ascii="Times New Roman" w:hAnsi="Times New Roman"/>
          <w:sz w:val="20"/>
        </w:rPr>
        <w:t>Assinatura do representante legal</w:t>
      </w:r>
      <w:r>
        <w:br/>
      </w:r>
      <w:r>
        <w:rPr>
          <w:rFonts w:ascii="Times New Roman" w:hAnsi="Times New Roman"/>
          <w:sz w:val="20"/>
        </w:rPr>
        <w:t>Nome:</w:t>
      </w:r>
      <w:r>
        <w:br/>
      </w:r>
      <w:r>
        <w:rPr>
          <w:rFonts w:ascii="Times New Roman" w:hAnsi="Times New Roman"/>
          <w:sz w:val="20"/>
        </w:rPr>
        <w:t>CPF:</w:t>
      </w:r>
      <w:r>
        <w:br/>
      </w:r>
      <w:r>
        <w:rPr>
          <w:rFonts w:ascii="Times New Roman" w:hAnsi="Times New Roman"/>
          <w:sz w:val="20"/>
        </w:rPr>
        <w:t>Empresa:</w:t>
      </w:r>
      <w:r>
        <w:br/>
      </w:r>
      <w:r>
        <w:rPr>
          <w:rFonts w:ascii="Times New Roman" w:hAnsi="Times New Roman"/>
          <w:sz w:val="20"/>
        </w:rPr>
        <w:t>CNPJ:</w:t>
      </w:r>
    </w:p>
    <w:p>
      <w:r>
        <w:br w:type="page"/>
      </w:r>
    </w:p>
    <w:p>
      <w:pPr>
        <w:spacing w:before="120" w:after="200"/>
        <w:jc w:val="center"/>
        <w:shd w:fill="D9D9D9"/>
      </w:pPr>
      <w:r>
        <w:rPr>
          <w:rFonts w:ascii="Times New Roman" w:hAnsi="Times New Roman"/>
          <w:b/>
          <w:sz w:val="24"/>
        </w:rPr>
        <w:t>ANEXO V — DECLARAÇÃO DE CUMPRIMENTO DAS ESPECIFICAÇÕES DOS MARMITEX E REFEIÇÕES</w:t>
      </w:r>
    </w:p>
    <w:p>
      <w:pPr>
        <w:spacing w:before="0" w:after="120" w:line="276" w:lineRule="auto"/>
      </w:pPr>
      <w:r>
        <w:rPr>
          <w:rFonts w:ascii="Times New Roman" w:hAnsi="Times New Roman"/>
          <w:b w:val="0"/>
          <w:i w:val="0"/>
          <w:sz w:val="22"/>
        </w:rPr>
        <w:t>A empresa ____________________________________________, inscrita no CNPJ sob nº ____________________________, declara, para fins de credenciamento perante o Município de Roncador/PR, que cumprirá integralmente as especificações técnicas previstas no Edital e no Termo de Referência.</w:t>
      </w:r>
    </w:p>
    <w:p>
      <w:pPr>
        <w:spacing w:before="0" w:after="120" w:line="276" w:lineRule="auto"/>
      </w:pPr>
      <w:r>
        <w:rPr>
          <w:rFonts w:ascii="Times New Roman" w:hAnsi="Times New Roman"/>
          <w:b w:val="0"/>
          <w:i w:val="0"/>
          <w:sz w:val="22"/>
        </w:rPr>
        <w:t>Declara, especialmente, que os marmitex fornecidos conterão, no mínimo:</w:t>
      </w:r>
    </w:p>
    <w:p>
      <w:pPr>
        <w:spacing w:before="0" w:after="40" w:line="276" w:lineRule="auto"/>
      </w:pPr>
      <w:r>
        <w:rPr>
          <w:rFonts w:ascii="Times New Roman" w:hAnsi="Times New Roman"/>
          <w:b w:val="0"/>
          <w:i w:val="0"/>
          <w:sz w:val="22"/>
        </w:rPr>
        <w:t>arroz;</w:t>
      </w:r>
    </w:p>
    <w:p>
      <w:pPr>
        <w:spacing w:before="0" w:after="40" w:line="276" w:lineRule="auto"/>
      </w:pPr>
      <w:r>
        <w:rPr>
          <w:rFonts w:ascii="Times New Roman" w:hAnsi="Times New Roman"/>
          <w:b w:val="0"/>
          <w:i w:val="0"/>
          <w:sz w:val="22"/>
        </w:rPr>
        <w:t>feijão;</w:t>
      </w:r>
    </w:p>
    <w:p>
      <w:pPr>
        <w:spacing w:before="0" w:after="40" w:line="276" w:lineRule="auto"/>
      </w:pPr>
      <w:r>
        <w:rPr>
          <w:rFonts w:ascii="Times New Roman" w:hAnsi="Times New Roman"/>
          <w:b w:val="0"/>
          <w:i w:val="0"/>
          <w:sz w:val="22"/>
        </w:rPr>
        <w:t>01 tipo de massa;</w:t>
      </w:r>
    </w:p>
    <w:p>
      <w:pPr>
        <w:spacing w:before="0" w:after="40" w:line="276" w:lineRule="auto"/>
      </w:pPr>
      <w:r>
        <w:rPr>
          <w:rFonts w:ascii="Times New Roman" w:hAnsi="Times New Roman"/>
          <w:b w:val="0"/>
          <w:i w:val="0"/>
          <w:sz w:val="22"/>
        </w:rPr>
        <w:t>01 tipo de legume ou vegetal refogado;</w:t>
      </w:r>
    </w:p>
    <w:p>
      <w:pPr>
        <w:spacing w:before="0" w:after="40" w:line="276" w:lineRule="auto"/>
      </w:pPr>
      <w:r>
        <w:rPr>
          <w:rFonts w:ascii="Times New Roman" w:hAnsi="Times New Roman"/>
          <w:b w:val="0"/>
          <w:i w:val="0"/>
          <w:sz w:val="22"/>
        </w:rPr>
        <w:t>02 tipos distintos de carnes;</w:t>
      </w:r>
    </w:p>
    <w:p>
      <w:pPr>
        <w:spacing w:before="0" w:after="40" w:line="276" w:lineRule="auto"/>
      </w:pPr>
      <w:r>
        <w:rPr>
          <w:rFonts w:ascii="Times New Roman" w:hAnsi="Times New Roman"/>
          <w:b w:val="0"/>
          <w:i w:val="0"/>
          <w:sz w:val="22"/>
        </w:rPr>
        <w:t>02 tipos de saladas acondicionadas separadamente dos alimentos quentes;</w:t>
      </w:r>
    </w:p>
    <w:p>
      <w:pPr>
        <w:spacing w:before="0" w:after="40" w:line="276" w:lineRule="auto"/>
      </w:pPr>
      <w:r>
        <w:rPr>
          <w:rFonts w:ascii="Times New Roman" w:hAnsi="Times New Roman"/>
          <w:b w:val="0"/>
          <w:i w:val="0"/>
          <w:sz w:val="22"/>
        </w:rPr>
        <w:t>kit descartável individual contendo garfo, faca, guardanapo e palito de dente.</w:t>
      </w:r>
    </w:p>
    <w:p>
      <w:pPr>
        <w:spacing w:before="0" w:after="120" w:line="276" w:lineRule="auto"/>
      </w:pPr>
      <w:r>
        <w:rPr>
          <w:rFonts w:ascii="Times New Roman" w:hAnsi="Times New Roman"/>
          <w:b w:val="0"/>
          <w:i w:val="0"/>
          <w:sz w:val="22"/>
        </w:rPr>
        <w:t>Declara que os marmitex tamanho G terão peso líquido mínimo de 800 gramas e os marmitex tamanho M terão peso líquido mínimo de 600 gramas, considerando exclusivamente os alimentos prontos para consumo.</w:t>
      </w:r>
    </w:p>
    <w:p>
      <w:pPr>
        <w:spacing w:before="0" w:after="120" w:line="276" w:lineRule="auto"/>
      </w:pPr>
      <w:r>
        <w:rPr>
          <w:rFonts w:ascii="Times New Roman" w:hAnsi="Times New Roman"/>
          <w:b w:val="0"/>
          <w:i w:val="0"/>
          <w:sz w:val="22"/>
        </w:rPr>
        <w:t>Declara estar ciente de que não serão computados no peso mínimo: embalagem, tampa, sacola, talheres, guardanapos, recipientes de salada, ossos, partes não comestíveis, gordura aparente, excesso de caldos, molhos ou líquidos.</w:t>
      </w:r>
    </w:p>
    <w:p>
      <w:pPr>
        <w:spacing w:before="0" w:after="120" w:line="276" w:lineRule="auto"/>
      </w:pPr>
      <w:r>
        <w:rPr>
          <w:rFonts w:ascii="Times New Roman" w:hAnsi="Times New Roman"/>
          <w:b w:val="0"/>
          <w:i w:val="0"/>
          <w:sz w:val="22"/>
        </w:rPr>
        <w:t>Declara, ainda, que não substituirá as carnes exigidas por ovo, salsicha, mortadela, apresuntado, hambúrguer industrializado, embutidos ou produtos similares, admitindo-se o ovo apenas como acompanhamento adicional, sem substituição das carnes obrigatórias.</w:t>
      </w:r>
    </w:p>
    <w:p>
      <w:pPr>
        <w:spacing w:before="0" w:after="120" w:line="276" w:lineRule="auto"/>
      </w:pPr>
      <w:r>
        <w:rPr>
          <w:rFonts w:ascii="Times New Roman" w:hAnsi="Times New Roman"/>
          <w:b w:val="0"/>
          <w:i w:val="0"/>
          <w:sz w:val="22"/>
        </w:rPr>
        <w:t>Declara ciência de que o descumprimento das especificações poderá resultar em recusa da refeição, substituição imediata, glosa de pagamento, registro de ocorrência, perda da vez no rodízio, suspensão de convocações, aplicação de sanções ou descredenciamento, conforme o caso.</w:t>
      </w:r>
    </w:p>
    <w:p>
      <w:pPr>
        <w:spacing w:before="280" w:after="0" w:line="276" w:lineRule="auto"/>
      </w:pPr>
      <w:r>
        <w:rPr>
          <w:rFonts w:ascii="Times New Roman" w:hAnsi="Times New Roman"/>
          <w:sz w:val="20"/>
        </w:rPr>
        <w:t>Roncador/PR, ___ de __________________ de 2026.</w:t>
      </w:r>
      <w:r>
        <w:br/>
      </w:r>
      <w:r>
        <w:rPr>
          <w:rFonts w:ascii="Times New Roman" w:hAnsi="Times New Roman"/>
          <w:sz w:val="20"/>
        </w:rPr>
      </w:r>
      <w:r>
        <w:br/>
      </w:r>
      <w:r>
        <w:rPr>
          <w:rFonts w:ascii="Times New Roman" w:hAnsi="Times New Roman"/>
          <w:sz w:val="20"/>
        </w:rPr>
        <w:t>_________________________________________</w:t>
      </w:r>
      <w:r>
        <w:br/>
      </w:r>
      <w:r>
        <w:rPr>
          <w:rFonts w:ascii="Times New Roman" w:hAnsi="Times New Roman"/>
          <w:sz w:val="20"/>
        </w:rPr>
        <w:t>Assinatura do representante legal</w:t>
      </w:r>
      <w:r>
        <w:br/>
      </w:r>
      <w:r>
        <w:rPr>
          <w:rFonts w:ascii="Times New Roman" w:hAnsi="Times New Roman"/>
          <w:sz w:val="20"/>
        </w:rPr>
        <w:t>Nome:</w:t>
      </w:r>
      <w:r>
        <w:br/>
      </w:r>
      <w:r>
        <w:rPr>
          <w:rFonts w:ascii="Times New Roman" w:hAnsi="Times New Roman"/>
          <w:sz w:val="20"/>
        </w:rPr>
        <w:t>CPF:</w:t>
      </w:r>
      <w:r>
        <w:br/>
      </w:r>
      <w:r>
        <w:rPr>
          <w:rFonts w:ascii="Times New Roman" w:hAnsi="Times New Roman"/>
          <w:sz w:val="20"/>
        </w:rPr>
        <w:t>Empresa:</w:t>
      </w:r>
      <w:r>
        <w:br/>
      </w:r>
      <w:r>
        <w:rPr>
          <w:rFonts w:ascii="Times New Roman" w:hAnsi="Times New Roman"/>
          <w:sz w:val="20"/>
        </w:rPr>
        <w:t>CNPJ:</w:t>
      </w:r>
    </w:p>
    <w:p>
      <w:r>
        <w:br w:type="page"/>
      </w:r>
    </w:p>
    <w:p>
      <w:pPr>
        <w:spacing w:before="120" w:after="200"/>
        <w:jc w:val="center"/>
        <w:shd w:fill="D9D9D9"/>
      </w:pPr>
      <w:r>
        <w:rPr>
          <w:rFonts w:ascii="Times New Roman" w:hAnsi="Times New Roman"/>
          <w:b/>
          <w:sz w:val="24"/>
        </w:rPr>
        <w:t>ANEXO VI — DECLARAÇÃO DE CIÊNCIA DO RODÍZIO MENSAL E DA AUSÊNCIA DE GARANTIA DE CONTRATAÇÃO</w:t>
      </w:r>
    </w:p>
    <w:p>
      <w:pPr>
        <w:spacing w:before="0" w:after="120" w:line="276" w:lineRule="auto"/>
      </w:pPr>
      <w:r>
        <w:rPr>
          <w:rFonts w:ascii="Times New Roman" w:hAnsi="Times New Roman"/>
          <w:b w:val="0"/>
          <w:i w:val="0"/>
          <w:sz w:val="22"/>
        </w:rPr>
        <w:t>A empresa ____________________________________________, inscrita no CNPJ sob nº ____________________________, declara, para fins de credenciamento perante o Município de Roncador/PR, que tem plena ciência de que a distribuição das demandas entre os credenciados observará o sistema de rodízio mensal, conforme critérios definidos no Edital e no Termo de Referência.</w:t>
      </w:r>
    </w:p>
    <w:p>
      <w:pPr>
        <w:spacing w:before="0" w:after="120" w:line="276" w:lineRule="auto"/>
      </w:pPr>
      <w:r>
        <w:rPr>
          <w:rFonts w:ascii="Times New Roman" w:hAnsi="Times New Roman"/>
          <w:b w:val="0"/>
          <w:i w:val="0"/>
          <w:sz w:val="22"/>
        </w:rPr>
        <w:t>Declara ciência de que:</w:t>
      </w:r>
    </w:p>
    <w:p>
      <w:pPr>
        <w:spacing w:before="0" w:after="40" w:line="276" w:lineRule="auto"/>
      </w:pPr>
      <w:r>
        <w:rPr>
          <w:rFonts w:ascii="Times New Roman" w:hAnsi="Times New Roman"/>
          <w:b w:val="0"/>
          <w:i w:val="0"/>
          <w:sz w:val="22"/>
        </w:rPr>
        <w:t>será formada lista de credenciados por item;</w:t>
      </w:r>
    </w:p>
    <w:p>
      <w:pPr>
        <w:spacing w:before="0" w:after="40" w:line="276" w:lineRule="auto"/>
      </w:pPr>
      <w:r>
        <w:rPr>
          <w:rFonts w:ascii="Times New Roman" w:hAnsi="Times New Roman"/>
          <w:b w:val="0"/>
          <w:i w:val="0"/>
          <w:sz w:val="22"/>
        </w:rPr>
        <w:t>a ordem inicial será definida por sorteio público ou outro critério objetivo previsto no edital;</w:t>
      </w:r>
    </w:p>
    <w:p>
      <w:pPr>
        <w:spacing w:before="0" w:after="40" w:line="276" w:lineRule="auto"/>
      </w:pPr>
      <w:r>
        <w:rPr>
          <w:rFonts w:ascii="Times New Roman" w:hAnsi="Times New Roman"/>
          <w:b w:val="0"/>
          <w:i w:val="0"/>
          <w:sz w:val="22"/>
        </w:rPr>
        <w:t>o rodízio mensal será utilizado como forma de organização das convocações;</w:t>
      </w:r>
    </w:p>
    <w:p>
      <w:pPr>
        <w:spacing w:before="0" w:after="40" w:line="276" w:lineRule="auto"/>
      </w:pPr>
      <w:r>
        <w:rPr>
          <w:rFonts w:ascii="Times New Roman" w:hAnsi="Times New Roman"/>
          <w:b w:val="0"/>
          <w:i w:val="0"/>
          <w:sz w:val="22"/>
        </w:rPr>
        <w:t>o rodízio não garante exclusividade absoluta durante o mês;</w:t>
      </w:r>
    </w:p>
    <w:p>
      <w:pPr>
        <w:spacing w:before="0" w:after="40" w:line="276" w:lineRule="auto"/>
      </w:pPr>
      <w:r>
        <w:rPr>
          <w:rFonts w:ascii="Times New Roman" w:hAnsi="Times New Roman"/>
          <w:b w:val="0"/>
          <w:i w:val="0"/>
          <w:sz w:val="22"/>
        </w:rPr>
        <w:t>o rodízio não assegura quantidade mínima, faturamento mínimo ou direito adquirido ao fornecimento;</w:t>
      </w:r>
    </w:p>
    <w:p>
      <w:pPr>
        <w:spacing w:before="0" w:after="40" w:line="276" w:lineRule="auto"/>
      </w:pPr>
      <w:r>
        <w:rPr>
          <w:rFonts w:ascii="Times New Roman" w:hAnsi="Times New Roman"/>
          <w:b w:val="0"/>
          <w:i w:val="0"/>
          <w:sz w:val="22"/>
        </w:rPr>
        <w:t>a Administração poderá convocar outro credenciado em caso de impossibilidade de atendimento, urgência, elevado quantitativo, indisponibilidade operacional, funcionamento incompatível, risco de descontinuidade ou outra situação devidamente justificada;</w:t>
      </w:r>
    </w:p>
    <w:p>
      <w:pPr>
        <w:spacing w:before="0" w:after="40" w:line="276" w:lineRule="auto"/>
      </w:pPr>
      <w:r>
        <w:rPr>
          <w:rFonts w:ascii="Times New Roman" w:hAnsi="Times New Roman"/>
          <w:b w:val="0"/>
          <w:i w:val="0"/>
          <w:sz w:val="22"/>
        </w:rPr>
        <w:t>a recusa injustificada, ausência de resposta, atraso relevante ou impossibilidade de atendimento poderá ser registrada e ensejar convocação do próximo credenciado;</w:t>
      </w:r>
    </w:p>
    <w:p>
      <w:pPr>
        <w:spacing w:before="0" w:after="40" w:line="276" w:lineRule="auto"/>
      </w:pPr>
      <w:r>
        <w:rPr>
          <w:rFonts w:ascii="Times New Roman" w:hAnsi="Times New Roman"/>
          <w:b w:val="0"/>
          <w:i w:val="0"/>
          <w:sz w:val="22"/>
        </w:rPr>
        <w:t>novos credenciados poderão ser incluídos na lista, conforme as regras do edital.</w:t>
      </w:r>
    </w:p>
    <w:p>
      <w:pPr>
        <w:spacing w:before="0" w:after="120" w:line="276" w:lineRule="auto"/>
      </w:pPr>
      <w:r>
        <w:rPr>
          <w:rFonts w:ascii="Times New Roman" w:hAnsi="Times New Roman"/>
          <w:b w:val="0"/>
          <w:i w:val="0"/>
          <w:sz w:val="22"/>
        </w:rPr>
        <w:t>Declara, por fim, que aceita integralmente o sistema de distribuição das demandas e reconhece que o Município somente solicitará refeições quando houver necessidade administrativa efetiva e formalmente autorizada.</w:t>
      </w:r>
    </w:p>
    <w:p>
      <w:pPr>
        <w:spacing w:before="280" w:after="0" w:line="276" w:lineRule="auto"/>
      </w:pPr>
      <w:r>
        <w:rPr>
          <w:rFonts w:ascii="Times New Roman" w:hAnsi="Times New Roman"/>
          <w:sz w:val="20"/>
        </w:rPr>
        <w:t>Roncador/PR, ___ de __________________ de 2026.</w:t>
      </w:r>
      <w:r>
        <w:br/>
      </w:r>
      <w:r>
        <w:rPr>
          <w:rFonts w:ascii="Times New Roman" w:hAnsi="Times New Roman"/>
          <w:sz w:val="20"/>
        </w:rPr>
      </w:r>
      <w:r>
        <w:br/>
      </w:r>
      <w:r>
        <w:rPr>
          <w:rFonts w:ascii="Times New Roman" w:hAnsi="Times New Roman"/>
          <w:sz w:val="20"/>
        </w:rPr>
        <w:t>_________________________________________</w:t>
      </w:r>
      <w:r>
        <w:br/>
      </w:r>
      <w:r>
        <w:rPr>
          <w:rFonts w:ascii="Times New Roman" w:hAnsi="Times New Roman"/>
          <w:sz w:val="20"/>
        </w:rPr>
        <w:t>Assinatura do representante legal</w:t>
      </w:r>
      <w:r>
        <w:br/>
      </w:r>
      <w:r>
        <w:rPr>
          <w:rFonts w:ascii="Times New Roman" w:hAnsi="Times New Roman"/>
          <w:sz w:val="20"/>
        </w:rPr>
        <w:t>Nome:</w:t>
      </w:r>
      <w:r>
        <w:br/>
      </w:r>
      <w:r>
        <w:rPr>
          <w:rFonts w:ascii="Times New Roman" w:hAnsi="Times New Roman"/>
          <w:sz w:val="20"/>
        </w:rPr>
        <w:t>CPF:</w:t>
      </w:r>
      <w:r>
        <w:br/>
      </w:r>
      <w:r>
        <w:rPr>
          <w:rFonts w:ascii="Times New Roman" w:hAnsi="Times New Roman"/>
          <w:sz w:val="20"/>
        </w:rPr>
        <w:t>Empresa:</w:t>
      </w:r>
      <w:r>
        <w:br/>
      </w:r>
      <w:r>
        <w:rPr>
          <w:rFonts w:ascii="Times New Roman" w:hAnsi="Times New Roman"/>
          <w:sz w:val="20"/>
        </w:rPr>
        <w:t>CNPJ:</w:t>
      </w:r>
    </w:p>
    <w:p>
      <w:r>
        <w:br w:type="page"/>
      </w:r>
    </w:p>
    <w:p>
      <w:pPr>
        <w:spacing w:before="120" w:after="200"/>
        <w:jc w:val="center"/>
        <w:shd w:fill="D9D9D9"/>
      </w:pPr>
      <w:r>
        <w:rPr>
          <w:rFonts w:ascii="Times New Roman" w:hAnsi="Times New Roman"/>
          <w:b/>
          <w:sz w:val="24"/>
        </w:rPr>
        <w:t>ANEXO VII — DECLARAÇÃO UNIFICADA</w:t>
      </w:r>
    </w:p>
    <w:p>
      <w:pPr>
        <w:spacing w:before="0" w:after="120" w:line="276" w:lineRule="auto"/>
      </w:pPr>
      <w:r>
        <w:rPr>
          <w:rFonts w:ascii="Times New Roman" w:hAnsi="Times New Roman"/>
          <w:b w:val="0"/>
          <w:i w:val="0"/>
          <w:sz w:val="22"/>
        </w:rPr>
        <w:t>A empresa ____________________________________________, inscrita no CNPJ sob nº ____________________________, por intermédio de seu representante legal, declara, sob as penas da lei, que:</w:t>
      </w:r>
    </w:p>
    <w:p>
      <w:pPr>
        <w:spacing w:before="0" w:after="40" w:line="276" w:lineRule="auto"/>
      </w:pPr>
      <w:r>
        <w:rPr>
          <w:rFonts w:ascii="Times New Roman" w:hAnsi="Times New Roman"/>
          <w:b w:val="0"/>
          <w:i w:val="0"/>
          <w:sz w:val="22"/>
        </w:rPr>
        <w:t>não se encontra impedida de licitar ou contratar com a Administração Pública;</w:t>
      </w:r>
    </w:p>
    <w:p>
      <w:pPr>
        <w:spacing w:before="0" w:after="40" w:line="276" w:lineRule="auto"/>
      </w:pPr>
      <w:r>
        <w:rPr>
          <w:rFonts w:ascii="Times New Roman" w:hAnsi="Times New Roman"/>
          <w:b w:val="0"/>
          <w:i w:val="0"/>
          <w:sz w:val="22"/>
        </w:rPr>
        <w:t>não foi declarada inidônea para licitar ou contratar com a Administração Pública;</w:t>
      </w:r>
    </w:p>
    <w:p>
      <w:pPr>
        <w:spacing w:before="0" w:after="40" w:line="276" w:lineRule="auto"/>
      </w:pPr>
      <w:r>
        <w:rPr>
          <w:rFonts w:ascii="Times New Roman" w:hAnsi="Times New Roman"/>
          <w:b w:val="0"/>
          <w:i w:val="0"/>
          <w:sz w:val="22"/>
        </w:rPr>
        <w:t>não possui fato impeditivo para participar do presente credenciamento;</w:t>
      </w:r>
    </w:p>
    <w:p>
      <w:pPr>
        <w:spacing w:before="0" w:after="40" w:line="276" w:lineRule="auto"/>
      </w:pPr>
      <w:r>
        <w:rPr>
          <w:rFonts w:ascii="Times New Roman" w:hAnsi="Times New Roman"/>
          <w:b w:val="0"/>
          <w:i w:val="0"/>
          <w:sz w:val="22"/>
        </w:rPr>
        <w:t>comunicará imediatamente ao Município de Roncador/PR qualquer fato superveniente que possa impedir sua permanência no credenciamento;</w:t>
      </w:r>
    </w:p>
    <w:p>
      <w:pPr>
        <w:spacing w:before="0" w:after="40" w:line="276" w:lineRule="auto"/>
      </w:pPr>
      <w:r>
        <w:rPr>
          <w:rFonts w:ascii="Times New Roman" w:hAnsi="Times New Roman"/>
          <w:b w:val="0"/>
          <w:i w:val="0"/>
          <w:sz w:val="22"/>
        </w:rPr>
        <w:t>cumpre o disposto no art. 7º, inciso XXXIII, da Constituição Federal, não empregando menor de 18 anos em trabalho noturno, perigoso ou insalubre, nem menor de 16 anos em qualquer trabalho, salvo na condição de aprendiz, a partir de 14 anos;</w:t>
      </w:r>
    </w:p>
    <w:p>
      <w:pPr>
        <w:spacing w:before="0" w:after="40" w:line="276" w:lineRule="auto"/>
      </w:pPr>
      <w:r>
        <w:rPr>
          <w:rFonts w:ascii="Times New Roman" w:hAnsi="Times New Roman"/>
          <w:b w:val="0"/>
          <w:i w:val="0"/>
          <w:sz w:val="22"/>
        </w:rPr>
        <w:t>não possui, em seu quadro societário ou funcional, agente público municipal em situação que configure conflito de interesses ou impedimento legal;</w:t>
      </w:r>
    </w:p>
    <w:p>
      <w:pPr>
        <w:spacing w:before="0" w:after="40" w:line="276" w:lineRule="auto"/>
      </w:pPr>
      <w:r>
        <w:rPr>
          <w:rFonts w:ascii="Times New Roman" w:hAnsi="Times New Roman"/>
          <w:b w:val="0"/>
          <w:i w:val="0"/>
          <w:sz w:val="22"/>
        </w:rPr>
        <w:t>não utiliza trabalho forçado, degradante ou em condições análogas à de escravo;</w:t>
      </w:r>
    </w:p>
    <w:p>
      <w:pPr>
        <w:spacing w:before="0" w:after="40" w:line="276" w:lineRule="auto"/>
      </w:pPr>
      <w:r>
        <w:rPr>
          <w:rFonts w:ascii="Times New Roman" w:hAnsi="Times New Roman"/>
          <w:b w:val="0"/>
          <w:i w:val="0"/>
          <w:sz w:val="22"/>
        </w:rPr>
        <w:t>compromete-se a manter, durante toda a vigência do credenciamento, as condições de habilitação exigidas no edital;</w:t>
      </w:r>
    </w:p>
    <w:p>
      <w:pPr>
        <w:spacing w:before="0" w:after="40" w:line="276" w:lineRule="auto"/>
      </w:pPr>
      <w:r>
        <w:rPr>
          <w:rFonts w:ascii="Times New Roman" w:hAnsi="Times New Roman"/>
          <w:b w:val="0"/>
          <w:i w:val="0"/>
          <w:sz w:val="22"/>
        </w:rPr>
        <w:t>responsabiliza-se pela veracidade de todas as informações e documentos apresentados no processo de credenciamento.</w:t>
      </w:r>
    </w:p>
    <w:p>
      <w:pPr>
        <w:spacing w:before="0" w:after="120" w:line="276" w:lineRule="auto"/>
      </w:pPr>
      <w:r>
        <w:rPr>
          <w:rFonts w:ascii="Times New Roman" w:hAnsi="Times New Roman"/>
          <w:b w:val="0"/>
          <w:i w:val="0"/>
          <w:sz w:val="22"/>
        </w:rPr>
        <w:t>Por ser expressão da verdade, firma a presente declaração.</w:t>
      </w:r>
    </w:p>
    <w:p>
      <w:pPr>
        <w:spacing w:before="280" w:after="0" w:line="276" w:lineRule="auto"/>
      </w:pPr>
      <w:r>
        <w:rPr>
          <w:rFonts w:ascii="Times New Roman" w:hAnsi="Times New Roman"/>
          <w:sz w:val="20"/>
        </w:rPr>
        <w:t>Roncador/PR, ___ de __________________ de 2026.</w:t>
      </w:r>
      <w:r>
        <w:br/>
      </w:r>
      <w:r>
        <w:rPr>
          <w:rFonts w:ascii="Times New Roman" w:hAnsi="Times New Roman"/>
          <w:sz w:val="20"/>
        </w:rPr>
      </w:r>
      <w:r>
        <w:br/>
      </w:r>
      <w:r>
        <w:rPr>
          <w:rFonts w:ascii="Times New Roman" w:hAnsi="Times New Roman"/>
          <w:sz w:val="20"/>
        </w:rPr>
        <w:t>_________________________________________</w:t>
      </w:r>
      <w:r>
        <w:br/>
      </w:r>
      <w:r>
        <w:rPr>
          <w:rFonts w:ascii="Times New Roman" w:hAnsi="Times New Roman"/>
          <w:sz w:val="20"/>
        </w:rPr>
        <w:t>Assinatura do representante legal</w:t>
      </w:r>
      <w:r>
        <w:br/>
      </w:r>
      <w:r>
        <w:rPr>
          <w:rFonts w:ascii="Times New Roman" w:hAnsi="Times New Roman"/>
          <w:sz w:val="20"/>
        </w:rPr>
        <w:t>Nome:</w:t>
      </w:r>
      <w:r>
        <w:br/>
      </w:r>
      <w:r>
        <w:rPr>
          <w:rFonts w:ascii="Times New Roman" w:hAnsi="Times New Roman"/>
          <w:sz w:val="20"/>
        </w:rPr>
        <w:t>CPF:</w:t>
      </w:r>
      <w:r>
        <w:br/>
      </w:r>
      <w:r>
        <w:rPr>
          <w:rFonts w:ascii="Times New Roman" w:hAnsi="Times New Roman"/>
          <w:sz w:val="20"/>
        </w:rPr>
        <w:t>Empresa:</w:t>
      </w:r>
      <w:r>
        <w:br/>
      </w:r>
      <w:r>
        <w:rPr>
          <w:rFonts w:ascii="Times New Roman" w:hAnsi="Times New Roman"/>
          <w:sz w:val="20"/>
        </w:rPr>
        <w:t>CNPJ:</w:t>
      </w:r>
    </w:p>
    <w:p>
      <w:r>
        <w:br w:type="page"/>
      </w:r>
    </w:p>
    <w:p>
      <w:pPr>
        <w:spacing w:before="120" w:after="200"/>
        <w:jc w:val="center"/>
        <w:shd w:fill="D9D9D9"/>
      </w:pPr>
      <w:r>
        <w:rPr>
          <w:rFonts w:ascii="Times New Roman" w:hAnsi="Times New Roman"/>
          <w:b/>
          <w:sz w:val="24"/>
        </w:rPr>
        <w:t>ANEXO VIII — DECLARAÇÃO DE ENQUADRAMENTO COMO MICROEMPRESA, EMPRESA DE PEQUENO PORTE OU MICROEMPREENDEDOR INDIVIDUAL</w:t>
      </w:r>
    </w:p>
    <w:p>
      <w:pPr>
        <w:spacing w:before="0" w:after="120" w:line="276" w:lineRule="auto"/>
      </w:pPr>
      <w:r>
        <w:rPr>
          <w:rFonts w:ascii="Times New Roman" w:hAnsi="Times New Roman"/>
          <w:b w:val="0"/>
          <w:i w:val="0"/>
          <w:sz w:val="22"/>
        </w:rPr>
        <w:t>A empresa ____________________________________________, inscrita no CNPJ sob nº ____________________________, por intermédio de seu representante legal, declara, para os fins legais, que se enquadra como:</w:t>
      </w:r>
    </w:p>
    <w:p>
      <w:pPr>
        <w:spacing w:before="0" w:after="20" w:line="276" w:lineRule="auto"/>
      </w:pPr>
      <w:r>
        <w:rPr>
          <w:rFonts w:ascii="Times New Roman" w:hAnsi="Times New Roman"/>
          <w:b w:val="0"/>
          <w:i w:val="0"/>
          <w:sz w:val="19"/>
        </w:rPr>
        <w:t>(   ) Microempresa — ME</w:t>
      </w:r>
    </w:p>
    <w:p>
      <w:pPr>
        <w:spacing w:before="0" w:after="20" w:line="276" w:lineRule="auto"/>
      </w:pPr>
      <w:r>
        <w:rPr>
          <w:rFonts w:ascii="Times New Roman" w:hAnsi="Times New Roman"/>
          <w:b w:val="0"/>
          <w:i w:val="0"/>
          <w:sz w:val="19"/>
        </w:rPr>
        <w:t>(   ) Empresa de Pequeno Porte — EPP</w:t>
      </w:r>
    </w:p>
    <w:p>
      <w:pPr>
        <w:spacing w:before="0" w:after="20" w:line="276" w:lineRule="auto"/>
      </w:pPr>
      <w:r>
        <w:rPr>
          <w:rFonts w:ascii="Times New Roman" w:hAnsi="Times New Roman"/>
          <w:b w:val="0"/>
          <w:i w:val="0"/>
          <w:sz w:val="19"/>
        </w:rPr>
        <w:t>(   ) Microempreendedor Individual — MEI</w:t>
      </w:r>
    </w:p>
    <w:p>
      <w:pPr>
        <w:spacing w:before="0" w:after="20" w:line="276" w:lineRule="auto"/>
      </w:pPr>
      <w:r>
        <w:rPr>
          <w:rFonts w:ascii="Times New Roman" w:hAnsi="Times New Roman"/>
          <w:b w:val="0"/>
          <w:i w:val="0"/>
          <w:sz w:val="19"/>
        </w:rPr>
        <w:t>(   ) Não se enquadra como ME, EPP ou MEI</w:t>
      </w:r>
    </w:p>
    <w:p>
      <w:pPr>
        <w:spacing w:before="0" w:after="120" w:line="276" w:lineRule="auto"/>
      </w:pPr>
      <w:r>
        <w:rPr>
          <w:rFonts w:ascii="Times New Roman" w:hAnsi="Times New Roman"/>
          <w:b w:val="0"/>
          <w:i w:val="0"/>
          <w:sz w:val="22"/>
        </w:rPr>
        <w:t>Declara, ainda, que atende aos requisitos legais para o enquadramento assinalado, não incidindo em nenhuma das hipóteses de exclusão previstas na legislação aplicável.</w:t>
      </w:r>
    </w:p>
    <w:p>
      <w:pPr>
        <w:spacing w:before="0" w:after="120" w:line="276" w:lineRule="auto"/>
      </w:pPr>
      <w:r>
        <w:rPr>
          <w:rFonts w:ascii="Times New Roman" w:hAnsi="Times New Roman"/>
          <w:b w:val="0"/>
          <w:i w:val="0"/>
          <w:sz w:val="22"/>
        </w:rPr>
        <w:t>Declara ciência de que eventual declaração falsa poderá ensejar descredenciamento, aplicação de sanções administrativas e responsabilização legal.</w:t>
      </w:r>
    </w:p>
    <w:p>
      <w:pPr>
        <w:spacing w:before="280" w:after="0" w:line="276" w:lineRule="auto"/>
      </w:pPr>
      <w:r>
        <w:rPr>
          <w:rFonts w:ascii="Times New Roman" w:hAnsi="Times New Roman"/>
          <w:sz w:val="20"/>
        </w:rPr>
        <w:t>Roncador/PR, ___ de __________________ de 2026.</w:t>
      </w:r>
      <w:r>
        <w:br/>
      </w:r>
      <w:r>
        <w:rPr>
          <w:rFonts w:ascii="Times New Roman" w:hAnsi="Times New Roman"/>
          <w:sz w:val="20"/>
        </w:rPr>
      </w:r>
      <w:r>
        <w:br/>
      </w:r>
      <w:r>
        <w:rPr>
          <w:rFonts w:ascii="Times New Roman" w:hAnsi="Times New Roman"/>
          <w:sz w:val="20"/>
        </w:rPr>
        <w:t>_________________________________________</w:t>
      </w:r>
      <w:r>
        <w:br/>
      </w:r>
      <w:r>
        <w:rPr>
          <w:rFonts w:ascii="Times New Roman" w:hAnsi="Times New Roman"/>
          <w:sz w:val="20"/>
        </w:rPr>
        <w:t>Assinatura do representante legal</w:t>
      </w:r>
      <w:r>
        <w:br/>
      </w:r>
      <w:r>
        <w:rPr>
          <w:rFonts w:ascii="Times New Roman" w:hAnsi="Times New Roman"/>
          <w:sz w:val="20"/>
        </w:rPr>
        <w:t>Nome:</w:t>
      </w:r>
      <w:r>
        <w:br/>
      </w:r>
      <w:r>
        <w:rPr>
          <w:rFonts w:ascii="Times New Roman" w:hAnsi="Times New Roman"/>
          <w:sz w:val="20"/>
        </w:rPr>
        <w:t>CPF:</w:t>
      </w:r>
      <w:r>
        <w:br/>
      </w:r>
      <w:r>
        <w:rPr>
          <w:rFonts w:ascii="Times New Roman" w:hAnsi="Times New Roman"/>
          <w:sz w:val="20"/>
        </w:rPr>
        <w:t>Empresa:</w:t>
      </w:r>
      <w:r>
        <w:br/>
      </w:r>
      <w:r>
        <w:rPr>
          <w:rFonts w:ascii="Times New Roman" w:hAnsi="Times New Roman"/>
          <w:sz w:val="20"/>
        </w:rPr>
        <w:t>CNPJ:</w:t>
      </w:r>
    </w:p>
    <w:p>
      <w:r>
        <w:br w:type="page"/>
      </w:r>
    </w:p>
    <w:p>
      <w:pPr>
        <w:spacing w:before="120" w:after="200"/>
        <w:jc w:val="center"/>
        <w:shd w:fill="D9D9D9"/>
      </w:pPr>
      <w:r>
        <w:rPr>
          <w:rFonts w:ascii="Times New Roman" w:hAnsi="Times New Roman"/>
          <w:b/>
          <w:sz w:val="24"/>
        </w:rPr>
        <w:t>ANEXO IX — DADOS CADASTRAIS E BANCÁRIOS DA EMPRESA CREDENCIADA</w:t>
      </w:r>
    </w:p>
    <w:p>
      <w:pPr>
        <w:spacing w:before="0" w:after="40" w:line="276" w:lineRule="auto"/>
      </w:pPr>
      <w:r>
        <w:rPr>
          <w:rFonts w:ascii="Times New Roman" w:hAnsi="Times New Roman"/>
          <w:b w:val="0"/>
          <w:i w:val="0"/>
          <w:sz w:val="22"/>
        </w:rPr>
        <w:t>Razão social: ____________________________________________________________</w:t>
      </w:r>
    </w:p>
    <w:p>
      <w:pPr>
        <w:spacing w:before="0" w:after="40" w:line="276" w:lineRule="auto"/>
      </w:pPr>
      <w:r>
        <w:rPr>
          <w:rFonts w:ascii="Times New Roman" w:hAnsi="Times New Roman"/>
          <w:b w:val="0"/>
          <w:i w:val="0"/>
          <w:sz w:val="22"/>
        </w:rPr>
        <w:t>Nome fantasia: ____________________________________________________________</w:t>
      </w:r>
    </w:p>
    <w:p>
      <w:pPr>
        <w:spacing w:before="0" w:after="40" w:line="276" w:lineRule="auto"/>
      </w:pPr>
      <w:r>
        <w:rPr>
          <w:rFonts w:ascii="Times New Roman" w:hAnsi="Times New Roman"/>
          <w:b w:val="0"/>
          <w:i w:val="0"/>
          <w:sz w:val="22"/>
        </w:rPr>
        <w:t>CNPJ: ____________________________________________________________</w:t>
      </w:r>
    </w:p>
    <w:p>
      <w:pPr>
        <w:spacing w:before="0" w:after="40" w:line="276" w:lineRule="auto"/>
      </w:pPr>
      <w:r>
        <w:rPr>
          <w:rFonts w:ascii="Times New Roman" w:hAnsi="Times New Roman"/>
          <w:b w:val="0"/>
          <w:i w:val="0"/>
          <w:sz w:val="22"/>
        </w:rPr>
        <w:t>Inscrição estadual: ____________________________________________________________</w:t>
      </w:r>
    </w:p>
    <w:p>
      <w:pPr>
        <w:spacing w:before="0" w:after="40" w:line="276" w:lineRule="auto"/>
      </w:pPr>
      <w:r>
        <w:rPr>
          <w:rFonts w:ascii="Times New Roman" w:hAnsi="Times New Roman"/>
          <w:b w:val="0"/>
          <w:i w:val="0"/>
          <w:sz w:val="22"/>
        </w:rPr>
        <w:t>Inscrição municipal: ____________________________________________________________</w:t>
      </w:r>
    </w:p>
    <w:p>
      <w:pPr>
        <w:spacing w:before="0" w:after="40" w:line="276" w:lineRule="auto"/>
      </w:pPr>
      <w:r>
        <w:rPr>
          <w:rFonts w:ascii="Times New Roman" w:hAnsi="Times New Roman"/>
          <w:b w:val="0"/>
          <w:i w:val="0"/>
          <w:sz w:val="22"/>
        </w:rPr>
        <w:t>Endereço completo: ____________________________________________________________</w:t>
      </w:r>
    </w:p>
    <w:p>
      <w:pPr>
        <w:spacing w:before="0" w:after="40" w:line="276" w:lineRule="auto"/>
      </w:pPr>
      <w:r>
        <w:rPr>
          <w:rFonts w:ascii="Times New Roman" w:hAnsi="Times New Roman"/>
          <w:b w:val="0"/>
          <w:i w:val="0"/>
          <w:sz w:val="22"/>
        </w:rPr>
        <w:t>Município/UF: ____________________________________________________________</w:t>
      </w:r>
    </w:p>
    <w:p>
      <w:pPr>
        <w:spacing w:before="0" w:after="40" w:line="276" w:lineRule="auto"/>
      </w:pPr>
      <w:r>
        <w:rPr>
          <w:rFonts w:ascii="Times New Roman" w:hAnsi="Times New Roman"/>
          <w:b w:val="0"/>
          <w:i w:val="0"/>
          <w:sz w:val="22"/>
        </w:rPr>
        <w:t>CEP: ____________________________________________________________</w:t>
      </w:r>
    </w:p>
    <w:p>
      <w:pPr>
        <w:spacing w:before="0" w:after="40" w:line="276" w:lineRule="auto"/>
      </w:pPr>
      <w:r>
        <w:rPr>
          <w:rFonts w:ascii="Times New Roman" w:hAnsi="Times New Roman"/>
          <w:b w:val="0"/>
          <w:i w:val="0"/>
          <w:sz w:val="22"/>
        </w:rPr>
        <w:t>Telefone/WhatsApp: ____________________________________________________________</w:t>
      </w:r>
    </w:p>
    <w:p>
      <w:pPr>
        <w:spacing w:before="0" w:after="40" w:line="276" w:lineRule="auto"/>
      </w:pPr>
      <w:r>
        <w:rPr>
          <w:rFonts w:ascii="Times New Roman" w:hAnsi="Times New Roman"/>
          <w:b w:val="0"/>
          <w:i w:val="0"/>
          <w:sz w:val="22"/>
        </w:rPr>
        <w:t>E-mail: ____________________________________________________________</w:t>
      </w:r>
    </w:p>
    <w:p>
      <w:pPr>
        <w:spacing w:before="0" w:after="40" w:line="276" w:lineRule="auto"/>
      </w:pPr>
      <w:r>
        <w:rPr>
          <w:rFonts w:ascii="Times New Roman" w:hAnsi="Times New Roman"/>
          <w:b w:val="0"/>
          <w:i w:val="0"/>
          <w:sz w:val="22"/>
        </w:rPr>
        <w:t>Representante legal: ____________________________________________________________</w:t>
      </w:r>
    </w:p>
    <w:p>
      <w:pPr>
        <w:spacing w:before="0" w:after="40" w:line="276" w:lineRule="auto"/>
      </w:pPr>
      <w:r>
        <w:rPr>
          <w:rFonts w:ascii="Times New Roman" w:hAnsi="Times New Roman"/>
          <w:b w:val="0"/>
          <w:i w:val="0"/>
          <w:sz w:val="22"/>
        </w:rPr>
        <w:t>CPF do representante legal: ____________________________________________________________</w:t>
      </w:r>
    </w:p>
    <w:p>
      <w:pPr>
        <w:spacing w:before="0" w:after="40" w:line="276" w:lineRule="auto"/>
      </w:pPr>
      <w:r>
        <w:rPr>
          <w:rFonts w:ascii="Times New Roman" w:hAnsi="Times New Roman"/>
          <w:b w:val="0"/>
          <w:i w:val="0"/>
          <w:sz w:val="22"/>
        </w:rPr>
        <w:t>RG do representante legal: ____________________________________________________________</w:t>
      </w:r>
    </w:p>
    <w:p>
      <w:pPr>
        <w:spacing w:before="0" w:after="40" w:line="276" w:lineRule="auto"/>
      </w:pPr>
      <w:r>
        <w:rPr>
          <w:rFonts w:ascii="Times New Roman" w:hAnsi="Times New Roman"/>
          <w:b w:val="0"/>
          <w:i w:val="0"/>
          <w:sz w:val="22"/>
        </w:rPr>
        <w:t>Cargo/função: ____________________________________________________________</w:t>
      </w:r>
    </w:p>
    <w:p>
      <w:pPr>
        <w:spacing w:before="160" w:after="120" w:line="276" w:lineRule="auto"/>
      </w:pPr>
      <w:r>
        <w:rPr>
          <w:rFonts w:ascii="Times New Roman" w:hAnsi="Times New Roman"/>
          <w:b/>
          <w:i w:val="0"/>
          <w:sz w:val="22"/>
        </w:rPr>
        <w:t>Dados bancários para pagamento</w:t>
      </w:r>
    </w:p>
    <w:p>
      <w:pPr>
        <w:spacing w:before="0" w:after="40" w:line="276" w:lineRule="auto"/>
      </w:pPr>
      <w:r>
        <w:rPr>
          <w:rFonts w:ascii="Times New Roman" w:hAnsi="Times New Roman"/>
          <w:b w:val="0"/>
          <w:i w:val="0"/>
          <w:sz w:val="22"/>
        </w:rPr>
        <w:t>Banco: ____________________________________________________________</w:t>
      </w:r>
    </w:p>
    <w:p>
      <w:pPr>
        <w:spacing w:before="0" w:after="40" w:line="276" w:lineRule="auto"/>
      </w:pPr>
      <w:r>
        <w:rPr>
          <w:rFonts w:ascii="Times New Roman" w:hAnsi="Times New Roman"/>
          <w:b w:val="0"/>
          <w:i w:val="0"/>
          <w:sz w:val="22"/>
        </w:rPr>
        <w:t>Agência: ____________________________________________________________</w:t>
      </w:r>
    </w:p>
    <w:p>
      <w:pPr>
        <w:spacing w:before="0" w:after="40" w:line="276" w:lineRule="auto"/>
      </w:pPr>
      <w:r>
        <w:rPr>
          <w:rFonts w:ascii="Times New Roman" w:hAnsi="Times New Roman"/>
          <w:b w:val="0"/>
          <w:i w:val="0"/>
          <w:sz w:val="22"/>
        </w:rPr>
        <w:t>Conta corrente: ____________________________________________________________</w:t>
      </w:r>
    </w:p>
    <w:p>
      <w:pPr>
        <w:spacing w:before="0" w:after="40" w:line="276" w:lineRule="auto"/>
      </w:pPr>
      <w:r>
        <w:rPr>
          <w:rFonts w:ascii="Times New Roman" w:hAnsi="Times New Roman"/>
          <w:b w:val="0"/>
          <w:i w:val="0"/>
          <w:sz w:val="22"/>
        </w:rPr>
        <w:t>Chave PIX, se houver: ____________________________________________________________</w:t>
      </w:r>
    </w:p>
    <w:p>
      <w:pPr>
        <w:spacing w:before="0" w:after="40" w:line="276" w:lineRule="auto"/>
      </w:pPr>
      <w:r>
        <w:rPr>
          <w:rFonts w:ascii="Times New Roman" w:hAnsi="Times New Roman"/>
          <w:b w:val="0"/>
          <w:i w:val="0"/>
          <w:sz w:val="22"/>
        </w:rPr>
        <w:t>Titular da conta: ____________________________________________________________</w:t>
      </w:r>
    </w:p>
    <w:p>
      <w:pPr>
        <w:spacing w:before="0" w:after="40" w:line="276" w:lineRule="auto"/>
      </w:pPr>
      <w:r>
        <w:rPr>
          <w:rFonts w:ascii="Times New Roman" w:hAnsi="Times New Roman"/>
          <w:b w:val="0"/>
          <w:i w:val="0"/>
          <w:sz w:val="22"/>
        </w:rPr>
        <w:t>CNPJ/CPF do titular: ____________________________________________________________</w:t>
      </w:r>
    </w:p>
    <w:p>
      <w:pPr>
        <w:spacing w:before="0" w:after="120" w:line="276" w:lineRule="auto"/>
      </w:pPr>
      <w:r>
        <w:rPr>
          <w:rFonts w:ascii="Times New Roman" w:hAnsi="Times New Roman"/>
          <w:b w:val="0"/>
          <w:i w:val="0"/>
          <w:sz w:val="22"/>
        </w:rPr>
        <w:t>A empresa declara que os dados acima são verdadeiros e autoriza sua utilização pelo Município de Roncador/PR para fins de cadastro, contratação, emissão de empenho, liquidação e pagamento das despesas decorrentes do credenciamento.</w:t>
      </w:r>
    </w:p>
    <w:p>
      <w:pPr>
        <w:spacing w:before="280" w:after="0" w:line="276" w:lineRule="auto"/>
      </w:pPr>
      <w:r>
        <w:rPr>
          <w:rFonts w:ascii="Times New Roman" w:hAnsi="Times New Roman"/>
          <w:sz w:val="20"/>
        </w:rPr>
        <w:t>Roncador/PR, ___ de __________________ de 2026.</w:t>
      </w:r>
      <w:r>
        <w:br/>
      </w:r>
      <w:r>
        <w:rPr>
          <w:rFonts w:ascii="Times New Roman" w:hAnsi="Times New Roman"/>
          <w:sz w:val="20"/>
        </w:rPr>
      </w:r>
      <w:r>
        <w:br/>
      </w:r>
      <w:r>
        <w:rPr>
          <w:rFonts w:ascii="Times New Roman" w:hAnsi="Times New Roman"/>
          <w:sz w:val="20"/>
        </w:rPr>
        <w:t>_________________________________________</w:t>
      </w:r>
      <w:r>
        <w:br/>
      </w:r>
      <w:r>
        <w:rPr>
          <w:rFonts w:ascii="Times New Roman" w:hAnsi="Times New Roman"/>
          <w:sz w:val="20"/>
        </w:rPr>
        <w:t>Assinatura do representante legal</w:t>
      </w:r>
      <w:r>
        <w:br/>
      </w:r>
      <w:r>
        <w:rPr>
          <w:rFonts w:ascii="Times New Roman" w:hAnsi="Times New Roman"/>
          <w:sz w:val="20"/>
        </w:rPr>
        <w:t>Nome:</w:t>
      </w:r>
      <w:r>
        <w:br/>
      </w:r>
      <w:r>
        <w:rPr>
          <w:rFonts w:ascii="Times New Roman" w:hAnsi="Times New Roman"/>
          <w:sz w:val="20"/>
        </w:rPr>
        <w:t>CPF:</w:t>
      </w:r>
      <w:r>
        <w:br/>
      </w:r>
      <w:r>
        <w:rPr>
          <w:rFonts w:ascii="Times New Roman" w:hAnsi="Times New Roman"/>
          <w:sz w:val="20"/>
        </w:rPr>
        <w:t>Empresa:</w:t>
      </w:r>
      <w:r>
        <w:br/>
      </w:r>
      <w:r>
        <w:rPr>
          <w:rFonts w:ascii="Times New Roman" w:hAnsi="Times New Roman"/>
          <w:sz w:val="20"/>
        </w:rPr>
        <w:t>CNPJ:</w:t>
      </w:r>
    </w:p>
    <w:p>
      <w:r>
        <w:br w:type="page"/>
      </w:r>
    </w:p>
    <w:p>
      <w:pPr>
        <w:spacing w:before="120" w:after="200"/>
        <w:jc w:val="center"/>
        <w:shd w:fill="D9D9D9"/>
      </w:pPr>
      <w:r>
        <w:rPr>
          <w:rFonts w:ascii="Times New Roman" w:hAnsi="Times New Roman"/>
          <w:b/>
          <w:sz w:val="24"/>
        </w:rPr>
        <w:t>ANEXO X — TERMO DE RESPONSABILIDADE PELA EXECUÇÃO DO OBJETO</w:t>
      </w:r>
    </w:p>
    <w:p>
      <w:pPr>
        <w:spacing w:before="0" w:after="120" w:line="276" w:lineRule="auto"/>
      </w:pPr>
      <w:r>
        <w:rPr>
          <w:rFonts w:ascii="Times New Roman" w:hAnsi="Times New Roman"/>
          <w:b w:val="0"/>
          <w:i w:val="0"/>
          <w:sz w:val="22"/>
        </w:rPr>
        <w:t>A empresa ____________________________________________, inscrita no CNPJ sob nº ____________________________, declara assumir integral responsabilidade pela execução do objeto para o qual vier a ser credenciada, comprometendo-se a fornecer refeições prontas em conformidade com o Edital, Termo de Referência, requisições emitidas pela Administração e normas sanitárias aplicáveis.</w:t>
      </w:r>
    </w:p>
    <w:p>
      <w:pPr>
        <w:spacing w:before="0" w:after="120" w:line="276" w:lineRule="auto"/>
      </w:pPr>
      <w:r>
        <w:rPr>
          <w:rFonts w:ascii="Times New Roman" w:hAnsi="Times New Roman"/>
          <w:b w:val="0"/>
          <w:i w:val="0"/>
          <w:sz w:val="22"/>
        </w:rPr>
        <w:t>A empresa declara estar ciente de que responderá integralmente:</w:t>
      </w:r>
    </w:p>
    <w:p>
      <w:pPr>
        <w:spacing w:before="0" w:after="40" w:line="276" w:lineRule="auto"/>
      </w:pPr>
      <w:r>
        <w:rPr>
          <w:rFonts w:ascii="Times New Roman" w:hAnsi="Times New Roman"/>
          <w:b w:val="0"/>
          <w:i w:val="0"/>
          <w:sz w:val="22"/>
        </w:rPr>
        <w:t>pela qualidade, quantidade, composição, peso, higiene, conservação, acondicionamento, transporte e fornecimento das refeições;</w:t>
      </w:r>
    </w:p>
    <w:p>
      <w:pPr>
        <w:spacing w:before="0" w:after="40" w:line="276" w:lineRule="auto"/>
      </w:pPr>
      <w:r>
        <w:rPr>
          <w:rFonts w:ascii="Times New Roman" w:hAnsi="Times New Roman"/>
          <w:b w:val="0"/>
          <w:i w:val="0"/>
          <w:sz w:val="22"/>
        </w:rPr>
        <w:t>pela procedência, validade e qualidade dos gêneros alimentícios utilizados;</w:t>
      </w:r>
    </w:p>
    <w:p>
      <w:pPr>
        <w:spacing w:before="0" w:after="40" w:line="276" w:lineRule="auto"/>
      </w:pPr>
      <w:r>
        <w:rPr>
          <w:rFonts w:ascii="Times New Roman" w:hAnsi="Times New Roman"/>
          <w:b w:val="0"/>
          <w:i w:val="0"/>
          <w:sz w:val="22"/>
        </w:rPr>
        <w:t>pelas condições sanitárias do estabelecimento;</w:t>
      </w:r>
    </w:p>
    <w:p>
      <w:pPr>
        <w:spacing w:before="0" w:after="40" w:line="276" w:lineRule="auto"/>
      </w:pPr>
      <w:r>
        <w:rPr>
          <w:rFonts w:ascii="Times New Roman" w:hAnsi="Times New Roman"/>
          <w:b w:val="0"/>
          <w:i w:val="0"/>
          <w:sz w:val="22"/>
        </w:rPr>
        <w:t>pelos atos de seus empregados, prepostos, colaboradores, entregadores ou terceiros que atuem em seu nome;</w:t>
      </w:r>
    </w:p>
    <w:p>
      <w:pPr>
        <w:spacing w:before="0" w:after="40" w:line="276" w:lineRule="auto"/>
      </w:pPr>
      <w:r>
        <w:rPr>
          <w:rFonts w:ascii="Times New Roman" w:hAnsi="Times New Roman"/>
          <w:b w:val="0"/>
          <w:i w:val="0"/>
          <w:sz w:val="22"/>
        </w:rPr>
        <w:t>por eventuais danos causados ao Município, servidores, colaboradores ou terceiros em razão de falha na execução;</w:t>
      </w:r>
    </w:p>
    <w:p>
      <w:pPr>
        <w:spacing w:before="0" w:after="40" w:line="276" w:lineRule="auto"/>
      </w:pPr>
      <w:r>
        <w:rPr>
          <w:rFonts w:ascii="Times New Roman" w:hAnsi="Times New Roman"/>
          <w:b w:val="0"/>
          <w:i w:val="0"/>
          <w:sz w:val="22"/>
        </w:rPr>
        <w:t>por eventual dano à saúde decorrente de alimento inadequado, contaminado, deteriorado, mal acondicionado ou impróprio para consumo;</w:t>
      </w:r>
    </w:p>
    <w:p>
      <w:pPr>
        <w:spacing w:before="0" w:after="40" w:line="276" w:lineRule="auto"/>
      </w:pPr>
      <w:r>
        <w:rPr>
          <w:rFonts w:ascii="Times New Roman" w:hAnsi="Times New Roman"/>
          <w:b w:val="0"/>
          <w:i w:val="0"/>
          <w:sz w:val="22"/>
        </w:rPr>
        <w:t>pelo cumprimento das obrigações fiscais, trabalhistas, previdenciárias, comerciais, sanitárias e ambientais decorrentes de sua atividade.</w:t>
      </w:r>
    </w:p>
    <w:p>
      <w:pPr>
        <w:spacing w:before="0" w:after="120" w:line="276" w:lineRule="auto"/>
      </w:pPr>
      <w:r>
        <w:rPr>
          <w:rFonts w:ascii="Times New Roman" w:hAnsi="Times New Roman"/>
          <w:b w:val="0"/>
          <w:i w:val="0"/>
          <w:sz w:val="22"/>
        </w:rPr>
        <w:t>Declara ciência de que a fiscalização exercida pela Administração Municipal não exclui nem reduz sua responsabilidade pela perfeita execução do objeto.</w:t>
      </w:r>
    </w:p>
    <w:p>
      <w:pPr>
        <w:spacing w:before="280" w:after="0" w:line="276" w:lineRule="auto"/>
      </w:pPr>
      <w:r>
        <w:rPr>
          <w:rFonts w:ascii="Times New Roman" w:hAnsi="Times New Roman"/>
          <w:sz w:val="20"/>
        </w:rPr>
        <w:t>Roncador/PR, ___ de __________________ de 2026.</w:t>
      </w:r>
      <w:r>
        <w:br/>
      </w:r>
      <w:r>
        <w:rPr>
          <w:rFonts w:ascii="Times New Roman" w:hAnsi="Times New Roman"/>
          <w:sz w:val="20"/>
        </w:rPr>
      </w:r>
      <w:r>
        <w:br/>
      </w:r>
      <w:r>
        <w:rPr>
          <w:rFonts w:ascii="Times New Roman" w:hAnsi="Times New Roman"/>
          <w:sz w:val="20"/>
        </w:rPr>
        <w:t>_________________________________________</w:t>
      </w:r>
      <w:r>
        <w:br/>
      </w:r>
      <w:r>
        <w:rPr>
          <w:rFonts w:ascii="Times New Roman" w:hAnsi="Times New Roman"/>
          <w:sz w:val="20"/>
        </w:rPr>
        <w:t>Assinatura do representante legal</w:t>
      </w:r>
      <w:r>
        <w:br/>
      </w:r>
      <w:r>
        <w:rPr>
          <w:rFonts w:ascii="Times New Roman" w:hAnsi="Times New Roman"/>
          <w:sz w:val="20"/>
        </w:rPr>
        <w:t>Nome:</w:t>
      </w:r>
      <w:r>
        <w:br/>
      </w:r>
      <w:r>
        <w:rPr>
          <w:rFonts w:ascii="Times New Roman" w:hAnsi="Times New Roman"/>
          <w:sz w:val="20"/>
        </w:rPr>
        <w:t>CPF:</w:t>
      </w:r>
      <w:r>
        <w:br/>
      </w:r>
      <w:r>
        <w:rPr>
          <w:rFonts w:ascii="Times New Roman" w:hAnsi="Times New Roman"/>
          <w:sz w:val="20"/>
        </w:rPr>
        <w:t>Empresa:</w:t>
      </w:r>
      <w:r>
        <w:br/>
      </w:r>
      <w:r>
        <w:rPr>
          <w:rFonts w:ascii="Times New Roman" w:hAnsi="Times New Roman"/>
          <w:sz w:val="20"/>
        </w:rPr>
        <w:t>CNPJ:</w:t>
      </w:r>
    </w:p>
    <w:p>
      <w:r>
        <w:br w:type="page"/>
      </w:r>
    </w:p>
    <w:p>
      <w:pPr>
        <w:spacing w:before="120" w:after="200"/>
        <w:jc w:val="center"/>
        <w:shd w:fill="D9D9D9"/>
      </w:pPr>
      <w:r>
        <w:rPr>
          <w:rFonts w:ascii="Times New Roman" w:hAnsi="Times New Roman"/>
          <w:b/>
          <w:sz w:val="24"/>
        </w:rPr>
        <w:t>ANEXO XI — CHECKLIST DE DOCUMENTOS PARA CREDENCIAMENTO</w:t>
      </w:r>
    </w:p>
    <w:p>
      <w:pPr>
        <w:spacing w:before="0" w:after="120" w:line="276" w:lineRule="auto"/>
      </w:pPr>
      <w:r>
        <w:rPr>
          <w:rFonts w:ascii="Times New Roman" w:hAnsi="Times New Roman"/>
          <w:b w:val="0"/>
          <w:i w:val="0"/>
          <w:sz w:val="22"/>
        </w:rPr>
        <w:t>A empresa interessada deverá apresentar, conforme exigências do edital, os seguintes documentos:</w:t>
      </w:r>
    </w:p>
    <w:p>
      <w:pPr>
        <w:spacing w:before="80" w:after="40" w:line="276" w:lineRule="auto"/>
      </w:pPr>
      <w:r>
        <w:rPr>
          <w:rFonts w:ascii="Times New Roman" w:hAnsi="Times New Roman"/>
          <w:b/>
          <w:i w:val="0"/>
          <w:sz w:val="22"/>
        </w:rPr>
        <w:t>1. Habilitação jurídica</w:t>
      </w:r>
    </w:p>
    <w:p>
      <w:pPr>
        <w:spacing w:before="0" w:after="20" w:line="276" w:lineRule="auto"/>
      </w:pPr>
      <w:r>
        <w:rPr>
          <w:rFonts w:ascii="Times New Roman" w:hAnsi="Times New Roman"/>
          <w:b w:val="0"/>
          <w:i w:val="0"/>
          <w:sz w:val="19"/>
        </w:rPr>
        <w:t>(   ) Requerimento de credenciamento preenchido e assinado;</w:t>
      </w:r>
    </w:p>
    <w:p>
      <w:pPr>
        <w:spacing w:before="0" w:after="20" w:line="276" w:lineRule="auto"/>
      </w:pPr>
      <w:r>
        <w:rPr>
          <w:rFonts w:ascii="Times New Roman" w:hAnsi="Times New Roman"/>
          <w:b w:val="0"/>
          <w:i w:val="0"/>
          <w:sz w:val="19"/>
        </w:rPr>
        <w:t>(   ) Ato constitutivo, contrato social, estatuto, requerimento de empresário ou certificado de MEI;</w:t>
      </w:r>
    </w:p>
    <w:p>
      <w:pPr>
        <w:spacing w:before="0" w:after="20" w:line="276" w:lineRule="auto"/>
      </w:pPr>
      <w:r>
        <w:rPr>
          <w:rFonts w:ascii="Times New Roman" w:hAnsi="Times New Roman"/>
          <w:b w:val="0"/>
          <w:i w:val="0"/>
          <w:sz w:val="19"/>
        </w:rPr>
        <w:t>(   ) Documento de identificação do representante legal;</w:t>
      </w:r>
    </w:p>
    <w:p>
      <w:pPr>
        <w:spacing w:before="0" w:after="20" w:line="276" w:lineRule="auto"/>
      </w:pPr>
      <w:r>
        <w:rPr>
          <w:rFonts w:ascii="Times New Roman" w:hAnsi="Times New Roman"/>
          <w:b w:val="0"/>
          <w:i w:val="0"/>
          <w:sz w:val="19"/>
        </w:rPr>
        <w:t>(   ) Procuração, se o pedido for assinado por procurador;</w:t>
      </w:r>
    </w:p>
    <w:p>
      <w:pPr>
        <w:spacing w:before="0" w:after="20" w:line="276" w:lineRule="auto"/>
      </w:pPr>
      <w:r>
        <w:rPr>
          <w:rFonts w:ascii="Times New Roman" w:hAnsi="Times New Roman"/>
          <w:b w:val="0"/>
          <w:i w:val="0"/>
          <w:sz w:val="19"/>
        </w:rPr>
        <w:t>(   ) Comprovação de atividade compatível com o objeto.</w:t>
      </w:r>
    </w:p>
    <w:p>
      <w:pPr>
        <w:spacing w:before="80" w:after="40" w:line="276" w:lineRule="auto"/>
      </w:pPr>
      <w:r>
        <w:rPr>
          <w:rFonts w:ascii="Times New Roman" w:hAnsi="Times New Roman"/>
          <w:b/>
          <w:i w:val="0"/>
          <w:sz w:val="22"/>
        </w:rPr>
        <w:t>2. Regularidade fiscal, social e trabalhista</w:t>
      </w:r>
    </w:p>
    <w:p>
      <w:pPr>
        <w:spacing w:before="0" w:after="20" w:line="276" w:lineRule="auto"/>
      </w:pPr>
      <w:r>
        <w:rPr>
          <w:rFonts w:ascii="Times New Roman" w:hAnsi="Times New Roman"/>
          <w:b w:val="0"/>
          <w:i w:val="0"/>
          <w:sz w:val="19"/>
        </w:rPr>
        <w:t>(   ) Cartão CNPJ;</w:t>
      </w:r>
    </w:p>
    <w:p>
      <w:pPr>
        <w:spacing w:before="0" w:after="20" w:line="276" w:lineRule="auto"/>
      </w:pPr>
      <w:r>
        <w:rPr>
          <w:rFonts w:ascii="Times New Roman" w:hAnsi="Times New Roman"/>
          <w:b w:val="0"/>
          <w:i w:val="0"/>
          <w:sz w:val="19"/>
        </w:rPr>
        <w:t>(   ) Certidão de regularidade perante a Fazenda Federal e Dívida Ativa da União;</w:t>
      </w:r>
    </w:p>
    <w:p>
      <w:pPr>
        <w:spacing w:before="0" w:after="20" w:line="276" w:lineRule="auto"/>
      </w:pPr>
      <w:r>
        <w:rPr>
          <w:rFonts w:ascii="Times New Roman" w:hAnsi="Times New Roman"/>
          <w:b w:val="0"/>
          <w:i w:val="0"/>
          <w:sz w:val="19"/>
        </w:rPr>
        <w:t>(   ) Certidão de regularidade perante a Fazenda Estadual, quando exigível;</w:t>
      </w:r>
    </w:p>
    <w:p>
      <w:pPr>
        <w:spacing w:before="0" w:after="20" w:line="276" w:lineRule="auto"/>
      </w:pPr>
      <w:r>
        <w:rPr>
          <w:rFonts w:ascii="Times New Roman" w:hAnsi="Times New Roman"/>
          <w:b w:val="0"/>
          <w:i w:val="0"/>
          <w:sz w:val="19"/>
        </w:rPr>
        <w:t>(   ) Certidão de regularidade perante a Fazenda Municipal;</w:t>
      </w:r>
    </w:p>
    <w:p>
      <w:pPr>
        <w:spacing w:before="0" w:after="20" w:line="276" w:lineRule="auto"/>
      </w:pPr>
      <w:r>
        <w:rPr>
          <w:rFonts w:ascii="Times New Roman" w:hAnsi="Times New Roman"/>
          <w:b w:val="0"/>
          <w:i w:val="0"/>
          <w:sz w:val="19"/>
        </w:rPr>
        <w:t>(   ) Certificado de Regularidade do FGTS;</w:t>
      </w:r>
    </w:p>
    <w:p>
      <w:pPr>
        <w:spacing w:before="0" w:after="20" w:line="276" w:lineRule="auto"/>
      </w:pPr>
      <w:r>
        <w:rPr>
          <w:rFonts w:ascii="Times New Roman" w:hAnsi="Times New Roman"/>
          <w:b w:val="0"/>
          <w:i w:val="0"/>
          <w:sz w:val="19"/>
        </w:rPr>
        <w:t>(   ) Certidão Negativa de Débitos Trabalhistas — CNDT, ou positiva com efeitos de negativa.</w:t>
      </w:r>
    </w:p>
    <w:p>
      <w:pPr>
        <w:spacing w:before="80" w:after="40" w:line="276" w:lineRule="auto"/>
      </w:pPr>
      <w:r>
        <w:rPr>
          <w:rFonts w:ascii="Times New Roman" w:hAnsi="Times New Roman"/>
          <w:b/>
          <w:i w:val="0"/>
          <w:sz w:val="22"/>
        </w:rPr>
        <w:t>3. Qualificação técnica e sanitária</w:t>
      </w:r>
    </w:p>
    <w:p>
      <w:pPr>
        <w:spacing w:before="0" w:after="20" w:line="276" w:lineRule="auto"/>
      </w:pPr>
      <w:r>
        <w:rPr>
          <w:rFonts w:ascii="Times New Roman" w:hAnsi="Times New Roman"/>
          <w:b w:val="0"/>
          <w:i w:val="0"/>
          <w:sz w:val="19"/>
        </w:rPr>
        <w:t>(   ) Alvará de localização e funcionamento vigente;</w:t>
      </w:r>
    </w:p>
    <w:p>
      <w:pPr>
        <w:spacing w:before="0" w:after="20" w:line="276" w:lineRule="auto"/>
      </w:pPr>
      <w:r>
        <w:rPr>
          <w:rFonts w:ascii="Times New Roman" w:hAnsi="Times New Roman"/>
          <w:b w:val="0"/>
          <w:i w:val="0"/>
          <w:sz w:val="19"/>
        </w:rPr>
        <w:t>(   ) Licença, alvará ou autorização sanitária vigente;</w:t>
      </w:r>
    </w:p>
    <w:p>
      <w:pPr>
        <w:spacing w:before="0" w:after="20" w:line="276" w:lineRule="auto"/>
      </w:pPr>
      <w:r>
        <w:rPr>
          <w:rFonts w:ascii="Times New Roman" w:hAnsi="Times New Roman"/>
          <w:b w:val="0"/>
          <w:i w:val="0"/>
          <w:sz w:val="19"/>
        </w:rPr>
        <w:t>(   ) Declaração de capacidade operacional;</w:t>
      </w:r>
    </w:p>
    <w:p>
      <w:pPr>
        <w:spacing w:before="0" w:after="20" w:line="276" w:lineRule="auto"/>
      </w:pPr>
      <w:r>
        <w:rPr>
          <w:rFonts w:ascii="Times New Roman" w:hAnsi="Times New Roman"/>
          <w:b w:val="0"/>
          <w:i w:val="0"/>
          <w:sz w:val="19"/>
        </w:rPr>
        <w:t>(   ) Declaração de regularidade sanitária e boas práticas;</w:t>
      </w:r>
    </w:p>
    <w:p>
      <w:pPr>
        <w:spacing w:before="0" w:after="20" w:line="276" w:lineRule="auto"/>
      </w:pPr>
      <w:r>
        <w:rPr>
          <w:rFonts w:ascii="Times New Roman" w:hAnsi="Times New Roman"/>
          <w:b w:val="0"/>
          <w:i w:val="0"/>
          <w:sz w:val="19"/>
        </w:rPr>
        <w:t>(   ) Indicação do endereço do estabelecimento onde serão preparadas ou servidas as refeições.</w:t>
      </w:r>
    </w:p>
    <w:p>
      <w:pPr>
        <w:spacing w:before="80" w:after="40" w:line="276" w:lineRule="auto"/>
      </w:pPr>
      <w:r>
        <w:rPr>
          <w:rFonts w:ascii="Times New Roman" w:hAnsi="Times New Roman"/>
          <w:b/>
          <w:i w:val="0"/>
          <w:sz w:val="22"/>
        </w:rPr>
        <w:t>4. Qualificação econômico-financeira</w:t>
      </w:r>
    </w:p>
    <w:p>
      <w:pPr>
        <w:spacing w:before="0" w:after="20" w:line="276" w:lineRule="auto"/>
      </w:pPr>
      <w:r>
        <w:rPr>
          <w:rFonts w:ascii="Times New Roman" w:hAnsi="Times New Roman"/>
          <w:b w:val="0"/>
          <w:i w:val="0"/>
          <w:sz w:val="19"/>
        </w:rPr>
        <w:t>(   ) Certidão negativa de falência, recuperação judicial ou extrajudicial, quando exigida no edital;</w:t>
      </w:r>
    </w:p>
    <w:p>
      <w:pPr>
        <w:spacing w:before="0" w:after="20" w:line="276" w:lineRule="auto"/>
      </w:pPr>
      <w:r>
        <w:rPr>
          <w:rFonts w:ascii="Times New Roman" w:hAnsi="Times New Roman"/>
          <w:b w:val="0"/>
          <w:i w:val="0"/>
          <w:sz w:val="19"/>
        </w:rPr>
        <w:t>(   ) Outros documentos previstos no edital, se houver.</w:t>
      </w:r>
    </w:p>
    <w:p>
      <w:pPr>
        <w:spacing w:before="80" w:after="40" w:line="276" w:lineRule="auto"/>
      </w:pPr>
      <w:r>
        <w:rPr>
          <w:rFonts w:ascii="Times New Roman" w:hAnsi="Times New Roman"/>
          <w:b/>
          <w:i w:val="0"/>
          <w:sz w:val="22"/>
        </w:rPr>
        <w:t>5. Declarações</w:t>
      </w:r>
    </w:p>
    <w:p>
      <w:pPr>
        <w:spacing w:before="0" w:after="20" w:line="276" w:lineRule="auto"/>
      </w:pPr>
      <w:r>
        <w:rPr>
          <w:rFonts w:ascii="Times New Roman" w:hAnsi="Times New Roman"/>
          <w:b w:val="0"/>
          <w:i w:val="0"/>
          <w:sz w:val="19"/>
        </w:rPr>
        <w:t>(   ) Declaração de aceitação das condições e preços;</w:t>
      </w:r>
    </w:p>
    <w:p>
      <w:pPr>
        <w:spacing w:before="0" w:after="20" w:line="276" w:lineRule="auto"/>
      </w:pPr>
      <w:r>
        <w:rPr>
          <w:rFonts w:ascii="Times New Roman" w:hAnsi="Times New Roman"/>
          <w:b w:val="0"/>
          <w:i w:val="0"/>
          <w:sz w:val="19"/>
        </w:rPr>
        <w:t>(   ) Declaração de cumprimento das especificações dos marmitex e refeições;</w:t>
      </w:r>
    </w:p>
    <w:p>
      <w:pPr>
        <w:spacing w:before="0" w:after="20" w:line="276" w:lineRule="auto"/>
      </w:pPr>
      <w:r>
        <w:rPr>
          <w:rFonts w:ascii="Times New Roman" w:hAnsi="Times New Roman"/>
          <w:b w:val="0"/>
          <w:i w:val="0"/>
          <w:sz w:val="19"/>
        </w:rPr>
        <w:t>(   ) Declaração de ciência do rodízio mensal;</w:t>
      </w:r>
    </w:p>
    <w:p>
      <w:pPr>
        <w:spacing w:before="0" w:after="20" w:line="276" w:lineRule="auto"/>
      </w:pPr>
      <w:r>
        <w:rPr>
          <w:rFonts w:ascii="Times New Roman" w:hAnsi="Times New Roman"/>
          <w:b w:val="0"/>
          <w:i w:val="0"/>
          <w:sz w:val="19"/>
        </w:rPr>
        <w:t>(   ) Declaração unificada;</w:t>
      </w:r>
    </w:p>
    <w:p>
      <w:pPr>
        <w:spacing w:before="0" w:after="20" w:line="276" w:lineRule="auto"/>
      </w:pPr>
      <w:r>
        <w:rPr>
          <w:rFonts w:ascii="Times New Roman" w:hAnsi="Times New Roman"/>
          <w:b w:val="0"/>
          <w:i w:val="0"/>
          <w:sz w:val="19"/>
        </w:rPr>
        <w:t>(   ) Declaração de enquadramento como ME/EPP/MEI, se aplicável;</w:t>
      </w:r>
    </w:p>
    <w:p>
      <w:pPr>
        <w:spacing w:before="0" w:after="20" w:line="276" w:lineRule="auto"/>
      </w:pPr>
      <w:r>
        <w:rPr>
          <w:rFonts w:ascii="Times New Roman" w:hAnsi="Times New Roman"/>
          <w:b w:val="0"/>
          <w:i w:val="0"/>
          <w:sz w:val="19"/>
        </w:rPr>
        <w:t>(   ) Dados cadastrais e bancários;</w:t>
      </w:r>
    </w:p>
    <w:p>
      <w:pPr>
        <w:spacing w:before="0" w:after="20" w:line="276" w:lineRule="auto"/>
      </w:pPr>
      <w:r>
        <w:rPr>
          <w:rFonts w:ascii="Times New Roman" w:hAnsi="Times New Roman"/>
          <w:b w:val="0"/>
          <w:i w:val="0"/>
          <w:sz w:val="19"/>
        </w:rPr>
        <w:t>(   ) Termo de responsabilidade pela execução do objeto.</w:t>
      </w:r>
    </w:p>
    <w:p>
      <w:pPr>
        <w:spacing w:before="280" w:after="0" w:line="276" w:lineRule="auto"/>
      </w:pPr>
      <w:r>
        <w:rPr>
          <w:rFonts w:ascii="Times New Roman" w:hAnsi="Times New Roman"/>
          <w:sz w:val="20"/>
        </w:rPr>
        <w:t>Roncador/PR, ___ de __________________ de 2026.</w:t>
      </w:r>
      <w:r>
        <w:br/>
      </w:r>
      <w:r>
        <w:rPr>
          <w:rFonts w:ascii="Times New Roman" w:hAnsi="Times New Roman"/>
          <w:sz w:val="20"/>
        </w:rPr>
      </w:r>
      <w:r>
        <w:br/>
      </w:r>
      <w:r>
        <w:rPr>
          <w:rFonts w:ascii="Times New Roman" w:hAnsi="Times New Roman"/>
          <w:sz w:val="20"/>
        </w:rPr>
        <w:t>_________________________________________</w:t>
      </w:r>
      <w:r>
        <w:br/>
      </w:r>
      <w:r>
        <w:rPr>
          <w:rFonts w:ascii="Times New Roman" w:hAnsi="Times New Roman"/>
          <w:sz w:val="20"/>
        </w:rPr>
        <w:t>Assinatura do representante legal</w:t>
      </w:r>
      <w:r>
        <w:br/>
      </w:r>
      <w:r>
        <w:rPr>
          <w:rFonts w:ascii="Times New Roman" w:hAnsi="Times New Roman"/>
          <w:sz w:val="20"/>
        </w:rPr>
        <w:t>Nome:</w:t>
      </w:r>
      <w:r>
        <w:br/>
      </w:r>
      <w:r>
        <w:rPr>
          <w:rFonts w:ascii="Times New Roman" w:hAnsi="Times New Roman"/>
          <w:sz w:val="20"/>
        </w:rPr>
        <w:t>CPF:</w:t>
      </w:r>
      <w:r>
        <w:br/>
      </w:r>
      <w:r>
        <w:rPr>
          <w:rFonts w:ascii="Times New Roman" w:hAnsi="Times New Roman"/>
          <w:sz w:val="20"/>
        </w:rPr>
        <w:t>Empresa:</w:t>
      </w:r>
      <w:r>
        <w:br/>
      </w:r>
      <w:r>
        <w:rPr>
          <w:rFonts w:ascii="Times New Roman" w:hAnsi="Times New Roman"/>
          <w:sz w:val="20"/>
        </w:rPr>
        <w:t>CNPJ:</w:t>
      </w:r>
    </w:p>
    <w:sectPr w:rsidR="00FC693F" w:rsidRPr="0006063C" w:rsidSect="00034616">
      <w:headerReference w:type="default" r:id="rId9"/>
      <w:footerReference w:type="default" r:id="rId10"/>
      <w:pgSz w:w="12240" w:h="15840"/>
      <w:pgMar w:top="1020" w:right="1134" w:bottom="907" w:left="1134" w:header="397"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16"/>
      </w:rPr>
      <w:t>Anexos – Credenciamento 02/2026 – Marmitex e Refeições</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drawing>
        <wp:inline xmlns:a="http://schemas.openxmlformats.org/drawingml/2006/main" xmlns:pic="http://schemas.openxmlformats.org/drawingml/2006/picture">
          <wp:extent cx="5220000" cy="765520"/>
          <wp:docPr id="1" name="Picture 1"/>
          <wp:cNvGraphicFramePr>
            <a:graphicFrameLocks noChangeAspect="1"/>
          </wp:cNvGraphicFramePr>
          <a:graphic>
            <a:graphicData uri="http://schemas.openxmlformats.org/drawingml/2006/picture">
              <pic:pic>
                <pic:nvPicPr>
                  <pic:cNvPr id="0" name="roncador_header.png"/>
                  <pic:cNvPicPr/>
                </pic:nvPicPr>
                <pic:blipFill>
                  <a:blip r:embed="rId1"/>
                  <a:stretch>
                    <a:fillRect/>
                  </a:stretch>
                </pic:blipFill>
                <pic:spPr>
                  <a:xfrm>
                    <a:off x="0" y="0"/>
                    <a:ext cx="5220000" cy="76552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do Credenciamento 02/2026 - Marmitex e Refeições</dc:title>
  <dc:subject/>
  <dc:creator>Município de Roncador</dc:creator>
  <cp:keywords/>
  <dc:description>generated by python-docx</dc:description>
  <cp:lastModifiedBy/>
  <cp:revision>1</cp:revision>
  <dcterms:created xsi:type="dcterms:W3CDTF">2013-12-23T23:15:00Z</dcterms:created>
  <dcterms:modified xsi:type="dcterms:W3CDTF">2013-12-23T23:15:00Z</dcterms:modified>
  <cp:category/>
</cp:coreProperties>
</file>