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53F5D" w14:textId="444B82CD" w:rsidR="00934E14" w:rsidRPr="00180DFE" w:rsidRDefault="00180DFE" w:rsidP="00180DFE">
      <w:pPr>
        <w:pStyle w:val="Ttulo1"/>
        <w:jc w:val="center"/>
        <w:rPr>
          <w:color w:val="auto"/>
        </w:rPr>
      </w:pPr>
      <w:r w:rsidRPr="00180DFE">
        <w:rPr>
          <w:color w:val="auto"/>
        </w:rPr>
        <w:t>ESTUDO TÉCNICO PRELIMINAR</w:t>
      </w:r>
    </w:p>
    <w:p w14:paraId="6CAC9219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1. INTRODUÇÃO</w:t>
      </w:r>
    </w:p>
    <w:p w14:paraId="336DB594" w14:textId="77777777" w:rsidR="00934E14" w:rsidRPr="00180DFE" w:rsidRDefault="00180DFE" w:rsidP="00180DFE">
      <w:pPr>
        <w:jc w:val="both"/>
      </w:pPr>
      <w:r w:rsidRPr="00180DFE">
        <w:t>O presente Estudo Técnico Preliminar tem por objetivo demonstrar a necessidade da contratação de empresa especializada para prestação de serviços mecânicos de manutenção preventiva e corretiva, incluindo fornecimento de peças, óleos lubrificantes, filtros e acessórios novos e originais e/ou de primeira linha, destinados aos veículos pertencentes à frota oficial do Município de Guairaçá – PR, bem como aqueles que venham a ser incorporados durante a vigência contratual, pelo período de 12 (doze) meses, median</w:t>
      </w:r>
      <w:r w:rsidRPr="00180DFE">
        <w:t>te Registro de Preços.</w:t>
      </w:r>
    </w:p>
    <w:p w14:paraId="12DBC935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2. DESCRIÇÃO DA NECESSIDADE</w:t>
      </w:r>
    </w:p>
    <w:p w14:paraId="14C2B2F3" w14:textId="77777777" w:rsidR="00934E14" w:rsidRPr="00180DFE" w:rsidRDefault="00180DFE" w:rsidP="00180DFE">
      <w:pPr>
        <w:jc w:val="both"/>
      </w:pPr>
      <w:r w:rsidRPr="00180DFE">
        <w:t>A execução de serviços de transporte para atendimento às diversas Secretarias Municipais requer que a frota esteja em perfeito estado de funcionamento, garantindo segurança, eficiência operacional e continuidade dos serviços públicos prestados à população.</w:t>
      </w:r>
    </w:p>
    <w:p w14:paraId="0C57CCB4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3. ESTIMATIVA DE QUANTIDADES</w:t>
      </w:r>
    </w:p>
    <w:p w14:paraId="1F54C040" w14:textId="77777777" w:rsidR="00934E14" w:rsidRPr="00180DFE" w:rsidRDefault="00180DFE" w:rsidP="00180DFE">
      <w:pPr>
        <w:jc w:val="both"/>
      </w:pPr>
      <w:r w:rsidRPr="00180DFE">
        <w:t>As quantidades serão definidas conforme necessidade, considerando histórico de manutenção dos anos anteriores, quilometragem média anual e desgaste natural das peças.</w:t>
      </w:r>
    </w:p>
    <w:p w14:paraId="11602D32" w14:textId="77777777" w:rsidR="00934E14" w:rsidRPr="00180DFE" w:rsidRDefault="00180DFE" w:rsidP="00180DFE">
      <w:pPr>
        <w:pStyle w:val="Ttulo2"/>
        <w:jc w:val="both"/>
        <w:rPr>
          <w:color w:val="auto"/>
        </w:rPr>
      </w:pPr>
      <w:r w:rsidRPr="00180DFE">
        <w:rPr>
          <w:color w:val="auto"/>
        </w:rPr>
        <w:t>4. LEVANTAMENTO DE MERCADO</w:t>
      </w:r>
    </w:p>
    <w:p w14:paraId="31B297C1" w14:textId="77777777" w:rsidR="00934E14" w:rsidRPr="00180DFE" w:rsidRDefault="00180DFE" w:rsidP="00180DFE">
      <w:pPr>
        <w:jc w:val="both"/>
      </w:pPr>
      <w:r w:rsidRPr="00180DFE">
        <w:t>Foram consultadas empresas locais e regionais do ramo, constatando-se a viabilidade da contratação via Registro de Preços, dada a diversidade de serviços e veículos envolvidos.</w:t>
      </w:r>
    </w:p>
    <w:p w14:paraId="2B74909F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5. ESTIMATIVA DO VALOR DA CONTRATAÇÃO</w:t>
      </w:r>
    </w:p>
    <w:p w14:paraId="31DCDE82" w14:textId="031B936B" w:rsidR="00934E14" w:rsidRPr="00180DFE" w:rsidRDefault="00180DFE">
      <w:proofErr w:type="gramStart"/>
      <w:r w:rsidRPr="00180DFE">
        <w:t>A</w:t>
      </w:r>
      <w:proofErr w:type="gramEnd"/>
      <w:r w:rsidRPr="00180DFE">
        <w:t xml:space="preserve"> estimativa será obtida com base </w:t>
      </w:r>
      <w:r>
        <w:t xml:space="preserve">consulta de </w:t>
      </w:r>
      <w:proofErr w:type="spellStart"/>
      <w:r>
        <w:t>fornecedores</w:t>
      </w:r>
      <w:proofErr w:type="spellEnd"/>
      <w:r>
        <w:t xml:space="preserve"> da </w:t>
      </w:r>
      <w:proofErr w:type="spellStart"/>
      <w:r>
        <w:t>região</w:t>
      </w:r>
      <w:proofErr w:type="spellEnd"/>
      <w:r>
        <w:t>.</w:t>
      </w:r>
    </w:p>
    <w:p w14:paraId="0150E44B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6. DESCRIÇÃO DA SOLUÇÃO COMO UM TODO</w:t>
      </w:r>
    </w:p>
    <w:p w14:paraId="1752B42A" w14:textId="77777777" w:rsidR="00934E14" w:rsidRPr="00180DFE" w:rsidRDefault="00180DFE" w:rsidP="00180DFE">
      <w:pPr>
        <w:jc w:val="both"/>
      </w:pPr>
      <w:r w:rsidRPr="00180DFE">
        <w:t>A solução consiste na contratação de empresa especializada, que deverá fornecer mão de obra qualificada, realizar diagnósticos e fornecer peças novas e originais ou de primeira linha.</w:t>
      </w:r>
    </w:p>
    <w:p w14:paraId="5AD67B76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7. PREVISÃO DA CONTRATAÇÃO NO PLANO DE CONTRATAÇÕES ANUAL</w:t>
      </w:r>
    </w:p>
    <w:p w14:paraId="714B38CA" w14:textId="77777777" w:rsidR="00934E14" w:rsidRPr="00180DFE" w:rsidRDefault="00180DFE">
      <w:r w:rsidRPr="00180DFE">
        <w:t>A contratação está prevista no Plano de Contratações Anual da administração municipal.</w:t>
      </w:r>
    </w:p>
    <w:p w14:paraId="6DCE9A83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lastRenderedPageBreak/>
        <w:t>8. REQUISITOS DA CONTRATAÇÃO</w:t>
      </w:r>
    </w:p>
    <w:p w14:paraId="2A0A7A9E" w14:textId="77777777" w:rsidR="00934E14" w:rsidRPr="00180DFE" w:rsidRDefault="00180DFE" w:rsidP="00180DFE">
      <w:pPr>
        <w:jc w:val="both"/>
      </w:pPr>
      <w:r w:rsidRPr="00180DFE">
        <w:t>A empresa deverá possuir oficina equipada, equipe técnica habilitada e fornecer garantia dos serviços e peças aplicadas.</w:t>
      </w:r>
    </w:p>
    <w:p w14:paraId="6F0ECFF2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9. JUSTIFICATIVA PARA O PARCELAMENTO OU NÃO DA CONTRATAÇÃO</w:t>
      </w:r>
    </w:p>
    <w:p w14:paraId="264C5ADF" w14:textId="77777777" w:rsidR="00934E14" w:rsidRPr="00180DFE" w:rsidRDefault="00180DFE" w:rsidP="00180DFE">
      <w:pPr>
        <w:jc w:val="both"/>
      </w:pPr>
      <w:r w:rsidRPr="00180DFE">
        <w:t>Opta-se por não parcelar a contratação, uma vez que a manutenção envolve peças e mão de obra diretamente relacionadas.</w:t>
      </w:r>
    </w:p>
    <w:p w14:paraId="5A46DC7A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10. RESULTADOS PRETENDIDOS</w:t>
      </w:r>
    </w:p>
    <w:p w14:paraId="6B850863" w14:textId="77777777" w:rsidR="00934E14" w:rsidRPr="00180DFE" w:rsidRDefault="00180DFE" w:rsidP="00180DFE">
      <w:pPr>
        <w:jc w:val="both"/>
      </w:pPr>
      <w:r w:rsidRPr="00180DFE">
        <w:t>Redução de tempo de veículos parados, maior durabilidade da frota e maior eficiência na prestação dos serviços públicos.</w:t>
      </w:r>
    </w:p>
    <w:p w14:paraId="699FB686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11. PROVIDÊNCIAS PRÉVIAS</w:t>
      </w:r>
    </w:p>
    <w:p w14:paraId="2F2A168F" w14:textId="0662F22B" w:rsidR="00934E14" w:rsidRPr="00180DFE" w:rsidRDefault="00180DFE">
      <w:r w:rsidRPr="00180DFE">
        <w:t xml:space="preserve">Definição de especificações técnicas, elaboração do </w:t>
      </w:r>
      <w:proofErr w:type="spellStart"/>
      <w:r w:rsidRPr="00180DFE">
        <w:t>Termo</w:t>
      </w:r>
      <w:proofErr w:type="spellEnd"/>
      <w:r w:rsidRPr="00180DFE">
        <w:t xml:space="preserve"> de </w:t>
      </w:r>
      <w:proofErr w:type="spellStart"/>
      <w:r w:rsidRPr="00180DFE">
        <w:t>Referência</w:t>
      </w:r>
      <w:proofErr w:type="spellEnd"/>
      <w:r>
        <w:t>.</w:t>
      </w:r>
    </w:p>
    <w:p w14:paraId="7CB04AA8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12. CONTRATAÇÕES CORRELATAS E/OU INTERDEPENDENTES</w:t>
      </w:r>
    </w:p>
    <w:p w14:paraId="122CFFA7" w14:textId="31C2ECBB" w:rsidR="00934E14" w:rsidRPr="00180DFE" w:rsidRDefault="00180DFE">
      <w:r w:rsidRPr="00180DFE">
        <w:t xml:space="preserve">Relacionam-se </w:t>
      </w:r>
      <w:proofErr w:type="gramStart"/>
      <w:r w:rsidRPr="00180DFE">
        <w:t>a</w:t>
      </w:r>
      <w:proofErr w:type="gramEnd"/>
      <w:r w:rsidRPr="00180DFE">
        <w:t xml:space="preserve"> esta contratação serviços de </w:t>
      </w:r>
      <w:proofErr w:type="spellStart"/>
      <w:r w:rsidRPr="00180DFE">
        <w:t>aquisição</w:t>
      </w:r>
      <w:proofErr w:type="spellEnd"/>
      <w:r w:rsidRPr="00180DFE">
        <w:t xml:space="preserve"> de </w:t>
      </w:r>
      <w:proofErr w:type="spellStart"/>
      <w:r w:rsidRPr="00180DFE">
        <w:t>pneus</w:t>
      </w:r>
      <w:proofErr w:type="spellEnd"/>
      <w:r w:rsidRPr="00180DFE">
        <w:t xml:space="preserve"> e combustíveis.</w:t>
      </w:r>
    </w:p>
    <w:p w14:paraId="63585D71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13. IMPACTOS AMBIENTAIS</w:t>
      </w:r>
    </w:p>
    <w:p w14:paraId="5005A598" w14:textId="77777777" w:rsidR="00934E14" w:rsidRPr="00180DFE" w:rsidRDefault="00180DFE">
      <w:r w:rsidRPr="00180DFE">
        <w:t>Resíduos automotivos deverão ser descartados adequadamente pela empresa contratada.</w:t>
      </w:r>
    </w:p>
    <w:p w14:paraId="03AEA77E" w14:textId="77777777" w:rsidR="00934E14" w:rsidRPr="00180DFE" w:rsidRDefault="00180DFE">
      <w:pPr>
        <w:pStyle w:val="Ttulo2"/>
        <w:rPr>
          <w:color w:val="auto"/>
        </w:rPr>
      </w:pPr>
      <w:r w:rsidRPr="00180DFE">
        <w:rPr>
          <w:color w:val="auto"/>
        </w:rPr>
        <w:t>14. POSICIONAMENTO CONCLUSIVO</w:t>
      </w:r>
    </w:p>
    <w:p w14:paraId="5E5C3622" w14:textId="77777777" w:rsidR="00934E14" w:rsidRDefault="00180DFE" w:rsidP="00180DFE">
      <w:pPr>
        <w:jc w:val="both"/>
      </w:pPr>
      <w:r w:rsidRPr="00180DFE">
        <w:t xml:space="preserve">A contratação é necessária para garantir segurança, continuidade e eficiência dos serviços </w:t>
      </w:r>
      <w:proofErr w:type="spellStart"/>
      <w:r w:rsidRPr="00180DFE">
        <w:t>prestados</w:t>
      </w:r>
      <w:proofErr w:type="spellEnd"/>
      <w:r w:rsidRPr="00180DFE">
        <w:t xml:space="preserve"> </w:t>
      </w:r>
      <w:proofErr w:type="spellStart"/>
      <w:r w:rsidRPr="00180DFE">
        <w:t>pelas</w:t>
      </w:r>
      <w:proofErr w:type="spellEnd"/>
      <w:r w:rsidRPr="00180DFE">
        <w:t xml:space="preserve"> </w:t>
      </w:r>
      <w:proofErr w:type="spellStart"/>
      <w:r w:rsidRPr="00180DFE">
        <w:t>Secretarias</w:t>
      </w:r>
      <w:proofErr w:type="spellEnd"/>
      <w:r w:rsidRPr="00180DFE">
        <w:t xml:space="preserve"> </w:t>
      </w:r>
      <w:proofErr w:type="spellStart"/>
      <w:r w:rsidRPr="00180DFE">
        <w:t>Municipais</w:t>
      </w:r>
      <w:proofErr w:type="spellEnd"/>
      <w:r w:rsidRPr="00180DFE">
        <w:t>.</w:t>
      </w:r>
    </w:p>
    <w:p w14:paraId="196A60D6" w14:textId="77777777" w:rsidR="00180DFE" w:rsidRPr="00180DFE" w:rsidRDefault="00180DFE" w:rsidP="00180DFE">
      <w:pPr>
        <w:jc w:val="both"/>
      </w:pPr>
    </w:p>
    <w:p w14:paraId="12959A62" w14:textId="77777777" w:rsidR="00934E14" w:rsidRPr="00180DFE" w:rsidRDefault="00180DFE" w:rsidP="00180DFE">
      <w:pPr>
        <w:pStyle w:val="Ttulo2"/>
        <w:jc w:val="center"/>
        <w:rPr>
          <w:color w:val="auto"/>
        </w:rPr>
      </w:pPr>
      <w:r w:rsidRPr="00180DFE">
        <w:rPr>
          <w:color w:val="auto"/>
        </w:rPr>
        <w:t>RELAÇÃO DA FROTA MUNICIPAL</w:t>
      </w:r>
    </w:p>
    <w:p w14:paraId="105067E3" w14:textId="77777777" w:rsidR="00934E14" w:rsidRDefault="00180DFE" w:rsidP="00180DFE">
      <w:pPr>
        <w:jc w:val="center"/>
      </w:pPr>
      <w:r w:rsidRPr="00180DFE">
        <w:t xml:space="preserve">Conforme relação </w:t>
      </w:r>
      <w:proofErr w:type="spellStart"/>
      <w:r w:rsidRPr="00180DFE">
        <w:t>fornecida</w:t>
      </w:r>
      <w:proofErr w:type="spellEnd"/>
      <w:r w:rsidRPr="00180DFE">
        <w:t xml:space="preserve"> pela </w:t>
      </w:r>
      <w:proofErr w:type="spellStart"/>
      <w:r w:rsidRPr="00180DFE">
        <w:t>administração</w:t>
      </w:r>
      <w:proofErr w:type="spellEnd"/>
      <w:r w:rsidRPr="00180DFE">
        <w:t xml:space="preserve"> municipal.</w:t>
      </w:r>
    </w:p>
    <w:p w14:paraId="24ABF60F" w14:textId="77777777" w:rsidR="00180DFE" w:rsidRDefault="00180DFE" w:rsidP="00180DFE">
      <w:pPr>
        <w:jc w:val="center"/>
      </w:pPr>
    </w:p>
    <w:p w14:paraId="0934FD88" w14:textId="77777777" w:rsidR="00180DFE" w:rsidRPr="00180DFE" w:rsidRDefault="00180DFE" w:rsidP="00180DFE">
      <w:pPr>
        <w:pStyle w:val="SemEspaamento"/>
        <w:rPr>
          <w:b/>
          <w:bCs/>
          <w:lang w:val="pt-BR"/>
        </w:rPr>
      </w:pPr>
      <w:r w:rsidRPr="00180DFE">
        <w:rPr>
          <w:b/>
          <w:bCs/>
          <w:lang w:val="pt-BR"/>
        </w:rPr>
        <w:t>VEÍCULOS LEVES:</w:t>
      </w:r>
    </w:p>
    <w:tbl>
      <w:tblPr>
        <w:tblW w:w="7950" w:type="dxa"/>
        <w:tblInd w:w="12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3"/>
        <w:gridCol w:w="5102"/>
        <w:gridCol w:w="2125"/>
      </w:tblGrid>
      <w:tr w:rsidR="00180DFE" w:rsidRPr="00180DFE" w14:paraId="2AAF046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EF929" w14:textId="77777777" w:rsidR="00180DFE" w:rsidRPr="00180DFE" w:rsidRDefault="00180DFE" w:rsidP="00180DFE">
            <w:pPr>
              <w:pStyle w:val="SemEspaamento"/>
            </w:pPr>
            <w:r w:rsidRPr="00180DFE">
              <w:t>N.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980EB" w14:textId="77777777" w:rsidR="00180DFE" w:rsidRPr="00180DFE" w:rsidRDefault="00180DFE" w:rsidP="00180DFE">
            <w:pPr>
              <w:pStyle w:val="SemEspaamento"/>
            </w:pPr>
            <w:r w:rsidRPr="00180DFE">
              <w:t>VEÍCULO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3AE36" w14:textId="77777777" w:rsidR="00180DFE" w:rsidRPr="00180DFE" w:rsidRDefault="00180DFE" w:rsidP="00180DFE">
            <w:pPr>
              <w:pStyle w:val="SemEspaamento"/>
            </w:pPr>
            <w:r w:rsidRPr="00180DFE">
              <w:t>PLACA</w:t>
            </w:r>
          </w:p>
        </w:tc>
      </w:tr>
      <w:tr w:rsidR="00180DFE" w:rsidRPr="00180DFE" w14:paraId="7549DF86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841B4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D53E8" w14:textId="77777777" w:rsidR="00180DFE" w:rsidRPr="00180DFE" w:rsidRDefault="00180DFE" w:rsidP="00180DFE">
            <w:pPr>
              <w:pStyle w:val="SemEspaamento"/>
            </w:pPr>
            <w:r w:rsidRPr="00180DFE">
              <w:t>GM SPIN 1.8 LTZ – 2017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8C9FD" w14:textId="77777777" w:rsidR="00180DFE" w:rsidRPr="00180DFE" w:rsidRDefault="00180DFE" w:rsidP="00180DFE">
            <w:pPr>
              <w:pStyle w:val="SemEspaamento"/>
            </w:pPr>
            <w:r w:rsidRPr="00180DFE">
              <w:t>BBM - 4865</w:t>
            </w:r>
          </w:p>
        </w:tc>
      </w:tr>
      <w:tr w:rsidR="00180DFE" w:rsidRPr="00180DFE" w14:paraId="59E8EDB7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1182F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98A54" w14:textId="77777777" w:rsidR="00180DFE" w:rsidRPr="00180DFE" w:rsidRDefault="00180DFE" w:rsidP="00180DFE">
            <w:pPr>
              <w:pStyle w:val="SemEspaamento"/>
            </w:pPr>
            <w:r w:rsidRPr="00180DFE">
              <w:t>GM MONTANA LS – 2017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CAEC1" w14:textId="77777777" w:rsidR="00180DFE" w:rsidRPr="00180DFE" w:rsidRDefault="00180DFE" w:rsidP="00180DFE">
            <w:pPr>
              <w:pStyle w:val="SemEspaamento"/>
            </w:pPr>
            <w:r w:rsidRPr="00180DFE">
              <w:t>BBQ - 1375</w:t>
            </w:r>
          </w:p>
        </w:tc>
      </w:tr>
      <w:tr w:rsidR="00180DFE" w:rsidRPr="00180DFE" w14:paraId="320954CB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469E2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8EEC3A" w14:textId="77777777" w:rsidR="00180DFE" w:rsidRPr="00180DFE" w:rsidRDefault="00180DFE" w:rsidP="00180DFE">
            <w:pPr>
              <w:pStyle w:val="SemEspaamento"/>
            </w:pPr>
            <w:r w:rsidRPr="00180DFE">
              <w:t>GM SPIN LT 1.8 –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940D7" w14:textId="77777777" w:rsidR="00180DFE" w:rsidRPr="00180DFE" w:rsidRDefault="00180DFE" w:rsidP="00180DFE">
            <w:pPr>
              <w:pStyle w:val="SemEspaamento"/>
            </w:pPr>
            <w:r w:rsidRPr="00180DFE">
              <w:t>BCH - 5772</w:t>
            </w:r>
          </w:p>
        </w:tc>
      </w:tr>
      <w:tr w:rsidR="00180DFE" w:rsidRPr="00180DFE" w14:paraId="1D088B4B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6BDAC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745BA" w14:textId="77777777" w:rsidR="00180DFE" w:rsidRPr="00180DFE" w:rsidRDefault="00180DFE" w:rsidP="00180DFE">
            <w:pPr>
              <w:pStyle w:val="SemEspaamento"/>
            </w:pPr>
            <w:r w:rsidRPr="00180DFE">
              <w:t>GM SPIN 1.8 MT LS –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ACD07" w14:textId="77777777" w:rsidR="00180DFE" w:rsidRPr="00180DFE" w:rsidRDefault="00180DFE" w:rsidP="00180DFE">
            <w:pPr>
              <w:pStyle w:val="SemEspaamento"/>
            </w:pPr>
            <w:r w:rsidRPr="00180DFE">
              <w:t>BCH - 5775</w:t>
            </w:r>
          </w:p>
        </w:tc>
      </w:tr>
      <w:tr w:rsidR="00180DFE" w:rsidRPr="00180DFE" w14:paraId="2F43EA2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47890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20E9E" w14:textId="77777777" w:rsidR="00180DFE" w:rsidRPr="00180DFE" w:rsidRDefault="00180DFE" w:rsidP="00180DFE">
            <w:pPr>
              <w:pStyle w:val="SemEspaamento"/>
            </w:pPr>
            <w:r w:rsidRPr="00180DFE">
              <w:t>GM PRISMA 1.4 –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7A93A" w14:textId="77777777" w:rsidR="00180DFE" w:rsidRPr="00180DFE" w:rsidRDefault="00180DFE" w:rsidP="00180DFE">
            <w:pPr>
              <w:pStyle w:val="SemEspaamento"/>
            </w:pPr>
            <w:r w:rsidRPr="00180DFE">
              <w:t>BCH - 9553</w:t>
            </w:r>
          </w:p>
        </w:tc>
      </w:tr>
      <w:tr w:rsidR="00180DFE" w:rsidRPr="00180DFE" w14:paraId="57912395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A3946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4163B" w14:textId="77777777" w:rsidR="00180DFE" w:rsidRPr="00180DFE" w:rsidRDefault="00180DFE" w:rsidP="00180DFE">
            <w:pPr>
              <w:pStyle w:val="SemEspaamento"/>
            </w:pPr>
            <w:r w:rsidRPr="00180DFE">
              <w:t>GM SPIN PREMIER –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5D38B" w14:textId="77777777" w:rsidR="00180DFE" w:rsidRPr="00180DFE" w:rsidRDefault="00180DFE" w:rsidP="00180DFE">
            <w:pPr>
              <w:pStyle w:val="SemEspaamento"/>
            </w:pPr>
            <w:r w:rsidRPr="00180DFE">
              <w:t>BDD-9H38</w:t>
            </w:r>
          </w:p>
        </w:tc>
      </w:tr>
      <w:tr w:rsidR="00180DFE" w:rsidRPr="00180DFE" w14:paraId="33FCFFE9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EEBC9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86F76" w14:textId="77777777" w:rsidR="00180DFE" w:rsidRPr="00180DFE" w:rsidRDefault="00180DFE" w:rsidP="00180DFE">
            <w:pPr>
              <w:pStyle w:val="SemEspaamento"/>
            </w:pPr>
            <w:r w:rsidRPr="00180DFE">
              <w:t>GM SPIN MT LS –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8DC01" w14:textId="77777777" w:rsidR="00180DFE" w:rsidRPr="00180DFE" w:rsidRDefault="00180DFE" w:rsidP="00180DFE">
            <w:pPr>
              <w:pStyle w:val="SemEspaamento"/>
            </w:pPr>
            <w:r w:rsidRPr="00180DFE">
              <w:t>BDD-9H37</w:t>
            </w:r>
          </w:p>
        </w:tc>
      </w:tr>
      <w:tr w:rsidR="00180DFE" w:rsidRPr="00180DFE" w14:paraId="24975346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2568E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F2EF2" w14:textId="77777777" w:rsidR="00180DFE" w:rsidRPr="00180DFE" w:rsidRDefault="00180DFE" w:rsidP="00180DFE">
            <w:pPr>
              <w:pStyle w:val="SemEspaamento"/>
            </w:pPr>
            <w:r w:rsidRPr="00180DFE">
              <w:t>FIAT UNO FIRE FLEX 2008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8DDF1" w14:textId="77777777" w:rsidR="00180DFE" w:rsidRPr="00180DFE" w:rsidRDefault="00180DFE" w:rsidP="00180DFE">
            <w:pPr>
              <w:pStyle w:val="SemEspaamento"/>
            </w:pPr>
            <w:r w:rsidRPr="00180DFE">
              <w:t>AQG - 4614</w:t>
            </w:r>
          </w:p>
        </w:tc>
      </w:tr>
      <w:tr w:rsidR="00180DFE" w:rsidRPr="00180DFE" w14:paraId="02D86D8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26D7C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F0BB5" w14:textId="77777777" w:rsidR="00180DFE" w:rsidRPr="00180DFE" w:rsidRDefault="00180DFE" w:rsidP="00180DFE">
            <w:pPr>
              <w:pStyle w:val="SemEspaamento"/>
            </w:pPr>
            <w:r w:rsidRPr="00180DFE">
              <w:t>FIAT UNO FIRE FLEX 2008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0FA8B" w14:textId="77777777" w:rsidR="00180DFE" w:rsidRPr="00180DFE" w:rsidRDefault="00180DFE" w:rsidP="00180DFE">
            <w:pPr>
              <w:pStyle w:val="SemEspaamento"/>
            </w:pPr>
            <w:r w:rsidRPr="00180DFE">
              <w:t>AQG - 4613</w:t>
            </w:r>
          </w:p>
        </w:tc>
      </w:tr>
      <w:tr w:rsidR="00180DFE" w:rsidRPr="00180DFE" w14:paraId="5836FD96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EB560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0FBD8" w14:textId="77777777" w:rsidR="00180DFE" w:rsidRPr="00180DFE" w:rsidRDefault="00180DFE" w:rsidP="00180DFE">
            <w:pPr>
              <w:pStyle w:val="SemEspaamento"/>
            </w:pPr>
            <w:r w:rsidRPr="00180DFE">
              <w:t>FIAT UNO ECONOMY 2013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A6164" w14:textId="77777777" w:rsidR="00180DFE" w:rsidRPr="00180DFE" w:rsidRDefault="00180DFE" w:rsidP="00180DFE">
            <w:pPr>
              <w:pStyle w:val="SemEspaamento"/>
            </w:pPr>
            <w:r w:rsidRPr="00180DFE">
              <w:t>AXI - 1497</w:t>
            </w:r>
          </w:p>
        </w:tc>
      </w:tr>
      <w:tr w:rsidR="00180DFE" w:rsidRPr="00180DFE" w14:paraId="5BEEF78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B4F8A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73820" w14:textId="77777777" w:rsidR="00180DFE" w:rsidRPr="00180DFE" w:rsidRDefault="00180DFE" w:rsidP="00180DFE">
            <w:pPr>
              <w:pStyle w:val="SemEspaamento"/>
            </w:pPr>
            <w:r w:rsidRPr="00180DFE">
              <w:t>FIAT PALIO 2014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0F90B" w14:textId="77777777" w:rsidR="00180DFE" w:rsidRPr="00180DFE" w:rsidRDefault="00180DFE" w:rsidP="00180DFE">
            <w:pPr>
              <w:pStyle w:val="SemEspaamento"/>
            </w:pPr>
            <w:r w:rsidRPr="00180DFE">
              <w:t>AYU - 3557</w:t>
            </w:r>
          </w:p>
        </w:tc>
      </w:tr>
      <w:tr w:rsidR="00180DFE" w:rsidRPr="00180DFE" w14:paraId="574D7490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B02C1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5AAF6" w14:textId="77777777" w:rsidR="00180DFE" w:rsidRPr="00180DFE" w:rsidRDefault="00180DFE" w:rsidP="00180DFE">
            <w:pPr>
              <w:pStyle w:val="SemEspaamento"/>
            </w:pPr>
            <w:r w:rsidRPr="00180DFE">
              <w:t>FIAT PALIO FIRE 2015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C7B28" w14:textId="77777777" w:rsidR="00180DFE" w:rsidRPr="00180DFE" w:rsidRDefault="00180DFE" w:rsidP="00180DFE">
            <w:pPr>
              <w:pStyle w:val="SemEspaamento"/>
            </w:pPr>
            <w:r w:rsidRPr="00180DFE">
              <w:t>AZS - 7165</w:t>
            </w:r>
          </w:p>
        </w:tc>
      </w:tr>
      <w:tr w:rsidR="00180DFE" w:rsidRPr="00180DFE" w14:paraId="1BC3E2A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D99A5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7C26E8" w14:textId="77777777" w:rsidR="00180DFE" w:rsidRPr="00180DFE" w:rsidRDefault="00180DFE" w:rsidP="00180DFE">
            <w:pPr>
              <w:pStyle w:val="SemEspaamento"/>
            </w:pPr>
            <w:r w:rsidRPr="00180DFE">
              <w:t>FIAT MOBI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D758F" w14:textId="77777777" w:rsidR="00180DFE" w:rsidRPr="00180DFE" w:rsidRDefault="00180DFE" w:rsidP="00180DFE">
            <w:pPr>
              <w:pStyle w:val="SemEspaamento"/>
            </w:pPr>
            <w:r w:rsidRPr="00180DFE">
              <w:t>BDD-9H40</w:t>
            </w:r>
          </w:p>
        </w:tc>
      </w:tr>
      <w:tr w:rsidR="00180DFE" w:rsidRPr="00180DFE" w14:paraId="6DF6BFEA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A7270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509C2" w14:textId="77777777" w:rsidR="00180DFE" w:rsidRPr="00180DFE" w:rsidRDefault="00180DFE" w:rsidP="00180DFE">
            <w:pPr>
              <w:pStyle w:val="SemEspaamento"/>
            </w:pPr>
            <w:r w:rsidRPr="00180DFE">
              <w:t>FIAT GRAN SIENA 1.0 - 2021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40D80" w14:textId="77777777" w:rsidR="00180DFE" w:rsidRPr="00180DFE" w:rsidRDefault="00180DFE" w:rsidP="00180DFE">
            <w:pPr>
              <w:pStyle w:val="SemEspaamento"/>
            </w:pPr>
            <w:r w:rsidRPr="00180DFE">
              <w:t>RHF – 3F12</w:t>
            </w:r>
          </w:p>
        </w:tc>
      </w:tr>
      <w:tr w:rsidR="00180DFE" w:rsidRPr="00180DFE" w14:paraId="1D48959B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D5ABC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EB956" w14:textId="77777777" w:rsidR="00180DFE" w:rsidRPr="00180DFE" w:rsidRDefault="00180DFE" w:rsidP="00180DFE">
            <w:pPr>
              <w:pStyle w:val="SemEspaamento"/>
            </w:pPr>
            <w:r w:rsidRPr="00180DFE">
              <w:t>AMBULÂNCIA FIAT STRADA - 2019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8E651" w14:textId="77777777" w:rsidR="00180DFE" w:rsidRPr="00180DFE" w:rsidRDefault="00180DFE" w:rsidP="00180DFE">
            <w:pPr>
              <w:pStyle w:val="SemEspaamento"/>
            </w:pPr>
            <w:r w:rsidRPr="00180DFE">
              <w:t>BCY - 2E85</w:t>
            </w:r>
          </w:p>
        </w:tc>
      </w:tr>
      <w:tr w:rsidR="00180DFE" w:rsidRPr="00180DFE" w14:paraId="3916C657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02F9B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F0E0D" w14:textId="77777777" w:rsidR="00180DFE" w:rsidRPr="00180DFE" w:rsidRDefault="00180DFE" w:rsidP="00180DFE">
            <w:pPr>
              <w:pStyle w:val="SemEspaamento"/>
            </w:pPr>
            <w:r w:rsidRPr="00180DFE">
              <w:t>AMBULÂNCIA FIAT STRADA - 2019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AB9CD" w14:textId="77777777" w:rsidR="00180DFE" w:rsidRPr="00180DFE" w:rsidRDefault="00180DFE" w:rsidP="00180DFE">
            <w:pPr>
              <w:pStyle w:val="SemEspaamento"/>
            </w:pPr>
            <w:r w:rsidRPr="00180DFE">
              <w:t>BCY – 2E84</w:t>
            </w:r>
          </w:p>
        </w:tc>
      </w:tr>
      <w:tr w:rsidR="00180DFE" w:rsidRPr="00180DFE" w14:paraId="21F34737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3BB6B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9BA1C" w14:textId="77777777" w:rsidR="00180DFE" w:rsidRPr="00180DFE" w:rsidRDefault="00180DFE" w:rsidP="00180DFE">
            <w:pPr>
              <w:pStyle w:val="SemEspaamento"/>
              <w:rPr>
                <w:lang w:val="pt-BR"/>
              </w:rPr>
            </w:pPr>
            <w:r w:rsidRPr="00180DFE">
              <w:rPr>
                <w:lang w:val="pt-BR"/>
              </w:rPr>
              <w:t xml:space="preserve">AMBULÂNCIA </w:t>
            </w:r>
            <w:r w:rsidRPr="00180DFE">
              <w:t>FIAT STRADA F13CS A - 2022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58D87" w14:textId="77777777" w:rsidR="00180DFE" w:rsidRPr="00180DFE" w:rsidRDefault="00180DFE" w:rsidP="00180DFE">
            <w:pPr>
              <w:pStyle w:val="SemEspaamento"/>
            </w:pPr>
            <w:r w:rsidRPr="00180DFE">
              <w:t>SDS - 6J41</w:t>
            </w:r>
          </w:p>
        </w:tc>
      </w:tr>
      <w:tr w:rsidR="00180DFE" w:rsidRPr="00180DFE" w14:paraId="4BA1F25D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FD449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FBD0D" w14:textId="77777777" w:rsidR="00180DFE" w:rsidRPr="00180DFE" w:rsidRDefault="00180DFE" w:rsidP="00180DFE">
            <w:pPr>
              <w:pStyle w:val="SemEspaamento"/>
            </w:pPr>
            <w:r w:rsidRPr="00180DFE">
              <w:t>VW GOL 1.0 G4 2011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46EF8" w14:textId="77777777" w:rsidR="00180DFE" w:rsidRPr="00180DFE" w:rsidRDefault="00180DFE" w:rsidP="00180DFE">
            <w:pPr>
              <w:pStyle w:val="SemEspaamento"/>
            </w:pPr>
            <w:r w:rsidRPr="00180DFE">
              <w:t>AUX - 9074</w:t>
            </w:r>
          </w:p>
        </w:tc>
      </w:tr>
      <w:tr w:rsidR="00180DFE" w:rsidRPr="00180DFE" w14:paraId="0B0B8BA1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BC48F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07591" w14:textId="77777777" w:rsidR="00180DFE" w:rsidRPr="00180DFE" w:rsidRDefault="00180DFE" w:rsidP="00180DFE">
            <w:pPr>
              <w:pStyle w:val="SemEspaamento"/>
            </w:pPr>
            <w:r w:rsidRPr="00180DFE">
              <w:t>VW GOL 1.0 - 2021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B30CA" w14:textId="77777777" w:rsidR="00180DFE" w:rsidRPr="00180DFE" w:rsidRDefault="00180DFE" w:rsidP="00180DFE">
            <w:pPr>
              <w:pStyle w:val="SemEspaamento"/>
            </w:pPr>
            <w:r w:rsidRPr="00180DFE">
              <w:t>RHB – 3J15</w:t>
            </w:r>
          </w:p>
        </w:tc>
      </w:tr>
      <w:tr w:rsidR="00180DFE" w:rsidRPr="00180DFE" w14:paraId="68DBC985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85596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F83AE0" w14:textId="77777777" w:rsidR="00180DFE" w:rsidRPr="00180DFE" w:rsidRDefault="00180DFE" w:rsidP="00180DFE">
            <w:pPr>
              <w:pStyle w:val="SemEspaamento"/>
            </w:pPr>
            <w:r w:rsidRPr="00180DFE">
              <w:t>VW GOL 1.0 - 2021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785FB" w14:textId="77777777" w:rsidR="00180DFE" w:rsidRPr="00180DFE" w:rsidRDefault="00180DFE" w:rsidP="00180DFE">
            <w:pPr>
              <w:pStyle w:val="SemEspaamento"/>
            </w:pPr>
            <w:r w:rsidRPr="00180DFE">
              <w:t>RHB – 3J17</w:t>
            </w:r>
          </w:p>
        </w:tc>
      </w:tr>
      <w:tr w:rsidR="00180DFE" w:rsidRPr="00180DFE" w14:paraId="418DD8FA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EDD44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B4D65" w14:textId="77777777" w:rsidR="00180DFE" w:rsidRPr="00180DFE" w:rsidRDefault="00180DFE" w:rsidP="00180DFE">
            <w:pPr>
              <w:pStyle w:val="SemEspaamento"/>
            </w:pPr>
            <w:r w:rsidRPr="00180DFE">
              <w:t>VW GOL 1.0 - 2021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517C5" w14:textId="77777777" w:rsidR="00180DFE" w:rsidRPr="00180DFE" w:rsidRDefault="00180DFE" w:rsidP="00180DFE">
            <w:pPr>
              <w:pStyle w:val="SemEspaamento"/>
            </w:pPr>
            <w:r w:rsidRPr="00180DFE">
              <w:t>BEX – 9I45</w:t>
            </w:r>
          </w:p>
        </w:tc>
      </w:tr>
      <w:tr w:rsidR="00180DFE" w:rsidRPr="00180DFE" w14:paraId="7FB2A41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9C4C3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E53CA" w14:textId="77777777" w:rsidR="00180DFE" w:rsidRPr="00180DFE" w:rsidRDefault="00180DFE" w:rsidP="00180DFE">
            <w:pPr>
              <w:pStyle w:val="SemEspaamento"/>
            </w:pPr>
            <w:r w:rsidRPr="00180DFE">
              <w:t>FORD KA SE 1.0 –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15C67" w14:textId="77777777" w:rsidR="00180DFE" w:rsidRPr="00180DFE" w:rsidRDefault="00180DFE" w:rsidP="00180DFE">
            <w:pPr>
              <w:pStyle w:val="SemEspaamento"/>
            </w:pPr>
            <w:r w:rsidRPr="00180DFE">
              <w:t>BCY-3B58</w:t>
            </w:r>
          </w:p>
        </w:tc>
      </w:tr>
      <w:tr w:rsidR="00180DFE" w:rsidRPr="00180DFE" w14:paraId="41CDB0F9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E3445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7DECE" w14:textId="77777777" w:rsidR="00180DFE" w:rsidRPr="00180DFE" w:rsidRDefault="00180DFE" w:rsidP="00180DFE">
            <w:pPr>
              <w:pStyle w:val="SemEspaamento"/>
            </w:pPr>
            <w:r w:rsidRPr="00180DFE">
              <w:t>FORD KA SE 1.0 –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B7753" w14:textId="77777777" w:rsidR="00180DFE" w:rsidRPr="00180DFE" w:rsidRDefault="00180DFE" w:rsidP="00180DFE">
            <w:pPr>
              <w:pStyle w:val="SemEspaamento"/>
            </w:pPr>
            <w:r w:rsidRPr="00180DFE">
              <w:t>BDF-4F07</w:t>
            </w:r>
          </w:p>
        </w:tc>
      </w:tr>
      <w:tr w:rsidR="00180DFE" w:rsidRPr="00180DFE" w14:paraId="31C68A12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B2A2F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E0BDD" w14:textId="77777777" w:rsidR="00180DFE" w:rsidRPr="00180DFE" w:rsidRDefault="00180DFE" w:rsidP="00180DFE">
            <w:pPr>
              <w:pStyle w:val="SemEspaamento"/>
            </w:pPr>
            <w:r w:rsidRPr="00180DFE">
              <w:t>FORD KA SE 1.0 –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9FF5E" w14:textId="77777777" w:rsidR="00180DFE" w:rsidRPr="00180DFE" w:rsidRDefault="00180DFE" w:rsidP="00180DFE">
            <w:pPr>
              <w:pStyle w:val="SemEspaamento"/>
            </w:pPr>
            <w:r w:rsidRPr="00180DFE">
              <w:t>BDF-3C43</w:t>
            </w:r>
          </w:p>
        </w:tc>
      </w:tr>
      <w:tr w:rsidR="00180DFE" w:rsidRPr="00180DFE" w14:paraId="29F1FD57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BB4F9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A8587" w14:textId="77777777" w:rsidR="00180DFE" w:rsidRPr="00180DFE" w:rsidRDefault="00180DFE" w:rsidP="00180DFE">
            <w:pPr>
              <w:pStyle w:val="SemEspaamento"/>
            </w:pPr>
            <w:r w:rsidRPr="00180DFE">
              <w:t>RENALT CLIO EXPRESSION 2015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17A69" w14:textId="77777777" w:rsidR="00180DFE" w:rsidRPr="00180DFE" w:rsidRDefault="00180DFE" w:rsidP="00180DFE">
            <w:pPr>
              <w:pStyle w:val="SemEspaamento"/>
            </w:pPr>
            <w:r w:rsidRPr="00180DFE">
              <w:t>AZY - 9367</w:t>
            </w:r>
          </w:p>
        </w:tc>
      </w:tr>
      <w:tr w:rsidR="00180DFE" w:rsidRPr="00180DFE" w14:paraId="31B8DB99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0BB5C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0A093" w14:textId="77777777" w:rsidR="00180DFE" w:rsidRPr="00180DFE" w:rsidRDefault="00180DFE" w:rsidP="00180DFE">
            <w:pPr>
              <w:pStyle w:val="SemEspaamento"/>
            </w:pPr>
            <w:r w:rsidRPr="00180DFE">
              <w:t>RENALT CLIO EXPRESSION 2015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CED4F" w14:textId="77777777" w:rsidR="00180DFE" w:rsidRPr="00180DFE" w:rsidRDefault="00180DFE" w:rsidP="00180DFE">
            <w:pPr>
              <w:pStyle w:val="SemEspaamento"/>
            </w:pPr>
            <w:r w:rsidRPr="00180DFE">
              <w:t>AZZ - 6208</w:t>
            </w:r>
          </w:p>
        </w:tc>
      </w:tr>
      <w:tr w:rsidR="00180DFE" w:rsidRPr="00180DFE" w14:paraId="34F21E4A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D45A4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55BE0" w14:textId="77777777" w:rsidR="00180DFE" w:rsidRPr="00180DFE" w:rsidRDefault="00180DFE" w:rsidP="00180DFE">
            <w:pPr>
              <w:pStyle w:val="SemEspaamento"/>
            </w:pPr>
            <w:r w:rsidRPr="00180DFE">
              <w:t>RENAULT KWID ZEN 1.0 - 2020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27C29" w14:textId="77777777" w:rsidR="00180DFE" w:rsidRPr="00180DFE" w:rsidRDefault="00180DFE" w:rsidP="00180DFE">
            <w:pPr>
              <w:pStyle w:val="SemEspaamento"/>
            </w:pPr>
            <w:r w:rsidRPr="00180DFE">
              <w:t>BEH-7F02</w:t>
            </w:r>
          </w:p>
        </w:tc>
      </w:tr>
      <w:tr w:rsidR="00180DFE" w:rsidRPr="00180DFE" w14:paraId="53BC497D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0DE3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9BBF2" w14:textId="77777777" w:rsidR="00180DFE" w:rsidRPr="00180DFE" w:rsidRDefault="00180DFE" w:rsidP="00180DFE">
            <w:pPr>
              <w:pStyle w:val="SemEspaamento"/>
            </w:pPr>
            <w:r w:rsidRPr="00180DFE">
              <w:t>RENAULT KWID ZEN 1.0 - 2020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C1631" w14:textId="77777777" w:rsidR="00180DFE" w:rsidRPr="00180DFE" w:rsidRDefault="00180DFE" w:rsidP="00180DFE">
            <w:pPr>
              <w:pStyle w:val="SemEspaamento"/>
            </w:pPr>
            <w:r w:rsidRPr="00180DFE">
              <w:t>BEH-7F03</w:t>
            </w:r>
          </w:p>
        </w:tc>
      </w:tr>
      <w:tr w:rsidR="00180DFE" w:rsidRPr="00180DFE" w14:paraId="496A2DA2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C2BA1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2BCEB" w14:textId="77777777" w:rsidR="00180DFE" w:rsidRPr="00180DFE" w:rsidRDefault="00180DFE" w:rsidP="00180DFE">
            <w:pPr>
              <w:pStyle w:val="SemEspaamento"/>
            </w:pPr>
            <w:r w:rsidRPr="00180DFE">
              <w:t>RENAULT KWID ZEN 1.0 - 2020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65FE8" w14:textId="77777777" w:rsidR="00180DFE" w:rsidRPr="00180DFE" w:rsidRDefault="00180DFE" w:rsidP="00180DFE">
            <w:pPr>
              <w:pStyle w:val="SemEspaamento"/>
            </w:pPr>
            <w:r w:rsidRPr="00180DFE">
              <w:t>BEH-7F04</w:t>
            </w:r>
          </w:p>
        </w:tc>
      </w:tr>
      <w:tr w:rsidR="00180DFE" w:rsidRPr="00180DFE" w14:paraId="319950A1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57E5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C84F5" w14:textId="77777777" w:rsidR="00180DFE" w:rsidRPr="00180DFE" w:rsidRDefault="00180DFE" w:rsidP="00180DFE">
            <w:pPr>
              <w:pStyle w:val="SemEspaamento"/>
            </w:pPr>
            <w:r w:rsidRPr="00180DFE">
              <w:t>FIAT FASTBACK TURBO 200 – 2025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56B12" w14:textId="77777777" w:rsidR="00180DFE" w:rsidRPr="00180DFE" w:rsidRDefault="00180DFE" w:rsidP="00180DFE">
            <w:pPr>
              <w:pStyle w:val="SemEspaamento"/>
            </w:pPr>
            <w:r w:rsidRPr="00180DFE">
              <w:t>UAV-2D15</w:t>
            </w:r>
          </w:p>
        </w:tc>
      </w:tr>
      <w:tr w:rsidR="00180DFE" w:rsidRPr="00180DFE" w14:paraId="4F1CA92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70814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DCE11" w14:textId="77777777" w:rsidR="00180DFE" w:rsidRPr="00180DFE" w:rsidRDefault="00180DFE" w:rsidP="00180DFE">
            <w:pPr>
              <w:pStyle w:val="SemEspaamento"/>
            </w:pPr>
            <w:r w:rsidRPr="00180DFE">
              <w:t>CITROEN C3 LIVE 1.0 MT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7441C" w14:textId="77777777" w:rsidR="00180DFE" w:rsidRPr="00180DFE" w:rsidRDefault="00180DFE" w:rsidP="00180DFE">
            <w:pPr>
              <w:pStyle w:val="SemEspaamento"/>
            </w:pPr>
            <w:r w:rsidRPr="00180DFE">
              <w:t>XXX-XXXX</w:t>
            </w:r>
          </w:p>
        </w:tc>
      </w:tr>
    </w:tbl>
    <w:p w14:paraId="19924C35" w14:textId="77777777" w:rsidR="00180DFE" w:rsidRPr="00180DFE" w:rsidRDefault="00180DFE" w:rsidP="00180DFE">
      <w:pPr>
        <w:pStyle w:val="SemEspaamento"/>
        <w:rPr>
          <w:lang w:val="pt-BR"/>
        </w:rPr>
      </w:pPr>
    </w:p>
    <w:p w14:paraId="1C825D94" w14:textId="77777777" w:rsidR="00180DFE" w:rsidRPr="00180DFE" w:rsidRDefault="00180DFE" w:rsidP="00180DFE">
      <w:pPr>
        <w:pStyle w:val="SemEspaamento"/>
        <w:rPr>
          <w:lang w:val="pt-BR"/>
        </w:rPr>
      </w:pPr>
    </w:p>
    <w:p w14:paraId="504CC5D0" w14:textId="77777777" w:rsidR="00180DFE" w:rsidRPr="00180DFE" w:rsidRDefault="00180DFE" w:rsidP="00180DFE">
      <w:pPr>
        <w:pStyle w:val="SemEspaamento"/>
        <w:rPr>
          <w:b/>
          <w:bCs/>
          <w:lang w:val="pt-BR"/>
        </w:rPr>
      </w:pPr>
      <w:r w:rsidRPr="00180DFE">
        <w:rPr>
          <w:lang w:val="pt-BR"/>
        </w:rPr>
        <w:t xml:space="preserve"> </w:t>
      </w:r>
      <w:r w:rsidRPr="00180DFE">
        <w:rPr>
          <w:b/>
          <w:bCs/>
          <w:lang w:val="pt-BR"/>
        </w:rPr>
        <w:t>VEÍCULOS MÉDIOS:</w:t>
      </w:r>
    </w:p>
    <w:tbl>
      <w:tblPr>
        <w:tblW w:w="7950" w:type="dxa"/>
        <w:tblInd w:w="12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3"/>
        <w:gridCol w:w="5102"/>
        <w:gridCol w:w="2125"/>
      </w:tblGrid>
      <w:tr w:rsidR="00180DFE" w:rsidRPr="00180DFE" w14:paraId="455FD51B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DAE9B" w14:textId="77777777" w:rsidR="00180DFE" w:rsidRPr="00180DFE" w:rsidRDefault="00180DFE" w:rsidP="00180DFE">
            <w:pPr>
              <w:pStyle w:val="SemEspaamento"/>
            </w:pPr>
            <w:r w:rsidRPr="00180DFE">
              <w:t>N.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03551" w14:textId="77777777" w:rsidR="00180DFE" w:rsidRPr="00180DFE" w:rsidRDefault="00180DFE" w:rsidP="00180DFE">
            <w:pPr>
              <w:pStyle w:val="SemEspaamento"/>
            </w:pPr>
            <w:r w:rsidRPr="00180DFE">
              <w:t>VEÍCULO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A496E" w14:textId="77777777" w:rsidR="00180DFE" w:rsidRPr="00180DFE" w:rsidRDefault="00180DFE" w:rsidP="00180DFE">
            <w:pPr>
              <w:pStyle w:val="SemEspaamento"/>
            </w:pPr>
            <w:r w:rsidRPr="00180DFE">
              <w:t>PLACA</w:t>
            </w:r>
          </w:p>
        </w:tc>
      </w:tr>
      <w:tr w:rsidR="00180DFE" w:rsidRPr="00180DFE" w14:paraId="54FE7B0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F45FA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C4125" w14:textId="77777777" w:rsidR="00180DFE" w:rsidRPr="00180DFE" w:rsidRDefault="00180DFE" w:rsidP="00180DFE">
            <w:pPr>
              <w:pStyle w:val="SemEspaamento"/>
            </w:pPr>
            <w:r w:rsidRPr="00180DFE">
              <w:t>AMBULÂNCIA RENAULT ALTEC - 2019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BDA33" w14:textId="77777777" w:rsidR="00180DFE" w:rsidRPr="00180DFE" w:rsidRDefault="00180DFE" w:rsidP="00180DFE">
            <w:pPr>
              <w:pStyle w:val="SemEspaamento"/>
            </w:pPr>
            <w:r w:rsidRPr="00180DFE">
              <w:t>ARX - 2170</w:t>
            </w:r>
          </w:p>
        </w:tc>
      </w:tr>
      <w:tr w:rsidR="00180DFE" w:rsidRPr="00180DFE" w14:paraId="18A11EB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233E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DEA87" w14:textId="77777777" w:rsidR="00180DFE" w:rsidRPr="00180DFE" w:rsidRDefault="00180DFE" w:rsidP="00180DFE">
            <w:pPr>
              <w:pStyle w:val="SemEspaamento"/>
            </w:pPr>
            <w:r w:rsidRPr="00180DFE">
              <w:t>AMBULÂNCIA RENAULT - 2013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B0D12" w14:textId="77777777" w:rsidR="00180DFE" w:rsidRPr="00180DFE" w:rsidRDefault="00180DFE" w:rsidP="00180DFE">
            <w:pPr>
              <w:pStyle w:val="SemEspaamento"/>
            </w:pPr>
            <w:r w:rsidRPr="00180DFE">
              <w:t>AXJ - 1578</w:t>
            </w:r>
          </w:p>
        </w:tc>
      </w:tr>
      <w:tr w:rsidR="00180DFE" w:rsidRPr="00180DFE" w14:paraId="3758BF5C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42EA4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E3374" w14:textId="77777777" w:rsidR="00180DFE" w:rsidRPr="00180DFE" w:rsidRDefault="00180DFE" w:rsidP="00180DFE">
            <w:pPr>
              <w:pStyle w:val="SemEspaamento"/>
            </w:pPr>
            <w:r w:rsidRPr="00180DFE">
              <w:t>AMBULÂNCIA RENAULT - 2018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8B5F1" w14:textId="77777777" w:rsidR="00180DFE" w:rsidRPr="00180DFE" w:rsidRDefault="00180DFE" w:rsidP="00180DFE">
            <w:pPr>
              <w:pStyle w:val="SemEspaamento"/>
            </w:pPr>
            <w:r w:rsidRPr="00180DFE">
              <w:t>BCQ - 4153</w:t>
            </w:r>
          </w:p>
        </w:tc>
      </w:tr>
      <w:tr w:rsidR="00180DFE" w:rsidRPr="00180DFE" w14:paraId="08E151A9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1F9F9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F9F38" w14:textId="77777777" w:rsidR="00180DFE" w:rsidRPr="00180DFE" w:rsidRDefault="00180DFE" w:rsidP="00180DFE">
            <w:pPr>
              <w:pStyle w:val="SemEspaamento"/>
            </w:pPr>
            <w:r w:rsidRPr="00180DFE">
              <w:t>FIAT DUCATO – 2012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C186A" w14:textId="77777777" w:rsidR="00180DFE" w:rsidRPr="00180DFE" w:rsidRDefault="00180DFE" w:rsidP="00180DFE">
            <w:pPr>
              <w:pStyle w:val="SemEspaamento"/>
            </w:pPr>
            <w:r w:rsidRPr="00180DFE">
              <w:t>AVP - 3466</w:t>
            </w:r>
          </w:p>
        </w:tc>
      </w:tr>
      <w:tr w:rsidR="00180DFE" w:rsidRPr="00180DFE" w14:paraId="28EE968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667E2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C1860" w14:textId="77777777" w:rsidR="00180DFE" w:rsidRPr="00180DFE" w:rsidRDefault="00180DFE" w:rsidP="00180DFE">
            <w:pPr>
              <w:pStyle w:val="SemEspaamento"/>
            </w:pPr>
            <w:r w:rsidRPr="00180DFE">
              <w:t>FIAT DUCATO MULTI TA 03 PAS – 2016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FFB75" w14:textId="77777777" w:rsidR="00180DFE" w:rsidRPr="00180DFE" w:rsidRDefault="00180DFE" w:rsidP="00180DFE">
            <w:pPr>
              <w:pStyle w:val="SemEspaamento"/>
            </w:pPr>
            <w:r w:rsidRPr="00180DFE">
              <w:t>BBO - 5469</w:t>
            </w:r>
          </w:p>
        </w:tc>
      </w:tr>
      <w:tr w:rsidR="00180DFE" w:rsidRPr="00180DFE" w14:paraId="67ED6C13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105B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52D6C" w14:textId="77777777" w:rsidR="00180DFE" w:rsidRPr="00180DFE" w:rsidRDefault="00180DFE" w:rsidP="00180DFE">
            <w:pPr>
              <w:pStyle w:val="SemEspaamento"/>
            </w:pPr>
            <w:r w:rsidRPr="00180DFE">
              <w:t>VAN FIAT DUCATO – 2020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C704F" w14:textId="77777777" w:rsidR="00180DFE" w:rsidRPr="00180DFE" w:rsidRDefault="00180DFE" w:rsidP="00180DFE">
            <w:pPr>
              <w:pStyle w:val="SemEspaamento"/>
            </w:pPr>
            <w:r w:rsidRPr="00180DFE">
              <w:t>BEM - 9G37</w:t>
            </w:r>
          </w:p>
        </w:tc>
      </w:tr>
      <w:tr w:rsidR="00180DFE" w:rsidRPr="00180DFE" w14:paraId="3DF93430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80BE4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CEE63" w14:textId="77777777" w:rsidR="00180DFE" w:rsidRPr="00180DFE" w:rsidRDefault="00180DFE" w:rsidP="00180DFE">
            <w:pPr>
              <w:pStyle w:val="SemEspaamento"/>
            </w:pPr>
            <w:r w:rsidRPr="00180DFE">
              <w:t>VAN DUCATO –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22D85" w14:textId="77777777" w:rsidR="00180DFE" w:rsidRPr="00180DFE" w:rsidRDefault="00180DFE" w:rsidP="00180DFE">
            <w:pPr>
              <w:pStyle w:val="SemEspaamento"/>
            </w:pPr>
            <w:r w:rsidRPr="00180DFE">
              <w:t>BCN - 2281</w:t>
            </w:r>
          </w:p>
        </w:tc>
      </w:tr>
      <w:tr w:rsidR="00180DFE" w:rsidRPr="00180DFE" w14:paraId="01A52815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3EC5B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F2D82" w14:textId="77777777" w:rsidR="00180DFE" w:rsidRPr="00180DFE" w:rsidRDefault="00180DFE" w:rsidP="00180DFE">
            <w:pPr>
              <w:pStyle w:val="SemEspaamento"/>
            </w:pPr>
            <w:r w:rsidRPr="00180DFE">
              <w:t xml:space="preserve">AMBULÂNCIA PEUGEOT BOXER - 2015 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1B4E3" w14:textId="77777777" w:rsidR="00180DFE" w:rsidRPr="00180DFE" w:rsidRDefault="00180DFE" w:rsidP="00180DFE">
            <w:pPr>
              <w:pStyle w:val="SemEspaamento"/>
            </w:pPr>
            <w:r w:rsidRPr="00180DFE">
              <w:t>BAE - 9295</w:t>
            </w:r>
          </w:p>
        </w:tc>
      </w:tr>
      <w:tr w:rsidR="00180DFE" w:rsidRPr="00180DFE" w14:paraId="287E2B72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6946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66C62" w14:textId="77777777" w:rsidR="00180DFE" w:rsidRPr="00180DFE" w:rsidRDefault="00180DFE" w:rsidP="00180DFE">
            <w:pPr>
              <w:pStyle w:val="SemEspaamento"/>
            </w:pPr>
            <w:r w:rsidRPr="00180DFE">
              <w:t>PEUGEOT BOXER – 2015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8DB9F" w14:textId="77777777" w:rsidR="00180DFE" w:rsidRPr="00180DFE" w:rsidRDefault="00180DFE" w:rsidP="00180DFE">
            <w:pPr>
              <w:pStyle w:val="SemEspaamento"/>
            </w:pPr>
            <w:r w:rsidRPr="00180DFE">
              <w:t>BAD - 8451</w:t>
            </w:r>
          </w:p>
        </w:tc>
      </w:tr>
      <w:tr w:rsidR="00180DFE" w:rsidRPr="00180DFE" w14:paraId="5C2516EC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56F3C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91AD3" w14:textId="77777777" w:rsidR="00180DFE" w:rsidRPr="00180DFE" w:rsidRDefault="00180DFE" w:rsidP="00180DFE">
            <w:pPr>
              <w:pStyle w:val="SemEspaamento"/>
            </w:pPr>
            <w:r w:rsidRPr="00180DFE">
              <w:t>FORD RANGER CABINE SIMPLES GAS 2005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6FC2C" w14:textId="77777777" w:rsidR="00180DFE" w:rsidRPr="00180DFE" w:rsidRDefault="00180DFE" w:rsidP="00180DFE">
            <w:pPr>
              <w:pStyle w:val="SemEspaamento"/>
            </w:pPr>
            <w:r w:rsidRPr="00180DFE">
              <w:t>AMY - 5528</w:t>
            </w:r>
          </w:p>
        </w:tc>
      </w:tr>
    </w:tbl>
    <w:p w14:paraId="15ED4E27" w14:textId="77777777" w:rsidR="00180DFE" w:rsidRPr="00180DFE" w:rsidRDefault="00180DFE" w:rsidP="00180DFE">
      <w:pPr>
        <w:pStyle w:val="SemEspaamento"/>
        <w:rPr>
          <w:lang w:val="pt-BR"/>
        </w:rPr>
      </w:pPr>
    </w:p>
    <w:p w14:paraId="4BDBEFA8" w14:textId="77777777" w:rsidR="00180DFE" w:rsidRPr="00180DFE" w:rsidRDefault="00180DFE" w:rsidP="00180DFE">
      <w:pPr>
        <w:pStyle w:val="SemEspaamento"/>
        <w:rPr>
          <w:b/>
          <w:bCs/>
          <w:lang w:val="pt-BR"/>
        </w:rPr>
      </w:pPr>
    </w:p>
    <w:p w14:paraId="4F85D06E" w14:textId="77777777" w:rsidR="00180DFE" w:rsidRPr="00180DFE" w:rsidRDefault="00180DFE" w:rsidP="00180DFE">
      <w:pPr>
        <w:pStyle w:val="SemEspaamento"/>
        <w:rPr>
          <w:b/>
          <w:bCs/>
          <w:lang w:val="pt-BR"/>
        </w:rPr>
      </w:pPr>
      <w:r w:rsidRPr="00180DFE">
        <w:rPr>
          <w:b/>
          <w:bCs/>
          <w:lang w:val="pt-BR"/>
        </w:rPr>
        <w:t xml:space="preserve">  VEÍCULOS – ÔNIBUS, </w:t>
      </w:r>
      <w:proofErr w:type="gramStart"/>
      <w:r w:rsidRPr="00180DFE">
        <w:rPr>
          <w:b/>
          <w:bCs/>
          <w:lang w:val="pt-BR"/>
        </w:rPr>
        <w:t>MICRO ÔNIBUS</w:t>
      </w:r>
      <w:proofErr w:type="gramEnd"/>
      <w:r w:rsidRPr="00180DFE">
        <w:rPr>
          <w:b/>
          <w:bCs/>
          <w:lang w:val="pt-BR"/>
        </w:rPr>
        <w:t>:</w:t>
      </w:r>
    </w:p>
    <w:tbl>
      <w:tblPr>
        <w:tblW w:w="7950" w:type="dxa"/>
        <w:tblInd w:w="12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3"/>
        <w:gridCol w:w="5102"/>
        <w:gridCol w:w="2125"/>
      </w:tblGrid>
      <w:tr w:rsidR="00180DFE" w:rsidRPr="00180DFE" w14:paraId="3779E64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9E1FA" w14:textId="77777777" w:rsidR="00180DFE" w:rsidRPr="00180DFE" w:rsidRDefault="00180DFE" w:rsidP="00180DFE">
            <w:pPr>
              <w:pStyle w:val="SemEspaamento"/>
            </w:pPr>
            <w:r w:rsidRPr="00180DFE">
              <w:t>N.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F21BE" w14:textId="77777777" w:rsidR="00180DFE" w:rsidRPr="00180DFE" w:rsidRDefault="00180DFE" w:rsidP="00180DFE">
            <w:pPr>
              <w:pStyle w:val="SemEspaamento"/>
            </w:pPr>
            <w:r w:rsidRPr="00180DFE">
              <w:t>VEÍCULO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E3B68" w14:textId="77777777" w:rsidR="00180DFE" w:rsidRPr="00180DFE" w:rsidRDefault="00180DFE" w:rsidP="00180DFE">
            <w:pPr>
              <w:pStyle w:val="SemEspaamento"/>
            </w:pPr>
            <w:r w:rsidRPr="00180DFE">
              <w:t>PLACA</w:t>
            </w:r>
          </w:p>
        </w:tc>
      </w:tr>
      <w:tr w:rsidR="00180DFE" w:rsidRPr="00180DFE" w14:paraId="22DAD726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37E3E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EEB91" w14:textId="77777777" w:rsidR="00180DFE" w:rsidRPr="00180DFE" w:rsidRDefault="00180DFE" w:rsidP="00180DFE">
            <w:pPr>
              <w:pStyle w:val="SemEspaamento"/>
            </w:pPr>
            <w:r w:rsidRPr="00180DFE">
              <w:t>ÕNIBUS IVECO BUS 10-190E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FC163" w14:textId="77777777" w:rsidR="00180DFE" w:rsidRPr="00180DFE" w:rsidRDefault="00180DFE" w:rsidP="00180DFE">
            <w:pPr>
              <w:pStyle w:val="SemEspaamento"/>
            </w:pPr>
            <w:r w:rsidRPr="00180DFE">
              <w:t>BEV – 7G43</w:t>
            </w:r>
          </w:p>
        </w:tc>
      </w:tr>
      <w:tr w:rsidR="00180DFE" w:rsidRPr="00180DFE" w14:paraId="796C6CD2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C8620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251BF" w14:textId="77777777" w:rsidR="00180DFE" w:rsidRPr="00180DFE" w:rsidRDefault="00180DFE" w:rsidP="00180DFE">
            <w:pPr>
              <w:pStyle w:val="SemEspaamento"/>
            </w:pPr>
            <w:r w:rsidRPr="00180DFE">
              <w:t>ÒNIBUS GRAN MININ VW 8.120 - 2009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6B0E1" w14:textId="77777777" w:rsidR="00180DFE" w:rsidRPr="00180DFE" w:rsidRDefault="00180DFE" w:rsidP="00180DFE">
            <w:pPr>
              <w:pStyle w:val="SemEspaamento"/>
            </w:pPr>
            <w:r w:rsidRPr="00180DFE">
              <w:t>ARF - 4221</w:t>
            </w:r>
          </w:p>
        </w:tc>
      </w:tr>
      <w:tr w:rsidR="00180DFE" w:rsidRPr="00180DFE" w14:paraId="08CA0535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7A043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BFA71" w14:textId="77777777" w:rsidR="00180DFE" w:rsidRPr="00180DFE" w:rsidRDefault="00180DFE" w:rsidP="00180DFE">
            <w:pPr>
              <w:pStyle w:val="SemEspaamento"/>
            </w:pPr>
            <w:r w:rsidRPr="00180DFE">
              <w:t>ÔNIBUS VW 15190 - 2018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37B32" w14:textId="77777777" w:rsidR="00180DFE" w:rsidRPr="00180DFE" w:rsidRDefault="00180DFE" w:rsidP="00180DFE">
            <w:pPr>
              <w:pStyle w:val="SemEspaamento"/>
            </w:pPr>
            <w:r w:rsidRPr="00180DFE">
              <w:t>BCN - 8232</w:t>
            </w:r>
          </w:p>
        </w:tc>
      </w:tr>
      <w:tr w:rsidR="00180DFE" w:rsidRPr="00180DFE" w14:paraId="6FA13CA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68624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4DC48" w14:textId="77777777" w:rsidR="00180DFE" w:rsidRPr="00180DFE" w:rsidRDefault="00180DFE" w:rsidP="00180DFE">
            <w:pPr>
              <w:pStyle w:val="SemEspaamento"/>
            </w:pPr>
            <w:r w:rsidRPr="00180DFE">
              <w:t>ÔNIBUS MB 1318 – 1992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3A1C1" w14:textId="77777777" w:rsidR="00180DFE" w:rsidRPr="00180DFE" w:rsidRDefault="00180DFE" w:rsidP="00180DFE">
            <w:pPr>
              <w:pStyle w:val="SemEspaamento"/>
            </w:pPr>
            <w:r w:rsidRPr="00180DFE">
              <w:t>KOV - 2023</w:t>
            </w:r>
          </w:p>
        </w:tc>
      </w:tr>
      <w:tr w:rsidR="00180DFE" w:rsidRPr="00180DFE" w14:paraId="0D324CB1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0E72E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183CA" w14:textId="77777777" w:rsidR="00180DFE" w:rsidRPr="00180DFE" w:rsidRDefault="00180DFE" w:rsidP="00180DFE">
            <w:pPr>
              <w:pStyle w:val="SemEspaamento"/>
            </w:pPr>
            <w:r w:rsidRPr="00180DFE">
              <w:t>MICRO ÔNIBUS MB LO 812 - 2009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99914" w14:textId="77777777" w:rsidR="00180DFE" w:rsidRPr="00180DFE" w:rsidRDefault="00180DFE" w:rsidP="00180DFE">
            <w:pPr>
              <w:pStyle w:val="SemEspaamento"/>
            </w:pPr>
            <w:r w:rsidRPr="00180DFE">
              <w:t>ARF - 9424</w:t>
            </w:r>
          </w:p>
        </w:tc>
      </w:tr>
      <w:tr w:rsidR="00180DFE" w:rsidRPr="00180DFE" w14:paraId="7D75D951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4CD29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F73D5" w14:textId="77777777" w:rsidR="00180DFE" w:rsidRPr="00180DFE" w:rsidRDefault="00180DFE" w:rsidP="00180DFE">
            <w:pPr>
              <w:pStyle w:val="SemEspaamento"/>
            </w:pPr>
            <w:r w:rsidRPr="00180DFE">
              <w:t>ÔNIBUS SCANIA K112 - 1986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BBFB2" w14:textId="77777777" w:rsidR="00180DFE" w:rsidRPr="00180DFE" w:rsidRDefault="00180DFE" w:rsidP="00180DFE">
            <w:pPr>
              <w:pStyle w:val="SemEspaamento"/>
            </w:pPr>
            <w:r w:rsidRPr="00180DFE">
              <w:t>GVJ - 9439</w:t>
            </w:r>
          </w:p>
        </w:tc>
      </w:tr>
      <w:tr w:rsidR="00180DFE" w:rsidRPr="00180DFE" w14:paraId="4C01F41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EE779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2C7EE" w14:textId="77777777" w:rsidR="00180DFE" w:rsidRPr="00180DFE" w:rsidRDefault="00180DFE" w:rsidP="00180DFE">
            <w:pPr>
              <w:pStyle w:val="SemEspaamento"/>
            </w:pPr>
            <w:r w:rsidRPr="00180DFE">
              <w:t>ÔNIBUS SCANIA K112 – 1988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CA711" w14:textId="77777777" w:rsidR="00180DFE" w:rsidRPr="00180DFE" w:rsidRDefault="00180DFE" w:rsidP="00180DFE">
            <w:pPr>
              <w:pStyle w:val="SemEspaamento"/>
            </w:pPr>
            <w:r w:rsidRPr="00180DFE">
              <w:t>IDS - 2365</w:t>
            </w:r>
          </w:p>
        </w:tc>
      </w:tr>
      <w:tr w:rsidR="00180DFE" w:rsidRPr="00180DFE" w14:paraId="06D82987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E0A0D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43339" w14:textId="77777777" w:rsidR="00180DFE" w:rsidRPr="00180DFE" w:rsidRDefault="00180DFE" w:rsidP="00180DFE">
            <w:pPr>
              <w:pStyle w:val="SemEspaamento"/>
            </w:pPr>
            <w:r w:rsidRPr="00180DFE">
              <w:t>MICRO ÔNIBUS VOLARE V8 LMO - 2018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DC26A" w14:textId="77777777" w:rsidR="00180DFE" w:rsidRPr="00180DFE" w:rsidRDefault="00180DFE" w:rsidP="00180DFE">
            <w:pPr>
              <w:pStyle w:val="SemEspaamento"/>
            </w:pPr>
            <w:r w:rsidRPr="00180DFE">
              <w:t>BCM - 6832</w:t>
            </w:r>
          </w:p>
        </w:tc>
      </w:tr>
      <w:tr w:rsidR="00180DFE" w:rsidRPr="00180DFE" w14:paraId="067C0F55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DE025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CC132" w14:textId="77777777" w:rsidR="00180DFE" w:rsidRPr="00180DFE" w:rsidRDefault="00180DFE" w:rsidP="00180DFE">
            <w:pPr>
              <w:pStyle w:val="SemEspaamento"/>
            </w:pPr>
            <w:r w:rsidRPr="00180DFE">
              <w:t>MICRO ÔNIBUS VOLARE V8 LMO - 2019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C83E0" w14:textId="77777777" w:rsidR="00180DFE" w:rsidRPr="00180DFE" w:rsidRDefault="00180DFE" w:rsidP="00180DFE">
            <w:pPr>
              <w:pStyle w:val="SemEspaamento"/>
            </w:pPr>
            <w:r w:rsidRPr="00180DFE">
              <w:t>BDG - 6175</w:t>
            </w:r>
          </w:p>
        </w:tc>
      </w:tr>
      <w:tr w:rsidR="00180DFE" w:rsidRPr="00180DFE" w14:paraId="62C9782C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4D305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047ED" w14:textId="77777777" w:rsidR="00180DFE" w:rsidRPr="00180DFE" w:rsidRDefault="00180DFE" w:rsidP="00180DFE">
            <w:pPr>
              <w:pStyle w:val="SemEspaamento"/>
            </w:pPr>
            <w:r w:rsidRPr="00180DFE">
              <w:t>ÔNIBUS VOLARE V8L 4X4 - 2020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4122A" w14:textId="77777777" w:rsidR="00180DFE" w:rsidRPr="00180DFE" w:rsidRDefault="00180DFE" w:rsidP="00180DFE">
            <w:pPr>
              <w:pStyle w:val="SemEspaamento"/>
            </w:pPr>
            <w:r w:rsidRPr="00180DFE">
              <w:t>BEV - 6B14</w:t>
            </w:r>
          </w:p>
        </w:tc>
      </w:tr>
      <w:tr w:rsidR="00180DFE" w:rsidRPr="00180DFE" w14:paraId="219BF0E8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4228D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E561D" w14:textId="77777777" w:rsidR="00180DFE" w:rsidRPr="00180DFE" w:rsidRDefault="00180DFE" w:rsidP="00180DFE">
            <w:pPr>
              <w:pStyle w:val="SemEspaamento"/>
            </w:pPr>
            <w:r w:rsidRPr="00180DFE">
              <w:t>ÕNIBUS VOLARE V8L EURO - 2022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A56AC" w14:textId="77777777" w:rsidR="00180DFE" w:rsidRPr="00180DFE" w:rsidRDefault="00180DFE" w:rsidP="00180DFE">
            <w:pPr>
              <w:pStyle w:val="SemEspaamento"/>
            </w:pPr>
            <w:r w:rsidRPr="00180DFE">
              <w:t>RHX – 7J55</w:t>
            </w:r>
          </w:p>
        </w:tc>
      </w:tr>
    </w:tbl>
    <w:p w14:paraId="7675C7C0" w14:textId="77777777" w:rsidR="00180DFE" w:rsidRPr="00180DFE" w:rsidRDefault="00180DFE" w:rsidP="00180DFE">
      <w:pPr>
        <w:pStyle w:val="SemEspaamento"/>
        <w:rPr>
          <w:lang w:val="pt-BR"/>
        </w:rPr>
      </w:pPr>
    </w:p>
    <w:p w14:paraId="1F7CF7EE" w14:textId="77777777" w:rsidR="00180DFE" w:rsidRPr="00180DFE" w:rsidRDefault="00180DFE" w:rsidP="00180DFE">
      <w:pPr>
        <w:pStyle w:val="SemEspaamento"/>
        <w:rPr>
          <w:b/>
          <w:bCs/>
          <w:lang w:val="pt-BR"/>
        </w:rPr>
      </w:pPr>
      <w:r w:rsidRPr="00180DFE">
        <w:rPr>
          <w:b/>
          <w:bCs/>
          <w:lang w:val="pt-BR"/>
        </w:rPr>
        <w:t xml:space="preserve">  </w:t>
      </w:r>
    </w:p>
    <w:p w14:paraId="18401D96" w14:textId="77777777" w:rsidR="00180DFE" w:rsidRPr="00180DFE" w:rsidRDefault="00180DFE" w:rsidP="00180DFE">
      <w:pPr>
        <w:pStyle w:val="SemEspaamento"/>
        <w:rPr>
          <w:b/>
          <w:bCs/>
          <w:lang w:val="pt-BR"/>
        </w:rPr>
      </w:pPr>
      <w:r w:rsidRPr="00180DFE">
        <w:rPr>
          <w:b/>
          <w:bCs/>
          <w:lang w:val="pt-BR"/>
        </w:rPr>
        <w:t>VEÍCULOS – CAMINHÕES:</w:t>
      </w:r>
    </w:p>
    <w:tbl>
      <w:tblPr>
        <w:tblW w:w="7950" w:type="dxa"/>
        <w:tblInd w:w="12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3"/>
        <w:gridCol w:w="5102"/>
        <w:gridCol w:w="2125"/>
      </w:tblGrid>
      <w:tr w:rsidR="00180DFE" w:rsidRPr="00180DFE" w14:paraId="67A84362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BB8D7" w14:textId="77777777" w:rsidR="00180DFE" w:rsidRPr="00180DFE" w:rsidRDefault="00180DFE" w:rsidP="00180DFE">
            <w:pPr>
              <w:pStyle w:val="SemEspaamento"/>
            </w:pPr>
            <w:r w:rsidRPr="00180DFE">
              <w:t>N.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EF689" w14:textId="77777777" w:rsidR="00180DFE" w:rsidRPr="00180DFE" w:rsidRDefault="00180DFE" w:rsidP="00180DFE">
            <w:pPr>
              <w:pStyle w:val="SemEspaamento"/>
            </w:pPr>
            <w:r w:rsidRPr="00180DFE">
              <w:t>VEÍCULO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4A4EE" w14:textId="77777777" w:rsidR="00180DFE" w:rsidRPr="00180DFE" w:rsidRDefault="00180DFE" w:rsidP="00180DFE">
            <w:pPr>
              <w:pStyle w:val="SemEspaamento"/>
            </w:pPr>
            <w:r w:rsidRPr="00180DFE">
              <w:t>PLACA</w:t>
            </w:r>
          </w:p>
        </w:tc>
      </w:tr>
      <w:tr w:rsidR="00180DFE" w:rsidRPr="00180DFE" w14:paraId="34537E2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DE96F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11135" w14:textId="77777777" w:rsidR="00180DFE" w:rsidRPr="00180DFE" w:rsidRDefault="00180DFE" w:rsidP="00180DFE">
            <w:pPr>
              <w:pStyle w:val="SemEspaamento"/>
            </w:pPr>
            <w:r w:rsidRPr="00180DFE">
              <w:t>BASCULANTE VW 26.220 - WORKER - 2010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DD57B" w14:textId="77777777" w:rsidR="00180DFE" w:rsidRPr="00180DFE" w:rsidRDefault="00180DFE" w:rsidP="00180DFE">
            <w:pPr>
              <w:pStyle w:val="SemEspaamento"/>
            </w:pPr>
            <w:r w:rsidRPr="00180DFE">
              <w:t>ATJ - 8122</w:t>
            </w:r>
          </w:p>
        </w:tc>
      </w:tr>
      <w:tr w:rsidR="00180DFE" w:rsidRPr="00180DFE" w14:paraId="07CF9B74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AF63C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51664" w14:textId="77777777" w:rsidR="00180DFE" w:rsidRPr="00180DFE" w:rsidRDefault="00180DFE" w:rsidP="00180DFE">
            <w:pPr>
              <w:pStyle w:val="SemEspaamento"/>
            </w:pPr>
            <w:r w:rsidRPr="00180DFE">
              <w:t>LIMPA-FOSSA VW 14.190 - 2021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8D5D1" w14:textId="77777777" w:rsidR="00180DFE" w:rsidRPr="00180DFE" w:rsidRDefault="00180DFE" w:rsidP="00180DFE">
            <w:pPr>
              <w:pStyle w:val="SemEspaamento"/>
            </w:pPr>
            <w:r w:rsidRPr="00180DFE">
              <w:t xml:space="preserve">RHR – 3D09 </w:t>
            </w:r>
          </w:p>
        </w:tc>
      </w:tr>
      <w:tr w:rsidR="00180DFE" w:rsidRPr="00180DFE" w14:paraId="700DFB09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B738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BD955" w14:textId="77777777" w:rsidR="00180DFE" w:rsidRPr="00180DFE" w:rsidRDefault="00180DFE" w:rsidP="00180DFE">
            <w:pPr>
              <w:pStyle w:val="SemEspaamento"/>
            </w:pPr>
            <w:r w:rsidRPr="00180DFE">
              <w:t>COMPACTADOR VW 17.190 – 2022/2023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D832B" w14:textId="77777777" w:rsidR="00180DFE" w:rsidRPr="00180DFE" w:rsidRDefault="00180DFE" w:rsidP="00180DFE">
            <w:pPr>
              <w:pStyle w:val="SemEspaamento"/>
            </w:pPr>
            <w:r w:rsidRPr="00180DFE">
              <w:t>RHZ-8G83</w:t>
            </w:r>
          </w:p>
        </w:tc>
      </w:tr>
      <w:tr w:rsidR="00180DFE" w:rsidRPr="00180DFE" w14:paraId="26286FD9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4701E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E25D0" w14:textId="77777777" w:rsidR="00180DFE" w:rsidRPr="00180DFE" w:rsidRDefault="00180DFE" w:rsidP="00180DFE">
            <w:pPr>
              <w:pStyle w:val="SemEspaamento"/>
            </w:pPr>
            <w:r w:rsidRPr="00180DFE">
              <w:t>BASCULANTE FORD CARGO 2423 - 2012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D5A27" w14:textId="77777777" w:rsidR="00180DFE" w:rsidRPr="00180DFE" w:rsidRDefault="00180DFE" w:rsidP="00180DFE">
            <w:pPr>
              <w:pStyle w:val="SemEspaamento"/>
            </w:pPr>
            <w:r w:rsidRPr="00180DFE">
              <w:t>AXI - 7990</w:t>
            </w:r>
          </w:p>
        </w:tc>
      </w:tr>
      <w:tr w:rsidR="00180DFE" w:rsidRPr="00180DFE" w14:paraId="50128E81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79DF6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53E72B" w14:textId="77777777" w:rsidR="00180DFE" w:rsidRPr="00180DFE" w:rsidRDefault="00180DFE" w:rsidP="00180DFE">
            <w:pPr>
              <w:pStyle w:val="SemEspaamento"/>
            </w:pPr>
            <w:r w:rsidRPr="00180DFE">
              <w:t>COMPACTADOR IVECO TECTOR 150E21 – 2017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83FC1" w14:textId="77777777" w:rsidR="00180DFE" w:rsidRPr="00180DFE" w:rsidRDefault="00180DFE" w:rsidP="00180DFE">
            <w:pPr>
              <w:pStyle w:val="SemEspaamento"/>
            </w:pPr>
            <w:r w:rsidRPr="00180DFE">
              <w:t>BCB – 2253</w:t>
            </w:r>
          </w:p>
        </w:tc>
      </w:tr>
      <w:tr w:rsidR="00180DFE" w:rsidRPr="00180DFE" w14:paraId="564170A5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1B7F6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550C" w14:textId="77777777" w:rsidR="00180DFE" w:rsidRPr="00180DFE" w:rsidRDefault="00180DFE" w:rsidP="00180DFE">
            <w:pPr>
              <w:pStyle w:val="SemEspaamento"/>
            </w:pPr>
            <w:r w:rsidRPr="00180DFE">
              <w:t>BASCULANTE MB ATRON 2729 K6X4 - 2014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A90CB" w14:textId="77777777" w:rsidR="00180DFE" w:rsidRPr="00180DFE" w:rsidRDefault="00180DFE" w:rsidP="00180DFE">
            <w:pPr>
              <w:pStyle w:val="SemEspaamento"/>
            </w:pPr>
            <w:r w:rsidRPr="00180DFE">
              <w:t>AZA - 8931</w:t>
            </w:r>
          </w:p>
        </w:tc>
      </w:tr>
      <w:tr w:rsidR="00180DFE" w:rsidRPr="00180DFE" w14:paraId="3910073F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B4CEC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2D18D" w14:textId="77777777" w:rsidR="00180DFE" w:rsidRPr="00180DFE" w:rsidRDefault="00180DFE" w:rsidP="00180DFE">
            <w:pPr>
              <w:pStyle w:val="SemEspaamento"/>
            </w:pPr>
            <w:r w:rsidRPr="00180DFE">
              <w:t xml:space="preserve">TANQUE </w:t>
            </w:r>
            <w:proofErr w:type="gramStart"/>
            <w:r w:rsidRPr="00180DFE">
              <w:t>PIPA  MB</w:t>
            </w:r>
            <w:proofErr w:type="gramEnd"/>
            <w:r w:rsidRPr="00180DFE">
              <w:t xml:space="preserve"> ATEGO 1419 - 2021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DE391" w14:textId="77777777" w:rsidR="00180DFE" w:rsidRPr="00180DFE" w:rsidRDefault="00180DFE" w:rsidP="00180DFE">
            <w:pPr>
              <w:pStyle w:val="SemEspaamento"/>
            </w:pPr>
            <w:r w:rsidRPr="00180DFE">
              <w:t>RHG – 4A24</w:t>
            </w:r>
          </w:p>
        </w:tc>
      </w:tr>
      <w:tr w:rsidR="00180DFE" w:rsidRPr="00180DFE" w14:paraId="43BFDD6E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2BFFF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C77C0" w14:textId="77777777" w:rsidR="00180DFE" w:rsidRPr="00180DFE" w:rsidRDefault="00180DFE" w:rsidP="00180DFE">
            <w:pPr>
              <w:pStyle w:val="SemEspaamento"/>
            </w:pPr>
            <w:r w:rsidRPr="00180DFE">
              <w:t>POLIGUINDASTE MB 1719 - 2021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AB99E" w14:textId="77777777" w:rsidR="00180DFE" w:rsidRPr="00180DFE" w:rsidRDefault="00180DFE" w:rsidP="00180DFE">
            <w:pPr>
              <w:pStyle w:val="SemEspaamento"/>
            </w:pPr>
            <w:r w:rsidRPr="00180DFE">
              <w:t>RHW-8G11</w:t>
            </w:r>
          </w:p>
        </w:tc>
      </w:tr>
      <w:tr w:rsidR="00180DFE" w:rsidRPr="00180DFE" w14:paraId="71A6D85E" w14:textId="77777777">
        <w:trPr>
          <w:trHeight w:val="25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EA8B1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A5F14" w14:textId="77777777" w:rsidR="00180DFE" w:rsidRPr="00180DFE" w:rsidRDefault="00180DFE" w:rsidP="00180DFE">
            <w:pPr>
              <w:pStyle w:val="SemEspaamento"/>
            </w:pPr>
            <w:r w:rsidRPr="00180DFE">
              <w:t>BASCULANTE VW 31.320 6X4 – 2025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E2E67" w14:textId="77777777" w:rsidR="00180DFE" w:rsidRPr="00180DFE" w:rsidRDefault="00180DFE" w:rsidP="00180DFE">
            <w:pPr>
              <w:pStyle w:val="SemEspaamento"/>
            </w:pPr>
            <w:r w:rsidRPr="00180DFE">
              <w:t>XXX-XXXX</w:t>
            </w:r>
          </w:p>
        </w:tc>
      </w:tr>
    </w:tbl>
    <w:p w14:paraId="28C77BC5" w14:textId="77777777" w:rsidR="00180DFE" w:rsidRPr="00180DFE" w:rsidRDefault="00180DFE" w:rsidP="00180DFE">
      <w:pPr>
        <w:pStyle w:val="SemEspaamento"/>
      </w:pPr>
    </w:p>
    <w:p w14:paraId="07E40485" w14:textId="77777777" w:rsidR="00180DFE" w:rsidRPr="00180DFE" w:rsidRDefault="00180DFE" w:rsidP="00180DFE">
      <w:pPr>
        <w:pStyle w:val="SemEspaamento"/>
        <w:rPr>
          <w:b/>
          <w:bCs/>
        </w:rPr>
      </w:pPr>
    </w:p>
    <w:p w14:paraId="518E0E86" w14:textId="77777777" w:rsidR="00180DFE" w:rsidRPr="00180DFE" w:rsidRDefault="00180DFE" w:rsidP="00180DFE">
      <w:pPr>
        <w:pStyle w:val="SemEspaamento"/>
        <w:rPr>
          <w:b/>
          <w:bCs/>
        </w:rPr>
      </w:pPr>
      <w:r w:rsidRPr="00180DFE">
        <w:rPr>
          <w:b/>
          <w:bCs/>
        </w:rPr>
        <w:t>MÁQUINAS PESADAS</w:t>
      </w:r>
    </w:p>
    <w:tbl>
      <w:tblPr>
        <w:tblW w:w="7935" w:type="dxa"/>
        <w:tblInd w:w="13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1"/>
        <w:gridCol w:w="5260"/>
        <w:gridCol w:w="1984"/>
      </w:tblGrid>
      <w:tr w:rsidR="00180DFE" w:rsidRPr="00180DFE" w14:paraId="04072BA4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00AF6" w14:textId="77777777" w:rsidR="00180DFE" w:rsidRPr="00180DFE" w:rsidRDefault="00180DFE" w:rsidP="00180DFE">
            <w:pPr>
              <w:pStyle w:val="SemEspaamento"/>
            </w:pPr>
            <w:r w:rsidRPr="00180DFE">
              <w:t>N.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168DE" w14:textId="77777777" w:rsidR="00180DFE" w:rsidRPr="00180DFE" w:rsidRDefault="00180DFE" w:rsidP="00180DFE">
            <w:pPr>
              <w:pStyle w:val="SemEspaamento"/>
            </w:pPr>
            <w:r w:rsidRPr="00180DFE">
              <w:t>MÁQUINA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0DCE6" w14:textId="77777777" w:rsidR="00180DFE" w:rsidRPr="00180DFE" w:rsidRDefault="00180DFE" w:rsidP="00180DFE">
            <w:pPr>
              <w:pStyle w:val="SemEspaamento"/>
              <w:rPr>
                <w:lang w:val="pt-BR"/>
              </w:rPr>
            </w:pPr>
            <w:r w:rsidRPr="00180DFE">
              <w:t>N</w:t>
            </w:r>
            <w:r w:rsidRPr="00180DFE">
              <w:rPr>
                <w:lang w:val="pt-BR"/>
              </w:rPr>
              <w:t>º</w:t>
            </w:r>
          </w:p>
        </w:tc>
      </w:tr>
      <w:tr w:rsidR="00180DFE" w:rsidRPr="00180DFE" w14:paraId="0829AEB5" w14:textId="77777777">
        <w:trPr>
          <w:trHeight w:val="65"/>
        </w:trPr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1DC04" w14:textId="77777777" w:rsidR="00180DFE" w:rsidRPr="00180DFE" w:rsidRDefault="00180DFE" w:rsidP="00180DFE">
            <w:pPr>
              <w:pStyle w:val="SemEspaamento"/>
            </w:pPr>
            <w:r w:rsidRPr="00180DFE">
              <w:t>1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24A17" w14:textId="77777777" w:rsidR="00180DFE" w:rsidRPr="00180DFE" w:rsidRDefault="00180DFE" w:rsidP="00180DFE">
            <w:pPr>
              <w:pStyle w:val="SemEspaamento"/>
            </w:pPr>
            <w:r w:rsidRPr="00180DFE">
              <w:t>MOTONIVELADORA CATERPILLAR 120K – 2013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11684" w14:textId="77777777" w:rsidR="00180DFE" w:rsidRPr="00180DFE" w:rsidRDefault="00180DFE" w:rsidP="00180DFE">
            <w:pPr>
              <w:pStyle w:val="SemEspaamento"/>
            </w:pPr>
            <w:r w:rsidRPr="00180DFE">
              <w:t>MOT-0120</w:t>
            </w:r>
          </w:p>
        </w:tc>
      </w:tr>
      <w:tr w:rsidR="00180DFE" w:rsidRPr="00180DFE" w14:paraId="1781DADC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006AF" w14:textId="77777777" w:rsidR="00180DFE" w:rsidRPr="00180DFE" w:rsidRDefault="00180DFE" w:rsidP="00180DFE">
            <w:pPr>
              <w:pStyle w:val="SemEspaamento"/>
            </w:pPr>
            <w:r w:rsidRPr="00180DFE">
              <w:t>2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D3280" w14:textId="77777777" w:rsidR="00180DFE" w:rsidRPr="00180DFE" w:rsidRDefault="00180DFE" w:rsidP="00180DFE">
            <w:pPr>
              <w:pStyle w:val="SemEspaamento"/>
            </w:pPr>
            <w:r w:rsidRPr="00180DFE">
              <w:t>RETROESCAVADEIRA CATERPILLAR 416E – 2013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74AEA" w14:textId="77777777" w:rsidR="00180DFE" w:rsidRPr="00180DFE" w:rsidRDefault="00180DFE" w:rsidP="00180DFE">
            <w:pPr>
              <w:pStyle w:val="SemEspaamento"/>
            </w:pPr>
            <w:r w:rsidRPr="00180DFE">
              <w:t>RET-0416</w:t>
            </w:r>
          </w:p>
        </w:tc>
      </w:tr>
      <w:tr w:rsidR="00180DFE" w:rsidRPr="00180DFE" w14:paraId="41D52CDC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5FA51" w14:textId="77777777" w:rsidR="00180DFE" w:rsidRPr="00180DFE" w:rsidRDefault="00180DFE" w:rsidP="00180DFE">
            <w:pPr>
              <w:pStyle w:val="SemEspaamento"/>
            </w:pPr>
            <w:r w:rsidRPr="00180DFE">
              <w:t>3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0F1CF" w14:textId="77777777" w:rsidR="00180DFE" w:rsidRPr="00180DFE" w:rsidRDefault="00180DFE" w:rsidP="00180DFE">
            <w:pPr>
              <w:pStyle w:val="SemEspaamento"/>
            </w:pPr>
            <w:r w:rsidRPr="00180DFE">
              <w:t>RETROESCADEIRA XC870 BR-1 XCMG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959C2" w14:textId="77777777" w:rsidR="00180DFE" w:rsidRPr="00180DFE" w:rsidRDefault="00180DFE" w:rsidP="00180DFE">
            <w:pPr>
              <w:pStyle w:val="SemEspaamento"/>
            </w:pPr>
            <w:r w:rsidRPr="00180DFE">
              <w:t>XCMG</w:t>
            </w:r>
          </w:p>
        </w:tc>
      </w:tr>
      <w:tr w:rsidR="00180DFE" w:rsidRPr="00180DFE" w14:paraId="05D08D18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6D568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5B652" w14:textId="77777777" w:rsidR="00180DFE" w:rsidRPr="00180DFE" w:rsidRDefault="00180DFE" w:rsidP="00180DFE">
            <w:pPr>
              <w:pStyle w:val="SemEspaamento"/>
            </w:pPr>
            <w:r w:rsidRPr="00180DFE">
              <w:t>PÁ CARREGADEIRA HYUNDAI HL740-9S – 2017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042D3" w14:textId="77777777" w:rsidR="00180DFE" w:rsidRPr="00180DFE" w:rsidRDefault="00180DFE" w:rsidP="00180DFE">
            <w:pPr>
              <w:pStyle w:val="SemEspaamento"/>
            </w:pPr>
            <w:r w:rsidRPr="00180DFE">
              <w:t>HYU-7409</w:t>
            </w:r>
          </w:p>
        </w:tc>
      </w:tr>
      <w:tr w:rsidR="00180DFE" w:rsidRPr="00180DFE" w14:paraId="4D5D218F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18F89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C4EFE" w14:textId="77777777" w:rsidR="00180DFE" w:rsidRPr="00180DFE" w:rsidRDefault="00180DFE" w:rsidP="00180DFE">
            <w:pPr>
              <w:pStyle w:val="SemEspaamento"/>
            </w:pPr>
            <w:r w:rsidRPr="00180DFE">
              <w:t>ROLO COMPCTADOR - SHANTUI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F200C" w14:textId="77777777" w:rsidR="00180DFE" w:rsidRPr="00180DFE" w:rsidRDefault="00180DFE" w:rsidP="00180DFE">
            <w:pPr>
              <w:pStyle w:val="SemEspaamento"/>
            </w:pPr>
            <w:r w:rsidRPr="00180DFE">
              <w:t>SR12-C6</w:t>
            </w:r>
          </w:p>
        </w:tc>
      </w:tr>
      <w:tr w:rsidR="00180DFE" w:rsidRPr="00180DFE" w14:paraId="4F5DBFE5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D4371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10D62" w14:textId="77777777" w:rsidR="00180DFE" w:rsidRPr="00180DFE" w:rsidRDefault="00180DFE" w:rsidP="00180DFE">
            <w:pPr>
              <w:pStyle w:val="SemEspaamento"/>
            </w:pPr>
            <w:r w:rsidRPr="00180DFE">
              <w:t>PÁ CARREGADEIRA - XCMG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B3F72" w14:textId="77777777" w:rsidR="00180DFE" w:rsidRPr="00180DFE" w:rsidRDefault="00180DFE" w:rsidP="00180DFE">
            <w:pPr>
              <w:pStyle w:val="SemEspaamento"/>
            </w:pPr>
            <w:r w:rsidRPr="00180DFE">
              <w:t>LW 350KV</w:t>
            </w:r>
          </w:p>
        </w:tc>
      </w:tr>
      <w:tr w:rsidR="00180DFE" w:rsidRPr="00180DFE" w14:paraId="5436FF5C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798F8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447B3" w14:textId="77777777" w:rsidR="00180DFE" w:rsidRPr="00180DFE" w:rsidRDefault="00180DFE" w:rsidP="00180DFE">
            <w:pPr>
              <w:pStyle w:val="SemEspaamento"/>
            </w:pPr>
            <w:r w:rsidRPr="00180DFE">
              <w:t>ESCAVADEIRA HIDRÁULICA - XCMG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F5D31" w14:textId="77777777" w:rsidR="00180DFE" w:rsidRPr="00180DFE" w:rsidRDefault="00180DFE" w:rsidP="00180DFE">
            <w:pPr>
              <w:pStyle w:val="SemEspaamento"/>
            </w:pPr>
            <w:r w:rsidRPr="00180DFE">
              <w:t>XE180BR</w:t>
            </w:r>
          </w:p>
        </w:tc>
      </w:tr>
      <w:tr w:rsidR="00180DFE" w:rsidRPr="00180DFE" w14:paraId="2823EAD6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F4F1A" w14:textId="77777777" w:rsidR="00180DFE" w:rsidRPr="00180DFE" w:rsidRDefault="00180DFE" w:rsidP="00180DFE">
            <w:pPr>
              <w:pStyle w:val="SemEspaamento"/>
            </w:pPr>
            <w:r w:rsidRPr="00180DFE">
              <w:t>‘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A7AC0" w14:textId="77777777" w:rsidR="00180DFE" w:rsidRPr="00180DFE" w:rsidRDefault="00180DFE" w:rsidP="00180DFE">
            <w:pPr>
              <w:pStyle w:val="SemEspaamento"/>
            </w:pPr>
            <w:r w:rsidRPr="00180DFE">
              <w:t>RETROESCAVADEIRA – WJG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3FD95" w14:textId="77777777" w:rsidR="00180DFE" w:rsidRPr="00180DFE" w:rsidRDefault="00180DFE" w:rsidP="00180DFE">
            <w:pPr>
              <w:pStyle w:val="SemEspaamento"/>
            </w:pPr>
            <w:r w:rsidRPr="00180DFE">
              <w:t>WRT-388T</w:t>
            </w:r>
          </w:p>
        </w:tc>
      </w:tr>
    </w:tbl>
    <w:p w14:paraId="04F4E5F1" w14:textId="77777777" w:rsidR="00180DFE" w:rsidRPr="00180DFE" w:rsidRDefault="00180DFE" w:rsidP="00180DFE">
      <w:pPr>
        <w:pStyle w:val="SemEspaamento"/>
      </w:pPr>
    </w:p>
    <w:p w14:paraId="42260BFE" w14:textId="77777777" w:rsidR="00180DFE" w:rsidRPr="00180DFE" w:rsidRDefault="00180DFE" w:rsidP="00180DFE">
      <w:pPr>
        <w:pStyle w:val="SemEspaamento"/>
      </w:pPr>
    </w:p>
    <w:p w14:paraId="48A6E704" w14:textId="77777777" w:rsidR="00180DFE" w:rsidRPr="00180DFE" w:rsidRDefault="00180DFE" w:rsidP="00180DFE">
      <w:pPr>
        <w:pStyle w:val="SemEspaamento"/>
        <w:rPr>
          <w:b/>
          <w:bCs/>
        </w:rPr>
      </w:pPr>
      <w:bookmarkStart w:id="0" w:name="_Hlk108510929"/>
      <w:r w:rsidRPr="00180DFE">
        <w:rPr>
          <w:b/>
          <w:bCs/>
        </w:rPr>
        <w:t>TRATORES AGRÍCOLAS:</w:t>
      </w:r>
    </w:p>
    <w:tbl>
      <w:tblPr>
        <w:tblW w:w="7935" w:type="dxa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25"/>
        <w:gridCol w:w="5025"/>
        <w:gridCol w:w="1985"/>
      </w:tblGrid>
      <w:tr w:rsidR="00180DFE" w:rsidRPr="00180DFE" w14:paraId="48EBBC0B" w14:textId="77777777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952D4" w14:textId="77777777" w:rsidR="00180DFE" w:rsidRPr="00180DFE" w:rsidRDefault="00180DFE" w:rsidP="00180DFE">
            <w:pPr>
              <w:pStyle w:val="SemEspaamento"/>
            </w:pPr>
            <w:r w:rsidRPr="00180DFE">
              <w:t>N.</w:t>
            </w:r>
          </w:p>
        </w:tc>
        <w:tc>
          <w:tcPr>
            <w:tcW w:w="5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B68B5" w14:textId="77777777" w:rsidR="00180DFE" w:rsidRPr="00180DFE" w:rsidRDefault="00180DFE" w:rsidP="00180DFE">
            <w:pPr>
              <w:pStyle w:val="SemEspaamento"/>
            </w:pPr>
            <w:r w:rsidRPr="00180DFE">
              <w:t>TRATORES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CAB7D" w14:textId="77777777" w:rsidR="00180DFE" w:rsidRPr="00180DFE" w:rsidRDefault="00180DFE" w:rsidP="00180DFE">
            <w:pPr>
              <w:pStyle w:val="SemEspaamento"/>
            </w:pPr>
            <w:r w:rsidRPr="00180DFE">
              <w:t>Nº</w:t>
            </w:r>
          </w:p>
        </w:tc>
      </w:tr>
      <w:tr w:rsidR="00180DFE" w:rsidRPr="00180DFE" w14:paraId="579FB552" w14:textId="77777777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9BF7A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357C1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A55F0" w14:textId="77777777" w:rsidR="00180DFE" w:rsidRPr="00180DFE" w:rsidRDefault="00180DFE" w:rsidP="00180DFE">
            <w:pPr>
              <w:pStyle w:val="SemEspaamento"/>
            </w:pPr>
          </w:p>
        </w:tc>
      </w:tr>
      <w:tr w:rsidR="00180DFE" w:rsidRPr="00180DFE" w14:paraId="7A5A7BA5" w14:textId="77777777">
        <w:trPr>
          <w:trHeight w:val="60"/>
        </w:trPr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C028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9B28E" w14:textId="77777777" w:rsidR="00180DFE" w:rsidRPr="00180DFE" w:rsidRDefault="00180DFE" w:rsidP="00180DFE">
            <w:pPr>
              <w:pStyle w:val="SemEspaamento"/>
            </w:pPr>
            <w:r w:rsidRPr="00180DFE">
              <w:t>TRATOR NEW HOLLAND 7630 - 2006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3F6A8" w14:textId="77777777" w:rsidR="00180DFE" w:rsidRPr="00180DFE" w:rsidRDefault="00180DFE" w:rsidP="00180DFE">
            <w:pPr>
              <w:pStyle w:val="SemEspaamento"/>
            </w:pPr>
            <w:r w:rsidRPr="00180DFE">
              <w:t>COL - 7630</w:t>
            </w:r>
          </w:p>
        </w:tc>
      </w:tr>
      <w:tr w:rsidR="00180DFE" w:rsidRPr="00180DFE" w14:paraId="26ABBBE6" w14:textId="77777777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66971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801AC" w14:textId="77777777" w:rsidR="00180DFE" w:rsidRPr="00180DFE" w:rsidRDefault="00180DFE" w:rsidP="00180DFE">
            <w:pPr>
              <w:pStyle w:val="SemEspaamento"/>
            </w:pPr>
            <w:r w:rsidRPr="00180DFE">
              <w:t>TRATOR NEW HOLLAND 7630 - 2008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4F36F" w14:textId="77777777" w:rsidR="00180DFE" w:rsidRPr="00180DFE" w:rsidRDefault="00180DFE" w:rsidP="00180DFE">
            <w:pPr>
              <w:pStyle w:val="SemEspaamento"/>
            </w:pPr>
            <w:r w:rsidRPr="00180DFE">
              <w:t>AGR - 7630</w:t>
            </w:r>
          </w:p>
        </w:tc>
      </w:tr>
      <w:tr w:rsidR="00180DFE" w:rsidRPr="00180DFE" w14:paraId="3562EF32" w14:textId="77777777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4207A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EAB75" w14:textId="77777777" w:rsidR="00180DFE" w:rsidRPr="00180DFE" w:rsidRDefault="00180DFE" w:rsidP="00180DFE">
            <w:pPr>
              <w:pStyle w:val="SemEspaamento"/>
            </w:pPr>
            <w:r w:rsidRPr="00180DFE">
              <w:t>TRATOR NEW HOLLAND TS6020 - 2013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477C0" w14:textId="77777777" w:rsidR="00180DFE" w:rsidRPr="00180DFE" w:rsidRDefault="00180DFE" w:rsidP="00180DFE">
            <w:pPr>
              <w:pStyle w:val="SemEspaamento"/>
            </w:pPr>
            <w:r w:rsidRPr="00180DFE">
              <w:t>TRA - 6020</w:t>
            </w:r>
          </w:p>
        </w:tc>
      </w:tr>
      <w:tr w:rsidR="00180DFE" w:rsidRPr="00180DFE" w14:paraId="6122DF73" w14:textId="77777777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F20F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5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0685E" w14:textId="77777777" w:rsidR="00180DFE" w:rsidRPr="00180DFE" w:rsidRDefault="00180DFE" w:rsidP="00180DFE">
            <w:pPr>
              <w:pStyle w:val="SemEspaamento"/>
            </w:pPr>
            <w:r w:rsidRPr="00180DFE">
              <w:t>TRATOR MASSEY FERGUSON MF 5710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0A04F" w14:textId="77777777" w:rsidR="00180DFE" w:rsidRPr="00180DFE" w:rsidRDefault="00180DFE" w:rsidP="00180DFE">
            <w:pPr>
              <w:pStyle w:val="SemEspaamento"/>
            </w:pPr>
            <w:r w:rsidRPr="00180DFE">
              <w:t>MF - 5710</w:t>
            </w:r>
          </w:p>
        </w:tc>
      </w:tr>
    </w:tbl>
    <w:p w14:paraId="11E31612" w14:textId="77777777" w:rsidR="00180DFE" w:rsidRPr="00180DFE" w:rsidRDefault="00180DFE" w:rsidP="00180DFE">
      <w:pPr>
        <w:pStyle w:val="SemEspaamento"/>
      </w:pPr>
    </w:p>
    <w:p w14:paraId="4FD27B77" w14:textId="77777777" w:rsidR="00180DFE" w:rsidRPr="00180DFE" w:rsidRDefault="00180DFE" w:rsidP="00180DFE">
      <w:pPr>
        <w:pStyle w:val="SemEspaamento"/>
      </w:pPr>
    </w:p>
    <w:p w14:paraId="58D776A5" w14:textId="77777777" w:rsidR="00180DFE" w:rsidRPr="00180DFE" w:rsidRDefault="00180DFE" w:rsidP="00180DFE">
      <w:pPr>
        <w:pStyle w:val="SemEspaamento"/>
        <w:rPr>
          <w:b/>
          <w:bCs/>
        </w:rPr>
      </w:pPr>
      <w:r w:rsidRPr="00180DFE">
        <w:rPr>
          <w:b/>
          <w:bCs/>
        </w:rPr>
        <w:t xml:space="preserve">  IMPLEMENTOS AGRÍCOLAS:</w:t>
      </w:r>
    </w:p>
    <w:tbl>
      <w:tblPr>
        <w:tblW w:w="7935" w:type="dxa"/>
        <w:tblInd w:w="13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2"/>
        <w:gridCol w:w="7243"/>
      </w:tblGrid>
      <w:tr w:rsidR="00180DFE" w:rsidRPr="00180DFE" w14:paraId="6E7CE475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F7FCA" w14:textId="77777777" w:rsidR="00180DFE" w:rsidRPr="00180DFE" w:rsidRDefault="00180DFE" w:rsidP="00180DFE">
            <w:pPr>
              <w:pStyle w:val="SemEspaamento"/>
            </w:pPr>
            <w:r w:rsidRPr="00180DFE">
              <w:t>1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65F24" w14:textId="77777777" w:rsidR="00180DFE" w:rsidRPr="00180DFE" w:rsidRDefault="00180DFE" w:rsidP="00180DFE">
            <w:pPr>
              <w:pStyle w:val="SemEspaamento"/>
            </w:pPr>
            <w:r w:rsidRPr="00180DFE">
              <w:t>GRADE NIVELADORA BALDAN 32 DISCOS</w:t>
            </w:r>
          </w:p>
        </w:tc>
      </w:tr>
      <w:tr w:rsidR="00180DFE" w:rsidRPr="00180DFE" w14:paraId="3F3CEA89" w14:textId="77777777">
        <w:trPr>
          <w:trHeight w:val="65"/>
        </w:trPr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54A6C" w14:textId="77777777" w:rsidR="00180DFE" w:rsidRPr="00180DFE" w:rsidRDefault="00180DFE" w:rsidP="00180DFE">
            <w:pPr>
              <w:pStyle w:val="SemEspaamento"/>
            </w:pPr>
            <w:r w:rsidRPr="00180DFE">
              <w:t>2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4FD0F" w14:textId="77777777" w:rsidR="00180DFE" w:rsidRPr="00180DFE" w:rsidRDefault="00180DFE" w:rsidP="00180DFE">
            <w:pPr>
              <w:pStyle w:val="SemEspaamento"/>
            </w:pPr>
            <w:r w:rsidRPr="00180DFE">
              <w:t>GRADE NIVELADORA BALDAN 36 DISCOS</w:t>
            </w:r>
          </w:p>
        </w:tc>
      </w:tr>
      <w:tr w:rsidR="00180DFE" w:rsidRPr="00180DFE" w14:paraId="01A6C6C6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E6B8E" w14:textId="77777777" w:rsidR="00180DFE" w:rsidRPr="00180DFE" w:rsidRDefault="00180DFE" w:rsidP="00180DFE">
            <w:pPr>
              <w:pStyle w:val="SemEspaamento"/>
            </w:pPr>
            <w:r w:rsidRPr="00180DFE">
              <w:t>3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0DBA3" w14:textId="77777777" w:rsidR="00180DFE" w:rsidRPr="00180DFE" w:rsidRDefault="00180DFE" w:rsidP="00180DFE">
            <w:pPr>
              <w:pStyle w:val="SemEspaamento"/>
            </w:pPr>
            <w:r w:rsidRPr="00180DFE">
              <w:t>GRADE ARADORA BALDAN 16 DISCOS</w:t>
            </w:r>
          </w:p>
        </w:tc>
      </w:tr>
      <w:tr w:rsidR="00180DFE" w:rsidRPr="00180DFE" w14:paraId="2A647C20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44323" w14:textId="77777777" w:rsidR="00180DFE" w:rsidRPr="00180DFE" w:rsidRDefault="00180DFE" w:rsidP="00180DFE">
            <w:pPr>
              <w:pStyle w:val="SemEspaamento"/>
            </w:pPr>
            <w:r w:rsidRPr="00180DFE">
              <w:t>4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0922B" w14:textId="77777777" w:rsidR="00180DFE" w:rsidRPr="00180DFE" w:rsidRDefault="00180DFE" w:rsidP="00180DFE">
            <w:pPr>
              <w:pStyle w:val="SemEspaamento"/>
            </w:pPr>
            <w:r w:rsidRPr="00180DFE">
              <w:t>GRADE ARADORA BALDAN 18 DISCOS</w:t>
            </w:r>
          </w:p>
        </w:tc>
      </w:tr>
      <w:tr w:rsidR="00180DFE" w:rsidRPr="00180DFE" w14:paraId="2AFABF9C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A9ECE" w14:textId="77777777" w:rsidR="00180DFE" w:rsidRPr="00180DFE" w:rsidRDefault="00180DFE" w:rsidP="00180DFE">
            <w:pPr>
              <w:pStyle w:val="SemEspaamento"/>
            </w:pPr>
            <w:r w:rsidRPr="00180DFE">
              <w:t>5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B341C" w14:textId="77777777" w:rsidR="00180DFE" w:rsidRPr="00180DFE" w:rsidRDefault="00180DFE" w:rsidP="00180DFE">
            <w:pPr>
              <w:pStyle w:val="SemEspaamento"/>
            </w:pPr>
            <w:r w:rsidRPr="00180DFE">
              <w:t>GRADE ARADORA BALDAN 16 DISCOS</w:t>
            </w:r>
          </w:p>
        </w:tc>
      </w:tr>
      <w:tr w:rsidR="00180DFE" w:rsidRPr="00180DFE" w14:paraId="5C7CE0BF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5884E" w14:textId="77777777" w:rsidR="00180DFE" w:rsidRPr="00180DFE" w:rsidRDefault="00180DFE" w:rsidP="00180DFE">
            <w:pPr>
              <w:pStyle w:val="SemEspaamento"/>
            </w:pPr>
            <w:r w:rsidRPr="00180DFE">
              <w:t>6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B00DD" w14:textId="77777777" w:rsidR="00180DFE" w:rsidRPr="00180DFE" w:rsidRDefault="00180DFE" w:rsidP="00180DFE">
            <w:pPr>
              <w:pStyle w:val="SemEspaamento"/>
            </w:pPr>
            <w:r w:rsidRPr="00180DFE">
              <w:t>TERRACIADOR DE ARRASTO BALDAN 18 DISCOS</w:t>
            </w:r>
          </w:p>
        </w:tc>
      </w:tr>
      <w:tr w:rsidR="00180DFE" w:rsidRPr="00180DFE" w14:paraId="43D554F6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6DDA6" w14:textId="77777777" w:rsidR="00180DFE" w:rsidRPr="00180DFE" w:rsidRDefault="00180DFE" w:rsidP="00180DFE">
            <w:pPr>
              <w:pStyle w:val="SemEspaamento"/>
            </w:pPr>
            <w:r w:rsidRPr="00180DFE">
              <w:t>7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1F01D" w14:textId="77777777" w:rsidR="00180DFE" w:rsidRPr="00180DFE" w:rsidRDefault="00180DFE" w:rsidP="00180DFE">
            <w:pPr>
              <w:pStyle w:val="SemEspaamento"/>
            </w:pPr>
            <w:r w:rsidRPr="00180DFE">
              <w:t>ARADO AIVECAS TATU 03 PÁS</w:t>
            </w:r>
          </w:p>
        </w:tc>
      </w:tr>
      <w:tr w:rsidR="00180DFE" w:rsidRPr="00180DFE" w14:paraId="24F7132F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945B2" w14:textId="77777777" w:rsidR="00180DFE" w:rsidRPr="00180DFE" w:rsidRDefault="00180DFE" w:rsidP="00180DFE">
            <w:pPr>
              <w:pStyle w:val="SemEspaamento"/>
            </w:pPr>
            <w:r w:rsidRPr="00180DFE">
              <w:t>8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39FD2" w14:textId="77777777" w:rsidR="00180DFE" w:rsidRPr="00180DFE" w:rsidRDefault="00180DFE" w:rsidP="00180DFE">
            <w:pPr>
              <w:pStyle w:val="SemEspaamento"/>
            </w:pPr>
            <w:r w:rsidRPr="00180DFE">
              <w:t>ROÇADEIRA AGRÍCOLA MECRUL</w:t>
            </w:r>
          </w:p>
        </w:tc>
      </w:tr>
      <w:tr w:rsidR="00180DFE" w:rsidRPr="00180DFE" w14:paraId="37F547F9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7A806" w14:textId="77777777" w:rsidR="00180DFE" w:rsidRPr="00180DFE" w:rsidRDefault="00180DFE" w:rsidP="00180DFE">
            <w:pPr>
              <w:pStyle w:val="SemEspaamento"/>
            </w:pPr>
            <w:r w:rsidRPr="00180DFE">
              <w:t>9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5BFA0" w14:textId="77777777" w:rsidR="00180DFE" w:rsidRPr="00180DFE" w:rsidRDefault="00180DFE" w:rsidP="00180DFE">
            <w:pPr>
              <w:pStyle w:val="SemEspaamento"/>
            </w:pPr>
            <w:r w:rsidRPr="00180DFE">
              <w:t>CALCARIADEIRA COM ESTEIRA DE ARRASTO</w:t>
            </w:r>
          </w:p>
        </w:tc>
      </w:tr>
      <w:tr w:rsidR="00180DFE" w:rsidRPr="00180DFE" w14:paraId="2BB5383C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6F632" w14:textId="77777777" w:rsidR="00180DFE" w:rsidRPr="00180DFE" w:rsidRDefault="00180DFE" w:rsidP="00180DFE">
            <w:pPr>
              <w:pStyle w:val="SemEspaamento"/>
            </w:pPr>
            <w:r w:rsidRPr="00180DFE">
              <w:t>.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FB4BA" w14:textId="77777777" w:rsidR="00180DFE" w:rsidRPr="00180DFE" w:rsidRDefault="00180DFE" w:rsidP="00180DFE">
            <w:pPr>
              <w:pStyle w:val="SemEspaamento"/>
            </w:pPr>
            <w:r w:rsidRPr="00180DFE">
              <w:t>CARRETA BASCULANTE FECHADA - METAL COM EIXO</w:t>
            </w:r>
          </w:p>
        </w:tc>
      </w:tr>
      <w:tr w:rsidR="00180DFE" w:rsidRPr="00180DFE" w14:paraId="643A6921" w14:textId="77777777"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B2897" w14:textId="77777777" w:rsidR="00180DFE" w:rsidRPr="00180DFE" w:rsidRDefault="00180DFE" w:rsidP="00180DFE">
            <w:pPr>
              <w:pStyle w:val="SemEspaamento"/>
            </w:pP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11E0C" w14:textId="77777777" w:rsidR="00180DFE" w:rsidRPr="00180DFE" w:rsidRDefault="00180DFE" w:rsidP="00180DFE">
            <w:pPr>
              <w:pStyle w:val="SemEspaamento"/>
            </w:pPr>
            <w:r w:rsidRPr="00180DFE">
              <w:t>DISTRIBUIDOR DE ADUBO E CALCÁRIO - IAC</w:t>
            </w:r>
          </w:p>
        </w:tc>
        <w:bookmarkEnd w:id="0"/>
      </w:tr>
    </w:tbl>
    <w:p w14:paraId="760BEDA4" w14:textId="77777777" w:rsidR="00180DFE" w:rsidRDefault="00180DFE" w:rsidP="00180DFE">
      <w:pPr>
        <w:jc w:val="center"/>
      </w:pPr>
    </w:p>
    <w:p w14:paraId="4D68D5B0" w14:textId="45A36808" w:rsidR="00180DFE" w:rsidRDefault="00180DFE" w:rsidP="00180DFE">
      <w:pPr>
        <w:jc w:val="right"/>
        <w:rPr>
          <w:sz w:val="24"/>
          <w:szCs w:val="24"/>
        </w:rPr>
      </w:pPr>
      <w:r w:rsidRPr="00180DFE">
        <w:rPr>
          <w:sz w:val="24"/>
          <w:szCs w:val="24"/>
        </w:rPr>
        <w:t xml:space="preserve">Guairaçá, 06 de </w:t>
      </w:r>
      <w:proofErr w:type="spellStart"/>
      <w:r w:rsidRPr="00180DFE">
        <w:rPr>
          <w:sz w:val="24"/>
          <w:szCs w:val="24"/>
        </w:rPr>
        <w:t>novembro</w:t>
      </w:r>
      <w:proofErr w:type="spellEnd"/>
      <w:r w:rsidRPr="00180DFE">
        <w:rPr>
          <w:sz w:val="24"/>
          <w:szCs w:val="24"/>
        </w:rPr>
        <w:t xml:space="preserve"> de 2025.</w:t>
      </w:r>
    </w:p>
    <w:p w14:paraId="725DA9A9" w14:textId="77777777" w:rsidR="00180DFE" w:rsidRDefault="00180DFE" w:rsidP="00180DFE">
      <w:pPr>
        <w:jc w:val="right"/>
        <w:rPr>
          <w:sz w:val="24"/>
          <w:szCs w:val="24"/>
        </w:rPr>
      </w:pPr>
    </w:p>
    <w:p w14:paraId="30B93704" w14:textId="77777777" w:rsidR="00180DFE" w:rsidRDefault="00180DFE" w:rsidP="00180DFE">
      <w:pPr>
        <w:jc w:val="right"/>
        <w:rPr>
          <w:sz w:val="24"/>
          <w:szCs w:val="24"/>
        </w:rPr>
      </w:pPr>
    </w:p>
    <w:p w14:paraId="763F22FA" w14:textId="77777777" w:rsidR="00180DFE" w:rsidRDefault="00180DFE" w:rsidP="00180DFE">
      <w:pPr>
        <w:pStyle w:val="SemEspaamento"/>
        <w:jc w:val="center"/>
      </w:pPr>
    </w:p>
    <w:p w14:paraId="5E2C6490" w14:textId="77777777" w:rsidR="00180DFE" w:rsidRPr="00180DFE" w:rsidRDefault="00180DFE" w:rsidP="00180DFE">
      <w:pPr>
        <w:pStyle w:val="SemEspaamento"/>
        <w:jc w:val="center"/>
        <w:rPr>
          <w:b/>
          <w:bCs/>
        </w:rPr>
      </w:pPr>
      <w:r w:rsidRPr="00180DFE">
        <w:rPr>
          <w:b/>
          <w:bCs/>
        </w:rPr>
        <w:t>____________________________________________</w:t>
      </w:r>
    </w:p>
    <w:p w14:paraId="681AD6C1" w14:textId="77777777" w:rsidR="00180DFE" w:rsidRPr="00180DFE" w:rsidRDefault="00180DFE" w:rsidP="00180DFE">
      <w:pPr>
        <w:pStyle w:val="SemEspaamento"/>
        <w:jc w:val="center"/>
        <w:rPr>
          <w:b/>
          <w:bCs/>
        </w:rPr>
      </w:pPr>
      <w:r w:rsidRPr="00180DFE">
        <w:rPr>
          <w:b/>
          <w:bCs/>
        </w:rPr>
        <w:t>LUAN RODRIGUES BONI</w:t>
      </w:r>
    </w:p>
    <w:p w14:paraId="68ADA046" w14:textId="77777777" w:rsidR="00180DFE" w:rsidRPr="00180DFE" w:rsidRDefault="00180DFE" w:rsidP="00180DFE">
      <w:pPr>
        <w:pStyle w:val="SemEspaamento"/>
        <w:jc w:val="center"/>
        <w:rPr>
          <w:b/>
          <w:bCs/>
        </w:rPr>
      </w:pPr>
      <w:r w:rsidRPr="00180DFE">
        <w:rPr>
          <w:b/>
          <w:bCs/>
        </w:rPr>
        <w:t>GABINETE DO PREFEITO</w:t>
      </w:r>
    </w:p>
    <w:p w14:paraId="67EA886D" w14:textId="77777777" w:rsidR="00180DFE" w:rsidRPr="00180DFE" w:rsidRDefault="00180DFE" w:rsidP="00180DFE">
      <w:pPr>
        <w:jc w:val="right"/>
        <w:rPr>
          <w:sz w:val="24"/>
          <w:szCs w:val="24"/>
          <w:lang w:val="pt-BR"/>
        </w:rPr>
      </w:pPr>
    </w:p>
    <w:p w14:paraId="4823AE1B" w14:textId="77777777" w:rsidR="00180DFE" w:rsidRPr="00180DFE" w:rsidRDefault="00180DFE" w:rsidP="00180DFE">
      <w:pPr>
        <w:jc w:val="right"/>
        <w:rPr>
          <w:sz w:val="24"/>
          <w:szCs w:val="24"/>
        </w:rPr>
      </w:pPr>
    </w:p>
    <w:sectPr w:rsidR="00180DFE" w:rsidRPr="00180DFE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33AF1" w14:textId="77777777" w:rsidR="00180DFE" w:rsidRDefault="00180DFE" w:rsidP="00180DFE">
      <w:pPr>
        <w:spacing w:after="0" w:line="240" w:lineRule="auto"/>
      </w:pPr>
      <w:r>
        <w:separator/>
      </w:r>
    </w:p>
  </w:endnote>
  <w:endnote w:type="continuationSeparator" w:id="0">
    <w:p w14:paraId="7E6286BC" w14:textId="77777777" w:rsidR="00180DFE" w:rsidRDefault="00180DFE" w:rsidP="00180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89F0A" w14:textId="77777777" w:rsidR="00180DFE" w:rsidRDefault="00180DFE" w:rsidP="00180DFE">
      <w:pPr>
        <w:spacing w:after="0" w:line="240" w:lineRule="auto"/>
      </w:pPr>
      <w:r>
        <w:separator/>
      </w:r>
    </w:p>
  </w:footnote>
  <w:footnote w:type="continuationSeparator" w:id="0">
    <w:p w14:paraId="3E148EA0" w14:textId="77777777" w:rsidR="00180DFE" w:rsidRDefault="00180DFE" w:rsidP="00180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AC5C0" w14:textId="4D8255EB" w:rsidR="00180DFE" w:rsidRDefault="00180DFE">
    <w:pPr>
      <w:pStyle w:val="Cabealho"/>
    </w:pPr>
    <w:r>
      <w:rPr>
        <w:noProof/>
      </w:rPr>
      <w:drawing>
        <wp:inline distT="0" distB="0" distL="0" distR="0" wp14:anchorId="71E02416" wp14:editId="07C50470">
          <wp:extent cx="5486400" cy="1188720"/>
          <wp:effectExtent l="0" t="0" r="0" b="0"/>
          <wp:docPr id="2666415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6641510" name="Imagem 2666415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1188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FCB2EA" w14:textId="77777777" w:rsidR="00180DFE" w:rsidRDefault="00180D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5346BC"/>
    <w:multiLevelType w:val="hybridMultilevel"/>
    <w:tmpl w:val="AE7E9A66"/>
    <w:lvl w:ilvl="0" w:tplc="77C4065C">
      <w:start w:val="1"/>
      <w:numFmt w:val="decimal"/>
      <w:lvlText w:val="%1.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D23E0E"/>
    <w:multiLevelType w:val="hybridMultilevel"/>
    <w:tmpl w:val="B8DC4FF8"/>
    <w:lvl w:ilvl="0" w:tplc="77C4065C">
      <w:start w:val="1"/>
      <w:numFmt w:val="decimal"/>
      <w:lvlText w:val="%1.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B303A"/>
    <w:multiLevelType w:val="hybridMultilevel"/>
    <w:tmpl w:val="E5162A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B2E68"/>
    <w:multiLevelType w:val="multilevel"/>
    <w:tmpl w:val="0B762362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4548220A"/>
    <w:multiLevelType w:val="hybridMultilevel"/>
    <w:tmpl w:val="335818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E44CB8"/>
    <w:multiLevelType w:val="hybridMultilevel"/>
    <w:tmpl w:val="EAF6715A"/>
    <w:lvl w:ilvl="0" w:tplc="77C4065C">
      <w:start w:val="1"/>
      <w:numFmt w:val="decimal"/>
      <w:lvlText w:val="%1.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77465"/>
    <w:multiLevelType w:val="hybridMultilevel"/>
    <w:tmpl w:val="25020E84"/>
    <w:lvl w:ilvl="0" w:tplc="77C4065C">
      <w:start w:val="1"/>
      <w:numFmt w:val="decimal"/>
      <w:lvlText w:val="%1.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3115525">
    <w:abstractNumId w:val="8"/>
  </w:num>
  <w:num w:numId="2" w16cid:durableId="836653724">
    <w:abstractNumId w:val="6"/>
  </w:num>
  <w:num w:numId="3" w16cid:durableId="824079956">
    <w:abstractNumId w:val="5"/>
  </w:num>
  <w:num w:numId="4" w16cid:durableId="1182470002">
    <w:abstractNumId w:val="4"/>
  </w:num>
  <w:num w:numId="5" w16cid:durableId="588006316">
    <w:abstractNumId w:val="7"/>
  </w:num>
  <w:num w:numId="6" w16cid:durableId="546456233">
    <w:abstractNumId w:val="3"/>
  </w:num>
  <w:num w:numId="7" w16cid:durableId="1396853929">
    <w:abstractNumId w:val="2"/>
  </w:num>
  <w:num w:numId="8" w16cid:durableId="777871507">
    <w:abstractNumId w:val="1"/>
  </w:num>
  <w:num w:numId="9" w16cid:durableId="1220896251">
    <w:abstractNumId w:val="0"/>
  </w:num>
  <w:num w:numId="10" w16cid:durableId="8537674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93013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264469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758450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2394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504492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0217418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2131"/>
    <w:rsid w:val="00034616"/>
    <w:rsid w:val="0006063C"/>
    <w:rsid w:val="0015074B"/>
    <w:rsid w:val="00180DFE"/>
    <w:rsid w:val="0029639D"/>
    <w:rsid w:val="00326F90"/>
    <w:rsid w:val="00934E1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57F9B8"/>
  <w14:defaultImageDpi w14:val="300"/>
  <w15:docId w15:val="{6E22AF22-6178-4364-B3B8-905F0006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1016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2025-11-26T12:00:00Z</dcterms:created>
  <dcterms:modified xsi:type="dcterms:W3CDTF">2025-11-26T12:00:00Z</dcterms:modified>
  <cp:category/>
</cp:coreProperties>
</file>