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7483"/>
      </w:tblGrid>
      <w:tr w:rsidR="00A40BDE" w14:paraId="6C99F727" w14:textId="77777777">
        <w:trPr>
          <w:jc w:val="center"/>
        </w:trPr>
        <w:tc>
          <w:tcPr>
            <w:tcW w:w="1871" w:type="dxa"/>
          </w:tcPr>
          <w:p w14:paraId="2F5843EB" w14:textId="77777777" w:rsidR="00A40BDE" w:rsidRDefault="00000000">
            <w:pPr>
              <w:spacing w:line="245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63E6177" wp14:editId="422DEC72">
                  <wp:extent cx="720000" cy="89379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beri_logo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893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3" w:type="dxa"/>
          </w:tcPr>
          <w:p w14:paraId="6832594C" w14:textId="77777777" w:rsidR="00A40BDE" w:rsidRDefault="00000000">
            <w:pPr>
              <w:spacing w:line="245" w:lineRule="auto"/>
              <w:jc w:val="center"/>
            </w:pPr>
            <w:r>
              <w:rPr>
                <w:sz w:val="17"/>
              </w:rPr>
              <w:t>ESTADO DO RIO GRANDE DO SUL</w:t>
            </w:r>
          </w:p>
          <w:p w14:paraId="6E98AB06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20"/>
              </w:rPr>
              <w:t>PREFEITURA MUNICIPAL DE SEBERI</w:t>
            </w:r>
          </w:p>
          <w:p w14:paraId="71E5ED07" w14:textId="77777777" w:rsidR="00A40BDE" w:rsidRDefault="00000000">
            <w:pPr>
              <w:spacing w:line="245" w:lineRule="auto"/>
              <w:jc w:val="center"/>
            </w:pPr>
            <w:r>
              <w:rPr>
                <w:sz w:val="17"/>
              </w:rPr>
              <w:t>Avenida General Flores da Cunha, 831 – Centro – CEP 98380-000</w:t>
            </w:r>
          </w:p>
          <w:p w14:paraId="1CC31C75" w14:textId="77777777" w:rsidR="00A40BDE" w:rsidRDefault="00000000">
            <w:pPr>
              <w:spacing w:line="245" w:lineRule="auto"/>
              <w:jc w:val="center"/>
            </w:pPr>
            <w:r>
              <w:rPr>
                <w:sz w:val="17"/>
              </w:rPr>
              <w:t>Fones: 55.3746.1122 e 55.3746.1127</w:t>
            </w:r>
          </w:p>
          <w:p w14:paraId="0427722D" w14:textId="77777777" w:rsidR="00A40BDE" w:rsidRDefault="00000000">
            <w:pPr>
              <w:spacing w:line="245" w:lineRule="auto"/>
              <w:jc w:val="center"/>
            </w:pPr>
            <w:r>
              <w:rPr>
                <w:sz w:val="17"/>
              </w:rPr>
              <w:t>E-mail: compras@pmseberi.com.br</w:t>
            </w:r>
          </w:p>
          <w:p w14:paraId="7853C844" w14:textId="77777777" w:rsidR="00A40BDE" w:rsidRDefault="00000000">
            <w:pPr>
              <w:spacing w:line="245" w:lineRule="auto"/>
              <w:jc w:val="center"/>
            </w:pPr>
            <w:r>
              <w:rPr>
                <w:sz w:val="17"/>
              </w:rPr>
              <w:t>Site: www.pmseberi.com.br</w:t>
            </w:r>
          </w:p>
          <w:p w14:paraId="4136C114" w14:textId="77777777" w:rsidR="00A40BDE" w:rsidRDefault="00000000">
            <w:pPr>
              <w:spacing w:line="245" w:lineRule="auto"/>
              <w:jc w:val="center"/>
            </w:pPr>
            <w:r>
              <w:rPr>
                <w:sz w:val="17"/>
              </w:rPr>
              <w:t>CNPJ 87.613.196/0001-78</w:t>
            </w:r>
          </w:p>
        </w:tc>
      </w:tr>
    </w:tbl>
    <w:p w14:paraId="69AB79AB" w14:textId="77777777" w:rsidR="00A40BDE" w:rsidRDefault="00A40BDE">
      <w:pPr>
        <w:spacing w:line="245" w:lineRule="auto"/>
      </w:pPr>
    </w:p>
    <w:p w14:paraId="7267818A" w14:textId="560DC70C" w:rsidR="00A40BDE" w:rsidRDefault="00000000">
      <w:pPr>
        <w:spacing w:line="245" w:lineRule="auto"/>
        <w:jc w:val="center"/>
      </w:pPr>
      <w:r>
        <w:rPr>
          <w:b/>
          <w:sz w:val="22"/>
        </w:rPr>
        <w:t xml:space="preserve">PROCESSO ADMINISTRATIVO LICITATÓRIO </w:t>
      </w:r>
      <w:r w:rsidR="006032A6">
        <w:rPr>
          <w:b/>
          <w:sz w:val="22"/>
        </w:rPr>
        <w:t>187</w:t>
      </w:r>
      <w:r>
        <w:rPr>
          <w:b/>
          <w:sz w:val="22"/>
        </w:rPr>
        <w:t>/2026</w:t>
      </w:r>
    </w:p>
    <w:p w14:paraId="07E184F8" w14:textId="13447D71" w:rsidR="00A40BDE" w:rsidRDefault="00000000">
      <w:pPr>
        <w:spacing w:line="245" w:lineRule="auto"/>
        <w:jc w:val="center"/>
      </w:pPr>
      <w:r>
        <w:rPr>
          <w:b/>
          <w:sz w:val="22"/>
        </w:rPr>
        <w:t xml:space="preserve">DISPENSA DE LICITAÇÃO EMERGENCIAL Nº </w:t>
      </w:r>
      <w:r w:rsidR="006032A6">
        <w:rPr>
          <w:b/>
          <w:sz w:val="22"/>
        </w:rPr>
        <w:t>117</w:t>
      </w:r>
      <w:r>
        <w:rPr>
          <w:b/>
          <w:sz w:val="22"/>
        </w:rPr>
        <w:t>/2026</w:t>
      </w:r>
    </w:p>
    <w:p w14:paraId="71B6DF0E" w14:textId="77777777" w:rsidR="00A40BDE" w:rsidRDefault="00000000">
      <w:pPr>
        <w:spacing w:line="245" w:lineRule="auto"/>
        <w:jc w:val="center"/>
      </w:pPr>
      <w:r>
        <w:rPr>
          <w:b/>
          <w:sz w:val="20"/>
        </w:rPr>
        <w:t>ART. 75, INCISO VIII, DA LEI Nº 14.133/2021</w:t>
      </w:r>
    </w:p>
    <w:p w14:paraId="0F98086F" w14:textId="77777777" w:rsidR="00A40BDE" w:rsidRDefault="00A40BDE">
      <w:pPr>
        <w:spacing w:line="245" w:lineRule="auto"/>
      </w:pPr>
    </w:p>
    <w:p w14:paraId="568856FA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ADILSON ADAM BALESTRIN, </w:t>
      </w:r>
      <w:proofErr w:type="spellStart"/>
      <w:r>
        <w:rPr>
          <w:sz w:val="20"/>
        </w:rPr>
        <w:t>Prefeito</w:t>
      </w:r>
      <w:proofErr w:type="spellEnd"/>
      <w:r>
        <w:rPr>
          <w:sz w:val="20"/>
        </w:rPr>
        <w:t xml:space="preserve"> Municipal de </w:t>
      </w:r>
      <w:proofErr w:type="spellStart"/>
      <w:r>
        <w:rPr>
          <w:sz w:val="20"/>
        </w:rPr>
        <w:t>Seberi</w:t>
      </w:r>
      <w:proofErr w:type="spellEnd"/>
      <w:r>
        <w:rPr>
          <w:sz w:val="20"/>
        </w:rPr>
        <w:t xml:space="preserve">, Estado do Rio Grande do Sul, no </w:t>
      </w:r>
      <w:proofErr w:type="spellStart"/>
      <w:r>
        <w:rPr>
          <w:sz w:val="20"/>
        </w:rPr>
        <w:t>uso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suas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atribuições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legais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considerando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situação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emergência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declarada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pelo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Decreto</w:t>
      </w:r>
      <w:proofErr w:type="spellEnd"/>
      <w:r>
        <w:rPr>
          <w:sz w:val="20"/>
        </w:rPr>
        <w:t xml:space="preserve"> Municipal nº 67, de 14 de </w:t>
      </w:r>
      <w:proofErr w:type="spellStart"/>
      <w:r>
        <w:rPr>
          <w:sz w:val="20"/>
        </w:rPr>
        <w:t>setembro</w:t>
      </w:r>
      <w:proofErr w:type="spellEnd"/>
      <w:r>
        <w:rPr>
          <w:sz w:val="20"/>
        </w:rPr>
        <w:t xml:space="preserve"> de 2026, </w:t>
      </w:r>
      <w:proofErr w:type="spellStart"/>
      <w:r>
        <w:rPr>
          <w:sz w:val="20"/>
        </w:rPr>
        <w:t>bem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como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disposto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nos</w:t>
      </w:r>
      <w:proofErr w:type="spellEnd"/>
      <w:r>
        <w:rPr>
          <w:sz w:val="20"/>
        </w:rPr>
        <w:t xml:space="preserve"> arts. 72 e 75, </w:t>
      </w:r>
      <w:proofErr w:type="spellStart"/>
      <w:r>
        <w:rPr>
          <w:sz w:val="20"/>
        </w:rPr>
        <w:t>inciso</w:t>
      </w:r>
      <w:proofErr w:type="spellEnd"/>
      <w:r>
        <w:rPr>
          <w:sz w:val="20"/>
        </w:rPr>
        <w:t xml:space="preserve"> VIII, da Lei Federal nº 14.133/2021, AUTORIZA 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destinada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 dos bens </w:t>
      </w:r>
      <w:proofErr w:type="spellStart"/>
      <w:r>
        <w:rPr>
          <w:sz w:val="20"/>
        </w:rPr>
        <w:t>descritos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neste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instrumento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observadas</w:t>
      </w:r>
      <w:proofErr w:type="spellEnd"/>
      <w:r>
        <w:rPr>
          <w:sz w:val="20"/>
        </w:rPr>
        <w:t xml:space="preserve"> as </w:t>
      </w:r>
      <w:proofErr w:type="spellStart"/>
      <w:r>
        <w:rPr>
          <w:sz w:val="20"/>
        </w:rPr>
        <w:t>condições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justificativas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controles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seguir</w:t>
      </w:r>
      <w:proofErr w:type="spellEnd"/>
      <w:r>
        <w:rPr>
          <w:sz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35CB6718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477D87B1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1. JUSTIFICATIVA E CARACTERIZAÇÃO DA EMERGÊNCIA</w:t>
            </w:r>
          </w:p>
        </w:tc>
      </w:tr>
    </w:tbl>
    <w:p w14:paraId="573EDCBC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Na </w:t>
      </w:r>
      <w:proofErr w:type="spellStart"/>
      <w:r>
        <w:rPr>
          <w:sz w:val="20"/>
        </w:rPr>
        <w:t>noite</w:t>
      </w:r>
      <w:proofErr w:type="spellEnd"/>
      <w:r>
        <w:rPr>
          <w:sz w:val="20"/>
        </w:rPr>
        <w:t xml:space="preserve"> de 10 de </w:t>
      </w:r>
      <w:proofErr w:type="spellStart"/>
      <w:r>
        <w:rPr>
          <w:sz w:val="20"/>
        </w:rPr>
        <w:t>setembro</w:t>
      </w:r>
      <w:proofErr w:type="spellEnd"/>
      <w:r>
        <w:rPr>
          <w:sz w:val="20"/>
        </w:rPr>
        <w:t xml:space="preserve"> de 2026, o </w:t>
      </w:r>
      <w:proofErr w:type="spellStart"/>
      <w:r>
        <w:rPr>
          <w:sz w:val="20"/>
        </w:rPr>
        <w:t>Município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Seberi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atingido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eventos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meteorológicos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severos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caracterizados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tempestade</w:t>
      </w:r>
      <w:proofErr w:type="spellEnd"/>
      <w:r>
        <w:rPr>
          <w:sz w:val="20"/>
        </w:rPr>
        <w:t xml:space="preserve"> local/</w:t>
      </w:r>
      <w:proofErr w:type="spellStart"/>
      <w:r>
        <w:rPr>
          <w:sz w:val="20"/>
        </w:rPr>
        <w:t>convectiva</w:t>
      </w:r>
      <w:proofErr w:type="spellEnd"/>
      <w:r>
        <w:rPr>
          <w:sz w:val="20"/>
        </w:rPr>
        <w:t xml:space="preserve"> com </w:t>
      </w:r>
      <w:proofErr w:type="spellStart"/>
      <w:r>
        <w:rPr>
          <w:sz w:val="20"/>
        </w:rPr>
        <w:t>granizo</w:t>
      </w:r>
      <w:proofErr w:type="spellEnd"/>
      <w:r>
        <w:rPr>
          <w:sz w:val="20"/>
        </w:rPr>
        <w:t xml:space="preserve"> de grande </w:t>
      </w:r>
      <w:proofErr w:type="spellStart"/>
      <w:r>
        <w:rPr>
          <w:sz w:val="20"/>
        </w:rPr>
        <w:t>dimensão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chuvas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intensas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causando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danos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expressivos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coberturas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telhados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edificações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instalações</w:t>
      </w:r>
      <w:proofErr w:type="spellEnd"/>
      <w:r>
        <w:rPr>
          <w:sz w:val="20"/>
        </w:rPr>
        <w:t xml:space="preserve"> e bens </w:t>
      </w:r>
      <w:proofErr w:type="spellStart"/>
      <w:r>
        <w:rPr>
          <w:sz w:val="20"/>
        </w:rPr>
        <w:t>públicos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particulares</w:t>
      </w:r>
      <w:proofErr w:type="spellEnd"/>
      <w:r>
        <w:rPr>
          <w:sz w:val="20"/>
        </w:rPr>
        <w:t xml:space="preserve">.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extensão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danos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exigiu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mobilização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órgãos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municipais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ações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assistência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recuperação</w:t>
      </w:r>
      <w:proofErr w:type="spellEnd"/>
      <w:r>
        <w:rPr>
          <w:sz w:val="20"/>
        </w:rPr>
        <w:t>.</w:t>
      </w:r>
    </w:p>
    <w:p w14:paraId="21A6EA0C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Em </w:t>
      </w:r>
      <w:proofErr w:type="spellStart"/>
      <w:r>
        <w:rPr>
          <w:sz w:val="20"/>
        </w:rPr>
        <w:t>razão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desse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cenário</w:t>
      </w:r>
      <w:proofErr w:type="spellEnd"/>
      <w:r>
        <w:rPr>
          <w:sz w:val="20"/>
        </w:rPr>
        <w:t xml:space="preserve">, o </w:t>
      </w:r>
      <w:proofErr w:type="spellStart"/>
      <w:r>
        <w:rPr>
          <w:sz w:val="20"/>
        </w:rPr>
        <w:t>Decreto</w:t>
      </w:r>
      <w:proofErr w:type="spellEnd"/>
      <w:r>
        <w:rPr>
          <w:sz w:val="20"/>
        </w:rPr>
        <w:t xml:space="preserve"> Municipal nº 67/2026 </w:t>
      </w:r>
      <w:proofErr w:type="spellStart"/>
      <w:r>
        <w:rPr>
          <w:sz w:val="20"/>
        </w:rPr>
        <w:t>declarou</w:t>
      </w:r>
      <w:proofErr w:type="spellEnd"/>
      <w:r>
        <w:rPr>
          <w:sz w:val="20"/>
        </w:rPr>
        <w:t xml:space="preserve"> SITUAÇÃO DE EMERGÊNCIA </w:t>
      </w:r>
      <w:proofErr w:type="spellStart"/>
      <w:r>
        <w:rPr>
          <w:sz w:val="20"/>
        </w:rPr>
        <w:t>nas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áreas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comprovadamente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afetadas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classificando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eventos</w:t>
      </w:r>
      <w:proofErr w:type="spellEnd"/>
      <w:r>
        <w:rPr>
          <w:sz w:val="20"/>
        </w:rPr>
        <w:t xml:space="preserve"> sob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códigos</w:t>
      </w:r>
      <w:proofErr w:type="spellEnd"/>
      <w:r>
        <w:rPr>
          <w:sz w:val="20"/>
        </w:rPr>
        <w:t xml:space="preserve"> COBRADE 1.3.2.1.3 – </w:t>
      </w:r>
      <w:proofErr w:type="spellStart"/>
      <w:r>
        <w:rPr>
          <w:sz w:val="20"/>
        </w:rPr>
        <w:t>tempestade</w:t>
      </w:r>
      <w:proofErr w:type="spellEnd"/>
      <w:r>
        <w:rPr>
          <w:sz w:val="20"/>
        </w:rPr>
        <w:t xml:space="preserve"> local/</w:t>
      </w:r>
      <w:proofErr w:type="spellStart"/>
      <w:r>
        <w:rPr>
          <w:sz w:val="20"/>
        </w:rPr>
        <w:t>convectiva</w:t>
      </w:r>
      <w:proofErr w:type="spellEnd"/>
      <w:r>
        <w:rPr>
          <w:sz w:val="20"/>
        </w:rPr>
        <w:t xml:space="preserve"> – </w:t>
      </w:r>
      <w:proofErr w:type="spellStart"/>
      <w:r>
        <w:rPr>
          <w:sz w:val="20"/>
        </w:rPr>
        <w:t>granizo</w:t>
      </w:r>
      <w:proofErr w:type="spellEnd"/>
      <w:r>
        <w:rPr>
          <w:sz w:val="20"/>
        </w:rPr>
        <w:t xml:space="preserve"> e 1.3.2.1.4 – </w:t>
      </w:r>
      <w:proofErr w:type="spellStart"/>
      <w:r>
        <w:rPr>
          <w:sz w:val="20"/>
        </w:rPr>
        <w:t>chuvas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intensas</w:t>
      </w:r>
      <w:proofErr w:type="spellEnd"/>
      <w:r>
        <w:rPr>
          <w:sz w:val="20"/>
        </w:rPr>
        <w:t xml:space="preserve">, e </w:t>
      </w:r>
      <w:proofErr w:type="spellStart"/>
      <w:r>
        <w:rPr>
          <w:sz w:val="20"/>
        </w:rPr>
        <w:t>autorizando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quando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necessárias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contratações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destinadas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 de bens e à </w:t>
      </w:r>
      <w:proofErr w:type="spellStart"/>
      <w:r>
        <w:rPr>
          <w:sz w:val="20"/>
        </w:rPr>
        <w:t>execução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medidas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relacionadas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desastres</w:t>
      </w:r>
      <w:proofErr w:type="spellEnd"/>
      <w:r>
        <w:rPr>
          <w:sz w:val="20"/>
        </w:rPr>
        <w:t>.</w:t>
      </w:r>
    </w:p>
    <w:p w14:paraId="1B6D885B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Entre as </w:t>
      </w:r>
      <w:proofErr w:type="spellStart"/>
      <w:r>
        <w:rPr>
          <w:sz w:val="20"/>
        </w:rPr>
        <w:t>necessidades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urgentes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identificadas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encontra</w:t>
      </w:r>
      <w:proofErr w:type="spellEnd"/>
      <w:r>
        <w:rPr>
          <w:sz w:val="20"/>
        </w:rPr>
        <w:t>-</w:t>
      </w:r>
      <w:proofErr w:type="spellStart"/>
      <w:r>
        <w:rPr>
          <w:sz w:val="20"/>
        </w:rPr>
        <w:t>se 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reposição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proteção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coberturas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residenciais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severamente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danificadas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especialmente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domicílios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famílias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situação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vulnerabilidade</w:t>
      </w:r>
      <w:proofErr w:type="spellEnd"/>
      <w:r>
        <w:rPr>
          <w:sz w:val="20"/>
        </w:rPr>
        <w:t xml:space="preserve">.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ausência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cobertura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adequada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expõe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moradores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novas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chuvas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umidade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frio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perda</w:t>
      </w:r>
      <w:proofErr w:type="spellEnd"/>
      <w:r>
        <w:rPr>
          <w:sz w:val="20"/>
        </w:rPr>
        <w:t xml:space="preserve"> de bens e </w:t>
      </w:r>
      <w:proofErr w:type="spellStart"/>
      <w:r>
        <w:rPr>
          <w:sz w:val="20"/>
        </w:rPr>
        <w:t>riscos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adicionais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segurança</w:t>
      </w:r>
      <w:proofErr w:type="spellEnd"/>
      <w:r>
        <w:rPr>
          <w:sz w:val="20"/>
        </w:rPr>
        <w:t xml:space="preserve"> e à </w:t>
      </w:r>
      <w:proofErr w:type="spellStart"/>
      <w:r>
        <w:rPr>
          <w:sz w:val="20"/>
        </w:rPr>
        <w:t>habitabilidade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tornando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impraticável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aguardar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tramitação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procedimento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competitivo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ordinário</w:t>
      </w:r>
      <w:proofErr w:type="spellEnd"/>
      <w:r>
        <w:rPr>
          <w:sz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3E427863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5414D529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2. OBJETO</w:t>
            </w:r>
          </w:p>
        </w:tc>
      </w:tr>
    </w:tbl>
    <w:p w14:paraId="1711366C" w14:textId="77777777" w:rsidR="00A40BDE" w:rsidRDefault="00000000">
      <w:pPr>
        <w:pStyle w:val="Body"/>
        <w:spacing w:after="60" w:line="245" w:lineRule="auto"/>
        <w:ind w:firstLine="709"/>
      </w:pPr>
      <w:proofErr w:type="spellStart"/>
      <w:r>
        <w:rPr>
          <w:sz w:val="20"/>
        </w:rPr>
        <w:t>Constitui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objeto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presente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dispensa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consolidação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 xml:space="preserve"> de 2.070 (duas mil e </w:t>
      </w:r>
      <w:proofErr w:type="spellStart"/>
      <w:r>
        <w:rPr>
          <w:sz w:val="20"/>
        </w:rPr>
        <w:t>setenta</w:t>
      </w:r>
      <w:proofErr w:type="spellEnd"/>
      <w:r>
        <w:rPr>
          <w:sz w:val="20"/>
        </w:rPr>
        <w:t xml:space="preserve">) </w:t>
      </w:r>
      <w:proofErr w:type="spellStart"/>
      <w:r>
        <w:rPr>
          <w:sz w:val="20"/>
        </w:rPr>
        <w:t>telhas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fibrocimento</w:t>
      </w:r>
      <w:proofErr w:type="spellEnd"/>
      <w:r>
        <w:rPr>
          <w:sz w:val="20"/>
        </w:rPr>
        <w:t xml:space="preserve"> de 4 mm, 250 (</w:t>
      </w:r>
      <w:proofErr w:type="spellStart"/>
      <w:r>
        <w:rPr>
          <w:sz w:val="20"/>
        </w:rPr>
        <w:t>duzentas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cinquenta</w:t>
      </w:r>
      <w:proofErr w:type="spellEnd"/>
      <w:r>
        <w:rPr>
          <w:sz w:val="20"/>
        </w:rPr>
        <w:t xml:space="preserve">) </w:t>
      </w:r>
      <w:proofErr w:type="spellStart"/>
      <w:r>
        <w:rPr>
          <w:sz w:val="20"/>
        </w:rPr>
        <w:t>telhas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fibrocimento</w:t>
      </w:r>
      <w:proofErr w:type="spellEnd"/>
      <w:r>
        <w:rPr>
          <w:sz w:val="20"/>
        </w:rPr>
        <w:t xml:space="preserve"> de 6 mm, </w:t>
      </w:r>
      <w:proofErr w:type="spellStart"/>
      <w:r>
        <w:rPr>
          <w:sz w:val="20"/>
        </w:rPr>
        <w:t>lonas</w:t>
      </w:r>
      <w:proofErr w:type="spellEnd"/>
      <w:r>
        <w:rPr>
          <w:sz w:val="20"/>
        </w:rPr>
        <w:t xml:space="preserve">, manta </w:t>
      </w:r>
      <w:proofErr w:type="spellStart"/>
      <w:r>
        <w:rPr>
          <w:sz w:val="20"/>
        </w:rPr>
        <w:t>asfáltica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fita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asfáltica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refil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gás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maçarico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demais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individualizados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Compras nº 1894/2026 a 1901/2026, 1945/2026 e 1946/2026, </w:t>
      </w:r>
      <w:proofErr w:type="spellStart"/>
      <w:r>
        <w:rPr>
          <w:sz w:val="20"/>
        </w:rPr>
        <w:t>destinados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cobertura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proteção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reparo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telhados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residências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atingidas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pelo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desastre</w:t>
      </w:r>
      <w:proofErr w:type="spellEnd"/>
      <w:r>
        <w:rPr>
          <w:sz w:val="20"/>
        </w:rPr>
        <w:t xml:space="preserve">, no valor global de R$ 85.043,16, para </w:t>
      </w:r>
      <w:proofErr w:type="spellStart"/>
      <w:r>
        <w:rPr>
          <w:sz w:val="20"/>
        </w:rPr>
        <w:t>utilização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coordenadas</w:t>
      </w:r>
      <w:proofErr w:type="spellEnd"/>
      <w:r>
        <w:rPr>
          <w:sz w:val="20"/>
        </w:rPr>
        <w:t xml:space="preserve"> pela </w:t>
      </w:r>
      <w:proofErr w:type="spellStart"/>
      <w:r>
        <w:rPr>
          <w:sz w:val="20"/>
        </w:rPr>
        <w:t>Defesa</w:t>
      </w:r>
      <w:proofErr w:type="spellEnd"/>
      <w:r>
        <w:rPr>
          <w:sz w:val="20"/>
        </w:rPr>
        <w:t xml:space="preserve"> Civil Municipal e </w:t>
      </w:r>
      <w:proofErr w:type="spellStart"/>
      <w:r>
        <w:rPr>
          <w:sz w:val="20"/>
        </w:rPr>
        <w:t>demais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órgãos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municipais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envolvidos</w:t>
      </w:r>
      <w:proofErr w:type="spellEnd"/>
      <w:r>
        <w:rPr>
          <w:sz w:val="20"/>
        </w:rPr>
        <w:t>.</w:t>
      </w:r>
    </w:p>
    <w:p w14:paraId="0A619984" w14:textId="77777777" w:rsidR="00A40BDE" w:rsidRDefault="00000000">
      <w:pPr>
        <w:pStyle w:val="Body"/>
        <w:spacing w:after="60" w:line="245" w:lineRule="auto"/>
      </w:pPr>
      <w:r>
        <w:rPr>
          <w:b/>
          <w:sz w:val="20"/>
        </w:rPr>
        <w:t xml:space="preserve">2.1 </w:t>
      </w:r>
      <w:proofErr w:type="spellStart"/>
      <w:r>
        <w:rPr>
          <w:b/>
          <w:sz w:val="20"/>
        </w:rPr>
        <w:t>Requisições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integrantes</w:t>
      </w:r>
      <w:proofErr w:type="spellEnd"/>
      <w:r>
        <w:rPr>
          <w:b/>
          <w:sz w:val="20"/>
        </w:rPr>
        <w:t xml:space="preserve">: </w:t>
      </w:r>
      <w:r>
        <w:rPr>
          <w:sz w:val="20"/>
        </w:rPr>
        <w:t xml:space="preserve">nº 1894/2026 a 1901/2026, 1945/2026 e 1946/2026, </w:t>
      </w:r>
      <w:proofErr w:type="spellStart"/>
      <w:r>
        <w:rPr>
          <w:sz w:val="20"/>
        </w:rPr>
        <w:t>vinculadas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Processos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Digitais</w:t>
      </w:r>
      <w:proofErr w:type="spellEnd"/>
      <w:r>
        <w:rPr>
          <w:sz w:val="20"/>
        </w:rPr>
        <w:t xml:space="preserve"> nº 6451/2026, 6452/2026, 6454/2026, 6456/2026, 6457/2026, 6458/2026, 6460/2026, 6461/2026, 6573/2026 e 6574/2026.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42"/>
        <w:gridCol w:w="1871"/>
        <w:gridCol w:w="3118"/>
        <w:gridCol w:w="737"/>
        <w:gridCol w:w="510"/>
        <w:gridCol w:w="1020"/>
        <w:gridCol w:w="1077"/>
      </w:tblGrid>
      <w:tr w:rsidR="00A40BDE" w14:paraId="0359660C" w14:textId="77777777">
        <w:trPr>
          <w:tblHeader/>
          <w:jc w:val="center"/>
        </w:trPr>
        <w:tc>
          <w:tcPr>
            <w:tcW w:w="794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4B0CFB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4"/>
              </w:rPr>
              <w:t>Req.</w:t>
            </w:r>
          </w:p>
        </w:tc>
        <w:tc>
          <w:tcPr>
            <w:tcW w:w="1871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33DE395" w14:textId="77777777" w:rsidR="00A40BDE" w:rsidRDefault="00000000">
            <w:pPr>
              <w:spacing w:line="245" w:lineRule="auto"/>
              <w:jc w:val="center"/>
            </w:pPr>
            <w:proofErr w:type="spellStart"/>
            <w:r>
              <w:rPr>
                <w:b/>
                <w:sz w:val="14"/>
              </w:rPr>
              <w:t>Fornecedor</w:t>
            </w:r>
            <w:proofErr w:type="spellEnd"/>
          </w:p>
        </w:tc>
        <w:tc>
          <w:tcPr>
            <w:tcW w:w="3118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850A246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4"/>
              </w:rPr>
              <w:t xml:space="preserve">Item / </w:t>
            </w:r>
            <w:proofErr w:type="spellStart"/>
            <w:r>
              <w:rPr>
                <w:b/>
                <w:sz w:val="14"/>
              </w:rPr>
              <w:t>especificação</w:t>
            </w:r>
            <w:proofErr w:type="spellEnd"/>
          </w:p>
        </w:tc>
        <w:tc>
          <w:tcPr>
            <w:tcW w:w="737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6E146B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4"/>
              </w:rPr>
              <w:t>Qtd.</w:t>
            </w:r>
          </w:p>
        </w:tc>
        <w:tc>
          <w:tcPr>
            <w:tcW w:w="510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124787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4"/>
              </w:rPr>
              <w:t>Un.</w:t>
            </w:r>
          </w:p>
        </w:tc>
        <w:tc>
          <w:tcPr>
            <w:tcW w:w="1020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4EED24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4"/>
              </w:rPr>
              <w:t>Unit. (R$)</w:t>
            </w:r>
          </w:p>
        </w:tc>
        <w:tc>
          <w:tcPr>
            <w:tcW w:w="1077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8EC7BE2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4"/>
              </w:rPr>
              <w:t>Total (R$)</w:t>
            </w:r>
          </w:p>
        </w:tc>
      </w:tr>
      <w:tr w:rsidR="00A40BDE" w14:paraId="291AE833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7AC7EC7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1894/2026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F885668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GRINGO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67C3E0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fibrocimento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ondulada</w:t>
            </w:r>
            <w:proofErr w:type="spellEnd"/>
            <w:r>
              <w:rPr>
                <w:sz w:val="14"/>
              </w:rPr>
              <w:t xml:space="preserve">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D23805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2BC1B3D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56DE413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18,00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D3A2D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4.500,00</w:t>
            </w:r>
          </w:p>
        </w:tc>
      </w:tr>
      <w:tr w:rsidR="00A40BDE" w14:paraId="120A75E2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84ABB0E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1895/2026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F6C959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COOPERATIVA TRITÍCOLA SARANDI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973D30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fibrocimento</w:t>
            </w:r>
            <w:proofErr w:type="spellEnd"/>
            <w:r>
              <w:rPr>
                <w:sz w:val="14"/>
              </w:rPr>
              <w:t xml:space="preserve">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133CD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420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110AB8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1D52B2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19,90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E5701B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8.358,00</w:t>
            </w:r>
          </w:p>
        </w:tc>
      </w:tr>
      <w:tr w:rsidR="00A40BDE" w14:paraId="7BD0578A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5909D0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1896/2026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DA3892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LOJAS QUERO-QUERO S.A.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EB901DF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fibrocimento</w:t>
            </w:r>
            <w:proofErr w:type="spellEnd"/>
            <w:r>
              <w:rPr>
                <w:sz w:val="14"/>
              </w:rPr>
              <w:t xml:space="preserve">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A8990C5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380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83975A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55243F8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18,90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0646A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7.182,00</w:t>
            </w:r>
          </w:p>
        </w:tc>
      </w:tr>
      <w:tr w:rsidR="00A40BDE" w14:paraId="2D1FB4DF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BB4D29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1896/2026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8BD377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LOJAS QUERO-QUERO S.A.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D3C7791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fibrocimento</w:t>
            </w:r>
            <w:proofErr w:type="spellEnd"/>
            <w:r>
              <w:rPr>
                <w:sz w:val="14"/>
              </w:rPr>
              <w:t xml:space="preserve"> 6 mm - 2,44 x 1,10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3C3BF68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792C86D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5200105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60,90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D40DBC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6.090,00</w:t>
            </w:r>
          </w:p>
        </w:tc>
      </w:tr>
      <w:tr w:rsidR="00A40BDE" w14:paraId="36EF2F9A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6AA51B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1897/2026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4CCB55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LOJAS BECKER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216381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fibrocimento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ondulada</w:t>
            </w:r>
            <w:proofErr w:type="spellEnd"/>
            <w:r>
              <w:rPr>
                <w:sz w:val="14"/>
              </w:rPr>
              <w:t xml:space="preserve">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EF32DCB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30AE2D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96975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19,45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38B7C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4.862,50</w:t>
            </w:r>
          </w:p>
        </w:tc>
      </w:tr>
      <w:tr w:rsidR="00A40BDE" w14:paraId="3D4A7FF6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01E66A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1898/2026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0F11E38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RODEIO COMÉRCIO DE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20F62E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fibrocimento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ondulada</w:t>
            </w:r>
            <w:proofErr w:type="spellEnd"/>
            <w:r>
              <w:rPr>
                <w:sz w:val="14"/>
              </w:rPr>
              <w:t xml:space="preserve">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491002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270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BFAFEA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CC4C06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20,50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8D358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5.535,00</w:t>
            </w:r>
          </w:p>
        </w:tc>
      </w:tr>
      <w:tr w:rsidR="00A40BDE" w14:paraId="16193F05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E1BE1FF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lastRenderedPageBreak/>
              <w:t>1899/2026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B9E77A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BERNARDI PISCINAS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CF20643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de </w:t>
            </w:r>
            <w:proofErr w:type="spellStart"/>
            <w:r>
              <w:rPr>
                <w:sz w:val="14"/>
              </w:rPr>
              <w:t>fibrocimento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ondulada</w:t>
            </w:r>
            <w:proofErr w:type="spellEnd"/>
            <w:r>
              <w:rPr>
                <w:sz w:val="14"/>
              </w:rPr>
              <w:t xml:space="preserve"> 2,44 x 0,50 m - 4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E73B76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E11947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693728F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19,80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19ED9E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4.950,00</w:t>
            </w:r>
          </w:p>
        </w:tc>
      </w:tr>
      <w:tr w:rsidR="00A40BDE" w14:paraId="186E121F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9351B8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BB2F4CE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RODEIO COMÉRCIO DE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66716E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Fita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asfáltica</w:t>
            </w:r>
            <w:proofErr w:type="spellEnd"/>
            <w:r>
              <w:rPr>
                <w:sz w:val="14"/>
              </w:rPr>
              <w:t xml:space="preserve"> para </w:t>
            </w: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- 45 mm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41A66B3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E29D6B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BDFB25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17,00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589C39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170,00</w:t>
            </w:r>
          </w:p>
        </w:tc>
      </w:tr>
      <w:tr w:rsidR="00A40BDE" w14:paraId="5D842639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B9F9D1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B1967F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RODEIO COMÉRCIO DE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E78298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Refil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gás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butano</w:t>
            </w:r>
            <w:proofErr w:type="spellEnd"/>
            <w:r>
              <w:rPr>
                <w:sz w:val="14"/>
              </w:rPr>
              <w:t xml:space="preserve"> para </w:t>
            </w:r>
            <w:proofErr w:type="spellStart"/>
            <w:r>
              <w:rPr>
                <w:sz w:val="14"/>
              </w:rPr>
              <w:t>fogareiro</w:t>
            </w:r>
            <w:proofErr w:type="spell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maçarico</w:t>
            </w:r>
            <w:proofErr w:type="spellEnd"/>
            <w:r>
              <w:rPr>
                <w:sz w:val="14"/>
              </w:rPr>
              <w:t xml:space="preserve"> 227 g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89CFBE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F393A7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742929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17,96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5BEC4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17,96</w:t>
            </w:r>
          </w:p>
        </w:tc>
      </w:tr>
      <w:tr w:rsidR="00A40BDE" w14:paraId="56CA0D0A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BB4F05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D34562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RODEIO COMÉRCIO DE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919C740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Lona preta 6 x 100 - 45 kg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FDA576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1.800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C17716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E024AF4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2,12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0242D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3.816,00</w:t>
            </w:r>
          </w:p>
        </w:tc>
      </w:tr>
      <w:tr w:rsidR="00A40BDE" w14:paraId="086DAB69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0630C8E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2E567D9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RODEIO COMÉRCIO DE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5CDB585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Lona preta 4 x 100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B95FF2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1.820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5A29C55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54456B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1,98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DF7D9DC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3.603,60</w:t>
            </w:r>
          </w:p>
        </w:tc>
      </w:tr>
      <w:tr w:rsidR="00A40BDE" w14:paraId="05661783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255907E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1900/2026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7951833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RODEIO COMÉRCIO DE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CE420F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Lona preta 4 x 100 - 15 kg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C8F1A5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3EB29A0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A89B1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1,21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51C10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133,10</w:t>
            </w:r>
          </w:p>
        </w:tc>
      </w:tr>
      <w:tr w:rsidR="00A40BDE" w14:paraId="3366C97E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8A0AF64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756F04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GRINGO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309E35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 xml:space="preserve">Manta </w:t>
            </w:r>
            <w:proofErr w:type="spellStart"/>
            <w:r>
              <w:rPr>
                <w:sz w:val="14"/>
              </w:rPr>
              <w:t>asfáltica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aluminizada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adesiva</w:t>
            </w:r>
            <w:proofErr w:type="spellEnd"/>
            <w:r>
              <w:rPr>
                <w:sz w:val="14"/>
              </w:rPr>
              <w:t xml:space="preserve"> 90 cm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32221B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14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535141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611696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25,00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3AC4883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350,00</w:t>
            </w:r>
          </w:p>
        </w:tc>
      </w:tr>
      <w:tr w:rsidR="00A40BDE" w14:paraId="25942726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4CC304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E21491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GRINGO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3BEDA5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 xml:space="preserve">Lona preta - </w:t>
            </w:r>
            <w:proofErr w:type="spellStart"/>
            <w:r>
              <w:rPr>
                <w:sz w:val="14"/>
              </w:rPr>
              <w:t>largura</w:t>
            </w:r>
            <w:proofErr w:type="spellEnd"/>
            <w:r>
              <w:rPr>
                <w:sz w:val="14"/>
              </w:rPr>
              <w:t xml:space="preserve"> 6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18AD29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800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B7A5AF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5BEF5D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18,00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0FA8385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14.400,00</w:t>
            </w:r>
          </w:p>
        </w:tc>
      </w:tr>
      <w:tr w:rsidR="00A40BDE" w14:paraId="48CF5082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AEA3E0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9D1A583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GRINGO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C763F6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 xml:space="preserve">Lona preta - </w:t>
            </w:r>
            <w:proofErr w:type="spellStart"/>
            <w:r>
              <w:rPr>
                <w:sz w:val="14"/>
              </w:rPr>
              <w:t>largura</w:t>
            </w:r>
            <w:proofErr w:type="spellEnd"/>
            <w:r>
              <w:rPr>
                <w:sz w:val="14"/>
              </w:rPr>
              <w:t xml:space="preserve"> 4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52B83E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67327AC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AC5C2C8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8,50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CE4F92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935,00</w:t>
            </w:r>
          </w:p>
        </w:tc>
      </w:tr>
      <w:tr w:rsidR="00A40BDE" w14:paraId="612DD62D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450551B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1901/2026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8DDCA65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GRINGO MATERIAIS DE CONSTRUÇÃO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AA5982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 xml:space="preserve">Lona preta - </w:t>
            </w:r>
            <w:proofErr w:type="spellStart"/>
            <w:r>
              <w:rPr>
                <w:sz w:val="14"/>
              </w:rPr>
              <w:t>largura</w:t>
            </w:r>
            <w:proofErr w:type="spellEnd"/>
            <w:r>
              <w:rPr>
                <w:sz w:val="14"/>
              </w:rPr>
              <w:t xml:space="preserve"> 8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38C1BF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210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6D76FC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M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7A56AC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23,00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5BD601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4.830,00</w:t>
            </w:r>
          </w:p>
        </w:tc>
      </w:tr>
      <w:tr w:rsidR="00A40BDE" w14:paraId="553EE033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D347EE2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1945/2026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1F45CAC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COOPERATIVA TRITÍCOLA SARANDI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69411A5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6 mm 2,44 x 1,10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975B4A5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9FDF47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458F9E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69,90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A37EAA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10.485,00</w:t>
            </w:r>
          </w:p>
        </w:tc>
      </w:tr>
      <w:tr w:rsidR="00A40BDE" w14:paraId="700FA34B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82BF751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1945/2026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BBD9C1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COOPERATIVA TRITÍCOLA SARANDI LTDA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69DC091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Fibrotex</w:t>
            </w:r>
            <w:proofErr w:type="spellEnd"/>
            <w:r>
              <w:rPr>
                <w:sz w:val="14"/>
              </w:rPr>
              <w:t xml:space="preserve"> 4 mm 2,44 x 0,50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CF1537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100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1BDF70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557920C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19,90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B8A9F57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1.990,00</w:t>
            </w:r>
          </w:p>
        </w:tc>
      </w:tr>
      <w:tr w:rsidR="00A40BDE" w14:paraId="48B6EEC3" w14:textId="77777777">
        <w:trPr>
          <w:cantSplit/>
          <w:jc w:val="center"/>
        </w:trPr>
        <w:tc>
          <w:tcPr>
            <w:tcW w:w="794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2F87A85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1946/2026</w:t>
            </w:r>
          </w:p>
        </w:tc>
        <w:tc>
          <w:tcPr>
            <w:tcW w:w="187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18106FA" w14:textId="77777777" w:rsidR="00A40BDE" w:rsidRDefault="00000000">
            <w:pPr>
              <w:spacing w:line="245" w:lineRule="auto"/>
            </w:pPr>
            <w:r>
              <w:rPr>
                <w:sz w:val="14"/>
              </w:rPr>
              <w:t>LOJAS QUERO-QUERO S.A.</w:t>
            </w:r>
          </w:p>
        </w:tc>
        <w:tc>
          <w:tcPr>
            <w:tcW w:w="311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DF56350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4"/>
              </w:rPr>
              <w:t>Telha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Fibrotex</w:t>
            </w:r>
            <w:proofErr w:type="spellEnd"/>
            <w:r>
              <w:rPr>
                <w:sz w:val="14"/>
              </w:rPr>
              <w:t xml:space="preserve"> 4 mm 2,44 x 0,50 m</w:t>
            </w:r>
          </w:p>
        </w:tc>
        <w:tc>
          <w:tcPr>
            <w:tcW w:w="73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EFBA46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150</w:t>
            </w:r>
          </w:p>
        </w:tc>
        <w:tc>
          <w:tcPr>
            <w:tcW w:w="51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C9CA79" w14:textId="77777777" w:rsidR="00A40BDE" w:rsidRDefault="00000000">
            <w:pPr>
              <w:spacing w:line="245" w:lineRule="auto"/>
              <w:jc w:val="center"/>
            </w:pPr>
            <w:r>
              <w:rPr>
                <w:sz w:val="14"/>
              </w:rPr>
              <w:t>UN</w:t>
            </w:r>
          </w:p>
        </w:tc>
        <w:tc>
          <w:tcPr>
            <w:tcW w:w="1020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46962E3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18,90</w:t>
            </w:r>
          </w:p>
        </w:tc>
        <w:tc>
          <w:tcPr>
            <w:tcW w:w="107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A03A3FE" w14:textId="77777777" w:rsidR="00A40BDE" w:rsidRDefault="00000000">
            <w:pPr>
              <w:spacing w:line="245" w:lineRule="auto"/>
              <w:jc w:val="right"/>
            </w:pPr>
            <w:r>
              <w:rPr>
                <w:sz w:val="14"/>
              </w:rPr>
              <w:t>2.835,00</w:t>
            </w:r>
          </w:p>
        </w:tc>
      </w:tr>
    </w:tbl>
    <w:p w14:paraId="367E792E" w14:textId="77777777" w:rsidR="00A40BDE" w:rsidRDefault="00000000">
      <w:pPr>
        <w:pStyle w:val="Body"/>
        <w:spacing w:line="245" w:lineRule="auto"/>
        <w:jc w:val="right"/>
      </w:pPr>
      <w:r>
        <w:rPr>
          <w:b/>
          <w:sz w:val="20"/>
        </w:rPr>
        <w:t>VALOR TOTAL: R$ 85.043,16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4CEAD380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2CFBA4B7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3. FUNDAMENTO LEGAL E DELIMITAÇÃO DA DISPENSA</w:t>
            </w:r>
          </w:p>
        </w:tc>
      </w:tr>
    </w:tbl>
    <w:p w14:paraId="67C0B93A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enquadra</w:t>
      </w:r>
      <w:proofErr w:type="spellEnd"/>
      <w:r>
        <w:rPr>
          <w:sz w:val="20"/>
        </w:rPr>
        <w:t>-</w:t>
      </w:r>
      <w:proofErr w:type="spellStart"/>
      <w:r>
        <w:rPr>
          <w:sz w:val="20"/>
        </w:rPr>
        <w:t>se</w:t>
      </w:r>
      <w:proofErr w:type="spellEnd"/>
      <w:r>
        <w:rPr>
          <w:sz w:val="20"/>
        </w:rPr>
        <w:t xml:space="preserve"> no art. 75, </w:t>
      </w:r>
      <w:proofErr w:type="spellStart"/>
      <w:r>
        <w:rPr>
          <w:sz w:val="20"/>
        </w:rPr>
        <w:t>inciso</w:t>
      </w:r>
      <w:proofErr w:type="spellEnd"/>
      <w:r>
        <w:rPr>
          <w:sz w:val="20"/>
        </w:rPr>
        <w:t xml:space="preserve"> VIII, da Lei nº 14.133/2021,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dispensa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licitação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casos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emergência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calamidade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pública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caracterizada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urgência</w:t>
      </w:r>
      <w:proofErr w:type="spellEnd"/>
      <w:r>
        <w:rPr>
          <w:sz w:val="20"/>
        </w:rPr>
        <w:t xml:space="preserve"> de atendimento de </w:t>
      </w:r>
      <w:proofErr w:type="spellStart"/>
      <w:r>
        <w:rPr>
          <w:sz w:val="20"/>
        </w:rPr>
        <w:t>situação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apta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ocasionar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prejuízo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comprometer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segurança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pessoas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bens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limitada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 dos bens </w:t>
      </w:r>
      <w:proofErr w:type="spellStart"/>
      <w:r>
        <w:rPr>
          <w:sz w:val="20"/>
        </w:rPr>
        <w:t>necessários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atendimento da </w:t>
      </w:r>
      <w:proofErr w:type="spellStart"/>
      <w:r>
        <w:rPr>
          <w:sz w:val="20"/>
        </w:rPr>
        <w:t>situação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>.</w:t>
      </w:r>
    </w:p>
    <w:p w14:paraId="678EDD34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deverá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guardar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pertinência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</w:t>
      </w:r>
      <w:proofErr w:type="spellEnd"/>
      <w:r>
        <w:rPr>
          <w:sz w:val="20"/>
        </w:rPr>
        <w:t xml:space="preserve"> com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danos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decorrentes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evento</w:t>
      </w:r>
      <w:proofErr w:type="spellEnd"/>
      <w:r>
        <w:rPr>
          <w:sz w:val="20"/>
        </w:rPr>
        <w:t xml:space="preserve"> de 10 de </w:t>
      </w:r>
      <w:proofErr w:type="spellStart"/>
      <w:r>
        <w:rPr>
          <w:sz w:val="20"/>
        </w:rPr>
        <w:t>setembro</w:t>
      </w:r>
      <w:proofErr w:type="spellEnd"/>
      <w:r>
        <w:rPr>
          <w:sz w:val="20"/>
        </w:rPr>
        <w:t xml:space="preserve"> de 2026 e com as </w:t>
      </w:r>
      <w:proofErr w:type="spellStart"/>
      <w:r>
        <w:rPr>
          <w:sz w:val="20"/>
        </w:rPr>
        <w:t>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previstas</w:t>
      </w:r>
      <w:proofErr w:type="spellEnd"/>
      <w:r>
        <w:rPr>
          <w:sz w:val="20"/>
        </w:rPr>
        <w:t xml:space="preserve"> no </w:t>
      </w:r>
      <w:proofErr w:type="spellStart"/>
      <w:r>
        <w:rPr>
          <w:sz w:val="20"/>
        </w:rPr>
        <w:t>Decreto</w:t>
      </w:r>
      <w:proofErr w:type="spellEnd"/>
      <w:r>
        <w:rPr>
          <w:sz w:val="20"/>
        </w:rPr>
        <w:t xml:space="preserve"> Municipal nº 67/2026.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poderão</w:t>
      </w:r>
      <w:proofErr w:type="spellEnd"/>
      <w:r>
        <w:rPr>
          <w:sz w:val="20"/>
        </w:rPr>
        <w:t xml:space="preserve"> ser </w:t>
      </w:r>
      <w:proofErr w:type="spellStart"/>
      <w:r>
        <w:rPr>
          <w:sz w:val="20"/>
        </w:rPr>
        <w:t>incluídos</w:t>
      </w:r>
      <w:proofErr w:type="spellEnd"/>
      <w:r>
        <w:rPr>
          <w:sz w:val="20"/>
        </w:rPr>
        <w:t xml:space="preserve"> bens </w:t>
      </w:r>
      <w:proofErr w:type="spellStart"/>
      <w:r>
        <w:rPr>
          <w:sz w:val="20"/>
        </w:rPr>
        <w:t>destinados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necessidades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ordinárias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futuras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desvinculadas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>.</w:t>
      </w:r>
    </w:p>
    <w:p w14:paraId="6EC90CBF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O </w:t>
      </w:r>
      <w:proofErr w:type="spellStart"/>
      <w:r>
        <w:rPr>
          <w:sz w:val="20"/>
        </w:rPr>
        <w:t>presente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enquadramento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independe</w:t>
      </w:r>
      <w:proofErr w:type="spellEnd"/>
      <w:r>
        <w:rPr>
          <w:sz w:val="20"/>
        </w:rPr>
        <w:t xml:space="preserve"> do valor total da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. 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mais</w:t>
      </w:r>
      <w:proofErr w:type="spellEnd"/>
      <w:r>
        <w:rPr>
          <w:sz w:val="20"/>
        </w:rPr>
        <w:t xml:space="preserve"> de um </w:t>
      </w:r>
      <w:proofErr w:type="spellStart"/>
      <w:r>
        <w:rPr>
          <w:sz w:val="20"/>
        </w:rPr>
        <w:t>fornecedor</w:t>
      </w:r>
      <w:proofErr w:type="spellEnd"/>
      <w:r>
        <w:rPr>
          <w:sz w:val="20"/>
        </w:rPr>
        <w:t xml:space="preserve">, no </w:t>
      </w:r>
      <w:proofErr w:type="spellStart"/>
      <w:r>
        <w:rPr>
          <w:sz w:val="20"/>
        </w:rPr>
        <w:t>mesmo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processo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decorre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fracionamento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enquadramento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limite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dispensa</w:t>
      </w:r>
      <w:proofErr w:type="spellEnd"/>
      <w:r>
        <w:rPr>
          <w:sz w:val="20"/>
        </w:rPr>
        <w:t xml:space="preserve">, mas da </w:t>
      </w:r>
      <w:proofErr w:type="spellStart"/>
      <w:r>
        <w:rPr>
          <w:sz w:val="20"/>
        </w:rPr>
        <w:t>escassez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concreta</w:t>
      </w:r>
      <w:proofErr w:type="spellEnd"/>
      <w:r>
        <w:rPr>
          <w:sz w:val="20"/>
        </w:rPr>
        <w:t xml:space="preserve"> de estoque e da </w:t>
      </w:r>
      <w:proofErr w:type="spellStart"/>
      <w:r>
        <w:rPr>
          <w:sz w:val="20"/>
        </w:rPr>
        <w:t>necessidade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obtenção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quantitativo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necessário</w:t>
      </w:r>
      <w:proofErr w:type="spellEnd"/>
      <w:r>
        <w:rPr>
          <w:sz w:val="20"/>
        </w:rPr>
        <w:t xml:space="preserve"> para a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desastre</w:t>
      </w:r>
      <w:proofErr w:type="spellEnd"/>
      <w:r>
        <w:rPr>
          <w:sz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047E8270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31FAFB11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4. REQUISITOS ESPECÍFICOS DA CONTRATAÇÃO</w:t>
            </w:r>
          </w:p>
        </w:tc>
      </w:tr>
    </w:tbl>
    <w:p w14:paraId="045EAC34" w14:textId="77777777" w:rsidR="00A40BDE" w:rsidRDefault="00000000">
      <w:pPr>
        <w:pStyle w:val="Body"/>
        <w:spacing w:after="30" w:line="245" w:lineRule="auto"/>
      </w:pPr>
      <w:r>
        <w:rPr>
          <w:b/>
          <w:sz w:val="20"/>
        </w:rPr>
        <w:t xml:space="preserve">[X] </w:t>
      </w:r>
      <w:r>
        <w:rPr>
          <w:sz w:val="20"/>
        </w:rPr>
        <w:t xml:space="preserve">Bens </w:t>
      </w:r>
      <w:proofErr w:type="spellStart"/>
      <w:r>
        <w:rPr>
          <w:sz w:val="20"/>
        </w:rPr>
        <w:t>novos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íntegros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adequados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finalidade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observadas</w:t>
      </w:r>
      <w:proofErr w:type="spellEnd"/>
      <w:r>
        <w:rPr>
          <w:sz w:val="20"/>
        </w:rPr>
        <w:t xml:space="preserve"> as </w:t>
      </w:r>
      <w:proofErr w:type="spellStart"/>
      <w:r>
        <w:rPr>
          <w:sz w:val="20"/>
        </w:rPr>
        <w:t>espessuras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demais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especificações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constantes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documentos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>.</w:t>
      </w:r>
    </w:p>
    <w:p w14:paraId="3F00EC21" w14:textId="77777777" w:rsidR="00A40BDE" w:rsidRDefault="00000000">
      <w:pPr>
        <w:pStyle w:val="Body"/>
        <w:spacing w:after="30" w:line="245" w:lineRule="auto"/>
      </w:pPr>
      <w:r>
        <w:rPr>
          <w:b/>
          <w:sz w:val="20"/>
        </w:rPr>
        <w:t xml:space="preserve">[X] </w:t>
      </w:r>
      <w:r>
        <w:rPr>
          <w:sz w:val="20"/>
        </w:rPr>
        <w:t xml:space="preserve">Sem </w:t>
      </w:r>
      <w:proofErr w:type="spellStart"/>
      <w:r>
        <w:rPr>
          <w:sz w:val="20"/>
        </w:rPr>
        <w:t>indicação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marca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desde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atendidas</w:t>
      </w:r>
      <w:proofErr w:type="spellEnd"/>
      <w:r>
        <w:rPr>
          <w:sz w:val="20"/>
        </w:rPr>
        <w:t xml:space="preserve"> as </w:t>
      </w:r>
      <w:proofErr w:type="spellStart"/>
      <w:r>
        <w:rPr>
          <w:sz w:val="20"/>
        </w:rPr>
        <w:t>especificações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mínimas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qualidade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compatibilidade</w:t>
      </w:r>
      <w:proofErr w:type="spellEnd"/>
      <w:r>
        <w:rPr>
          <w:sz w:val="20"/>
        </w:rPr>
        <w:t>.</w:t>
      </w:r>
    </w:p>
    <w:p w14:paraId="216F9265" w14:textId="77777777" w:rsidR="00A40BDE" w:rsidRDefault="00000000">
      <w:pPr>
        <w:pStyle w:val="Body"/>
        <w:spacing w:after="30" w:line="245" w:lineRule="auto"/>
      </w:pPr>
      <w:r>
        <w:rPr>
          <w:b/>
          <w:sz w:val="20"/>
        </w:rPr>
        <w:t xml:space="preserve">[X] </w:t>
      </w:r>
      <w:proofErr w:type="spellStart"/>
      <w:r>
        <w:rPr>
          <w:sz w:val="20"/>
        </w:rPr>
        <w:t>Fornecimento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mediante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retirada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estabelecimentos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entrega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definido</w:t>
      </w:r>
      <w:proofErr w:type="spellEnd"/>
      <w:r>
        <w:rPr>
          <w:sz w:val="20"/>
        </w:rPr>
        <w:t xml:space="preserve"> pela </w:t>
      </w:r>
      <w:proofErr w:type="spellStart"/>
      <w:r>
        <w:rPr>
          <w:sz w:val="20"/>
        </w:rPr>
        <w:t>Administração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conforme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logística</w:t>
      </w:r>
      <w:proofErr w:type="spellEnd"/>
      <w:r>
        <w:rPr>
          <w:sz w:val="20"/>
        </w:rPr>
        <w:t xml:space="preserve"> da COMPDEC.</w:t>
      </w:r>
    </w:p>
    <w:p w14:paraId="504FEF74" w14:textId="77777777" w:rsidR="00A40BDE" w:rsidRDefault="00000000">
      <w:pPr>
        <w:pStyle w:val="Body"/>
        <w:spacing w:after="30" w:line="245" w:lineRule="auto"/>
      </w:pPr>
      <w:r>
        <w:rPr>
          <w:b/>
          <w:sz w:val="20"/>
        </w:rPr>
        <w:t xml:space="preserve">[X] </w:t>
      </w:r>
      <w:proofErr w:type="spellStart"/>
      <w:r>
        <w:rPr>
          <w:sz w:val="20"/>
        </w:rPr>
        <w:t>Recebimento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condicionado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conferência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quantidade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especificação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integridade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física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>.</w:t>
      </w:r>
    </w:p>
    <w:p w14:paraId="25A208EA" w14:textId="77777777" w:rsidR="00A40BDE" w:rsidRDefault="00000000">
      <w:pPr>
        <w:pStyle w:val="Body"/>
        <w:spacing w:after="30" w:line="245" w:lineRule="auto"/>
      </w:pPr>
      <w:r>
        <w:rPr>
          <w:b/>
          <w:sz w:val="20"/>
        </w:rPr>
        <w:t xml:space="preserve">[X] </w:t>
      </w:r>
      <w:proofErr w:type="spellStart"/>
      <w:r>
        <w:rPr>
          <w:sz w:val="20"/>
        </w:rPr>
        <w:t>Pagamento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após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recebimento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ateste</w:t>
      </w:r>
      <w:proofErr w:type="spellEnd"/>
      <w:r>
        <w:rPr>
          <w:sz w:val="20"/>
        </w:rPr>
        <w:t xml:space="preserve"> da nota fiscal/</w:t>
      </w:r>
      <w:proofErr w:type="spellStart"/>
      <w:r>
        <w:rPr>
          <w:sz w:val="20"/>
        </w:rPr>
        <w:t>documento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equivalente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observada</w:t>
      </w:r>
      <w:proofErr w:type="spellEnd"/>
      <w:r>
        <w:rPr>
          <w:sz w:val="20"/>
        </w:rPr>
        <w:t xml:space="preserve"> a regular </w:t>
      </w:r>
      <w:proofErr w:type="spellStart"/>
      <w:r>
        <w:rPr>
          <w:sz w:val="20"/>
        </w:rPr>
        <w:t>liquidação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despesa</w:t>
      </w:r>
      <w:proofErr w:type="spellEnd"/>
      <w:r>
        <w:rPr>
          <w:sz w:val="20"/>
        </w:rPr>
        <w:t>.</w:t>
      </w:r>
    </w:p>
    <w:p w14:paraId="543CAF54" w14:textId="77777777" w:rsidR="00A40BDE" w:rsidRDefault="00000000">
      <w:pPr>
        <w:pStyle w:val="Body"/>
        <w:spacing w:after="30" w:line="245" w:lineRule="auto"/>
      </w:pPr>
      <w:r>
        <w:rPr>
          <w:b/>
          <w:sz w:val="20"/>
        </w:rPr>
        <w:t xml:space="preserve">[X] </w:t>
      </w:r>
      <w:r>
        <w:rPr>
          <w:sz w:val="20"/>
        </w:rPr>
        <w:t xml:space="preserve">Sem </w:t>
      </w:r>
      <w:proofErr w:type="spellStart"/>
      <w:r>
        <w:rPr>
          <w:sz w:val="20"/>
        </w:rPr>
        <w:t>exigência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garantia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execução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vistoria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qualificação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técnica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complexa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se </w:t>
      </w:r>
      <w:proofErr w:type="spellStart"/>
      <w:r>
        <w:rPr>
          <w:sz w:val="20"/>
        </w:rPr>
        <w:t>tratar</w:t>
      </w:r>
      <w:proofErr w:type="spellEnd"/>
      <w:r>
        <w:rPr>
          <w:sz w:val="20"/>
        </w:rPr>
        <w:t xml:space="preserve"> de bens </w:t>
      </w:r>
      <w:proofErr w:type="spellStart"/>
      <w:r>
        <w:rPr>
          <w:sz w:val="20"/>
        </w:rPr>
        <w:t>comuns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pronta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entrega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sem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prejuízo</w:t>
      </w:r>
      <w:proofErr w:type="spellEnd"/>
      <w:r>
        <w:rPr>
          <w:sz w:val="20"/>
        </w:rPr>
        <w:t xml:space="preserve"> das </w:t>
      </w:r>
      <w:proofErr w:type="spellStart"/>
      <w:r>
        <w:rPr>
          <w:sz w:val="20"/>
        </w:rPr>
        <w:t>garantias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legais</w:t>
      </w:r>
      <w:proofErr w:type="spellEnd"/>
      <w:r>
        <w:rPr>
          <w:sz w:val="20"/>
        </w:rPr>
        <w:t xml:space="preserve"> e da </w:t>
      </w:r>
      <w:proofErr w:type="spellStart"/>
      <w:r>
        <w:rPr>
          <w:sz w:val="20"/>
        </w:rPr>
        <w:t>habilitação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mínima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exigível</w:t>
      </w:r>
      <w:proofErr w:type="spellEnd"/>
      <w:r>
        <w:rPr>
          <w:sz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3FC73E14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371F1DCE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lastRenderedPageBreak/>
              <w:t>5. PESQUISA DE PREÇOS, DISPONIBILIDADE E ESCOLHA DOS FORNECEDORES</w:t>
            </w:r>
          </w:p>
        </w:tc>
      </w:tr>
    </w:tbl>
    <w:p w14:paraId="59A561BA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Diante da </w:t>
      </w:r>
      <w:proofErr w:type="spellStart"/>
      <w:r>
        <w:rPr>
          <w:sz w:val="20"/>
        </w:rPr>
        <w:t>necessidade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foi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realizado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levantamento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 xml:space="preserve"> junto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estabelecimentos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locais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identificados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comerciantes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necessários</w:t>
      </w:r>
      <w:proofErr w:type="spellEnd"/>
      <w:r>
        <w:rPr>
          <w:sz w:val="20"/>
        </w:rPr>
        <w:t xml:space="preserve">. O </w:t>
      </w:r>
      <w:proofErr w:type="spellStart"/>
      <w:r>
        <w:rPr>
          <w:sz w:val="20"/>
        </w:rPr>
        <w:t>levantamento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considerou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dois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fatores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indissociáveis</w:t>
      </w:r>
      <w:proofErr w:type="spellEnd"/>
      <w:r>
        <w:rPr>
          <w:sz w:val="20"/>
        </w:rPr>
        <w:t xml:space="preserve">: o </w:t>
      </w:r>
      <w:proofErr w:type="spellStart"/>
      <w:r>
        <w:rPr>
          <w:sz w:val="20"/>
        </w:rPr>
        <w:t>preço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ofertado</w:t>
      </w:r>
      <w:proofErr w:type="spellEnd"/>
      <w:r>
        <w:rPr>
          <w:sz w:val="20"/>
        </w:rPr>
        <w:t xml:space="preserve"> e a </w:t>
      </w:r>
      <w:proofErr w:type="spellStart"/>
      <w:r>
        <w:rPr>
          <w:sz w:val="20"/>
        </w:rPr>
        <w:t>quantidade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efetivamente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disponível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fornecimento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imediato</w:t>
      </w:r>
      <w:proofErr w:type="spellEnd"/>
      <w:r>
        <w:rPr>
          <w:sz w:val="20"/>
        </w:rPr>
        <w:t>.</w:t>
      </w:r>
    </w:p>
    <w:p w14:paraId="38A2FBF4" w14:textId="77777777" w:rsidR="00A40BDE" w:rsidRDefault="00000000">
      <w:pPr>
        <w:pStyle w:val="Body"/>
        <w:spacing w:after="60" w:line="245" w:lineRule="auto"/>
        <w:ind w:firstLine="709"/>
      </w:pP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excepcional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demanda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provocada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pelo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evento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atingiu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simultaneamente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Seberi</w:t>
      </w:r>
      <w:proofErr w:type="spellEnd"/>
      <w:r>
        <w:rPr>
          <w:sz w:val="20"/>
        </w:rPr>
        <w:t xml:space="preserve"> e outros </w:t>
      </w:r>
      <w:proofErr w:type="spellStart"/>
      <w:r>
        <w:rPr>
          <w:sz w:val="20"/>
        </w:rPr>
        <w:t>municípios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região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reduzindo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estoques e </w:t>
      </w:r>
      <w:proofErr w:type="spellStart"/>
      <w:r>
        <w:rPr>
          <w:sz w:val="20"/>
        </w:rPr>
        <w:t>aumentando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procura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telhas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lonas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cobertura</w:t>
      </w:r>
      <w:proofErr w:type="spellEnd"/>
      <w:r>
        <w:rPr>
          <w:sz w:val="20"/>
        </w:rPr>
        <w:t xml:space="preserve">. Segundo o </w:t>
      </w:r>
      <w:proofErr w:type="spellStart"/>
      <w:r>
        <w:rPr>
          <w:sz w:val="20"/>
        </w:rPr>
        <w:t>levantamento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unidade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requisitante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nenhum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fornecedor</w:t>
      </w:r>
      <w:proofErr w:type="spellEnd"/>
      <w:r>
        <w:rPr>
          <w:sz w:val="20"/>
        </w:rPr>
        <w:t xml:space="preserve"> local </w:t>
      </w:r>
      <w:proofErr w:type="spellStart"/>
      <w:r>
        <w:rPr>
          <w:sz w:val="20"/>
        </w:rPr>
        <w:t>possuía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isoladamente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quantitativo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suficiente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atender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integralmente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necessidade</w:t>
      </w:r>
      <w:proofErr w:type="spellEnd"/>
      <w:r>
        <w:rPr>
          <w:sz w:val="20"/>
        </w:rPr>
        <w:t xml:space="preserve"> municipal. </w:t>
      </w:r>
      <w:proofErr w:type="spellStart"/>
      <w:r>
        <w:rPr>
          <w:sz w:val="20"/>
        </w:rPr>
        <w:t>Além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disso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alguns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estabelecimentos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limitaram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quantidade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destinada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Município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manter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parcela</w:t>
      </w:r>
      <w:proofErr w:type="spellEnd"/>
      <w:r>
        <w:rPr>
          <w:sz w:val="20"/>
        </w:rPr>
        <w:t xml:space="preserve"> do estoque </w:t>
      </w:r>
      <w:proofErr w:type="spellStart"/>
      <w:r>
        <w:rPr>
          <w:sz w:val="20"/>
        </w:rPr>
        <w:t>disponível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consumidores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afetados</w:t>
      </w:r>
      <w:proofErr w:type="spellEnd"/>
      <w:r>
        <w:rPr>
          <w:sz w:val="20"/>
        </w:rPr>
        <w:t>.</w:t>
      </w:r>
    </w:p>
    <w:p w14:paraId="5FA8A23F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A </w:t>
      </w:r>
      <w:proofErr w:type="spellStart"/>
      <w:r>
        <w:rPr>
          <w:sz w:val="20"/>
        </w:rPr>
        <w:t>Administração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adotou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isso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critério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objetivo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sucessivo</w:t>
      </w:r>
      <w:proofErr w:type="spellEnd"/>
      <w:r>
        <w:rPr>
          <w:sz w:val="20"/>
        </w:rPr>
        <w:t xml:space="preserve">: </w:t>
      </w:r>
      <w:proofErr w:type="spellStart"/>
      <w:r>
        <w:rPr>
          <w:sz w:val="20"/>
        </w:rPr>
        <w:t>adquiriu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maior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quantidade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disponível</w:t>
      </w:r>
      <w:proofErr w:type="spellEnd"/>
      <w:r>
        <w:rPr>
          <w:sz w:val="20"/>
        </w:rPr>
        <w:t xml:space="preserve"> no </w:t>
      </w:r>
      <w:proofErr w:type="spellStart"/>
      <w:r>
        <w:rPr>
          <w:sz w:val="20"/>
        </w:rPr>
        <w:t>estabelecimento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apresentou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menor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</w:t>
      </w:r>
      <w:proofErr w:type="spellEnd"/>
      <w:r>
        <w:rPr>
          <w:sz w:val="20"/>
        </w:rPr>
        <w:t xml:space="preserve"> e, </w:t>
      </w:r>
      <w:proofErr w:type="spellStart"/>
      <w:r>
        <w:rPr>
          <w:sz w:val="20"/>
        </w:rPr>
        <w:t>permanecendo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saldo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atender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recorreu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fornecedor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subsequente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repetindo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procedimento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até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alcançar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quantitativo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necessário</w:t>
      </w:r>
      <w:proofErr w:type="spellEnd"/>
      <w:r>
        <w:rPr>
          <w:sz w:val="20"/>
        </w:rPr>
        <w:t xml:space="preserve">. A </w:t>
      </w:r>
      <w:proofErr w:type="spellStart"/>
      <w:r>
        <w:rPr>
          <w:sz w:val="20"/>
        </w:rPr>
        <w:t>metodologia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preserva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economicidade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possível</w:t>
      </w:r>
      <w:proofErr w:type="spellEnd"/>
      <w:r>
        <w:rPr>
          <w:sz w:val="20"/>
        </w:rPr>
        <w:t xml:space="preserve"> no </w:t>
      </w:r>
      <w:proofErr w:type="spellStart"/>
      <w:r>
        <w:rPr>
          <w:sz w:val="20"/>
        </w:rPr>
        <w:t>contexto</w:t>
      </w:r>
      <w:proofErr w:type="spellEnd"/>
      <w:r>
        <w:rPr>
          <w:sz w:val="20"/>
        </w:rPr>
        <w:t xml:space="preserve"> real de </w:t>
      </w:r>
      <w:proofErr w:type="spellStart"/>
      <w:r>
        <w:rPr>
          <w:sz w:val="20"/>
        </w:rPr>
        <w:t>escassez</w:t>
      </w:r>
      <w:proofErr w:type="spellEnd"/>
      <w:r>
        <w:rPr>
          <w:sz w:val="20"/>
        </w:rPr>
        <w:t xml:space="preserve"> e, </w:t>
      </w:r>
      <w:proofErr w:type="spellStart"/>
      <w:r>
        <w:rPr>
          <w:sz w:val="20"/>
        </w:rPr>
        <w:t>simultaneamente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atende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requisito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pronta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>.</w:t>
      </w:r>
    </w:p>
    <w:p w14:paraId="63652639" w14:textId="77777777" w:rsidR="00A40BDE" w:rsidRDefault="00000000">
      <w:pPr>
        <w:pStyle w:val="Body"/>
        <w:spacing w:after="60" w:line="245" w:lineRule="auto"/>
        <w:ind w:firstLine="709"/>
      </w:pP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consultados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deverão</w:t>
      </w:r>
      <w:proofErr w:type="spellEnd"/>
      <w:r>
        <w:rPr>
          <w:sz w:val="20"/>
        </w:rPr>
        <w:t xml:space="preserve"> ser </w:t>
      </w:r>
      <w:proofErr w:type="spellStart"/>
      <w:r>
        <w:rPr>
          <w:sz w:val="20"/>
        </w:rPr>
        <w:t>consolidados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mapa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relatório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próprio</w:t>
      </w:r>
      <w:proofErr w:type="spellEnd"/>
      <w:r>
        <w:rPr>
          <w:sz w:val="20"/>
        </w:rPr>
        <w:t xml:space="preserve">, com a </w:t>
      </w:r>
      <w:proofErr w:type="spellStart"/>
      <w:r>
        <w:rPr>
          <w:sz w:val="20"/>
        </w:rPr>
        <w:t>juntada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elementos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disponíveis</w:t>
      </w:r>
      <w:proofErr w:type="spellEnd"/>
      <w:r>
        <w:rPr>
          <w:sz w:val="20"/>
        </w:rPr>
        <w:t xml:space="preserve"> – </w:t>
      </w:r>
      <w:proofErr w:type="spellStart"/>
      <w:r>
        <w:rPr>
          <w:sz w:val="20"/>
        </w:rPr>
        <w:t>orçamentos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registros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contato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mensagens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notas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fiscais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autorizações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fornecimento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outros </w:t>
      </w:r>
      <w:proofErr w:type="spellStart"/>
      <w:r>
        <w:rPr>
          <w:sz w:val="20"/>
        </w:rPr>
        <w:t>documentos</w:t>
      </w:r>
      <w:proofErr w:type="spellEnd"/>
      <w:r>
        <w:rPr>
          <w:sz w:val="20"/>
        </w:rPr>
        <w:t xml:space="preserve"> – para </w:t>
      </w:r>
      <w:proofErr w:type="spellStart"/>
      <w:r>
        <w:rPr>
          <w:sz w:val="20"/>
        </w:rPr>
        <w:t>demonstrar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compatibilidade</w:t>
      </w:r>
      <w:proofErr w:type="spellEnd"/>
      <w:r>
        <w:rPr>
          <w:sz w:val="20"/>
        </w:rPr>
        <w:t xml:space="preserve"> com o mercado,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observância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arts. 23 e 75, § 6º, da Lei </w:t>
      </w:r>
      <w:proofErr w:type="gramStart"/>
      <w:r>
        <w:rPr>
          <w:sz w:val="20"/>
        </w:rPr>
        <w:t>nº</w:t>
      </w:r>
      <w:proofErr w:type="gramEnd"/>
      <w:r>
        <w:rPr>
          <w:sz w:val="20"/>
        </w:rPr>
        <w:t xml:space="preserve"> 14.133/2021.</w:t>
      </w:r>
    </w:p>
    <w:p w14:paraId="3A7842A8" w14:textId="77777777" w:rsidR="00A40BDE" w:rsidRDefault="00000000">
      <w:pPr>
        <w:pStyle w:val="Body"/>
        <w:spacing w:after="60" w:line="245" w:lineRule="auto"/>
      </w:pPr>
      <w:r>
        <w:rPr>
          <w:b/>
          <w:sz w:val="20"/>
        </w:rPr>
        <w:t xml:space="preserve">5.1 </w:t>
      </w:r>
      <w:proofErr w:type="spellStart"/>
      <w:r>
        <w:rPr>
          <w:b/>
          <w:sz w:val="20"/>
        </w:rPr>
        <w:t>Fornecedores</w:t>
      </w:r>
      <w:proofErr w:type="spellEnd"/>
      <w:r>
        <w:rPr>
          <w:b/>
          <w:sz w:val="20"/>
        </w:rPr>
        <w:t xml:space="preserve"> e </w:t>
      </w:r>
      <w:proofErr w:type="spellStart"/>
      <w:r>
        <w:rPr>
          <w:b/>
          <w:sz w:val="20"/>
        </w:rPr>
        <w:t>valores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efetivamente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requisitados</w:t>
      </w:r>
      <w:proofErr w:type="spellEnd"/>
      <w:r>
        <w:rPr>
          <w:b/>
          <w:sz w:val="20"/>
        </w:rPr>
        <w:t xml:space="preserve">: </w:t>
      </w:r>
      <w:r>
        <w:rPr>
          <w:sz w:val="20"/>
        </w:rPr>
        <w:t xml:space="preserve">o </w:t>
      </w:r>
      <w:proofErr w:type="spellStart"/>
      <w:r>
        <w:rPr>
          <w:sz w:val="20"/>
        </w:rPr>
        <w:t>quadro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seguinte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consolida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seis </w:t>
      </w:r>
      <w:proofErr w:type="spellStart"/>
      <w:r>
        <w:rPr>
          <w:sz w:val="20"/>
        </w:rPr>
        <w:t>fornecedores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envolvidos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Compras. GRINGO MATERIAIS DE CONSTRUÇÃO LTDA, RODEIO COMÉRCIO DE MATERIAIS DE CONSTRUÇÃO LTDA, COOPERATIVA TRITÍCOLA SARANDI LTDA e LOJAS QUERO-QUERO S.A. </w:t>
      </w:r>
      <w:proofErr w:type="spellStart"/>
      <w:r>
        <w:rPr>
          <w:sz w:val="20"/>
        </w:rPr>
        <w:t>figuram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mais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uma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Requisição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razão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aquisições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complementares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destinados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mesma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>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948"/>
        <w:gridCol w:w="3458"/>
        <w:gridCol w:w="1361"/>
      </w:tblGrid>
      <w:tr w:rsidR="00A40BDE" w14:paraId="78CBC17F" w14:textId="77777777">
        <w:trPr>
          <w:tblHeader/>
          <w:jc w:val="center"/>
        </w:trPr>
        <w:tc>
          <w:tcPr>
            <w:tcW w:w="1417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A1FABA" w14:textId="77777777" w:rsidR="00A40BDE" w:rsidRDefault="00000000">
            <w:pPr>
              <w:spacing w:line="245" w:lineRule="auto"/>
              <w:jc w:val="center"/>
            </w:pPr>
            <w:proofErr w:type="spellStart"/>
            <w:r>
              <w:rPr>
                <w:b/>
                <w:sz w:val="15"/>
              </w:rPr>
              <w:t>Requisição</w:t>
            </w:r>
            <w:proofErr w:type="spellEnd"/>
            <w:r>
              <w:rPr>
                <w:b/>
                <w:sz w:val="15"/>
              </w:rPr>
              <w:t>(</w:t>
            </w:r>
            <w:proofErr w:type="spellStart"/>
            <w:r>
              <w:rPr>
                <w:b/>
                <w:sz w:val="15"/>
              </w:rPr>
              <w:t>ões</w:t>
            </w:r>
            <w:proofErr w:type="spellEnd"/>
            <w:r>
              <w:rPr>
                <w:b/>
                <w:sz w:val="15"/>
              </w:rPr>
              <w:t>)</w:t>
            </w:r>
          </w:p>
        </w:tc>
        <w:tc>
          <w:tcPr>
            <w:tcW w:w="2948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B1C874B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5"/>
              </w:rPr>
              <w:t>Empresa / CNPJ</w:t>
            </w:r>
          </w:p>
        </w:tc>
        <w:tc>
          <w:tcPr>
            <w:tcW w:w="3458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07EF3ED" w14:textId="77777777" w:rsidR="00A40BDE" w:rsidRDefault="00000000">
            <w:pPr>
              <w:spacing w:line="245" w:lineRule="auto"/>
              <w:jc w:val="center"/>
            </w:pPr>
            <w:proofErr w:type="spellStart"/>
            <w:r>
              <w:rPr>
                <w:b/>
                <w:sz w:val="15"/>
              </w:rPr>
              <w:t>Materiais</w:t>
            </w:r>
            <w:proofErr w:type="spellEnd"/>
          </w:p>
        </w:tc>
        <w:tc>
          <w:tcPr>
            <w:tcW w:w="1361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160C755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5"/>
              </w:rPr>
              <w:t>Valor (R$)</w:t>
            </w:r>
          </w:p>
        </w:tc>
      </w:tr>
      <w:tr w:rsidR="00A40BDE" w14:paraId="6F12E9CD" w14:textId="77777777">
        <w:trPr>
          <w:cantSplit/>
          <w:jc w:val="center"/>
        </w:trPr>
        <w:tc>
          <w:tcPr>
            <w:tcW w:w="141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CB1921" w14:textId="77777777" w:rsidR="00A40BDE" w:rsidRDefault="00000000">
            <w:pPr>
              <w:spacing w:line="245" w:lineRule="auto"/>
              <w:jc w:val="center"/>
            </w:pPr>
            <w:r>
              <w:rPr>
                <w:sz w:val="15"/>
              </w:rPr>
              <w:t>1894/2026 e 1901/2026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98FCCE5" w14:textId="77777777" w:rsidR="00A40BDE" w:rsidRDefault="00000000">
            <w:pPr>
              <w:spacing w:line="245" w:lineRule="auto"/>
            </w:pPr>
            <w:r>
              <w:rPr>
                <w:sz w:val="15"/>
              </w:rPr>
              <w:t>GRINGO MATERIAIS DE CONSTRUÇÃO LTDA</w:t>
            </w:r>
            <w:r>
              <w:rPr>
                <w:sz w:val="15"/>
              </w:rPr>
              <w:br/>
              <w:t>89.827.166/0001-90</w:t>
            </w:r>
          </w:p>
        </w:tc>
        <w:tc>
          <w:tcPr>
            <w:tcW w:w="345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B45917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5"/>
              </w:rPr>
              <w:t>Telha</w:t>
            </w:r>
            <w:proofErr w:type="spellEnd"/>
            <w:r>
              <w:rPr>
                <w:sz w:val="15"/>
              </w:rPr>
              <w:t xml:space="preserve"> 4 mm; manta </w:t>
            </w:r>
            <w:proofErr w:type="spellStart"/>
            <w:r>
              <w:rPr>
                <w:sz w:val="15"/>
              </w:rPr>
              <w:t>asfáltica</w:t>
            </w:r>
            <w:proofErr w:type="spellEnd"/>
            <w:r>
              <w:rPr>
                <w:sz w:val="15"/>
              </w:rPr>
              <w:t xml:space="preserve">; </w:t>
            </w:r>
            <w:proofErr w:type="spellStart"/>
            <w:r>
              <w:rPr>
                <w:sz w:val="15"/>
              </w:rPr>
              <w:t>lonas</w:t>
            </w:r>
            <w:proofErr w:type="spellEnd"/>
            <w:r>
              <w:rPr>
                <w:sz w:val="15"/>
              </w:rPr>
              <w:t xml:space="preserve"> 4 m, 6 m e 8 m</w:t>
            </w:r>
          </w:p>
        </w:tc>
        <w:tc>
          <w:tcPr>
            <w:tcW w:w="136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CA9069" w14:textId="77777777" w:rsidR="00A40BDE" w:rsidRDefault="00000000">
            <w:pPr>
              <w:spacing w:line="245" w:lineRule="auto"/>
              <w:jc w:val="right"/>
            </w:pPr>
            <w:r>
              <w:rPr>
                <w:sz w:val="15"/>
              </w:rPr>
              <w:t>25.015,00</w:t>
            </w:r>
          </w:p>
        </w:tc>
      </w:tr>
      <w:tr w:rsidR="00A40BDE" w14:paraId="4FB393BB" w14:textId="77777777">
        <w:trPr>
          <w:cantSplit/>
          <w:jc w:val="center"/>
        </w:trPr>
        <w:tc>
          <w:tcPr>
            <w:tcW w:w="141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3A05FA0" w14:textId="77777777" w:rsidR="00A40BDE" w:rsidRDefault="00000000">
            <w:pPr>
              <w:spacing w:line="245" w:lineRule="auto"/>
              <w:jc w:val="center"/>
            </w:pPr>
            <w:r>
              <w:rPr>
                <w:sz w:val="15"/>
              </w:rPr>
              <w:t>1895/2026 e 1945/2026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A81443B" w14:textId="77777777" w:rsidR="00A40BDE" w:rsidRDefault="00000000">
            <w:pPr>
              <w:spacing w:line="245" w:lineRule="auto"/>
            </w:pPr>
            <w:r>
              <w:rPr>
                <w:sz w:val="15"/>
              </w:rPr>
              <w:t>COOPERATIVA TRITÍCOLA SARANDI LTDA</w:t>
            </w:r>
            <w:r>
              <w:rPr>
                <w:sz w:val="15"/>
              </w:rPr>
              <w:br/>
              <w:t>97.320.451/0055-30</w:t>
            </w:r>
          </w:p>
        </w:tc>
        <w:tc>
          <w:tcPr>
            <w:tcW w:w="345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2373BC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5"/>
              </w:rPr>
              <w:t>Telhas</w:t>
            </w:r>
            <w:proofErr w:type="spellEnd"/>
            <w:r>
              <w:rPr>
                <w:sz w:val="15"/>
              </w:rPr>
              <w:t xml:space="preserve"> 4 mm e 6 mm</w:t>
            </w:r>
          </w:p>
        </w:tc>
        <w:tc>
          <w:tcPr>
            <w:tcW w:w="136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71BC725" w14:textId="77777777" w:rsidR="00A40BDE" w:rsidRDefault="00000000">
            <w:pPr>
              <w:spacing w:line="245" w:lineRule="auto"/>
              <w:jc w:val="right"/>
            </w:pPr>
            <w:r>
              <w:rPr>
                <w:sz w:val="15"/>
              </w:rPr>
              <w:t>20.833,00</w:t>
            </w:r>
          </w:p>
        </w:tc>
      </w:tr>
      <w:tr w:rsidR="00A40BDE" w14:paraId="74E9744E" w14:textId="77777777">
        <w:trPr>
          <w:cantSplit/>
          <w:jc w:val="center"/>
        </w:trPr>
        <w:tc>
          <w:tcPr>
            <w:tcW w:w="141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7375D1A" w14:textId="77777777" w:rsidR="00A40BDE" w:rsidRDefault="00000000">
            <w:pPr>
              <w:spacing w:line="245" w:lineRule="auto"/>
              <w:jc w:val="center"/>
            </w:pPr>
            <w:r>
              <w:rPr>
                <w:sz w:val="15"/>
              </w:rPr>
              <w:t>1896/2026 e 1946/2026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1FB8510" w14:textId="77777777" w:rsidR="00A40BDE" w:rsidRDefault="00000000">
            <w:pPr>
              <w:spacing w:line="245" w:lineRule="auto"/>
            </w:pPr>
            <w:r>
              <w:rPr>
                <w:sz w:val="15"/>
              </w:rPr>
              <w:t>LOJAS QUERO-QUERO S.A.</w:t>
            </w:r>
            <w:r>
              <w:rPr>
                <w:sz w:val="15"/>
              </w:rPr>
              <w:br/>
              <w:t>96.418.264/0325-02</w:t>
            </w:r>
          </w:p>
        </w:tc>
        <w:tc>
          <w:tcPr>
            <w:tcW w:w="345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92C8FC2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5"/>
              </w:rPr>
              <w:t>Telhas</w:t>
            </w:r>
            <w:proofErr w:type="spellEnd"/>
            <w:r>
              <w:rPr>
                <w:sz w:val="15"/>
              </w:rPr>
              <w:t xml:space="preserve"> 4 mm e 6 mm</w:t>
            </w:r>
          </w:p>
        </w:tc>
        <w:tc>
          <w:tcPr>
            <w:tcW w:w="136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93A9E5" w14:textId="77777777" w:rsidR="00A40BDE" w:rsidRDefault="00000000">
            <w:pPr>
              <w:spacing w:line="245" w:lineRule="auto"/>
              <w:jc w:val="right"/>
            </w:pPr>
            <w:r>
              <w:rPr>
                <w:sz w:val="15"/>
              </w:rPr>
              <w:t>16.107,00</w:t>
            </w:r>
          </w:p>
        </w:tc>
      </w:tr>
      <w:tr w:rsidR="00A40BDE" w14:paraId="68FF7907" w14:textId="77777777">
        <w:trPr>
          <w:cantSplit/>
          <w:jc w:val="center"/>
        </w:trPr>
        <w:tc>
          <w:tcPr>
            <w:tcW w:w="141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1FC46E" w14:textId="77777777" w:rsidR="00A40BDE" w:rsidRDefault="00000000">
            <w:pPr>
              <w:spacing w:line="245" w:lineRule="auto"/>
              <w:jc w:val="center"/>
            </w:pPr>
            <w:r>
              <w:rPr>
                <w:sz w:val="15"/>
              </w:rPr>
              <w:t>1897/2026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BF7F9C" w14:textId="77777777" w:rsidR="00A40BDE" w:rsidRDefault="00000000">
            <w:pPr>
              <w:spacing w:line="245" w:lineRule="auto"/>
            </w:pPr>
            <w:r>
              <w:rPr>
                <w:sz w:val="15"/>
              </w:rPr>
              <w:t>LOJAS BECKER LTDA</w:t>
            </w:r>
            <w:r>
              <w:rPr>
                <w:sz w:val="15"/>
              </w:rPr>
              <w:br/>
              <w:t>04.415.928/0105-84</w:t>
            </w:r>
          </w:p>
        </w:tc>
        <w:tc>
          <w:tcPr>
            <w:tcW w:w="345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98F60BB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5"/>
              </w:rPr>
              <w:t>Telha</w:t>
            </w:r>
            <w:proofErr w:type="spellEnd"/>
            <w:r>
              <w:rPr>
                <w:sz w:val="15"/>
              </w:rPr>
              <w:t xml:space="preserve"> 4 mm</w:t>
            </w:r>
          </w:p>
        </w:tc>
        <w:tc>
          <w:tcPr>
            <w:tcW w:w="136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C7ED6B4" w14:textId="77777777" w:rsidR="00A40BDE" w:rsidRDefault="00000000">
            <w:pPr>
              <w:spacing w:line="245" w:lineRule="auto"/>
              <w:jc w:val="right"/>
            </w:pPr>
            <w:r>
              <w:rPr>
                <w:sz w:val="15"/>
              </w:rPr>
              <w:t>4.862,50</w:t>
            </w:r>
          </w:p>
        </w:tc>
      </w:tr>
      <w:tr w:rsidR="00A40BDE" w14:paraId="18B051D9" w14:textId="77777777">
        <w:trPr>
          <w:cantSplit/>
          <w:jc w:val="center"/>
        </w:trPr>
        <w:tc>
          <w:tcPr>
            <w:tcW w:w="141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D2DFE1" w14:textId="77777777" w:rsidR="00A40BDE" w:rsidRDefault="00000000">
            <w:pPr>
              <w:spacing w:line="245" w:lineRule="auto"/>
              <w:jc w:val="center"/>
            </w:pPr>
            <w:r>
              <w:rPr>
                <w:sz w:val="15"/>
              </w:rPr>
              <w:t>1898/2026 e 1900/2026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E38883" w14:textId="77777777" w:rsidR="00A40BDE" w:rsidRDefault="00000000">
            <w:pPr>
              <w:spacing w:line="245" w:lineRule="auto"/>
            </w:pPr>
            <w:r>
              <w:rPr>
                <w:sz w:val="15"/>
              </w:rPr>
              <w:t>RODEIO COMÉRCIO DE MATERIAIS DE CONSTRUÇÃO LTDA</w:t>
            </w:r>
            <w:r>
              <w:rPr>
                <w:sz w:val="15"/>
              </w:rPr>
              <w:br/>
              <w:t>17.829.424/0002-47</w:t>
            </w:r>
          </w:p>
        </w:tc>
        <w:tc>
          <w:tcPr>
            <w:tcW w:w="345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F8F842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5"/>
              </w:rPr>
              <w:t>Telha</w:t>
            </w:r>
            <w:proofErr w:type="spellEnd"/>
            <w:r>
              <w:rPr>
                <w:sz w:val="15"/>
              </w:rPr>
              <w:t xml:space="preserve"> 4 mm; </w:t>
            </w:r>
            <w:proofErr w:type="spellStart"/>
            <w:r>
              <w:rPr>
                <w:sz w:val="15"/>
              </w:rPr>
              <w:t>fita</w:t>
            </w:r>
            <w:proofErr w:type="spellEnd"/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asfáltica</w:t>
            </w:r>
            <w:proofErr w:type="spellEnd"/>
            <w:r>
              <w:rPr>
                <w:sz w:val="15"/>
              </w:rPr>
              <w:t xml:space="preserve">; </w:t>
            </w:r>
            <w:proofErr w:type="spellStart"/>
            <w:r>
              <w:rPr>
                <w:sz w:val="15"/>
              </w:rPr>
              <w:t>refil</w:t>
            </w:r>
            <w:proofErr w:type="spellEnd"/>
            <w:r>
              <w:rPr>
                <w:sz w:val="15"/>
              </w:rPr>
              <w:t xml:space="preserve"> de </w:t>
            </w:r>
            <w:proofErr w:type="spellStart"/>
            <w:r>
              <w:rPr>
                <w:sz w:val="15"/>
              </w:rPr>
              <w:t>gás</w:t>
            </w:r>
            <w:proofErr w:type="spellEnd"/>
            <w:r>
              <w:rPr>
                <w:sz w:val="15"/>
              </w:rPr>
              <w:t xml:space="preserve">; </w:t>
            </w:r>
            <w:proofErr w:type="spellStart"/>
            <w:r>
              <w:rPr>
                <w:sz w:val="15"/>
              </w:rPr>
              <w:t>lonas</w:t>
            </w:r>
            <w:proofErr w:type="spellEnd"/>
          </w:p>
        </w:tc>
        <w:tc>
          <w:tcPr>
            <w:tcW w:w="136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58E0AF" w14:textId="77777777" w:rsidR="00A40BDE" w:rsidRDefault="00000000">
            <w:pPr>
              <w:spacing w:line="245" w:lineRule="auto"/>
              <w:jc w:val="right"/>
            </w:pPr>
            <w:r>
              <w:rPr>
                <w:sz w:val="15"/>
              </w:rPr>
              <w:t>13.275,66</w:t>
            </w:r>
          </w:p>
        </w:tc>
      </w:tr>
      <w:tr w:rsidR="00A40BDE" w14:paraId="768F9020" w14:textId="77777777">
        <w:trPr>
          <w:cantSplit/>
          <w:jc w:val="center"/>
        </w:trPr>
        <w:tc>
          <w:tcPr>
            <w:tcW w:w="141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40B51E" w14:textId="77777777" w:rsidR="00A40BDE" w:rsidRDefault="00000000">
            <w:pPr>
              <w:spacing w:line="245" w:lineRule="auto"/>
              <w:jc w:val="center"/>
            </w:pPr>
            <w:r>
              <w:rPr>
                <w:sz w:val="15"/>
              </w:rPr>
              <w:t>1899/2026</w:t>
            </w:r>
          </w:p>
        </w:tc>
        <w:tc>
          <w:tcPr>
            <w:tcW w:w="294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0711E16" w14:textId="77777777" w:rsidR="00A40BDE" w:rsidRDefault="00000000">
            <w:pPr>
              <w:spacing w:line="245" w:lineRule="auto"/>
            </w:pPr>
            <w:r>
              <w:rPr>
                <w:sz w:val="15"/>
              </w:rPr>
              <w:t>BERNARDI PISCINAS LTDA</w:t>
            </w:r>
            <w:r>
              <w:rPr>
                <w:sz w:val="15"/>
              </w:rPr>
              <w:br/>
              <w:t>10.981.123/0001-04</w:t>
            </w:r>
          </w:p>
        </w:tc>
        <w:tc>
          <w:tcPr>
            <w:tcW w:w="3458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9BF1D4" w14:textId="77777777" w:rsidR="00A40BDE" w:rsidRDefault="00000000">
            <w:pPr>
              <w:spacing w:line="245" w:lineRule="auto"/>
            </w:pPr>
            <w:proofErr w:type="spellStart"/>
            <w:r>
              <w:rPr>
                <w:sz w:val="15"/>
              </w:rPr>
              <w:t>Telha</w:t>
            </w:r>
            <w:proofErr w:type="spellEnd"/>
            <w:r>
              <w:rPr>
                <w:sz w:val="15"/>
              </w:rPr>
              <w:t xml:space="preserve"> 4 mm</w:t>
            </w:r>
          </w:p>
        </w:tc>
        <w:tc>
          <w:tcPr>
            <w:tcW w:w="136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F9948ED" w14:textId="77777777" w:rsidR="00A40BDE" w:rsidRDefault="00000000">
            <w:pPr>
              <w:spacing w:line="245" w:lineRule="auto"/>
              <w:jc w:val="right"/>
            </w:pPr>
            <w:r>
              <w:rPr>
                <w:sz w:val="15"/>
              </w:rPr>
              <w:t>4.950,00</w:t>
            </w:r>
          </w:p>
        </w:tc>
      </w:tr>
    </w:tbl>
    <w:p w14:paraId="7C990845" w14:textId="77777777" w:rsidR="00A40BDE" w:rsidRDefault="00000000">
      <w:pPr>
        <w:pStyle w:val="Body"/>
        <w:spacing w:line="245" w:lineRule="auto"/>
        <w:jc w:val="right"/>
      </w:pPr>
      <w:r>
        <w:rPr>
          <w:b/>
          <w:sz w:val="19"/>
        </w:rPr>
        <w:t>TOTAL GERAL: R$ 85.043,16</w:t>
      </w:r>
    </w:p>
    <w:p w14:paraId="15DF2798" w14:textId="77777777" w:rsidR="00A40BDE" w:rsidRDefault="00000000">
      <w:pPr>
        <w:pStyle w:val="Body"/>
        <w:spacing w:after="60" w:line="245" w:lineRule="auto"/>
      </w:pPr>
      <w:r>
        <w:rPr>
          <w:b/>
          <w:sz w:val="20"/>
        </w:rPr>
        <w:t xml:space="preserve">5.2 </w:t>
      </w:r>
      <w:proofErr w:type="spellStart"/>
      <w:r>
        <w:rPr>
          <w:b/>
          <w:sz w:val="20"/>
        </w:rPr>
        <w:t>Demonstração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específica</w:t>
      </w:r>
      <w:proofErr w:type="spellEnd"/>
      <w:r>
        <w:rPr>
          <w:b/>
          <w:sz w:val="20"/>
        </w:rPr>
        <w:t xml:space="preserve"> das </w:t>
      </w:r>
      <w:proofErr w:type="spellStart"/>
      <w:r>
        <w:rPr>
          <w:b/>
          <w:sz w:val="20"/>
        </w:rPr>
        <w:t>telhas</w:t>
      </w:r>
      <w:proofErr w:type="spellEnd"/>
      <w:r>
        <w:rPr>
          <w:b/>
          <w:sz w:val="20"/>
        </w:rPr>
        <w:t xml:space="preserve"> de 4 mm: </w:t>
      </w:r>
      <w:proofErr w:type="spellStart"/>
      <w:r>
        <w:rPr>
          <w:sz w:val="20"/>
        </w:rPr>
        <w:t>foram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requisitadas</w:t>
      </w:r>
      <w:proofErr w:type="spellEnd"/>
      <w:r>
        <w:rPr>
          <w:sz w:val="20"/>
        </w:rPr>
        <w:t xml:space="preserve"> 2.070 </w:t>
      </w:r>
      <w:proofErr w:type="spellStart"/>
      <w:r>
        <w:rPr>
          <w:sz w:val="20"/>
        </w:rPr>
        <w:t>unidades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distribuídas</w:t>
      </w:r>
      <w:proofErr w:type="spellEnd"/>
      <w:r>
        <w:rPr>
          <w:sz w:val="20"/>
        </w:rPr>
        <w:t xml:space="preserve"> entre seis </w:t>
      </w:r>
      <w:proofErr w:type="spellStart"/>
      <w:r>
        <w:rPr>
          <w:sz w:val="20"/>
        </w:rPr>
        <w:t>fornecedores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totalizando</w:t>
      </w:r>
      <w:proofErr w:type="spellEnd"/>
      <w:r>
        <w:rPr>
          <w:sz w:val="20"/>
        </w:rPr>
        <w:t xml:space="preserve"> R$ 40.212,50, com </w:t>
      </w:r>
      <w:proofErr w:type="spellStart"/>
      <w:r>
        <w:rPr>
          <w:sz w:val="20"/>
        </w:rPr>
        <w:t>preços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unitários</w:t>
      </w:r>
      <w:proofErr w:type="spellEnd"/>
      <w:r>
        <w:rPr>
          <w:sz w:val="20"/>
        </w:rPr>
        <w:t xml:space="preserve"> de R$ 18,00, R$ 18,90, R$ 19,45, R$ 19,80, R$ 19,90 e R$ 20,50. Essa </w:t>
      </w:r>
      <w:proofErr w:type="spellStart"/>
      <w:r>
        <w:rPr>
          <w:sz w:val="20"/>
        </w:rPr>
        <w:t>sequência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valores</w:t>
      </w:r>
      <w:proofErr w:type="spellEnd"/>
      <w:r>
        <w:rPr>
          <w:sz w:val="20"/>
        </w:rPr>
        <w:t xml:space="preserve"> é </w:t>
      </w:r>
      <w:proofErr w:type="spellStart"/>
      <w:r>
        <w:rPr>
          <w:sz w:val="20"/>
        </w:rPr>
        <w:t>coerente</w:t>
      </w:r>
      <w:proofErr w:type="spellEnd"/>
      <w:r>
        <w:rPr>
          <w:sz w:val="20"/>
        </w:rPr>
        <w:t xml:space="preserve"> com a </w:t>
      </w:r>
      <w:proofErr w:type="spellStart"/>
      <w:r>
        <w:rPr>
          <w:sz w:val="20"/>
        </w:rPr>
        <w:t>metodologia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informada</w:t>
      </w:r>
      <w:proofErr w:type="spellEnd"/>
      <w:r>
        <w:rPr>
          <w:sz w:val="20"/>
        </w:rPr>
        <w:t xml:space="preserve"> pela </w:t>
      </w:r>
      <w:proofErr w:type="spellStart"/>
      <w:r>
        <w:rPr>
          <w:sz w:val="20"/>
        </w:rPr>
        <w:t>unidade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requisitante</w:t>
      </w:r>
      <w:proofErr w:type="spellEnd"/>
      <w:r>
        <w:rPr>
          <w:sz w:val="20"/>
        </w:rPr>
        <w:t xml:space="preserve">, de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quantitativo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disponível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pelo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menor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complementação</w:t>
      </w:r>
      <w:proofErr w:type="spellEnd"/>
      <w:r>
        <w:rPr>
          <w:sz w:val="20"/>
        </w:rPr>
        <w:t xml:space="preserve"> junto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estabelecimentos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conforme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</w:t>
      </w:r>
      <w:proofErr w:type="spellEnd"/>
      <w:r>
        <w:rPr>
          <w:sz w:val="20"/>
        </w:rPr>
        <w:t>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1247"/>
        <w:gridCol w:w="1531"/>
        <w:gridCol w:w="1531"/>
      </w:tblGrid>
      <w:tr w:rsidR="00A40BDE" w14:paraId="3DCC74D1" w14:textId="77777777">
        <w:trPr>
          <w:tblHeader/>
          <w:jc w:val="center"/>
        </w:trPr>
        <w:tc>
          <w:tcPr>
            <w:tcW w:w="4535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CFEB4AE" w14:textId="77777777" w:rsidR="00A40BDE" w:rsidRDefault="00000000">
            <w:pPr>
              <w:spacing w:line="245" w:lineRule="auto"/>
              <w:jc w:val="center"/>
            </w:pPr>
            <w:proofErr w:type="spellStart"/>
            <w:r>
              <w:rPr>
                <w:b/>
                <w:sz w:val="16"/>
              </w:rPr>
              <w:t>Fornecedor</w:t>
            </w:r>
            <w:proofErr w:type="spellEnd"/>
          </w:p>
        </w:tc>
        <w:tc>
          <w:tcPr>
            <w:tcW w:w="1247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2665579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6"/>
              </w:rPr>
              <w:t>Qtd.</w:t>
            </w:r>
          </w:p>
        </w:tc>
        <w:tc>
          <w:tcPr>
            <w:tcW w:w="1531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AE9C9C3" w14:textId="77777777" w:rsidR="00A40BDE" w:rsidRDefault="00000000">
            <w:pPr>
              <w:spacing w:line="245" w:lineRule="auto"/>
              <w:jc w:val="center"/>
            </w:pPr>
            <w:proofErr w:type="spellStart"/>
            <w:r>
              <w:rPr>
                <w:b/>
                <w:sz w:val="16"/>
              </w:rPr>
              <w:t>Preço</w:t>
            </w:r>
            <w:proofErr w:type="spellEnd"/>
            <w:r>
              <w:rPr>
                <w:b/>
                <w:sz w:val="16"/>
              </w:rPr>
              <w:t xml:space="preserve"> unit. (R$)</w:t>
            </w:r>
          </w:p>
        </w:tc>
        <w:tc>
          <w:tcPr>
            <w:tcW w:w="1531" w:type="dxa"/>
            <w:shd w:val="clear" w:color="auto" w:fill="BFBFBF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5EE30A2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6"/>
              </w:rPr>
              <w:t>Total (R$)</w:t>
            </w:r>
          </w:p>
        </w:tc>
      </w:tr>
      <w:tr w:rsidR="00A40BDE" w14:paraId="62B4ABAC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7AA5814" w14:textId="77777777" w:rsidR="00A40BDE" w:rsidRDefault="00000000">
            <w:pPr>
              <w:spacing w:line="245" w:lineRule="auto"/>
            </w:pPr>
            <w:r>
              <w:rPr>
                <w:sz w:val="16"/>
              </w:rPr>
              <w:t>GRINGO MATERIAIS DE CONSTRUÇÃO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D01F586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250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F34CBA1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18,00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774B0EF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4.500,00</w:t>
            </w:r>
          </w:p>
        </w:tc>
      </w:tr>
      <w:tr w:rsidR="00A40BDE" w14:paraId="5C5D5026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82AC013" w14:textId="77777777" w:rsidR="00A40BDE" w:rsidRDefault="00000000">
            <w:pPr>
              <w:spacing w:line="245" w:lineRule="auto"/>
            </w:pPr>
            <w:r>
              <w:rPr>
                <w:sz w:val="16"/>
              </w:rPr>
              <w:t>LOJAS QUERO-QUERO S.A.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B176388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530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B522EF3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18,90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ADFF23F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10.017,00</w:t>
            </w:r>
          </w:p>
        </w:tc>
      </w:tr>
      <w:tr w:rsidR="00A40BDE" w14:paraId="68707D41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02D8A5EA" w14:textId="77777777" w:rsidR="00A40BDE" w:rsidRDefault="00000000">
            <w:pPr>
              <w:spacing w:line="245" w:lineRule="auto"/>
            </w:pPr>
            <w:r>
              <w:rPr>
                <w:sz w:val="16"/>
              </w:rPr>
              <w:t>LOJAS BECKER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C61A8E5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250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9993D72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19,45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6D7309A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4.862,50</w:t>
            </w:r>
          </w:p>
        </w:tc>
      </w:tr>
      <w:tr w:rsidR="00A40BDE" w14:paraId="21A628CB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E820360" w14:textId="77777777" w:rsidR="00A40BDE" w:rsidRDefault="00000000">
            <w:pPr>
              <w:spacing w:line="245" w:lineRule="auto"/>
            </w:pPr>
            <w:r>
              <w:rPr>
                <w:sz w:val="16"/>
              </w:rPr>
              <w:t>BERNARDI PISCINAS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1CC84EC5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250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B82ADB0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19,80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6F4E15C5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4.950,00</w:t>
            </w:r>
          </w:p>
        </w:tc>
      </w:tr>
      <w:tr w:rsidR="00A40BDE" w14:paraId="74241660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7E77C1E5" w14:textId="77777777" w:rsidR="00A40BDE" w:rsidRDefault="00000000">
            <w:pPr>
              <w:spacing w:line="245" w:lineRule="auto"/>
            </w:pPr>
            <w:r>
              <w:rPr>
                <w:sz w:val="16"/>
              </w:rPr>
              <w:t>COOPERATIVA TRITÍCOLA SARANDI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3565957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520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32AE2EDB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19,90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F484FA3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10.348,00</w:t>
            </w:r>
          </w:p>
        </w:tc>
      </w:tr>
      <w:tr w:rsidR="00A40BDE" w14:paraId="38CF869A" w14:textId="77777777">
        <w:trPr>
          <w:cantSplit/>
          <w:jc w:val="center"/>
        </w:trPr>
        <w:tc>
          <w:tcPr>
            <w:tcW w:w="4535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277B4BE0" w14:textId="77777777" w:rsidR="00A40BDE" w:rsidRDefault="00000000">
            <w:pPr>
              <w:spacing w:line="245" w:lineRule="auto"/>
            </w:pPr>
            <w:r>
              <w:rPr>
                <w:sz w:val="16"/>
              </w:rPr>
              <w:t>RODEIO COMÉRCIO DE MATERIAIS DE CONSTRUÇÃO LTDA</w:t>
            </w:r>
          </w:p>
        </w:tc>
        <w:tc>
          <w:tcPr>
            <w:tcW w:w="1247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01A9289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270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56747A85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20,50</w:t>
            </w:r>
          </w:p>
        </w:tc>
        <w:tc>
          <w:tcPr>
            <w:tcW w:w="1531" w:type="dxa"/>
            <w:tcMar>
              <w:top w:w="70" w:type="dxa"/>
              <w:left w:w="90" w:type="dxa"/>
              <w:bottom w:w="70" w:type="dxa"/>
              <w:right w:w="90" w:type="dxa"/>
            </w:tcMar>
            <w:vAlign w:val="center"/>
          </w:tcPr>
          <w:p w14:paraId="4D8D179B" w14:textId="77777777" w:rsidR="00A40BDE" w:rsidRDefault="00000000">
            <w:pPr>
              <w:spacing w:line="245" w:lineRule="auto"/>
              <w:jc w:val="right"/>
            </w:pPr>
            <w:r>
              <w:rPr>
                <w:sz w:val="16"/>
              </w:rPr>
              <w:t>5.535,00</w:t>
            </w: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1533577E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0C6B8E00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lastRenderedPageBreak/>
              <w:t>6. RAZÃO DA ESCOLHA E JUSTIFICATIVA DO PREÇO</w:t>
            </w:r>
          </w:p>
        </w:tc>
      </w:tr>
    </w:tbl>
    <w:p w14:paraId="6DB026CE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A </w:t>
      </w:r>
      <w:proofErr w:type="spellStart"/>
      <w:r>
        <w:rPr>
          <w:sz w:val="20"/>
        </w:rPr>
        <w:t>razão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escolha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contratado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resulta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combinação</w:t>
      </w:r>
      <w:proofErr w:type="spellEnd"/>
      <w:r>
        <w:rPr>
          <w:sz w:val="20"/>
        </w:rPr>
        <w:t xml:space="preserve"> entre </w:t>
      </w:r>
      <w:proofErr w:type="spellStart"/>
      <w:r>
        <w:rPr>
          <w:sz w:val="20"/>
        </w:rPr>
        <w:t>menor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aderência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às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especificações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</w:t>
      </w:r>
      <w:proofErr w:type="spellEnd"/>
      <w:r>
        <w:rPr>
          <w:sz w:val="20"/>
        </w:rPr>
        <w:t xml:space="preserve"> de estoque.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se </w:t>
      </w:r>
      <w:proofErr w:type="spellStart"/>
      <w:r>
        <w:rPr>
          <w:sz w:val="20"/>
        </w:rPr>
        <w:t>exige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 um </w:t>
      </w:r>
      <w:proofErr w:type="spellStart"/>
      <w:r>
        <w:rPr>
          <w:sz w:val="20"/>
        </w:rPr>
        <w:t>único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fornecedor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detenha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totalidade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objeto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essa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condição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existe</w:t>
      </w:r>
      <w:proofErr w:type="spellEnd"/>
      <w:r>
        <w:rPr>
          <w:sz w:val="20"/>
        </w:rPr>
        <w:t xml:space="preserve"> no mercado e </w:t>
      </w:r>
      <w:proofErr w:type="spellStart"/>
      <w:r>
        <w:rPr>
          <w:sz w:val="20"/>
        </w:rPr>
        <w:t>sua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exigência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inviabilizaria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atrasaria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>.</w:t>
      </w:r>
    </w:p>
    <w:p w14:paraId="19CDA938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As </w:t>
      </w:r>
      <w:proofErr w:type="spellStart"/>
      <w:r>
        <w:rPr>
          <w:sz w:val="20"/>
        </w:rPr>
        <w:t>Requisições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Compras </w:t>
      </w:r>
      <w:proofErr w:type="spellStart"/>
      <w:r>
        <w:rPr>
          <w:sz w:val="20"/>
        </w:rPr>
        <w:t>demonstram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, para as </w:t>
      </w:r>
      <w:proofErr w:type="spellStart"/>
      <w:r>
        <w:rPr>
          <w:sz w:val="20"/>
        </w:rPr>
        <w:t>telhas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fibrocimento</w:t>
      </w:r>
      <w:proofErr w:type="spellEnd"/>
      <w:r>
        <w:rPr>
          <w:sz w:val="20"/>
        </w:rPr>
        <w:t xml:space="preserve"> de 4 mm,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unitários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ficaram</w:t>
      </w:r>
      <w:proofErr w:type="spellEnd"/>
      <w:r>
        <w:rPr>
          <w:sz w:val="20"/>
        </w:rPr>
        <w:t xml:space="preserve"> entre R$ 18,00 e R$ 20,50, </w:t>
      </w:r>
      <w:proofErr w:type="spellStart"/>
      <w:r>
        <w:rPr>
          <w:sz w:val="20"/>
        </w:rPr>
        <w:t>enquanto</w:t>
      </w:r>
      <w:proofErr w:type="spellEnd"/>
      <w:r>
        <w:rPr>
          <w:sz w:val="20"/>
        </w:rPr>
        <w:t xml:space="preserve"> as 250 </w:t>
      </w:r>
      <w:proofErr w:type="spellStart"/>
      <w:r>
        <w:rPr>
          <w:sz w:val="20"/>
        </w:rPr>
        <w:t>telhas</w:t>
      </w:r>
      <w:proofErr w:type="spellEnd"/>
      <w:r>
        <w:rPr>
          <w:sz w:val="20"/>
        </w:rPr>
        <w:t xml:space="preserve"> de 6 mm </w:t>
      </w:r>
      <w:proofErr w:type="spellStart"/>
      <w:r>
        <w:rPr>
          <w:sz w:val="20"/>
        </w:rPr>
        <w:t>foram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registradas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duas </w:t>
      </w:r>
      <w:proofErr w:type="spellStart"/>
      <w:r>
        <w:rPr>
          <w:sz w:val="20"/>
        </w:rPr>
        <w:t>aquisições</w:t>
      </w:r>
      <w:proofErr w:type="spellEnd"/>
      <w:r>
        <w:rPr>
          <w:sz w:val="20"/>
        </w:rPr>
        <w:t xml:space="preserve">: 100 </w:t>
      </w:r>
      <w:proofErr w:type="spellStart"/>
      <w:r>
        <w:rPr>
          <w:sz w:val="20"/>
        </w:rPr>
        <w:t>unidades</w:t>
      </w:r>
      <w:proofErr w:type="spellEnd"/>
      <w:r>
        <w:rPr>
          <w:sz w:val="20"/>
        </w:rPr>
        <w:t xml:space="preserve"> a R$ 60,90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unidade</w:t>
      </w:r>
      <w:proofErr w:type="spellEnd"/>
      <w:r>
        <w:rPr>
          <w:sz w:val="20"/>
        </w:rPr>
        <w:t xml:space="preserve"> e 150 </w:t>
      </w:r>
      <w:proofErr w:type="spellStart"/>
      <w:r>
        <w:rPr>
          <w:sz w:val="20"/>
        </w:rPr>
        <w:t>unidades</w:t>
      </w:r>
      <w:proofErr w:type="spellEnd"/>
      <w:r>
        <w:rPr>
          <w:sz w:val="20"/>
        </w:rPr>
        <w:t xml:space="preserve"> a R$ 69,90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unidade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totalizando</w:t>
      </w:r>
      <w:proofErr w:type="spellEnd"/>
      <w:r>
        <w:rPr>
          <w:sz w:val="20"/>
        </w:rPr>
        <w:t xml:space="preserve"> R$ 16.575,00. </w:t>
      </w:r>
      <w:proofErr w:type="spellStart"/>
      <w:r>
        <w:rPr>
          <w:sz w:val="20"/>
        </w:rPr>
        <w:t>Eventuais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diferenças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unitárias</w:t>
      </w:r>
      <w:proofErr w:type="spellEnd"/>
      <w:r>
        <w:rPr>
          <w:sz w:val="20"/>
        </w:rPr>
        <w:t xml:space="preserve"> entre </w:t>
      </w:r>
      <w:proofErr w:type="spellStart"/>
      <w:r>
        <w:rPr>
          <w:sz w:val="20"/>
        </w:rPr>
        <w:t>fornecedores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mostram</w:t>
      </w:r>
      <w:proofErr w:type="spellEnd"/>
      <w:r>
        <w:rPr>
          <w:sz w:val="20"/>
        </w:rPr>
        <w:t xml:space="preserve">-se </w:t>
      </w:r>
      <w:proofErr w:type="spellStart"/>
      <w:r>
        <w:rPr>
          <w:sz w:val="20"/>
        </w:rPr>
        <w:t>justificáveis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vinculadas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necessidade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complementar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quantitativo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após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limite</w:t>
      </w:r>
      <w:proofErr w:type="spellEnd"/>
      <w:r>
        <w:rPr>
          <w:sz w:val="20"/>
        </w:rPr>
        <w:t xml:space="preserve"> de estoque </w:t>
      </w:r>
      <w:proofErr w:type="spellStart"/>
      <w:r>
        <w:rPr>
          <w:sz w:val="20"/>
        </w:rPr>
        <w:t>disponibilizado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pelo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fornecedor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menor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devendo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autos </w:t>
      </w:r>
      <w:proofErr w:type="spellStart"/>
      <w:r>
        <w:rPr>
          <w:sz w:val="20"/>
        </w:rPr>
        <w:t>conservar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registros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disponíveis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contatos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cotações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circunstâncias</w:t>
      </w:r>
      <w:proofErr w:type="spellEnd"/>
      <w:r>
        <w:rPr>
          <w:sz w:val="20"/>
        </w:rPr>
        <w:t xml:space="preserve"> de estoque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motivaram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sucessiva</w:t>
      </w:r>
      <w:proofErr w:type="spellEnd"/>
      <w:r>
        <w:rPr>
          <w:sz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4580B34D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01E190E8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7. ENTREGA, DESTINAÇÃO E CONTROLE DOS MATERIAIS</w:t>
            </w:r>
          </w:p>
        </w:tc>
      </w:tr>
    </w:tbl>
    <w:p w14:paraId="756B7274" w14:textId="77777777" w:rsidR="00A40BDE" w:rsidRDefault="00000000">
      <w:pPr>
        <w:pStyle w:val="Body"/>
        <w:spacing w:after="60" w:line="245" w:lineRule="auto"/>
        <w:ind w:firstLine="709"/>
      </w:pP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entrega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retirada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será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coordenada</w:t>
      </w:r>
      <w:proofErr w:type="spellEnd"/>
      <w:r>
        <w:rPr>
          <w:sz w:val="20"/>
        </w:rPr>
        <w:t xml:space="preserve"> pela </w:t>
      </w:r>
      <w:proofErr w:type="spellStart"/>
      <w:r>
        <w:rPr>
          <w:sz w:val="20"/>
        </w:rPr>
        <w:t>Administração</w:t>
      </w:r>
      <w:proofErr w:type="spellEnd"/>
      <w:r>
        <w:rPr>
          <w:sz w:val="20"/>
        </w:rPr>
        <w:t xml:space="preserve"> Municipal. A </w:t>
      </w:r>
      <w:proofErr w:type="spellStart"/>
      <w:r>
        <w:rPr>
          <w:sz w:val="20"/>
        </w:rPr>
        <w:t>distribuição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às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famílias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integra </w:t>
      </w:r>
      <w:proofErr w:type="spellStart"/>
      <w:r>
        <w:rPr>
          <w:sz w:val="20"/>
        </w:rPr>
        <w:t>obrigação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fornecedores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cabendo</w:t>
      </w:r>
      <w:proofErr w:type="spellEnd"/>
      <w:r>
        <w:rPr>
          <w:sz w:val="20"/>
        </w:rPr>
        <w:t xml:space="preserve"> à COMPDEC, à Secretaria Municipal de </w:t>
      </w:r>
      <w:proofErr w:type="spellStart"/>
      <w:r>
        <w:rPr>
          <w:sz w:val="20"/>
        </w:rPr>
        <w:t>Trabalho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Assistência</w:t>
      </w:r>
      <w:proofErr w:type="spellEnd"/>
      <w:r>
        <w:rPr>
          <w:sz w:val="20"/>
        </w:rPr>
        <w:t xml:space="preserve"> Social e </w:t>
      </w:r>
      <w:proofErr w:type="spellStart"/>
      <w:r>
        <w:rPr>
          <w:sz w:val="20"/>
        </w:rPr>
        <w:t>às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Secretarias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apoio</w:t>
      </w:r>
      <w:proofErr w:type="spellEnd"/>
      <w:r>
        <w:rPr>
          <w:sz w:val="20"/>
        </w:rPr>
        <w:t xml:space="preserve">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organização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logística</w:t>
      </w:r>
      <w:proofErr w:type="spellEnd"/>
      <w:r>
        <w:rPr>
          <w:sz w:val="20"/>
        </w:rPr>
        <w:t xml:space="preserve">, o </w:t>
      </w:r>
      <w:proofErr w:type="spellStart"/>
      <w:r>
        <w:rPr>
          <w:sz w:val="20"/>
        </w:rPr>
        <w:t>transporte</w:t>
      </w:r>
      <w:proofErr w:type="spellEnd"/>
      <w:r>
        <w:rPr>
          <w:sz w:val="20"/>
        </w:rPr>
        <w:t xml:space="preserve"> e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entrega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beneficiários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afetados</w:t>
      </w:r>
      <w:proofErr w:type="spellEnd"/>
      <w:r>
        <w:rPr>
          <w:sz w:val="20"/>
        </w:rPr>
        <w:t>.</w:t>
      </w:r>
    </w:p>
    <w:p w14:paraId="3612C90C" w14:textId="77777777" w:rsidR="00A40BDE" w:rsidRDefault="00000000">
      <w:pPr>
        <w:pStyle w:val="Body"/>
        <w:spacing w:after="60" w:line="245" w:lineRule="auto"/>
        <w:ind w:firstLine="709"/>
      </w:pP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atendimentos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deverão</w:t>
      </w:r>
      <w:proofErr w:type="spellEnd"/>
      <w:r>
        <w:rPr>
          <w:sz w:val="20"/>
        </w:rPr>
        <w:t xml:space="preserve"> ser </w:t>
      </w:r>
      <w:proofErr w:type="spellStart"/>
      <w:r>
        <w:rPr>
          <w:sz w:val="20"/>
        </w:rPr>
        <w:t>documentados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relatórios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individualizados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preferencialmente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acompanhados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fotografias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georreferenciamento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identificação</w:t>
      </w:r>
      <w:proofErr w:type="spellEnd"/>
      <w:r>
        <w:rPr>
          <w:sz w:val="20"/>
        </w:rPr>
        <w:t xml:space="preserve"> do local </w:t>
      </w:r>
      <w:proofErr w:type="spellStart"/>
      <w:r>
        <w:rPr>
          <w:sz w:val="20"/>
        </w:rPr>
        <w:t>atingido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avaliação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dano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quantitativos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entregues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acompanhamento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assistente</w:t>
      </w:r>
      <w:proofErr w:type="spellEnd"/>
      <w:r>
        <w:rPr>
          <w:sz w:val="20"/>
        </w:rPr>
        <w:t xml:space="preserve"> social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agente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responsável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quando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pertinente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registros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deverão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permitir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conciliação</w:t>
      </w:r>
      <w:proofErr w:type="spellEnd"/>
      <w:r>
        <w:rPr>
          <w:sz w:val="20"/>
        </w:rPr>
        <w:t xml:space="preserve"> entre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adquiridos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recebidos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efetivamente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destinados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às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famílias</w:t>
      </w:r>
      <w:proofErr w:type="spellEnd"/>
      <w:r>
        <w:rPr>
          <w:sz w:val="20"/>
        </w:rPr>
        <w:t>.</w:t>
      </w:r>
    </w:p>
    <w:p w14:paraId="09B7A369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Em </w:t>
      </w:r>
      <w:proofErr w:type="spellStart"/>
      <w:r>
        <w:rPr>
          <w:sz w:val="20"/>
        </w:rPr>
        <w:t>razão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ano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eleitoral</w:t>
      </w:r>
      <w:proofErr w:type="spellEnd"/>
      <w:r>
        <w:rPr>
          <w:sz w:val="20"/>
        </w:rPr>
        <w:t xml:space="preserve">,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entrega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deverá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permanecer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exclusivamente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vinculada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situação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emergência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formalmente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reconhecida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mediante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critérios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objetivos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sem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qualquer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promocional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personalização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político-partidária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observância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art. 73, § 10, da Lei nº 9.504/1997 e </w:t>
      </w:r>
      <w:proofErr w:type="spellStart"/>
      <w:r>
        <w:rPr>
          <w:sz w:val="20"/>
        </w:rPr>
        <w:t>às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normas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eleitorais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aplicáveis</w:t>
      </w:r>
      <w:proofErr w:type="spellEnd"/>
      <w:r>
        <w:rPr>
          <w:sz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7DE09A49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6504A2A6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8. HABILITAÇÃO DOS CONTRATADOS</w:t>
            </w:r>
          </w:p>
        </w:tc>
      </w:tr>
    </w:tbl>
    <w:p w14:paraId="2C8BD683" w14:textId="77777777" w:rsidR="00A40BDE" w:rsidRDefault="00000000">
      <w:pPr>
        <w:pStyle w:val="Body"/>
        <w:spacing w:after="60" w:line="245" w:lineRule="auto"/>
        <w:ind w:firstLine="709"/>
      </w:pPr>
      <w:proofErr w:type="spellStart"/>
      <w:r>
        <w:rPr>
          <w:sz w:val="20"/>
        </w:rPr>
        <w:t>Deverão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constar</w:t>
      </w:r>
      <w:proofErr w:type="spellEnd"/>
      <w:r>
        <w:rPr>
          <w:sz w:val="20"/>
        </w:rPr>
        <w:t xml:space="preserve"> dos autos, para </w:t>
      </w:r>
      <w:proofErr w:type="spellStart"/>
      <w:r>
        <w:rPr>
          <w:sz w:val="20"/>
        </w:rPr>
        <w:t>cada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fornecedor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documentos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necessários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comprovação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habilitação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qualificação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mínima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compatível</w:t>
      </w:r>
      <w:proofErr w:type="spellEnd"/>
      <w:r>
        <w:rPr>
          <w:sz w:val="20"/>
        </w:rPr>
        <w:t xml:space="preserve"> com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aquisição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conforme</w:t>
      </w:r>
      <w:proofErr w:type="spellEnd"/>
      <w:r>
        <w:rPr>
          <w:sz w:val="20"/>
        </w:rPr>
        <w:t xml:space="preserve"> o art. 72, </w:t>
      </w:r>
      <w:proofErr w:type="spellStart"/>
      <w:r>
        <w:rPr>
          <w:sz w:val="20"/>
        </w:rPr>
        <w:t>inciso</w:t>
      </w:r>
      <w:proofErr w:type="spellEnd"/>
      <w:r>
        <w:rPr>
          <w:sz w:val="20"/>
        </w:rPr>
        <w:t xml:space="preserve"> V, da Lei nº 14.133/2021, </w:t>
      </w:r>
      <w:proofErr w:type="spellStart"/>
      <w:r>
        <w:rPr>
          <w:sz w:val="20"/>
        </w:rPr>
        <w:t>incluindo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conforme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natureza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jurídica</w:t>
      </w:r>
      <w:proofErr w:type="spellEnd"/>
      <w:r>
        <w:rPr>
          <w:sz w:val="20"/>
        </w:rPr>
        <w:t xml:space="preserve"> e </w:t>
      </w:r>
      <w:proofErr w:type="gramStart"/>
      <w:r>
        <w:rPr>
          <w:sz w:val="20"/>
        </w:rPr>
        <w:t>a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exigibilidade</w:t>
      </w:r>
      <w:proofErr w:type="spellEnd"/>
      <w:r>
        <w:rPr>
          <w:sz w:val="20"/>
        </w:rPr>
        <w:t xml:space="preserve">: </w:t>
      </w:r>
      <w:proofErr w:type="spellStart"/>
      <w:r>
        <w:rPr>
          <w:sz w:val="20"/>
        </w:rPr>
        <w:t>inscrição</w:t>
      </w:r>
      <w:proofErr w:type="spellEnd"/>
      <w:r>
        <w:rPr>
          <w:sz w:val="20"/>
        </w:rPr>
        <w:t xml:space="preserve"> no CNPJ, </w:t>
      </w:r>
      <w:proofErr w:type="spellStart"/>
      <w:r>
        <w:rPr>
          <w:sz w:val="20"/>
        </w:rPr>
        <w:t>ato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constitutivo</w:t>
      </w:r>
      <w:proofErr w:type="spellEnd"/>
      <w:r>
        <w:rPr>
          <w:sz w:val="20"/>
        </w:rPr>
        <w:t xml:space="preserve">/CCMEI, </w:t>
      </w:r>
      <w:proofErr w:type="spellStart"/>
      <w:r>
        <w:rPr>
          <w:sz w:val="20"/>
        </w:rPr>
        <w:t>regularidade</w:t>
      </w:r>
      <w:proofErr w:type="spellEnd"/>
      <w:r>
        <w:rPr>
          <w:sz w:val="20"/>
        </w:rPr>
        <w:t xml:space="preserve"> fiscal, social e </w:t>
      </w:r>
      <w:proofErr w:type="spellStart"/>
      <w:r>
        <w:rPr>
          <w:sz w:val="20"/>
        </w:rPr>
        <w:t>trabalhista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consultas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impedimentos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comprovação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 xml:space="preserve"> dos bens.</w:t>
      </w:r>
    </w:p>
    <w:p w14:paraId="0BB119F6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A </w:t>
      </w:r>
      <w:proofErr w:type="spellStart"/>
      <w:r>
        <w:rPr>
          <w:sz w:val="20"/>
        </w:rPr>
        <w:t>simplicidade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objeto</w:t>
      </w:r>
      <w:proofErr w:type="spellEnd"/>
      <w:r>
        <w:rPr>
          <w:sz w:val="20"/>
        </w:rPr>
        <w:t xml:space="preserve">, a </w:t>
      </w:r>
      <w:proofErr w:type="spellStart"/>
      <w:r>
        <w:rPr>
          <w:sz w:val="20"/>
        </w:rPr>
        <w:t>pronta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entrega</w:t>
      </w:r>
      <w:proofErr w:type="spellEnd"/>
      <w:r>
        <w:rPr>
          <w:sz w:val="20"/>
        </w:rPr>
        <w:t xml:space="preserve"> e a </w:t>
      </w:r>
      <w:proofErr w:type="spellStart"/>
      <w:r>
        <w:rPr>
          <w:sz w:val="20"/>
        </w:rPr>
        <w:t>urgência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concreta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recomendam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 as </w:t>
      </w:r>
      <w:proofErr w:type="spellStart"/>
      <w:r>
        <w:rPr>
          <w:sz w:val="20"/>
        </w:rPr>
        <w:t>exigências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sejam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proporcionais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restritas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necessário</w:t>
      </w:r>
      <w:proofErr w:type="spellEnd"/>
      <w:r>
        <w:rPr>
          <w:sz w:val="20"/>
        </w:rPr>
        <w:t xml:space="preserve"> para </w:t>
      </w:r>
      <w:proofErr w:type="spellStart"/>
      <w:r>
        <w:rPr>
          <w:sz w:val="20"/>
        </w:rPr>
        <w:t>assegurar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regularidade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vedada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criação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requisitos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formais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pertinência</w:t>
      </w:r>
      <w:proofErr w:type="spellEnd"/>
      <w:r>
        <w:rPr>
          <w:sz w:val="20"/>
        </w:rPr>
        <w:t xml:space="preserve"> com o </w:t>
      </w:r>
      <w:proofErr w:type="spellStart"/>
      <w:r>
        <w:rPr>
          <w:sz w:val="20"/>
        </w:rPr>
        <w:t>fornecimento</w:t>
      </w:r>
      <w:proofErr w:type="spellEnd"/>
      <w:r>
        <w:rPr>
          <w:sz w:val="20"/>
        </w:rPr>
        <w:t xml:space="preserve"> dos bens.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6EED2029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243DB8F4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9. DOTAÇÃO ORÇAMENTÁRIA E PAGAMENTO</w:t>
            </w:r>
          </w:p>
        </w:tc>
      </w:tr>
    </w:tbl>
    <w:p w14:paraId="19F7B597" w14:textId="4CB4CF66" w:rsidR="00A40BDE" w:rsidRDefault="00000000">
      <w:pPr>
        <w:pStyle w:val="Body"/>
        <w:spacing w:after="20" w:line="245" w:lineRule="auto"/>
        <w:jc w:val="left"/>
      </w:pPr>
      <w:proofErr w:type="spellStart"/>
      <w:r>
        <w:rPr>
          <w:sz w:val="20"/>
        </w:rPr>
        <w:t>Órgão</w:t>
      </w:r>
      <w:proofErr w:type="spellEnd"/>
      <w:r>
        <w:rPr>
          <w:sz w:val="20"/>
        </w:rPr>
        <w:t xml:space="preserve"> / </w:t>
      </w:r>
      <w:proofErr w:type="spellStart"/>
      <w:r>
        <w:rPr>
          <w:sz w:val="20"/>
        </w:rPr>
        <w:t>Unidade</w:t>
      </w:r>
      <w:proofErr w:type="spellEnd"/>
      <w:r>
        <w:rPr>
          <w:sz w:val="20"/>
        </w:rPr>
        <w:t xml:space="preserve">: </w:t>
      </w:r>
      <w:r w:rsidR="007A26AE">
        <w:rPr>
          <w:sz w:val="20"/>
        </w:rPr>
        <w:t>9 – SECRETARIA DA ADMINISTRAÇÃO E PLANEJAMENTO</w:t>
      </w:r>
    </w:p>
    <w:p w14:paraId="4EFE1C86" w14:textId="2F8926C1" w:rsidR="00A40BDE" w:rsidRDefault="00000000">
      <w:pPr>
        <w:pStyle w:val="Body"/>
        <w:spacing w:after="20" w:line="245" w:lineRule="auto"/>
        <w:jc w:val="left"/>
      </w:pPr>
      <w:proofErr w:type="spellStart"/>
      <w:r>
        <w:rPr>
          <w:sz w:val="20"/>
        </w:rPr>
        <w:t>Projeto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Atividade</w:t>
      </w:r>
      <w:proofErr w:type="spellEnd"/>
      <w:r>
        <w:rPr>
          <w:sz w:val="20"/>
        </w:rPr>
        <w:t>:</w:t>
      </w:r>
      <w:r w:rsidR="007A26AE">
        <w:rPr>
          <w:sz w:val="20"/>
        </w:rPr>
        <w:t xml:space="preserve"> 2 – Fundo e </w:t>
      </w:r>
      <w:proofErr w:type="spellStart"/>
      <w:r w:rsidR="007A26AE">
        <w:rPr>
          <w:sz w:val="20"/>
        </w:rPr>
        <w:t>Coordenadoria</w:t>
      </w:r>
      <w:proofErr w:type="spellEnd"/>
      <w:r w:rsidR="007A26AE">
        <w:rPr>
          <w:sz w:val="20"/>
        </w:rPr>
        <w:t xml:space="preserve"> de </w:t>
      </w:r>
      <w:proofErr w:type="spellStart"/>
      <w:r w:rsidR="007A26AE">
        <w:rPr>
          <w:sz w:val="20"/>
        </w:rPr>
        <w:t>Defesa</w:t>
      </w:r>
      <w:proofErr w:type="spellEnd"/>
      <w:r w:rsidR="007A26AE">
        <w:rPr>
          <w:sz w:val="20"/>
        </w:rPr>
        <w:t xml:space="preserve"> Civil</w:t>
      </w:r>
    </w:p>
    <w:p w14:paraId="05992324" w14:textId="312FB9FE" w:rsidR="00A40BDE" w:rsidRDefault="00000000">
      <w:pPr>
        <w:pStyle w:val="Body"/>
        <w:spacing w:after="20" w:line="245" w:lineRule="auto"/>
        <w:jc w:val="left"/>
      </w:pPr>
      <w:proofErr w:type="spellStart"/>
      <w:r>
        <w:rPr>
          <w:sz w:val="20"/>
        </w:rPr>
        <w:t>Dotação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reduzida</w:t>
      </w:r>
      <w:proofErr w:type="spellEnd"/>
      <w:r w:rsidR="007A26AE">
        <w:rPr>
          <w:sz w:val="20"/>
        </w:rPr>
        <w:t>: 864</w:t>
      </w:r>
    </w:p>
    <w:p w14:paraId="5EE5C31D" w14:textId="0AF7EE8B" w:rsidR="00A40BDE" w:rsidRDefault="00000000">
      <w:pPr>
        <w:pStyle w:val="Body"/>
        <w:spacing w:after="20" w:line="245" w:lineRule="auto"/>
        <w:jc w:val="left"/>
      </w:pPr>
      <w:r>
        <w:rPr>
          <w:sz w:val="20"/>
        </w:rPr>
        <w:t xml:space="preserve">Elemento de </w:t>
      </w:r>
      <w:proofErr w:type="spellStart"/>
      <w:r>
        <w:rPr>
          <w:sz w:val="20"/>
        </w:rPr>
        <w:t>despesa</w:t>
      </w:r>
      <w:proofErr w:type="spellEnd"/>
      <w:r>
        <w:rPr>
          <w:sz w:val="20"/>
        </w:rPr>
        <w:t xml:space="preserve">: </w:t>
      </w:r>
      <w:r w:rsidR="007A26AE">
        <w:rPr>
          <w:sz w:val="20"/>
        </w:rPr>
        <w:t>333903200000000000</w:t>
      </w:r>
    </w:p>
    <w:p w14:paraId="2F7B21BA" w14:textId="04CF08F3" w:rsidR="00A40BDE" w:rsidRDefault="00000000">
      <w:pPr>
        <w:pStyle w:val="Body"/>
        <w:spacing w:after="20" w:line="245" w:lineRule="auto"/>
        <w:jc w:val="left"/>
      </w:pPr>
      <w:r>
        <w:rPr>
          <w:sz w:val="20"/>
        </w:rPr>
        <w:t xml:space="preserve">Fonte / </w:t>
      </w:r>
      <w:proofErr w:type="spellStart"/>
      <w:r>
        <w:rPr>
          <w:sz w:val="20"/>
        </w:rPr>
        <w:t>vínculo</w:t>
      </w:r>
      <w:proofErr w:type="spellEnd"/>
      <w:r>
        <w:rPr>
          <w:sz w:val="20"/>
        </w:rPr>
        <w:t xml:space="preserve">: </w:t>
      </w:r>
      <w:r w:rsidR="007A26AE">
        <w:rPr>
          <w:sz w:val="20"/>
        </w:rPr>
        <w:t>15000001</w:t>
      </w:r>
    </w:p>
    <w:p w14:paraId="21C9AF85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O </w:t>
      </w:r>
      <w:proofErr w:type="spellStart"/>
      <w:r>
        <w:rPr>
          <w:sz w:val="20"/>
        </w:rPr>
        <w:t>pagamento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será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realizado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após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recebimento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ateste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mediante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liquidação</w:t>
      </w:r>
      <w:proofErr w:type="spellEnd"/>
      <w:r>
        <w:rPr>
          <w:sz w:val="20"/>
        </w:rPr>
        <w:t xml:space="preserve"> regular da </w:t>
      </w:r>
      <w:proofErr w:type="spellStart"/>
      <w:r>
        <w:rPr>
          <w:sz w:val="20"/>
        </w:rPr>
        <w:t>despesa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apresentação</w:t>
      </w:r>
      <w:proofErr w:type="spellEnd"/>
      <w:r>
        <w:rPr>
          <w:sz w:val="20"/>
        </w:rPr>
        <w:t xml:space="preserve"> de nota fiscal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documento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equivalente</w:t>
      </w:r>
      <w:proofErr w:type="spellEnd"/>
      <w:r>
        <w:rPr>
          <w:sz w:val="20"/>
        </w:rPr>
        <w:t xml:space="preserve">, no </w:t>
      </w:r>
      <w:proofErr w:type="spellStart"/>
      <w:r>
        <w:rPr>
          <w:sz w:val="20"/>
        </w:rPr>
        <w:t>prazo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definido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pelos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procedimentos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financeiros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municipais</w:t>
      </w:r>
      <w:proofErr w:type="spellEnd"/>
      <w:r>
        <w:rPr>
          <w:sz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4CE93C60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515F37B7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10. FORMALIZAÇÃO, PUBLICIDADE E EFICÁCIA</w:t>
            </w:r>
          </w:p>
        </w:tc>
      </w:tr>
    </w:tbl>
    <w:p w14:paraId="2ABE00FF" w14:textId="77777777" w:rsidR="00A40BDE" w:rsidRDefault="00000000">
      <w:pPr>
        <w:pStyle w:val="Body"/>
        <w:spacing w:after="60" w:line="245" w:lineRule="auto"/>
        <w:ind w:firstLine="709"/>
      </w:pPr>
      <w:proofErr w:type="spellStart"/>
      <w:r>
        <w:rPr>
          <w:sz w:val="20"/>
        </w:rPr>
        <w:t>Sendo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compra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entrega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</w:t>
      </w:r>
      <w:proofErr w:type="spellEnd"/>
      <w:r>
        <w:rPr>
          <w:sz w:val="20"/>
        </w:rPr>
        <w:t xml:space="preserve"> e integral e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resultando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obrigações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futuras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relevantes</w:t>
      </w:r>
      <w:proofErr w:type="spellEnd"/>
      <w:r>
        <w:rPr>
          <w:sz w:val="20"/>
        </w:rPr>
        <w:t xml:space="preserve">, o </w:t>
      </w:r>
      <w:proofErr w:type="spellStart"/>
      <w:r>
        <w:rPr>
          <w:sz w:val="20"/>
        </w:rPr>
        <w:t>termo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contrato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poderá</w:t>
      </w:r>
      <w:proofErr w:type="spellEnd"/>
      <w:r>
        <w:rPr>
          <w:sz w:val="20"/>
        </w:rPr>
        <w:t xml:space="preserve"> ser </w:t>
      </w:r>
      <w:proofErr w:type="spellStart"/>
      <w:r>
        <w:rPr>
          <w:sz w:val="20"/>
        </w:rPr>
        <w:t>substituído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por</w:t>
      </w:r>
      <w:proofErr w:type="spellEnd"/>
      <w:r>
        <w:rPr>
          <w:sz w:val="20"/>
        </w:rPr>
        <w:t xml:space="preserve"> nota de </w:t>
      </w:r>
      <w:proofErr w:type="spellStart"/>
      <w:r>
        <w:rPr>
          <w:sz w:val="20"/>
        </w:rPr>
        <w:t>empenho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autorização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compra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outro </w:t>
      </w:r>
      <w:proofErr w:type="spellStart"/>
      <w:r>
        <w:rPr>
          <w:sz w:val="20"/>
        </w:rPr>
        <w:t>instrumento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hábil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conforme</w:t>
      </w:r>
      <w:proofErr w:type="spellEnd"/>
      <w:r>
        <w:rPr>
          <w:sz w:val="20"/>
        </w:rPr>
        <w:t xml:space="preserve"> o art. 95, </w:t>
      </w:r>
      <w:proofErr w:type="spellStart"/>
      <w:r>
        <w:rPr>
          <w:sz w:val="20"/>
        </w:rPr>
        <w:t>inciso</w:t>
      </w:r>
      <w:proofErr w:type="spellEnd"/>
      <w:r>
        <w:rPr>
          <w:sz w:val="20"/>
        </w:rPr>
        <w:t xml:space="preserve"> II e § 1º, da Lei nº 14.133/2021.</w:t>
      </w:r>
    </w:p>
    <w:p w14:paraId="56391379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>O aviso de 3 (</w:t>
      </w:r>
      <w:proofErr w:type="spellStart"/>
      <w:r>
        <w:rPr>
          <w:sz w:val="20"/>
        </w:rPr>
        <w:t>três</w:t>
      </w:r>
      <w:proofErr w:type="spellEnd"/>
      <w:r>
        <w:rPr>
          <w:sz w:val="20"/>
        </w:rPr>
        <w:t xml:space="preserve">) </w:t>
      </w:r>
      <w:proofErr w:type="spellStart"/>
      <w:r>
        <w:rPr>
          <w:sz w:val="20"/>
        </w:rPr>
        <w:t>dias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úteis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previsto</w:t>
      </w:r>
      <w:proofErr w:type="spellEnd"/>
      <w:r>
        <w:rPr>
          <w:sz w:val="20"/>
        </w:rPr>
        <w:t xml:space="preserve"> no art. 75, § 3º, da Lei nº 14.133/2021 </w:t>
      </w:r>
      <w:proofErr w:type="spellStart"/>
      <w:r>
        <w:rPr>
          <w:sz w:val="20"/>
        </w:rPr>
        <w:t>aplica</w:t>
      </w:r>
      <w:proofErr w:type="spellEnd"/>
      <w:r>
        <w:rPr>
          <w:sz w:val="20"/>
        </w:rPr>
        <w:t xml:space="preserve">-se </w:t>
      </w:r>
      <w:proofErr w:type="spellStart"/>
      <w:r>
        <w:rPr>
          <w:sz w:val="20"/>
        </w:rPr>
        <w:t>às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hipóteses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incisos</w:t>
      </w:r>
      <w:proofErr w:type="spellEnd"/>
      <w:r>
        <w:rPr>
          <w:sz w:val="20"/>
        </w:rPr>
        <w:t xml:space="preserve"> I e II do caput e </w:t>
      </w:r>
      <w:proofErr w:type="spellStart"/>
      <w:r>
        <w:rPr>
          <w:sz w:val="20"/>
        </w:rPr>
        <w:t>não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constitui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etapa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presente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dispensa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inciso</w:t>
      </w:r>
      <w:proofErr w:type="spellEnd"/>
      <w:r>
        <w:rPr>
          <w:sz w:val="20"/>
        </w:rPr>
        <w:t xml:space="preserve"> VIII. Permanecem </w:t>
      </w:r>
      <w:proofErr w:type="spellStart"/>
      <w:r>
        <w:rPr>
          <w:sz w:val="20"/>
        </w:rPr>
        <w:t>obrigatórias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contudo</w:t>
      </w:r>
      <w:proofErr w:type="spellEnd"/>
      <w:r>
        <w:rPr>
          <w:sz w:val="20"/>
        </w:rPr>
        <w:t xml:space="preserve">, as </w:t>
      </w:r>
      <w:proofErr w:type="spellStart"/>
      <w:r>
        <w:rPr>
          <w:sz w:val="20"/>
        </w:rPr>
        <w:t>medidas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transparência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publicidade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próprias</w:t>
      </w:r>
      <w:proofErr w:type="spellEnd"/>
      <w:r>
        <w:rPr>
          <w:sz w:val="20"/>
        </w:rPr>
        <w:t xml:space="preserve"> da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</w:t>
      </w:r>
      <w:proofErr w:type="spellEnd"/>
      <w:r>
        <w:rPr>
          <w:sz w:val="20"/>
        </w:rPr>
        <w:t>.</w:t>
      </w:r>
    </w:p>
    <w:p w14:paraId="66ACE4D1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O </w:t>
      </w:r>
      <w:proofErr w:type="spellStart"/>
      <w:r>
        <w:rPr>
          <w:sz w:val="20"/>
        </w:rPr>
        <w:t>ato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autorizar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extrato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correspondente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deverá</w:t>
      </w:r>
      <w:proofErr w:type="spellEnd"/>
      <w:r>
        <w:rPr>
          <w:sz w:val="20"/>
        </w:rPr>
        <w:t xml:space="preserve"> ser </w:t>
      </w:r>
      <w:proofErr w:type="spellStart"/>
      <w:r>
        <w:rPr>
          <w:sz w:val="20"/>
        </w:rPr>
        <w:t>divulgado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mantido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disposição</w:t>
      </w:r>
      <w:proofErr w:type="spellEnd"/>
      <w:r>
        <w:rPr>
          <w:sz w:val="20"/>
        </w:rPr>
        <w:t xml:space="preserve"> do </w:t>
      </w:r>
      <w:proofErr w:type="spellStart"/>
      <w:r>
        <w:rPr>
          <w:sz w:val="20"/>
        </w:rPr>
        <w:t>público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sítio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eletrônico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oficial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nos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termos</w:t>
      </w:r>
      <w:proofErr w:type="spellEnd"/>
      <w:r>
        <w:rPr>
          <w:sz w:val="20"/>
        </w:rPr>
        <w:t xml:space="preserve"> do art. 72, </w:t>
      </w:r>
      <w:proofErr w:type="spellStart"/>
      <w:r>
        <w:rPr>
          <w:sz w:val="20"/>
        </w:rPr>
        <w:t>parágrafo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único</w:t>
      </w:r>
      <w:proofErr w:type="spellEnd"/>
      <w:r>
        <w:rPr>
          <w:sz w:val="20"/>
        </w:rPr>
        <w:t xml:space="preserve">. O </w:t>
      </w:r>
      <w:proofErr w:type="spellStart"/>
      <w:r>
        <w:rPr>
          <w:sz w:val="20"/>
        </w:rPr>
        <w:lastRenderedPageBreak/>
        <w:t>instrumento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contratual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equivalente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deverá</w:t>
      </w:r>
      <w:proofErr w:type="spellEnd"/>
      <w:r>
        <w:rPr>
          <w:sz w:val="20"/>
        </w:rPr>
        <w:t xml:space="preserve"> ser </w:t>
      </w:r>
      <w:proofErr w:type="spellStart"/>
      <w:r>
        <w:rPr>
          <w:sz w:val="20"/>
        </w:rPr>
        <w:t>divulgado</w:t>
      </w:r>
      <w:proofErr w:type="spellEnd"/>
      <w:r>
        <w:rPr>
          <w:sz w:val="20"/>
        </w:rPr>
        <w:t xml:space="preserve"> no Portal Nacional de </w:t>
      </w:r>
      <w:proofErr w:type="spellStart"/>
      <w:r>
        <w:rPr>
          <w:sz w:val="20"/>
        </w:rPr>
        <w:t>Contratações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Públicas</w:t>
      </w:r>
      <w:proofErr w:type="spellEnd"/>
      <w:r>
        <w:rPr>
          <w:sz w:val="20"/>
        </w:rPr>
        <w:t xml:space="preserve"> – PNCP no </w:t>
      </w:r>
      <w:proofErr w:type="spellStart"/>
      <w:r>
        <w:rPr>
          <w:sz w:val="20"/>
        </w:rPr>
        <w:t>prazo</w:t>
      </w:r>
      <w:proofErr w:type="spellEnd"/>
      <w:r>
        <w:rPr>
          <w:sz w:val="20"/>
        </w:rPr>
        <w:t xml:space="preserve"> legal </w:t>
      </w:r>
      <w:proofErr w:type="spellStart"/>
      <w:r>
        <w:rPr>
          <w:sz w:val="20"/>
        </w:rPr>
        <w:t>aplicável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observada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disciplina</w:t>
      </w:r>
      <w:proofErr w:type="spellEnd"/>
      <w:r>
        <w:rPr>
          <w:sz w:val="20"/>
        </w:rPr>
        <w:t xml:space="preserve"> do art. 94 da Lei nº 14.133/2021.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38"/>
      </w:tblGrid>
      <w:tr w:rsidR="00A40BDE" w14:paraId="6AA46617" w14:textId="77777777">
        <w:trPr>
          <w:jc w:val="center"/>
        </w:trPr>
        <w:tc>
          <w:tcPr>
            <w:tcW w:w="9638" w:type="dxa"/>
            <w:tcBorders>
              <w:top w:val="single" w:sz="8" w:space="0" w:color="777777"/>
              <w:left w:val="single" w:sz="8" w:space="0" w:color="777777"/>
              <w:bottom w:val="single" w:sz="8" w:space="0" w:color="777777"/>
              <w:right w:val="single" w:sz="8" w:space="0" w:color="777777"/>
            </w:tcBorders>
            <w:shd w:val="clear" w:color="auto" w:fill="D9D9D9"/>
            <w:tcMar>
              <w:top w:w="55" w:type="dxa"/>
              <w:left w:w="80" w:type="dxa"/>
              <w:bottom w:w="55" w:type="dxa"/>
              <w:right w:w="80" w:type="dxa"/>
            </w:tcMar>
          </w:tcPr>
          <w:p w14:paraId="11D31A4B" w14:textId="77777777" w:rsidR="00A40BDE" w:rsidRDefault="00000000">
            <w:pPr>
              <w:keepNext/>
              <w:spacing w:line="245" w:lineRule="auto"/>
              <w:jc w:val="center"/>
            </w:pPr>
            <w:r>
              <w:rPr>
                <w:b/>
                <w:sz w:val="20"/>
              </w:rPr>
              <w:t>11. CONCLUSÃO</w:t>
            </w:r>
          </w:p>
        </w:tc>
      </w:tr>
    </w:tbl>
    <w:p w14:paraId="3FED7F0F" w14:textId="77777777" w:rsidR="00A40BDE" w:rsidRDefault="00000000">
      <w:pPr>
        <w:pStyle w:val="Body"/>
        <w:spacing w:after="60" w:line="245" w:lineRule="auto"/>
        <w:ind w:firstLine="709"/>
      </w:pPr>
      <w:r>
        <w:rPr>
          <w:sz w:val="20"/>
        </w:rPr>
        <w:t xml:space="preserve">Diante da </w:t>
      </w:r>
      <w:proofErr w:type="spellStart"/>
      <w:r>
        <w:rPr>
          <w:sz w:val="20"/>
        </w:rPr>
        <w:t>situação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oficialmente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reconhecida</w:t>
      </w:r>
      <w:proofErr w:type="spellEnd"/>
      <w:r>
        <w:rPr>
          <w:sz w:val="20"/>
        </w:rPr>
        <w:t xml:space="preserve">, da </w:t>
      </w:r>
      <w:proofErr w:type="spellStart"/>
      <w:r>
        <w:rPr>
          <w:sz w:val="20"/>
        </w:rPr>
        <w:t>necessidade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imediata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proteção</w:t>
      </w:r>
      <w:proofErr w:type="spellEnd"/>
      <w:r>
        <w:rPr>
          <w:sz w:val="20"/>
        </w:rPr>
        <w:t xml:space="preserve"> das </w:t>
      </w:r>
      <w:proofErr w:type="spellStart"/>
      <w:r>
        <w:rPr>
          <w:sz w:val="20"/>
        </w:rPr>
        <w:t>residências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atingidas</w:t>
      </w:r>
      <w:proofErr w:type="spellEnd"/>
      <w:r>
        <w:rPr>
          <w:sz w:val="20"/>
        </w:rPr>
        <w:t xml:space="preserve">, da </w:t>
      </w:r>
      <w:proofErr w:type="spellStart"/>
      <w:r>
        <w:rPr>
          <w:sz w:val="20"/>
        </w:rPr>
        <w:t>indisponibilidade</w:t>
      </w:r>
      <w:proofErr w:type="spellEnd"/>
      <w:r>
        <w:rPr>
          <w:sz w:val="20"/>
        </w:rPr>
        <w:t xml:space="preserve"> de estoque </w:t>
      </w:r>
      <w:proofErr w:type="spellStart"/>
      <w:r>
        <w:rPr>
          <w:sz w:val="20"/>
        </w:rPr>
        <w:t>suficiente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</w:t>
      </w:r>
      <w:proofErr w:type="spellEnd"/>
      <w:r>
        <w:rPr>
          <w:sz w:val="20"/>
        </w:rPr>
        <w:t xml:space="preserve"> um </w:t>
      </w:r>
      <w:proofErr w:type="spellStart"/>
      <w:r>
        <w:rPr>
          <w:sz w:val="20"/>
        </w:rPr>
        <w:t>único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estabelecimento</w:t>
      </w:r>
      <w:proofErr w:type="spellEnd"/>
      <w:r>
        <w:rPr>
          <w:sz w:val="20"/>
        </w:rPr>
        <w:t xml:space="preserve"> e da </w:t>
      </w:r>
      <w:proofErr w:type="spellStart"/>
      <w:r>
        <w:rPr>
          <w:sz w:val="20"/>
        </w:rPr>
        <w:t>metodologia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escolha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orientada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pelo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menor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preço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possível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associado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pronta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resta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justificada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contratação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direta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múltiplos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fornecedores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consolidada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Requisições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Compras nº 1894/2026 a 1901/2026, 1945/2026 e 1946/2026, no valor global de R$ 85.043,16, </w:t>
      </w:r>
      <w:proofErr w:type="spellStart"/>
      <w:r>
        <w:rPr>
          <w:sz w:val="20"/>
        </w:rPr>
        <w:t>limitada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quantitativos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materiais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indispensáveis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resposta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desastre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condicionada</w:t>
      </w:r>
      <w:proofErr w:type="spellEnd"/>
      <w:r>
        <w:rPr>
          <w:sz w:val="20"/>
        </w:rPr>
        <w:t xml:space="preserve"> à </w:t>
      </w:r>
      <w:proofErr w:type="spellStart"/>
      <w:r>
        <w:rPr>
          <w:sz w:val="20"/>
        </w:rPr>
        <w:t>instrução</w:t>
      </w:r>
      <w:proofErr w:type="spellEnd"/>
      <w:r>
        <w:rPr>
          <w:sz w:val="20"/>
        </w:rPr>
        <w:t xml:space="preserve"> documental </w:t>
      </w:r>
      <w:proofErr w:type="spellStart"/>
      <w:r>
        <w:rPr>
          <w:sz w:val="20"/>
        </w:rPr>
        <w:t>prevista</w:t>
      </w:r>
      <w:proofErr w:type="spellEnd"/>
      <w:r>
        <w:rPr>
          <w:sz w:val="20"/>
        </w:rPr>
        <w:t xml:space="preserve"> no art. 72 da Lei nº 14.133/2021.</w:t>
      </w:r>
    </w:p>
    <w:p w14:paraId="15304236" w14:textId="77777777" w:rsidR="00A40BDE" w:rsidRDefault="00A40BDE">
      <w:pPr>
        <w:spacing w:line="245" w:lineRule="auto"/>
      </w:pPr>
    </w:p>
    <w:p w14:paraId="7768CA56" w14:textId="5B515720" w:rsidR="00A40BDE" w:rsidRDefault="00000000">
      <w:pPr>
        <w:spacing w:line="245" w:lineRule="auto"/>
        <w:jc w:val="center"/>
      </w:pPr>
      <w:proofErr w:type="spellStart"/>
      <w:r>
        <w:rPr>
          <w:b/>
          <w:sz w:val="20"/>
        </w:rPr>
        <w:t>Prefeitura</w:t>
      </w:r>
      <w:proofErr w:type="spellEnd"/>
      <w:r>
        <w:rPr>
          <w:b/>
          <w:sz w:val="20"/>
        </w:rPr>
        <w:t xml:space="preserve"> Municipal de </w:t>
      </w:r>
      <w:proofErr w:type="spellStart"/>
      <w:r>
        <w:rPr>
          <w:b/>
          <w:sz w:val="20"/>
        </w:rPr>
        <w:t>Seberi</w:t>
      </w:r>
      <w:proofErr w:type="spellEnd"/>
      <w:r>
        <w:rPr>
          <w:b/>
          <w:sz w:val="20"/>
        </w:rPr>
        <w:t xml:space="preserve">/RS, </w:t>
      </w:r>
      <w:r w:rsidR="007A26AE">
        <w:rPr>
          <w:b/>
          <w:sz w:val="20"/>
        </w:rPr>
        <w:t>29</w:t>
      </w:r>
      <w:r>
        <w:rPr>
          <w:b/>
          <w:sz w:val="20"/>
        </w:rPr>
        <w:t xml:space="preserve"> de </w:t>
      </w:r>
      <w:proofErr w:type="spellStart"/>
      <w:r w:rsidR="007A26AE">
        <w:rPr>
          <w:b/>
          <w:sz w:val="20"/>
        </w:rPr>
        <w:t>setembro</w:t>
      </w:r>
      <w:proofErr w:type="spellEnd"/>
      <w:r>
        <w:rPr>
          <w:b/>
          <w:sz w:val="20"/>
        </w:rPr>
        <w:t xml:space="preserve"> de 2026.</w:t>
      </w:r>
    </w:p>
    <w:p w14:paraId="0A273257" w14:textId="77777777" w:rsidR="00A40BDE" w:rsidRDefault="00A40BDE">
      <w:pPr>
        <w:spacing w:line="245" w:lineRule="auto"/>
      </w:pPr>
    </w:p>
    <w:p w14:paraId="0570D691" w14:textId="77777777" w:rsidR="001E6217" w:rsidRDefault="001E6217">
      <w:pPr>
        <w:spacing w:line="245" w:lineRule="auto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A40BDE" w14:paraId="0AB896DF" w14:textId="77777777">
        <w:trPr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1CC2F911" w14:textId="77777777" w:rsidR="00A40BDE" w:rsidRDefault="00000000">
            <w:pPr>
              <w:spacing w:line="245" w:lineRule="auto"/>
              <w:jc w:val="center"/>
            </w:pPr>
            <w:r>
              <w:rPr>
                <w:sz w:val="19"/>
              </w:rPr>
              <w:t>________________________________________</w:t>
            </w:r>
          </w:p>
          <w:p w14:paraId="7ED9C342" w14:textId="77777777" w:rsidR="00A40BDE" w:rsidRDefault="00000000">
            <w:pPr>
              <w:spacing w:line="245" w:lineRule="auto"/>
              <w:jc w:val="center"/>
            </w:pPr>
            <w:proofErr w:type="spellStart"/>
            <w:r>
              <w:rPr>
                <w:b/>
                <w:sz w:val="19"/>
              </w:rPr>
              <w:t>Assessoria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Jurídica</w:t>
            </w:r>
            <w:proofErr w:type="spellEnd"/>
            <w:r>
              <w:rPr>
                <w:b/>
                <w:sz w:val="19"/>
              </w:rPr>
              <w:t xml:space="preserve"> / </w:t>
            </w:r>
            <w:proofErr w:type="spellStart"/>
            <w:r>
              <w:rPr>
                <w:b/>
                <w:sz w:val="19"/>
              </w:rPr>
              <w:t>Procuradoria</w:t>
            </w:r>
            <w:proofErr w:type="spellEnd"/>
            <w:r>
              <w:rPr>
                <w:b/>
                <w:sz w:val="19"/>
              </w:rPr>
              <w:t>-Geral</w:t>
            </w:r>
          </w:p>
          <w:p w14:paraId="0324C320" w14:textId="77777777" w:rsidR="00A40BDE" w:rsidRDefault="00000000">
            <w:pPr>
              <w:spacing w:line="245" w:lineRule="auto"/>
              <w:jc w:val="center"/>
            </w:pPr>
            <w:r>
              <w:rPr>
                <w:b/>
                <w:sz w:val="19"/>
              </w:rPr>
              <w:t>R. h.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345E57C0" w14:textId="77777777" w:rsidR="00A40BDE" w:rsidRDefault="00000000">
            <w:pPr>
              <w:spacing w:line="245" w:lineRule="auto"/>
              <w:jc w:val="center"/>
            </w:pPr>
            <w:r>
              <w:rPr>
                <w:sz w:val="19"/>
              </w:rPr>
              <w:t>________________________________________</w:t>
            </w:r>
          </w:p>
          <w:p w14:paraId="22593247" w14:textId="77777777" w:rsidR="00A40BDE" w:rsidRDefault="00000000">
            <w:pPr>
              <w:spacing w:line="245" w:lineRule="auto"/>
              <w:jc w:val="center"/>
            </w:pPr>
            <w:proofErr w:type="spellStart"/>
            <w:r>
              <w:rPr>
                <w:b/>
                <w:sz w:val="19"/>
              </w:rPr>
              <w:t>Responsável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pelo</w:t>
            </w:r>
            <w:proofErr w:type="spellEnd"/>
            <w:r>
              <w:rPr>
                <w:b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Setor</w:t>
            </w:r>
            <w:proofErr w:type="spellEnd"/>
            <w:r>
              <w:rPr>
                <w:b/>
                <w:sz w:val="19"/>
              </w:rPr>
              <w:t xml:space="preserve"> de Compras, </w:t>
            </w:r>
            <w:proofErr w:type="spellStart"/>
            <w:r>
              <w:rPr>
                <w:b/>
                <w:sz w:val="19"/>
              </w:rPr>
              <w:t>Licitações</w:t>
            </w:r>
            <w:proofErr w:type="spellEnd"/>
            <w:r>
              <w:rPr>
                <w:b/>
                <w:sz w:val="19"/>
              </w:rPr>
              <w:t xml:space="preserve"> e </w:t>
            </w:r>
            <w:proofErr w:type="spellStart"/>
            <w:r>
              <w:rPr>
                <w:b/>
                <w:sz w:val="19"/>
              </w:rPr>
              <w:t>Contratos</w:t>
            </w:r>
            <w:proofErr w:type="spellEnd"/>
          </w:p>
          <w:p w14:paraId="52EA89E2" w14:textId="77777777" w:rsidR="00A40BDE" w:rsidRDefault="00A40BDE">
            <w:pPr>
              <w:spacing w:line="245" w:lineRule="auto"/>
              <w:jc w:val="center"/>
            </w:pPr>
          </w:p>
        </w:tc>
      </w:tr>
    </w:tbl>
    <w:p w14:paraId="66808E79" w14:textId="77777777" w:rsidR="00A40BDE" w:rsidRDefault="00000000">
      <w:pPr>
        <w:pStyle w:val="Body"/>
        <w:spacing w:after="60" w:line="245" w:lineRule="auto"/>
        <w:ind w:firstLine="709"/>
        <w:rPr>
          <w:sz w:val="20"/>
        </w:rPr>
      </w:pPr>
      <w:r>
        <w:rPr>
          <w:sz w:val="20"/>
        </w:rPr>
        <w:t xml:space="preserve">Diante </w:t>
      </w:r>
      <w:proofErr w:type="gramStart"/>
      <w:r>
        <w:rPr>
          <w:sz w:val="20"/>
        </w:rPr>
        <w:t>do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exposto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cumpridas</w:t>
      </w:r>
      <w:proofErr w:type="spellEnd"/>
      <w:r>
        <w:rPr>
          <w:sz w:val="20"/>
        </w:rPr>
        <w:t xml:space="preserve"> as </w:t>
      </w:r>
      <w:proofErr w:type="spellStart"/>
      <w:r>
        <w:rPr>
          <w:sz w:val="20"/>
        </w:rPr>
        <w:t>formalidades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legais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aplicáveis</w:t>
      </w:r>
      <w:proofErr w:type="spellEnd"/>
      <w:r>
        <w:rPr>
          <w:sz w:val="20"/>
        </w:rPr>
        <w:t xml:space="preserve">, AUTORIZO as </w:t>
      </w:r>
      <w:proofErr w:type="spellStart"/>
      <w:r>
        <w:rPr>
          <w:sz w:val="20"/>
        </w:rPr>
        <w:t>despesas</w:t>
      </w:r>
      <w:proofErr w:type="spellEnd"/>
      <w:r>
        <w:rPr>
          <w:sz w:val="20"/>
        </w:rPr>
        <w:t xml:space="preserve"> e as </w:t>
      </w:r>
      <w:proofErr w:type="spellStart"/>
      <w:r>
        <w:rPr>
          <w:sz w:val="20"/>
        </w:rPr>
        <w:t>contratações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emergenciais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individualizadas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nos</w:t>
      </w:r>
      <w:proofErr w:type="spellEnd"/>
      <w:r>
        <w:rPr>
          <w:sz w:val="20"/>
        </w:rPr>
        <w:t xml:space="preserve"> autos, com </w:t>
      </w:r>
      <w:proofErr w:type="spellStart"/>
      <w:r>
        <w:rPr>
          <w:sz w:val="20"/>
        </w:rPr>
        <w:t>fundamento</w:t>
      </w:r>
      <w:proofErr w:type="spellEnd"/>
      <w:r>
        <w:rPr>
          <w:sz w:val="20"/>
        </w:rPr>
        <w:t xml:space="preserve"> no art. 75, </w:t>
      </w:r>
      <w:proofErr w:type="spellStart"/>
      <w:r>
        <w:rPr>
          <w:sz w:val="20"/>
        </w:rPr>
        <w:t>inciso</w:t>
      </w:r>
      <w:proofErr w:type="spellEnd"/>
      <w:r>
        <w:rPr>
          <w:sz w:val="20"/>
        </w:rPr>
        <w:t xml:space="preserve"> VIII, da Lei Federal nº 14.133/2021 e no </w:t>
      </w:r>
      <w:proofErr w:type="spellStart"/>
      <w:r>
        <w:rPr>
          <w:sz w:val="20"/>
        </w:rPr>
        <w:t>Decreto</w:t>
      </w:r>
      <w:proofErr w:type="spellEnd"/>
      <w:r>
        <w:rPr>
          <w:sz w:val="20"/>
        </w:rPr>
        <w:t xml:space="preserve"> Municipal nº 67/2026, </w:t>
      </w:r>
      <w:proofErr w:type="spellStart"/>
      <w:r>
        <w:rPr>
          <w:sz w:val="20"/>
        </w:rPr>
        <w:t>observados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quantitativos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necessários</w:t>
      </w:r>
      <w:proofErr w:type="spellEnd"/>
      <w:r>
        <w:rPr>
          <w:sz w:val="20"/>
        </w:rPr>
        <w:t xml:space="preserve">, a </w:t>
      </w:r>
      <w:proofErr w:type="spellStart"/>
      <w:r>
        <w:rPr>
          <w:sz w:val="20"/>
        </w:rPr>
        <w:t>justificativa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preços</w:t>
      </w:r>
      <w:proofErr w:type="spellEnd"/>
      <w:r>
        <w:rPr>
          <w:sz w:val="20"/>
        </w:rPr>
        <w:t xml:space="preserve">, a </w:t>
      </w:r>
      <w:proofErr w:type="spellStart"/>
      <w:r>
        <w:rPr>
          <w:sz w:val="20"/>
        </w:rPr>
        <w:t>disponibilidade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orçamentária</w:t>
      </w:r>
      <w:proofErr w:type="spellEnd"/>
      <w:r>
        <w:rPr>
          <w:sz w:val="20"/>
        </w:rPr>
        <w:t xml:space="preserve">, a </w:t>
      </w:r>
      <w:proofErr w:type="spellStart"/>
      <w:r>
        <w:rPr>
          <w:sz w:val="20"/>
        </w:rPr>
        <w:t>habilitação</w:t>
      </w:r>
      <w:proofErr w:type="spellEnd"/>
      <w:r>
        <w:rPr>
          <w:sz w:val="20"/>
        </w:rPr>
        <w:t xml:space="preserve"> dos </w:t>
      </w:r>
      <w:proofErr w:type="spellStart"/>
      <w:r>
        <w:rPr>
          <w:sz w:val="20"/>
        </w:rPr>
        <w:t>fornecedores</w:t>
      </w:r>
      <w:proofErr w:type="spellEnd"/>
      <w:r>
        <w:rPr>
          <w:sz w:val="20"/>
        </w:rPr>
        <w:t xml:space="preserve"> e as </w:t>
      </w:r>
      <w:proofErr w:type="spellStart"/>
      <w:r>
        <w:rPr>
          <w:sz w:val="20"/>
        </w:rPr>
        <w:t>medidas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publicidade</w:t>
      </w:r>
      <w:proofErr w:type="spellEnd"/>
      <w:r>
        <w:rPr>
          <w:sz w:val="20"/>
        </w:rPr>
        <w:t xml:space="preserve"> e </w:t>
      </w:r>
      <w:proofErr w:type="spellStart"/>
      <w:r>
        <w:rPr>
          <w:sz w:val="20"/>
        </w:rPr>
        <w:t>controle</w:t>
      </w:r>
      <w:proofErr w:type="spellEnd"/>
      <w:r>
        <w:rPr>
          <w:sz w:val="20"/>
        </w:rPr>
        <w:t>.</w:t>
      </w:r>
    </w:p>
    <w:p w14:paraId="7B430DD2" w14:textId="77777777" w:rsidR="007A26AE" w:rsidRDefault="007A26AE">
      <w:pPr>
        <w:pStyle w:val="Body"/>
        <w:spacing w:after="60" w:line="245" w:lineRule="auto"/>
        <w:ind w:firstLine="709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374"/>
      </w:tblGrid>
      <w:tr w:rsidR="007A26AE" w14:paraId="488F1945" w14:textId="77777777" w:rsidTr="007A26AE">
        <w:trPr>
          <w:trHeight w:val="2976"/>
          <w:jc w:val="center"/>
        </w:trPr>
        <w:tc>
          <w:tcPr>
            <w:tcW w:w="737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80" w:type="dxa"/>
              <w:bottom w:w="0" w:type="dxa"/>
              <w:right w:w="80" w:type="dxa"/>
            </w:tcMar>
          </w:tcPr>
          <w:p w14:paraId="6CE6B143" w14:textId="391001C4" w:rsidR="007A26AE" w:rsidRDefault="007A26AE">
            <w:pPr>
              <w:spacing w:line="245" w:lineRule="auto"/>
              <w:jc w:val="center"/>
              <w:rPr>
                <w:sz w:val="19"/>
              </w:rPr>
            </w:pPr>
            <w:proofErr w:type="spellStart"/>
            <w:r>
              <w:rPr>
                <w:sz w:val="19"/>
              </w:rPr>
              <w:t>Prefeitura</w:t>
            </w:r>
            <w:proofErr w:type="spellEnd"/>
            <w:r>
              <w:rPr>
                <w:sz w:val="19"/>
              </w:rPr>
              <w:t xml:space="preserve"> Municipal de </w:t>
            </w:r>
            <w:proofErr w:type="spellStart"/>
            <w:r>
              <w:rPr>
                <w:sz w:val="19"/>
              </w:rPr>
              <w:t>Seberi</w:t>
            </w:r>
            <w:proofErr w:type="spellEnd"/>
            <w:r>
              <w:rPr>
                <w:sz w:val="19"/>
              </w:rPr>
              <w:t xml:space="preserve">/RS, 29 de </w:t>
            </w:r>
            <w:proofErr w:type="spellStart"/>
            <w:r>
              <w:rPr>
                <w:sz w:val="19"/>
              </w:rPr>
              <w:t>setembro</w:t>
            </w:r>
            <w:proofErr w:type="spellEnd"/>
            <w:r>
              <w:rPr>
                <w:sz w:val="19"/>
              </w:rPr>
              <w:t xml:space="preserve"> de 2026.</w:t>
            </w:r>
          </w:p>
          <w:p w14:paraId="7E01B00D" w14:textId="77777777" w:rsidR="007A26AE" w:rsidRDefault="007A26AE">
            <w:pPr>
              <w:spacing w:line="245" w:lineRule="auto"/>
              <w:jc w:val="center"/>
              <w:rPr>
                <w:sz w:val="19"/>
              </w:rPr>
            </w:pPr>
          </w:p>
          <w:p w14:paraId="24A27D4C" w14:textId="77777777" w:rsidR="007A26AE" w:rsidRDefault="007A26AE">
            <w:pPr>
              <w:spacing w:line="245" w:lineRule="auto"/>
              <w:jc w:val="center"/>
              <w:rPr>
                <w:sz w:val="19"/>
              </w:rPr>
            </w:pPr>
          </w:p>
          <w:p w14:paraId="050EA709" w14:textId="77777777" w:rsidR="007A26AE" w:rsidRDefault="007A26AE">
            <w:pPr>
              <w:spacing w:line="245" w:lineRule="auto"/>
              <w:jc w:val="center"/>
            </w:pPr>
          </w:p>
          <w:p w14:paraId="692B5A76" w14:textId="77777777" w:rsidR="007A26AE" w:rsidRDefault="007A26AE">
            <w:pPr>
              <w:spacing w:line="245" w:lineRule="auto"/>
              <w:jc w:val="center"/>
            </w:pPr>
            <w:r>
              <w:rPr>
                <w:b/>
                <w:sz w:val="19"/>
              </w:rPr>
              <w:t>________________________________________</w:t>
            </w:r>
          </w:p>
          <w:p w14:paraId="3F3A5C46" w14:textId="77777777" w:rsidR="007A26AE" w:rsidRDefault="007A26AE">
            <w:pPr>
              <w:spacing w:line="245" w:lineRule="auto"/>
              <w:jc w:val="center"/>
            </w:pPr>
            <w:r>
              <w:rPr>
                <w:b/>
                <w:sz w:val="19"/>
              </w:rPr>
              <w:t>ADILSON ADAM BALESTRIN</w:t>
            </w:r>
          </w:p>
          <w:p w14:paraId="3CF2C97D" w14:textId="77777777" w:rsidR="007A26AE" w:rsidRDefault="007A26AE">
            <w:pPr>
              <w:spacing w:line="245" w:lineRule="auto"/>
              <w:jc w:val="center"/>
            </w:pPr>
            <w:proofErr w:type="spellStart"/>
            <w:r>
              <w:rPr>
                <w:b/>
                <w:sz w:val="19"/>
              </w:rPr>
              <w:t>Prefeito</w:t>
            </w:r>
            <w:proofErr w:type="spellEnd"/>
            <w:r>
              <w:rPr>
                <w:b/>
                <w:sz w:val="19"/>
              </w:rPr>
              <w:t xml:space="preserve"> Municipal</w:t>
            </w:r>
          </w:p>
        </w:tc>
      </w:tr>
    </w:tbl>
    <w:p w14:paraId="34C9368C" w14:textId="77777777" w:rsidR="00C064A7" w:rsidRDefault="00C064A7"/>
    <w:sectPr w:rsidR="00C064A7" w:rsidSect="00034616">
      <w:footerReference w:type="default" r:id="rId9"/>
      <w:pgSz w:w="11906" w:h="16838"/>
      <w:pgMar w:top="1134" w:right="1134" w:bottom="1134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68EA9" w14:textId="77777777" w:rsidR="00202D26" w:rsidRDefault="00202D26">
      <w:pPr>
        <w:spacing w:line="240" w:lineRule="auto"/>
      </w:pPr>
      <w:r>
        <w:separator/>
      </w:r>
    </w:p>
  </w:endnote>
  <w:endnote w:type="continuationSeparator" w:id="0">
    <w:p w14:paraId="063AF336" w14:textId="77777777" w:rsidR="00202D26" w:rsidRDefault="00202D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BA848" w14:textId="77777777" w:rsidR="00A40BDE" w:rsidRDefault="00000000">
    <w:pPr>
      <w:pStyle w:val="Rodap"/>
      <w:jc w:val="right"/>
    </w:pPr>
    <w:r>
      <w:rPr>
        <w:sz w:val="16"/>
      </w:rPr>
      <w:t xml:space="preserve">Página </w:t>
    </w:r>
    <w:r>
      <w:fldChar w:fldCharType="begin"/>
    </w:r>
    <w:r>
      <w:instrText>PAGE</w:instrText>
    </w:r>
    <w:r>
      <w:fldChar w:fldCharType="separate"/>
    </w:r>
    <w:r w:rsidR="007A26AE">
      <w:rPr>
        <w:noProof/>
      </w:rPr>
      <w:t>1</w:t>
    </w:r>
    <w:r>
      <w:fldChar w:fldCharType="end"/>
    </w:r>
    <w:r>
      <w:rPr>
        <w:sz w:val="16"/>
      </w:rPr>
      <w:t xml:space="preserve"> de </w:t>
    </w:r>
    <w:r>
      <w:fldChar w:fldCharType="begin"/>
    </w:r>
    <w:r>
      <w:instrText>NUMPAGES</w:instrText>
    </w:r>
    <w:r>
      <w:fldChar w:fldCharType="separate"/>
    </w:r>
    <w:r w:rsidR="007A26A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89CAB" w14:textId="77777777" w:rsidR="00202D26" w:rsidRDefault="00202D26">
      <w:pPr>
        <w:spacing w:line="240" w:lineRule="auto"/>
      </w:pPr>
      <w:r>
        <w:separator/>
      </w:r>
    </w:p>
  </w:footnote>
  <w:footnote w:type="continuationSeparator" w:id="0">
    <w:p w14:paraId="7187C6E4" w14:textId="77777777" w:rsidR="00202D26" w:rsidRDefault="00202D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43360672">
    <w:abstractNumId w:val="8"/>
  </w:num>
  <w:num w:numId="2" w16cid:durableId="213466595">
    <w:abstractNumId w:val="6"/>
  </w:num>
  <w:num w:numId="3" w16cid:durableId="353117528">
    <w:abstractNumId w:val="5"/>
  </w:num>
  <w:num w:numId="4" w16cid:durableId="851648466">
    <w:abstractNumId w:val="4"/>
  </w:num>
  <w:num w:numId="5" w16cid:durableId="919946687">
    <w:abstractNumId w:val="7"/>
  </w:num>
  <w:num w:numId="6" w16cid:durableId="2083940179">
    <w:abstractNumId w:val="3"/>
  </w:num>
  <w:num w:numId="7" w16cid:durableId="2006861226">
    <w:abstractNumId w:val="2"/>
  </w:num>
  <w:num w:numId="8" w16cid:durableId="429811607">
    <w:abstractNumId w:val="1"/>
  </w:num>
  <w:num w:numId="9" w16cid:durableId="2134712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E6217"/>
    <w:rsid w:val="00202D26"/>
    <w:rsid w:val="00241821"/>
    <w:rsid w:val="0029639D"/>
    <w:rsid w:val="00326F90"/>
    <w:rsid w:val="006032A6"/>
    <w:rsid w:val="007A26AE"/>
    <w:rsid w:val="00A40BDE"/>
    <w:rsid w:val="00AA1D8D"/>
    <w:rsid w:val="00B47730"/>
    <w:rsid w:val="00C064A7"/>
    <w:rsid w:val="00CB0664"/>
    <w:rsid w:val="00D2285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028F7E"/>
  <w14:defaultImageDpi w14:val="300"/>
  <w15:docId w15:val="{466DAB09-837A-4C4C-937E-FEF635C9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59" w:lineRule="auto"/>
    </w:pPr>
    <w:rPr>
      <w:rFonts w:ascii="Arial" w:eastAsia="Arial" w:hAnsi="Arial"/>
      <w:sz w:val="21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unicipalHeader">
    <w:name w:val="Municipal Header"/>
    <w:pPr>
      <w:spacing w:after="0" w:line="252" w:lineRule="auto"/>
      <w:jc w:val="center"/>
    </w:pPr>
    <w:rPr>
      <w:rFonts w:ascii="Arial" w:eastAsia="Arial" w:hAnsi="Arial"/>
      <w:sz w:val="17"/>
    </w:rPr>
  </w:style>
  <w:style w:type="paragraph" w:customStyle="1" w:styleId="DocTitle">
    <w:name w:val="Doc Title"/>
    <w:pPr>
      <w:spacing w:after="0" w:line="252" w:lineRule="auto"/>
      <w:jc w:val="center"/>
    </w:pPr>
    <w:rPr>
      <w:rFonts w:ascii="Arial" w:eastAsia="Arial" w:hAnsi="Arial"/>
      <w:b/>
      <w:sz w:val="32"/>
    </w:rPr>
  </w:style>
  <w:style w:type="paragraph" w:customStyle="1" w:styleId="DocSubtitle">
    <w:name w:val="Doc Subtitle"/>
    <w:pPr>
      <w:spacing w:after="0" w:line="252" w:lineRule="auto"/>
      <w:jc w:val="center"/>
    </w:pPr>
    <w:rPr>
      <w:rFonts w:ascii="Arial" w:eastAsia="Arial" w:hAnsi="Arial"/>
      <w:b/>
      <w:sz w:val="24"/>
    </w:rPr>
  </w:style>
  <w:style w:type="paragraph" w:customStyle="1" w:styleId="SmallNote">
    <w:name w:val="Small Note"/>
    <w:pPr>
      <w:spacing w:after="0" w:line="252" w:lineRule="auto"/>
      <w:jc w:val="both"/>
    </w:pPr>
    <w:rPr>
      <w:rFonts w:ascii="Arial" w:eastAsia="Arial" w:hAnsi="Arial"/>
      <w:i/>
      <w:sz w:val="17"/>
    </w:rPr>
  </w:style>
  <w:style w:type="paragraph" w:customStyle="1" w:styleId="Body">
    <w:name w:val="Body"/>
    <w:pPr>
      <w:spacing w:after="0" w:line="252" w:lineRule="auto"/>
      <w:jc w:val="both"/>
    </w:pPr>
    <w:rPr>
      <w:rFonts w:ascii="Arial" w:eastAsia="Arial" w:hAnsi="Arial"/>
      <w:sz w:val="21"/>
    </w:rPr>
  </w:style>
  <w:style w:type="paragraph" w:customStyle="1" w:styleId="BodyIndent">
    <w:name w:val="Body Indent"/>
    <w:pPr>
      <w:spacing w:after="0" w:line="252" w:lineRule="auto"/>
      <w:jc w:val="both"/>
    </w:pPr>
    <w:rPr>
      <w:rFonts w:ascii="Arial" w:eastAsia="Arial" w:hAnsi="Arial"/>
      <w:sz w:val="21"/>
    </w:rPr>
  </w:style>
  <w:style w:type="paragraph" w:customStyle="1" w:styleId="Sign">
    <w:name w:val="Sign"/>
    <w:pPr>
      <w:spacing w:after="0" w:line="252" w:lineRule="auto"/>
      <w:jc w:val="center"/>
    </w:pPr>
    <w:rPr>
      <w:rFonts w:ascii="Arial" w:eastAsia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2590</Words>
  <Characters>13989</Characters>
  <Application>Microsoft Office Word</Application>
  <DocSecurity>0</DocSecurity>
  <Lines>116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Dispensa de Licitação Emergencial - Telhas, Lonas e Materiais de Cobertura - Decreto 67/2026</dc:title>
  <dc:subject/>
  <dc:creator>Município de Seberi/RS</dc:creator>
  <cp:keywords/>
  <dc:description>generated by python-docx</dc:description>
  <cp:lastModifiedBy>Administração6 Secretaria</cp:lastModifiedBy>
  <cp:revision>4</cp:revision>
  <dcterms:created xsi:type="dcterms:W3CDTF">2013-12-23T23:15:00Z</dcterms:created>
  <dcterms:modified xsi:type="dcterms:W3CDTF">2026-09-29T14:52:00Z</dcterms:modified>
  <cp:category/>
</cp:coreProperties>
</file>