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008" w:rsidRPr="000D72C1" w:rsidRDefault="0096634A" w:rsidP="000D72C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b/>
          <w:sz w:val="24"/>
          <w:szCs w:val="24"/>
        </w:rPr>
        <w:t>ANEXO A</w:t>
      </w:r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1. OBJETO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 xml:space="preserve">Contratação de empresa especializada para a prestação de serviços mecânicos, com fornecimento e instalação de motor parcial, destinado ao </w:t>
      </w:r>
      <w:proofErr w:type="spellStart"/>
      <w:r w:rsidRPr="000D72C1">
        <w:rPr>
          <w:rFonts w:ascii="Arial" w:hAnsi="Arial" w:cs="Arial"/>
          <w:sz w:val="24"/>
          <w:szCs w:val="24"/>
        </w:rPr>
        <w:t>veículo</w:t>
      </w:r>
      <w:proofErr w:type="spellEnd"/>
      <w:r w:rsidRPr="000D72C1">
        <w:rPr>
          <w:rFonts w:ascii="Arial" w:hAnsi="Arial" w:cs="Arial"/>
          <w:sz w:val="24"/>
          <w:szCs w:val="24"/>
        </w:rPr>
        <w:t xml:space="preserve"> Toyota Corolla, </w:t>
      </w:r>
      <w:proofErr w:type="spellStart"/>
      <w:r w:rsidRPr="000D72C1">
        <w:rPr>
          <w:rFonts w:ascii="Arial" w:hAnsi="Arial" w:cs="Arial"/>
          <w:sz w:val="24"/>
          <w:szCs w:val="24"/>
        </w:rPr>
        <w:t>ano</w:t>
      </w:r>
      <w:proofErr w:type="spellEnd"/>
      <w:r w:rsidRPr="000D72C1">
        <w:rPr>
          <w:rFonts w:ascii="Arial" w:hAnsi="Arial" w:cs="Arial"/>
          <w:sz w:val="24"/>
          <w:szCs w:val="24"/>
        </w:rPr>
        <w:t>/</w:t>
      </w:r>
      <w:proofErr w:type="spellStart"/>
      <w:r w:rsidRPr="000D72C1">
        <w:rPr>
          <w:rFonts w:ascii="Arial" w:hAnsi="Arial" w:cs="Arial"/>
          <w:sz w:val="24"/>
          <w:szCs w:val="24"/>
        </w:rPr>
        <w:t>modelo</w:t>
      </w:r>
      <w:proofErr w:type="spellEnd"/>
      <w:r w:rsidRPr="000D72C1">
        <w:rPr>
          <w:rFonts w:ascii="Arial" w:hAnsi="Arial" w:cs="Arial"/>
          <w:sz w:val="24"/>
          <w:szCs w:val="24"/>
        </w:rPr>
        <w:t xml:space="preserve"> 2017/2018, </w:t>
      </w:r>
      <w:proofErr w:type="gramStart"/>
      <w:r w:rsidR="000D72C1" w:rsidRPr="000D72C1">
        <w:rPr>
          <w:rFonts w:ascii="Arial" w:hAnsi="Arial" w:cs="Arial"/>
          <w:sz w:val="24"/>
          <w:szCs w:val="24"/>
        </w:rPr>
        <w:t>9BRBD3HE3J0369864 ,</w:t>
      </w:r>
      <w:proofErr w:type="gramEnd"/>
      <w:r w:rsidR="000D72C1" w:rsidRPr="000D72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72C1">
        <w:rPr>
          <w:rFonts w:ascii="Arial" w:hAnsi="Arial" w:cs="Arial"/>
          <w:sz w:val="24"/>
          <w:szCs w:val="24"/>
        </w:rPr>
        <w:t>pertencente</w:t>
      </w:r>
      <w:proofErr w:type="spellEnd"/>
      <w:r w:rsidRPr="000D72C1">
        <w:rPr>
          <w:rFonts w:ascii="Arial" w:hAnsi="Arial" w:cs="Arial"/>
          <w:sz w:val="24"/>
          <w:szCs w:val="24"/>
        </w:rPr>
        <w:t xml:space="preserve"> à </w:t>
      </w:r>
      <w:proofErr w:type="spellStart"/>
      <w:r w:rsidRPr="000D72C1">
        <w:rPr>
          <w:rFonts w:ascii="Arial" w:hAnsi="Arial" w:cs="Arial"/>
          <w:sz w:val="24"/>
          <w:szCs w:val="24"/>
        </w:rPr>
        <w:t>frota</w:t>
      </w:r>
      <w:proofErr w:type="spellEnd"/>
      <w:r w:rsidRPr="000D72C1">
        <w:rPr>
          <w:rFonts w:ascii="Arial" w:hAnsi="Arial" w:cs="Arial"/>
          <w:sz w:val="24"/>
          <w:szCs w:val="24"/>
        </w:rPr>
        <w:t xml:space="preserve"> do 4º BPM. A contratação compreende fornecimento do motor, mão de obra, remoção e devolução do </w:t>
      </w:r>
      <w:proofErr w:type="spellStart"/>
      <w:r w:rsidRPr="000D72C1">
        <w:rPr>
          <w:rFonts w:ascii="Arial" w:hAnsi="Arial" w:cs="Arial"/>
          <w:sz w:val="24"/>
          <w:szCs w:val="24"/>
        </w:rPr>
        <w:t>veículo</w:t>
      </w:r>
      <w:proofErr w:type="spellEnd"/>
      <w:r w:rsidRPr="000D72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72C1">
        <w:rPr>
          <w:rFonts w:ascii="Arial" w:hAnsi="Arial" w:cs="Arial"/>
          <w:sz w:val="24"/>
          <w:szCs w:val="24"/>
        </w:rPr>
        <w:t>por</w:t>
      </w:r>
      <w:proofErr w:type="spellEnd"/>
      <w:r w:rsidRPr="000D72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72C1">
        <w:rPr>
          <w:rFonts w:ascii="Arial" w:hAnsi="Arial" w:cs="Arial"/>
          <w:sz w:val="24"/>
          <w:szCs w:val="24"/>
        </w:rPr>
        <w:t>guincho</w:t>
      </w:r>
      <w:proofErr w:type="spellEnd"/>
      <w:r w:rsidRPr="000D72C1">
        <w:rPr>
          <w:rFonts w:ascii="Arial" w:hAnsi="Arial" w:cs="Arial"/>
          <w:sz w:val="24"/>
          <w:szCs w:val="24"/>
        </w:rPr>
        <w:t>.</w:t>
      </w:r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2. ESPECIFICAÇÃO DOS SERVIÇOS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 xml:space="preserve">Realizar retirada do veículo; fornecer e instalar motor parcial; executar os serviços mecânicos necessários; realizar testes de funcionamento; devolver o veículo em perfeitas condições de </w:t>
      </w:r>
      <w:proofErr w:type="gramStart"/>
      <w:r w:rsidRPr="000D72C1">
        <w:rPr>
          <w:rFonts w:ascii="Arial" w:hAnsi="Arial" w:cs="Arial"/>
          <w:sz w:val="24"/>
          <w:szCs w:val="24"/>
        </w:rPr>
        <w:t>uso</w:t>
      </w:r>
      <w:proofErr w:type="gramEnd"/>
      <w:r w:rsidRPr="000D72C1">
        <w:rPr>
          <w:rFonts w:ascii="Arial" w:hAnsi="Arial" w:cs="Arial"/>
          <w:sz w:val="24"/>
          <w:szCs w:val="24"/>
        </w:rPr>
        <w:t>.</w:t>
      </w:r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3. TRANSPORTE DO VEÍCULO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 xml:space="preserve">A retirada e devolução deverão ocorrer </w:t>
      </w:r>
      <w:proofErr w:type="gramStart"/>
      <w:r w:rsidRPr="000D72C1">
        <w:rPr>
          <w:rFonts w:ascii="Arial" w:hAnsi="Arial" w:cs="Arial"/>
          <w:sz w:val="24"/>
          <w:szCs w:val="24"/>
        </w:rPr>
        <w:t>na</w:t>
      </w:r>
      <w:proofErr w:type="gramEnd"/>
      <w:r w:rsidRPr="000D72C1">
        <w:rPr>
          <w:rFonts w:ascii="Arial" w:hAnsi="Arial" w:cs="Arial"/>
          <w:sz w:val="24"/>
          <w:szCs w:val="24"/>
        </w:rPr>
        <w:t xml:space="preserve"> Av. Bento Gonçalves, nº 3204, Pelotas/RS. O transporte deverá ser realizado exclusivamente por guincho apropriado, vedado o </w:t>
      </w:r>
      <w:proofErr w:type="gramStart"/>
      <w:r w:rsidRPr="000D72C1">
        <w:rPr>
          <w:rFonts w:ascii="Arial" w:hAnsi="Arial" w:cs="Arial"/>
          <w:sz w:val="24"/>
          <w:szCs w:val="24"/>
        </w:rPr>
        <w:t>uso</w:t>
      </w:r>
      <w:proofErr w:type="gramEnd"/>
      <w:r w:rsidRPr="000D72C1">
        <w:rPr>
          <w:rFonts w:ascii="Arial" w:hAnsi="Arial" w:cs="Arial"/>
          <w:sz w:val="24"/>
          <w:szCs w:val="24"/>
        </w:rPr>
        <w:t xml:space="preserve"> de sistema tipo asa delta ou similar.</w:t>
      </w:r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4. FORNECIMENTO DE PEÇAS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0D72C1">
        <w:rPr>
          <w:rFonts w:ascii="Arial" w:hAnsi="Arial" w:cs="Arial"/>
          <w:sz w:val="24"/>
          <w:szCs w:val="24"/>
        </w:rPr>
        <w:t>Todas as peças e componentes deverão ser novos, originais ou genuínos, compatíveis com o veículo, não sendo permitidas peças usadas, recuperadas, remanufaturadas ou recondicionadas.</w:t>
      </w:r>
      <w:proofErr w:type="gramEnd"/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5. GARANTIA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 xml:space="preserve">Garantia mínima de 12 meses para o motor fornecido e 90 </w:t>
      </w:r>
      <w:proofErr w:type="gramStart"/>
      <w:r w:rsidRPr="000D72C1">
        <w:rPr>
          <w:rFonts w:ascii="Arial" w:hAnsi="Arial" w:cs="Arial"/>
          <w:sz w:val="24"/>
          <w:szCs w:val="24"/>
        </w:rPr>
        <w:t>dias</w:t>
      </w:r>
      <w:proofErr w:type="gramEnd"/>
      <w:r w:rsidRPr="000D72C1">
        <w:rPr>
          <w:rFonts w:ascii="Arial" w:hAnsi="Arial" w:cs="Arial"/>
          <w:sz w:val="24"/>
          <w:szCs w:val="24"/>
        </w:rPr>
        <w:t xml:space="preserve"> para os serviços executados.</w:t>
      </w:r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6. PRAZO DE EXECUÇÃO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 xml:space="preserve">Prazo máximo de 30 </w:t>
      </w:r>
      <w:proofErr w:type="gramStart"/>
      <w:r w:rsidRPr="000D72C1">
        <w:rPr>
          <w:rFonts w:ascii="Arial" w:hAnsi="Arial" w:cs="Arial"/>
          <w:sz w:val="24"/>
          <w:szCs w:val="24"/>
        </w:rPr>
        <w:t>dias</w:t>
      </w:r>
      <w:proofErr w:type="gramEnd"/>
      <w:r w:rsidRPr="000D72C1">
        <w:rPr>
          <w:rFonts w:ascii="Arial" w:hAnsi="Arial" w:cs="Arial"/>
          <w:sz w:val="24"/>
          <w:szCs w:val="24"/>
        </w:rPr>
        <w:t xml:space="preserve"> corridos, contados da retirada do veículo.</w:t>
      </w:r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7. RECEBIMENTO DOS SERVIÇOS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O recebimento ocorrerá após a conferência do funcionamento do veículo e da documentação fiscal.</w:t>
      </w:r>
    </w:p>
    <w:p w:rsidR="00EE3008" w:rsidRPr="000D72C1" w:rsidRDefault="0096634A" w:rsidP="000D72C1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0D72C1">
        <w:rPr>
          <w:rFonts w:ascii="Arial" w:hAnsi="Arial" w:cs="Arial"/>
          <w:sz w:val="24"/>
          <w:szCs w:val="24"/>
        </w:rPr>
        <w:t>8. UNIDADE E QUANTIDADE</w:t>
      </w:r>
    </w:p>
    <w:p w:rsidR="00EE3008" w:rsidRPr="000D72C1" w:rsidRDefault="0096634A" w:rsidP="000D72C1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0D72C1">
        <w:rPr>
          <w:rFonts w:ascii="Arial" w:hAnsi="Arial" w:cs="Arial"/>
          <w:sz w:val="24"/>
          <w:szCs w:val="24"/>
        </w:rPr>
        <w:t>Item 01 - Serviço mecânico com fornecimento e instalação de motor parcial, incluindo guincho.</w:t>
      </w:r>
      <w:proofErr w:type="gramEnd"/>
      <w:r w:rsidRPr="000D72C1">
        <w:rPr>
          <w:rFonts w:ascii="Arial" w:hAnsi="Arial" w:cs="Arial"/>
          <w:sz w:val="24"/>
          <w:szCs w:val="24"/>
        </w:rPr>
        <w:t xml:space="preserve"> </w:t>
      </w:r>
    </w:p>
    <w:sectPr w:rsidR="00EE3008" w:rsidRPr="000D72C1" w:rsidSect="0096634A">
      <w:pgSz w:w="12240" w:h="15840"/>
      <w:pgMar w:top="1440" w:right="1800" w:bottom="993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>
    <w:useFELayout/>
  </w:compat>
  <w:rsids>
    <w:rsidRoot w:val="00B47730"/>
    <w:rsid w:val="00034616"/>
    <w:rsid w:val="0006063C"/>
    <w:rsid w:val="000D72C1"/>
    <w:rsid w:val="0015074B"/>
    <w:rsid w:val="0029639D"/>
    <w:rsid w:val="00326F90"/>
    <w:rsid w:val="00505AB2"/>
    <w:rsid w:val="0096634A"/>
    <w:rsid w:val="00AA1D8D"/>
    <w:rsid w:val="00B47730"/>
    <w:rsid w:val="00CB0664"/>
    <w:rsid w:val="00EE3008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fontstyle01">
    <w:name w:val="fontstyle01"/>
    <w:basedOn w:val="Fontepargpadro"/>
    <w:rsid w:val="000D72C1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0A1303-EEB3-4167-9F43-EF39A446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Fernando Madail Veiga</dc:creator>
  <cp:keywords/>
  <dc:description>generated by python-docx</dc:description>
  <cp:lastModifiedBy>Luis Fernando Madail Viegas</cp:lastModifiedBy>
  <cp:revision>4</cp:revision>
  <cp:lastPrinted>2026-10-27T21:08:00Z</cp:lastPrinted>
  <dcterms:created xsi:type="dcterms:W3CDTF">2026-10-27T21:06:00Z</dcterms:created>
  <dcterms:modified xsi:type="dcterms:W3CDTF">2026-10-27T21:10:00Z</dcterms:modified>
  <cp:category/>
</cp:coreProperties>
</file>