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F131" w14:textId="77777777" w:rsidR="003152A6" w:rsidRPr="00197B0D" w:rsidRDefault="003152A6" w:rsidP="00243C26">
      <w:pPr>
        <w:spacing w:after="0" w:line="360" w:lineRule="auto"/>
        <w:jc w:val="center"/>
        <w:rPr>
          <w:b/>
          <w:bCs/>
        </w:rPr>
      </w:pPr>
      <w:bookmarkStart w:id="0" w:name="_Hlk215732023"/>
    </w:p>
    <w:p w14:paraId="1E8EADB5" w14:textId="3696F0B6" w:rsidR="003152A6" w:rsidRPr="00197B0D" w:rsidRDefault="00000000" w:rsidP="00243C26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ESTUDO TÉCNICO PRELIMINAR – ETP</w:t>
      </w:r>
    </w:p>
    <w:p w14:paraId="62AAC87A" w14:textId="3D463587" w:rsidR="003152A6" w:rsidRPr="00197B0D" w:rsidRDefault="00000000" w:rsidP="00243C26">
      <w:pPr>
        <w:spacing w:after="0" w:line="360" w:lineRule="auto"/>
        <w:jc w:val="center"/>
        <w:rPr>
          <w:rFonts w:ascii="Arial" w:hAnsi="Arial" w:cs="Arial"/>
          <w:b/>
          <w:bCs/>
        </w:rPr>
      </w:pPr>
      <w:proofErr w:type="spellStart"/>
      <w:r w:rsidRPr="00197B0D">
        <w:rPr>
          <w:rFonts w:ascii="Arial" w:hAnsi="Arial" w:cs="Arial"/>
          <w:b/>
          <w:bCs/>
        </w:rPr>
        <w:t>Aquisiç</w:t>
      </w:r>
      <w:r w:rsidR="008B1FA7" w:rsidRPr="00197B0D">
        <w:rPr>
          <w:rFonts w:ascii="Arial" w:hAnsi="Arial" w:cs="Arial"/>
          <w:b/>
          <w:bCs/>
        </w:rPr>
        <w:t>ões</w:t>
      </w:r>
      <w:proofErr w:type="spellEnd"/>
      <w:r w:rsidRPr="00197B0D">
        <w:rPr>
          <w:rFonts w:ascii="Arial" w:hAnsi="Arial" w:cs="Arial"/>
          <w:b/>
          <w:bCs/>
        </w:rPr>
        <w:t xml:space="preserve"> de Recargas de </w:t>
      </w:r>
      <w:proofErr w:type="spellStart"/>
      <w:r w:rsidRPr="00197B0D">
        <w:rPr>
          <w:rFonts w:ascii="Arial" w:hAnsi="Arial" w:cs="Arial"/>
          <w:b/>
          <w:bCs/>
        </w:rPr>
        <w:t>Gás</w:t>
      </w:r>
      <w:proofErr w:type="spellEnd"/>
      <w:r w:rsidRPr="00197B0D">
        <w:rPr>
          <w:rFonts w:ascii="Arial" w:hAnsi="Arial" w:cs="Arial"/>
          <w:b/>
          <w:bCs/>
        </w:rPr>
        <w:t xml:space="preserve"> P13</w:t>
      </w:r>
      <w:r w:rsidR="008B1FA7" w:rsidRPr="00197B0D">
        <w:rPr>
          <w:rFonts w:ascii="Arial" w:hAnsi="Arial" w:cs="Arial"/>
          <w:b/>
          <w:bCs/>
        </w:rPr>
        <w:t xml:space="preserve"> e </w:t>
      </w:r>
      <w:proofErr w:type="spellStart"/>
      <w:r w:rsidR="008B1FA7" w:rsidRPr="00197B0D">
        <w:rPr>
          <w:rFonts w:ascii="Arial" w:hAnsi="Arial" w:cs="Arial"/>
          <w:b/>
          <w:bCs/>
        </w:rPr>
        <w:t>Vasilhame</w:t>
      </w:r>
      <w:proofErr w:type="spellEnd"/>
      <w:r w:rsidR="008B1FA7" w:rsidRPr="00197B0D">
        <w:rPr>
          <w:rFonts w:ascii="Arial" w:hAnsi="Arial" w:cs="Arial"/>
          <w:b/>
          <w:bCs/>
        </w:rPr>
        <w:t xml:space="preserve"> (casco </w:t>
      </w:r>
      <w:proofErr w:type="spellStart"/>
      <w:r w:rsidR="008B1FA7" w:rsidRPr="00197B0D">
        <w:rPr>
          <w:rFonts w:ascii="Arial" w:hAnsi="Arial" w:cs="Arial"/>
          <w:b/>
          <w:bCs/>
        </w:rPr>
        <w:t>vazio</w:t>
      </w:r>
      <w:proofErr w:type="spellEnd"/>
      <w:r w:rsidR="008B1FA7" w:rsidRPr="00197B0D">
        <w:rPr>
          <w:rFonts w:ascii="Arial" w:hAnsi="Arial" w:cs="Arial"/>
          <w:b/>
          <w:bCs/>
        </w:rPr>
        <w:t>)</w:t>
      </w:r>
    </w:p>
    <w:p w14:paraId="4CD9D459" w14:textId="77777777" w:rsidR="003152A6" w:rsidRPr="00197B0D" w:rsidRDefault="003152A6" w:rsidP="00243C26">
      <w:pPr>
        <w:jc w:val="both"/>
        <w:rPr>
          <w:rFonts w:ascii="Arial" w:hAnsi="Arial" w:cs="Arial"/>
        </w:rPr>
      </w:pPr>
    </w:p>
    <w:p w14:paraId="5BB446FA" w14:textId="77777777" w:rsidR="003152A6" w:rsidRPr="00197B0D" w:rsidRDefault="00000000" w:rsidP="008B1FA7">
      <w:pPr>
        <w:spacing w:line="36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O </w:t>
      </w:r>
      <w:proofErr w:type="spellStart"/>
      <w:r w:rsidRPr="00197B0D">
        <w:rPr>
          <w:rFonts w:ascii="Arial" w:hAnsi="Arial" w:cs="Arial"/>
        </w:rPr>
        <w:t>presente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documento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caracteriza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primeira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etapa</w:t>
      </w:r>
      <w:proofErr w:type="spellEnd"/>
      <w:r w:rsidRPr="00197B0D">
        <w:rPr>
          <w:rFonts w:ascii="Arial" w:hAnsi="Arial" w:cs="Arial"/>
        </w:rPr>
        <w:t xml:space="preserve"> da </w:t>
      </w:r>
      <w:proofErr w:type="spellStart"/>
      <w:r w:rsidRPr="00197B0D">
        <w:rPr>
          <w:rFonts w:ascii="Arial" w:hAnsi="Arial" w:cs="Arial"/>
        </w:rPr>
        <w:t>fase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planejamento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haja</w:t>
      </w:r>
      <w:proofErr w:type="spellEnd"/>
      <w:r w:rsidRPr="00197B0D">
        <w:rPr>
          <w:rFonts w:ascii="Arial" w:hAnsi="Arial" w:cs="Arial"/>
        </w:rPr>
        <w:t xml:space="preserve"> vista </w:t>
      </w:r>
      <w:proofErr w:type="spellStart"/>
      <w:r w:rsidRPr="00197B0D">
        <w:rPr>
          <w:rFonts w:ascii="Arial" w:hAnsi="Arial" w:cs="Arial"/>
        </w:rPr>
        <w:t>que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foi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alçado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condição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princípio</w:t>
      </w:r>
      <w:proofErr w:type="spellEnd"/>
      <w:r w:rsidRPr="00197B0D">
        <w:rPr>
          <w:rFonts w:ascii="Arial" w:hAnsi="Arial" w:cs="Arial"/>
        </w:rPr>
        <w:t xml:space="preserve"> para as </w:t>
      </w:r>
      <w:proofErr w:type="spellStart"/>
      <w:r w:rsidRPr="00197B0D">
        <w:rPr>
          <w:rFonts w:ascii="Arial" w:hAnsi="Arial" w:cs="Arial"/>
        </w:rPr>
        <w:t>contratações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públicas</w:t>
      </w:r>
      <w:proofErr w:type="spellEnd"/>
      <w:r w:rsidRPr="00197B0D">
        <w:rPr>
          <w:rFonts w:ascii="Arial" w:hAnsi="Arial" w:cs="Arial"/>
        </w:rPr>
        <w:t xml:space="preserve">. É </w:t>
      </w:r>
      <w:proofErr w:type="spellStart"/>
      <w:r w:rsidRPr="00197B0D">
        <w:rPr>
          <w:rFonts w:ascii="Arial" w:hAnsi="Arial" w:cs="Arial"/>
        </w:rPr>
        <w:t>evidente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sua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importância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servindo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estudo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compilar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apresentar</w:t>
      </w:r>
      <w:proofErr w:type="spellEnd"/>
      <w:r w:rsidRPr="00197B0D">
        <w:rPr>
          <w:rFonts w:ascii="Arial" w:hAnsi="Arial" w:cs="Arial"/>
        </w:rPr>
        <w:t xml:space="preserve"> as </w:t>
      </w:r>
      <w:proofErr w:type="spellStart"/>
      <w:r w:rsidRPr="00197B0D">
        <w:rPr>
          <w:rFonts w:ascii="Arial" w:hAnsi="Arial" w:cs="Arial"/>
        </w:rPr>
        <w:t>devidas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informações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referentes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solução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que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atenderá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necessidade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abaixo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especificada</w:t>
      </w:r>
      <w:proofErr w:type="spellEnd"/>
      <w:r w:rsidRPr="00197B0D">
        <w:rPr>
          <w:rFonts w:ascii="Arial" w:hAnsi="Arial" w:cs="Arial"/>
        </w:rPr>
        <w:t>.</w:t>
      </w:r>
    </w:p>
    <w:p w14:paraId="48B3D1FA" w14:textId="77777777" w:rsidR="003152A6" w:rsidRPr="00197B0D" w:rsidRDefault="00000000" w:rsidP="008B1FA7">
      <w:pPr>
        <w:spacing w:line="36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O </w:t>
      </w:r>
      <w:proofErr w:type="spellStart"/>
      <w:r w:rsidRPr="00197B0D">
        <w:rPr>
          <w:rFonts w:ascii="Arial" w:hAnsi="Arial" w:cs="Arial"/>
        </w:rPr>
        <w:t>objetivo</w:t>
      </w:r>
      <w:proofErr w:type="spellEnd"/>
      <w:r w:rsidRPr="00197B0D">
        <w:rPr>
          <w:rFonts w:ascii="Arial" w:hAnsi="Arial" w:cs="Arial"/>
        </w:rPr>
        <w:t xml:space="preserve"> principal é </w:t>
      </w:r>
      <w:proofErr w:type="spellStart"/>
      <w:r w:rsidRPr="00197B0D">
        <w:rPr>
          <w:rFonts w:ascii="Arial" w:hAnsi="Arial" w:cs="Arial"/>
        </w:rPr>
        <w:t>estudar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detalhadamente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necessidade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identificar</w:t>
      </w:r>
      <w:proofErr w:type="spellEnd"/>
      <w:r w:rsidRPr="00197B0D">
        <w:rPr>
          <w:rFonts w:ascii="Arial" w:hAnsi="Arial" w:cs="Arial"/>
        </w:rPr>
        <w:t xml:space="preserve"> no mercado a </w:t>
      </w:r>
      <w:proofErr w:type="spellStart"/>
      <w:r w:rsidRPr="00197B0D">
        <w:rPr>
          <w:rFonts w:ascii="Arial" w:hAnsi="Arial" w:cs="Arial"/>
        </w:rPr>
        <w:t>melhor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solução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supri</w:t>
      </w:r>
      <w:proofErr w:type="spellEnd"/>
      <w:r w:rsidRPr="00197B0D">
        <w:rPr>
          <w:rFonts w:ascii="Arial" w:hAnsi="Arial" w:cs="Arial"/>
        </w:rPr>
        <w:t xml:space="preserve">-la, </w:t>
      </w:r>
      <w:proofErr w:type="spellStart"/>
      <w:r w:rsidRPr="00197B0D">
        <w:rPr>
          <w:rFonts w:ascii="Arial" w:hAnsi="Arial" w:cs="Arial"/>
        </w:rPr>
        <w:t>em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observância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às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normas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vigentes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aos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princípios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que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regem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Administração</w:t>
      </w:r>
      <w:proofErr w:type="spellEnd"/>
      <w:r w:rsidRPr="00197B0D">
        <w:rPr>
          <w:rFonts w:ascii="Arial" w:hAnsi="Arial" w:cs="Arial"/>
        </w:rPr>
        <w:t xml:space="preserve"> Pública.</w:t>
      </w:r>
    </w:p>
    <w:p w14:paraId="30A49010" w14:textId="77777777" w:rsidR="00C97E21" w:rsidRPr="00197B0D" w:rsidRDefault="00C97E21" w:rsidP="00243C26">
      <w:pPr>
        <w:spacing w:line="360" w:lineRule="auto"/>
        <w:ind w:firstLine="720"/>
        <w:jc w:val="both"/>
        <w:rPr>
          <w:rFonts w:ascii="Arial" w:hAnsi="Arial" w:cs="Arial"/>
          <w:sz w:val="2"/>
          <w:szCs w:val="2"/>
        </w:rPr>
      </w:pPr>
    </w:p>
    <w:p w14:paraId="3AA3C43D" w14:textId="77777777" w:rsidR="003152A6" w:rsidRPr="00197B0D" w:rsidRDefault="00000000" w:rsidP="00243C26">
      <w:pPr>
        <w:spacing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1. INFORMAÇÕES BÁSICAS</w:t>
      </w:r>
    </w:p>
    <w:p w14:paraId="37AC2B42" w14:textId="1B892CA5" w:rsidR="003152A6" w:rsidRPr="00197B0D" w:rsidRDefault="00000000" w:rsidP="00197B0D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Interessado</w:t>
      </w:r>
      <w:r w:rsidR="00034BB1" w:rsidRPr="00197B0D">
        <w:rPr>
          <w:rFonts w:ascii="Arial" w:hAnsi="Arial" w:cs="Arial"/>
        </w:rPr>
        <w:t>s</w:t>
      </w:r>
      <w:proofErr w:type="spellEnd"/>
      <w:r w:rsidRPr="00197B0D">
        <w:rPr>
          <w:rFonts w:ascii="Arial" w:hAnsi="Arial" w:cs="Arial"/>
        </w:rPr>
        <w:t xml:space="preserve">: </w:t>
      </w:r>
      <w:proofErr w:type="spellStart"/>
      <w:r w:rsidRPr="00197B0D">
        <w:rPr>
          <w:rFonts w:ascii="Arial" w:hAnsi="Arial" w:cs="Arial"/>
        </w:rPr>
        <w:t>Gabinete</w:t>
      </w:r>
      <w:proofErr w:type="spellEnd"/>
      <w:r w:rsidRPr="00197B0D">
        <w:rPr>
          <w:rFonts w:ascii="Arial" w:hAnsi="Arial" w:cs="Arial"/>
        </w:rPr>
        <w:t xml:space="preserve"> do </w:t>
      </w:r>
      <w:proofErr w:type="spellStart"/>
      <w:r w:rsidRPr="00197B0D">
        <w:rPr>
          <w:rFonts w:ascii="Arial" w:hAnsi="Arial" w:cs="Arial"/>
        </w:rPr>
        <w:t>Prefeito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Secretarias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Municipais</w:t>
      </w:r>
      <w:proofErr w:type="spellEnd"/>
    </w:p>
    <w:p w14:paraId="6304474F" w14:textId="70A7F224" w:rsidR="003152A6" w:rsidRPr="00197B0D" w:rsidRDefault="00000000" w:rsidP="00197B0D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Assunto</w:t>
      </w:r>
      <w:proofErr w:type="spellEnd"/>
      <w:r w:rsidRPr="00197B0D">
        <w:rPr>
          <w:rFonts w:ascii="Arial" w:hAnsi="Arial" w:cs="Arial"/>
        </w:rPr>
        <w:t xml:space="preserve">: </w:t>
      </w:r>
      <w:proofErr w:type="spellStart"/>
      <w:r w:rsidRPr="00197B0D">
        <w:rPr>
          <w:rFonts w:ascii="Arial" w:hAnsi="Arial" w:cs="Arial"/>
        </w:rPr>
        <w:t>Aquisição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recarga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gás</w:t>
      </w:r>
      <w:proofErr w:type="spellEnd"/>
      <w:r w:rsidRPr="00197B0D">
        <w:rPr>
          <w:rFonts w:ascii="Arial" w:hAnsi="Arial" w:cs="Arial"/>
        </w:rPr>
        <w:t xml:space="preserve"> </w:t>
      </w:r>
      <w:r w:rsidR="00C403E3">
        <w:rPr>
          <w:rFonts w:ascii="Arial" w:hAnsi="Arial" w:cs="Arial"/>
        </w:rPr>
        <w:t xml:space="preserve">GLP </w:t>
      </w:r>
      <w:r w:rsidRPr="00197B0D">
        <w:rPr>
          <w:rFonts w:ascii="Arial" w:hAnsi="Arial" w:cs="Arial"/>
        </w:rPr>
        <w:t xml:space="preserve">P13 </w:t>
      </w:r>
      <w:r w:rsidR="008B1FA7" w:rsidRPr="00197B0D">
        <w:rPr>
          <w:rFonts w:ascii="Arial" w:hAnsi="Arial" w:cs="Arial"/>
        </w:rPr>
        <w:t xml:space="preserve">e </w:t>
      </w:r>
      <w:proofErr w:type="spellStart"/>
      <w:r w:rsidR="008B1FA7" w:rsidRPr="00197B0D">
        <w:rPr>
          <w:rFonts w:ascii="Arial" w:hAnsi="Arial" w:cs="Arial"/>
        </w:rPr>
        <w:t>vasilhame</w:t>
      </w:r>
      <w:proofErr w:type="spellEnd"/>
      <w:r w:rsidR="00C403E3">
        <w:rPr>
          <w:rFonts w:ascii="Arial" w:hAnsi="Arial" w:cs="Arial"/>
        </w:rPr>
        <w:t xml:space="preserve"> 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</w:t>
      </w:r>
      <w:proofErr w:type="gramStart"/>
      <w:r w:rsidR="00C403E3">
        <w:rPr>
          <w:rFonts w:ascii="Arial" w:hAnsi="Arial" w:cs="Arial"/>
        </w:rPr>
        <w:t xml:space="preserve">13 </w:t>
      </w:r>
      <w:r w:rsidR="008B1FA7" w:rsidRPr="00197B0D">
        <w:rPr>
          <w:rFonts w:ascii="Arial" w:hAnsi="Arial" w:cs="Arial"/>
        </w:rPr>
        <w:t xml:space="preserve"> (</w:t>
      </w:r>
      <w:proofErr w:type="gramEnd"/>
      <w:r w:rsidR="008B1FA7" w:rsidRPr="00197B0D">
        <w:rPr>
          <w:rFonts w:ascii="Arial" w:hAnsi="Arial" w:cs="Arial"/>
        </w:rPr>
        <w:t>casco)</w:t>
      </w:r>
    </w:p>
    <w:p w14:paraId="586373B1" w14:textId="77777777" w:rsidR="008B1FA7" w:rsidRPr="00197B0D" w:rsidRDefault="008B1FA7" w:rsidP="00243C26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p w14:paraId="00C6035B" w14:textId="77777777" w:rsidR="003152A6" w:rsidRPr="00197B0D" w:rsidRDefault="00000000" w:rsidP="00C403E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2. IDENTIFICAÇÃO DA NECESSIDADE</w:t>
      </w:r>
    </w:p>
    <w:p w14:paraId="2A6F15F9" w14:textId="51F8C552" w:rsidR="00C97E21" w:rsidRDefault="00C97E21" w:rsidP="00C403E3">
      <w:pPr>
        <w:spacing w:after="0" w:line="36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O </w:t>
      </w:r>
      <w:proofErr w:type="spellStart"/>
      <w:r w:rsidRPr="00197B0D">
        <w:rPr>
          <w:rFonts w:ascii="Arial" w:hAnsi="Arial" w:cs="Arial"/>
        </w:rPr>
        <w:t>presente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Estudo</w:t>
      </w:r>
      <w:proofErr w:type="spellEnd"/>
      <w:r w:rsidRPr="00197B0D">
        <w:rPr>
          <w:rFonts w:ascii="Arial" w:hAnsi="Arial" w:cs="Arial"/>
        </w:rPr>
        <w:t xml:space="preserve"> Técnico </w:t>
      </w:r>
      <w:proofErr w:type="spellStart"/>
      <w:r w:rsidRPr="00197B0D">
        <w:rPr>
          <w:rFonts w:ascii="Arial" w:hAnsi="Arial" w:cs="Arial"/>
        </w:rPr>
        <w:t>Preliminar</w:t>
      </w:r>
      <w:proofErr w:type="spellEnd"/>
      <w:r w:rsidRPr="00197B0D">
        <w:rPr>
          <w:rFonts w:ascii="Arial" w:hAnsi="Arial" w:cs="Arial"/>
        </w:rPr>
        <w:t xml:space="preserve"> – ETP </w:t>
      </w:r>
      <w:proofErr w:type="spellStart"/>
      <w:r w:rsidRPr="00197B0D">
        <w:rPr>
          <w:rFonts w:ascii="Arial" w:hAnsi="Arial" w:cs="Arial"/>
        </w:rPr>
        <w:t>tem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por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objeto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empresa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especializada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fornecimento</w:t>
      </w:r>
      <w:proofErr w:type="spellEnd"/>
      <w:r w:rsidRPr="00197B0D">
        <w:rPr>
          <w:rFonts w:ascii="Arial" w:hAnsi="Arial" w:cs="Arial"/>
        </w:rPr>
        <w:t xml:space="preserve"> de </w:t>
      </w:r>
      <w:bookmarkStart w:id="1" w:name="_Hlk215731723"/>
      <w:r w:rsidRPr="00197B0D">
        <w:rPr>
          <w:rFonts w:ascii="Arial" w:hAnsi="Arial" w:cs="Arial"/>
        </w:rPr>
        <w:t>recarga</w:t>
      </w:r>
      <w:r w:rsidR="00706CDC" w:rsidRPr="00197B0D">
        <w:rPr>
          <w:rFonts w:ascii="Arial" w:hAnsi="Arial" w:cs="Arial"/>
        </w:rPr>
        <w:t>s</w:t>
      </w:r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gás</w:t>
      </w:r>
      <w:proofErr w:type="spellEnd"/>
      <w:r w:rsidRPr="00197B0D">
        <w:rPr>
          <w:rFonts w:ascii="Arial" w:hAnsi="Arial" w:cs="Arial"/>
        </w:rPr>
        <w:t xml:space="preserve"> P13</w:t>
      </w:r>
      <w:bookmarkEnd w:id="1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tipo</w:t>
      </w:r>
      <w:proofErr w:type="spellEnd"/>
      <w:r w:rsidRPr="00197B0D">
        <w:rPr>
          <w:rFonts w:ascii="Arial" w:hAnsi="Arial" w:cs="Arial"/>
        </w:rPr>
        <w:t xml:space="preserve"> GLP,</w:t>
      </w:r>
      <w:r w:rsidR="008B1FA7" w:rsidRPr="00197B0D">
        <w:rPr>
          <w:rFonts w:ascii="Arial" w:hAnsi="Arial" w:cs="Arial"/>
        </w:rPr>
        <w:t xml:space="preserve"> e </w:t>
      </w:r>
      <w:proofErr w:type="spellStart"/>
      <w:r w:rsidR="008B1FA7" w:rsidRPr="00197B0D">
        <w:rPr>
          <w:rFonts w:ascii="Arial" w:hAnsi="Arial" w:cs="Arial"/>
        </w:rPr>
        <w:t>vasilhame</w:t>
      </w:r>
      <w:proofErr w:type="spellEnd"/>
      <w:r w:rsidR="00C403E3">
        <w:rPr>
          <w:rFonts w:ascii="Arial" w:hAnsi="Arial" w:cs="Arial"/>
        </w:rPr>
        <w:t xml:space="preserve"> 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P13</w:t>
      </w:r>
      <w:r w:rsidR="008B1FA7" w:rsidRPr="00197B0D">
        <w:rPr>
          <w:rFonts w:ascii="Arial" w:hAnsi="Arial" w:cs="Arial"/>
        </w:rPr>
        <w:t xml:space="preserve"> (casco),</w:t>
      </w:r>
      <w:r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adquiridos</w:t>
      </w:r>
      <w:proofErr w:type="spellEnd"/>
      <w:r w:rsidR="00197B0D" w:rsidRPr="00197B0D">
        <w:rPr>
          <w:rFonts w:ascii="Arial" w:hAnsi="Arial" w:cs="Arial"/>
        </w:rPr>
        <w:t xml:space="preserve"> de forma </w:t>
      </w:r>
      <w:proofErr w:type="spellStart"/>
      <w:r w:rsidR="00197B0D" w:rsidRPr="00197B0D">
        <w:rPr>
          <w:rFonts w:ascii="Arial" w:hAnsi="Arial" w:cs="Arial"/>
        </w:rPr>
        <w:t>parcelada</w:t>
      </w:r>
      <w:proofErr w:type="spellEnd"/>
      <w:r w:rsidRPr="00197B0D">
        <w:rPr>
          <w:rFonts w:ascii="Arial" w:hAnsi="Arial" w:cs="Arial"/>
        </w:rPr>
        <w:t xml:space="preserve">, a ser </w:t>
      </w:r>
      <w:proofErr w:type="spellStart"/>
      <w:r w:rsidRPr="00197B0D">
        <w:rPr>
          <w:rFonts w:ascii="Arial" w:hAnsi="Arial" w:cs="Arial"/>
        </w:rPr>
        <w:t>utilizado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nas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s</w:t>
      </w:r>
      <w:r w:rsidR="00706CDC" w:rsidRPr="00197B0D">
        <w:rPr>
          <w:rFonts w:ascii="Arial" w:hAnsi="Arial" w:cs="Arial"/>
        </w:rPr>
        <w:t>ecret</w:t>
      </w:r>
      <w:r w:rsidR="00034BB1" w:rsidRPr="00197B0D">
        <w:rPr>
          <w:rFonts w:ascii="Arial" w:hAnsi="Arial" w:cs="Arial"/>
        </w:rPr>
        <w:t>a</w:t>
      </w:r>
      <w:r w:rsidR="00706CDC" w:rsidRPr="00197B0D">
        <w:rPr>
          <w:rFonts w:ascii="Arial" w:hAnsi="Arial" w:cs="Arial"/>
        </w:rPr>
        <w:t>rias</w:t>
      </w:r>
      <w:proofErr w:type="spellEnd"/>
      <w:r w:rsidR="00706CDC"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municipais</w:t>
      </w:r>
      <w:proofErr w:type="spellEnd"/>
      <w:r w:rsidR="00197B0D" w:rsidRPr="00197B0D">
        <w:rPr>
          <w:rFonts w:ascii="Arial" w:hAnsi="Arial" w:cs="Arial"/>
        </w:rPr>
        <w:t xml:space="preserve"> e </w:t>
      </w:r>
      <w:proofErr w:type="spellStart"/>
      <w:r w:rsidR="00197B0D" w:rsidRPr="00197B0D">
        <w:rPr>
          <w:rFonts w:ascii="Arial" w:hAnsi="Arial" w:cs="Arial"/>
        </w:rPr>
        <w:t>unidades</w:t>
      </w:r>
      <w:proofErr w:type="spellEnd"/>
      <w:r w:rsidR="00197B0D" w:rsidRPr="00197B0D">
        <w:rPr>
          <w:rFonts w:ascii="Arial" w:hAnsi="Arial" w:cs="Arial"/>
        </w:rPr>
        <w:t xml:space="preserve"> </w:t>
      </w:r>
      <w:proofErr w:type="gramStart"/>
      <w:r w:rsidR="00197B0D" w:rsidRPr="00197B0D">
        <w:rPr>
          <w:rFonts w:ascii="Arial" w:hAnsi="Arial" w:cs="Arial"/>
        </w:rPr>
        <w:t>a</w:t>
      </w:r>
      <w:proofErr w:type="gramEnd"/>
      <w:r w:rsidR="00197B0D"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elas</w:t>
      </w:r>
      <w:proofErr w:type="spellEnd"/>
      <w:r w:rsidR="00197B0D"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vinculadas</w:t>
      </w:r>
      <w:proofErr w:type="spellEnd"/>
      <w:r w:rsidRPr="00197B0D">
        <w:rPr>
          <w:rFonts w:ascii="Arial" w:hAnsi="Arial" w:cs="Arial"/>
        </w:rPr>
        <w:t>.</w:t>
      </w:r>
    </w:p>
    <w:p w14:paraId="5BE1D948" w14:textId="77777777" w:rsidR="00C403E3" w:rsidRPr="00197B0D" w:rsidRDefault="00C403E3" w:rsidP="00C403E3">
      <w:pPr>
        <w:spacing w:after="0" w:line="360" w:lineRule="auto"/>
        <w:jc w:val="both"/>
        <w:rPr>
          <w:rFonts w:ascii="Arial" w:hAnsi="Arial" w:cs="Arial"/>
        </w:rPr>
      </w:pPr>
    </w:p>
    <w:p w14:paraId="477B697D" w14:textId="15143245" w:rsidR="003152A6" w:rsidRPr="00197B0D" w:rsidRDefault="00000000" w:rsidP="008B1FA7">
      <w:pPr>
        <w:spacing w:line="36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A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 </w:t>
      </w:r>
      <w:r w:rsidR="00706CDC" w:rsidRPr="00197B0D">
        <w:rPr>
          <w:rFonts w:ascii="Arial" w:hAnsi="Arial" w:cs="Arial"/>
        </w:rPr>
        <w:t xml:space="preserve">da </w:t>
      </w:r>
      <w:proofErr w:type="spellStart"/>
      <w:r w:rsidR="00706CDC" w:rsidRPr="00197B0D">
        <w:rPr>
          <w:rFonts w:ascii="Arial" w:hAnsi="Arial" w:cs="Arial"/>
        </w:rPr>
        <w:t>empresa</w:t>
      </w:r>
      <w:proofErr w:type="spellEnd"/>
      <w:r w:rsidR="00706CDC" w:rsidRPr="00197B0D">
        <w:rPr>
          <w:rFonts w:ascii="Arial" w:hAnsi="Arial" w:cs="Arial"/>
        </w:rPr>
        <w:t xml:space="preserve"> </w:t>
      </w:r>
      <w:proofErr w:type="spellStart"/>
      <w:r w:rsidR="00706CDC" w:rsidRPr="00197B0D">
        <w:rPr>
          <w:rFonts w:ascii="Arial" w:hAnsi="Arial" w:cs="Arial"/>
        </w:rPr>
        <w:t>especializada</w:t>
      </w:r>
      <w:proofErr w:type="spellEnd"/>
      <w:r w:rsidR="00706CDC" w:rsidRPr="00197B0D">
        <w:rPr>
          <w:rFonts w:ascii="Arial" w:hAnsi="Arial" w:cs="Arial"/>
        </w:rPr>
        <w:t xml:space="preserve"> no </w:t>
      </w:r>
      <w:proofErr w:type="spellStart"/>
      <w:r w:rsidR="00706CDC" w:rsidRPr="00197B0D">
        <w:rPr>
          <w:rFonts w:ascii="Arial" w:hAnsi="Arial" w:cs="Arial"/>
        </w:rPr>
        <w:t>fornecimento</w:t>
      </w:r>
      <w:proofErr w:type="spellEnd"/>
      <w:r w:rsidR="00706CDC" w:rsidRPr="00197B0D">
        <w:rPr>
          <w:rFonts w:ascii="Arial" w:hAnsi="Arial" w:cs="Arial"/>
        </w:rPr>
        <w:t xml:space="preserve"> das recargas de </w:t>
      </w:r>
      <w:proofErr w:type="spellStart"/>
      <w:r w:rsidR="00706CDC" w:rsidRPr="00197B0D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GLP</w:t>
      </w:r>
      <w:r w:rsidR="00706CDC" w:rsidRPr="00197B0D">
        <w:rPr>
          <w:rFonts w:ascii="Arial" w:hAnsi="Arial" w:cs="Arial"/>
        </w:rPr>
        <w:t xml:space="preserve"> P13</w:t>
      </w:r>
      <w:r w:rsidR="008B1FA7" w:rsidRPr="00197B0D">
        <w:rPr>
          <w:rFonts w:ascii="Arial" w:hAnsi="Arial" w:cs="Arial"/>
        </w:rPr>
        <w:t xml:space="preserve"> e </w:t>
      </w:r>
      <w:proofErr w:type="spellStart"/>
      <w:r w:rsidR="008B1FA7" w:rsidRPr="00197B0D">
        <w:rPr>
          <w:rFonts w:ascii="Arial" w:hAnsi="Arial" w:cs="Arial"/>
        </w:rPr>
        <w:t>vasilhames</w:t>
      </w:r>
      <w:proofErr w:type="spellEnd"/>
      <w:r w:rsidR="008B1FA7" w:rsidRPr="00197B0D">
        <w:rPr>
          <w:rFonts w:ascii="Arial" w:hAnsi="Arial" w:cs="Arial"/>
        </w:rPr>
        <w:t xml:space="preserve"> </w:t>
      </w:r>
      <w:r w:rsidR="00C403E3">
        <w:rPr>
          <w:rFonts w:ascii="Arial" w:hAnsi="Arial" w:cs="Arial"/>
        </w:rPr>
        <w:t xml:space="preserve">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P13 </w:t>
      </w:r>
      <w:r w:rsidR="008B1FA7" w:rsidRPr="00197B0D">
        <w:rPr>
          <w:rFonts w:ascii="Arial" w:hAnsi="Arial" w:cs="Arial"/>
        </w:rPr>
        <w:t xml:space="preserve">(cascos), </w:t>
      </w:r>
      <w:r w:rsidRPr="00197B0D">
        <w:rPr>
          <w:rFonts w:ascii="Arial" w:hAnsi="Arial" w:cs="Arial"/>
        </w:rPr>
        <w:t xml:space="preserve">é </w:t>
      </w:r>
      <w:proofErr w:type="spellStart"/>
      <w:r w:rsidRPr="00197B0D">
        <w:rPr>
          <w:rFonts w:ascii="Arial" w:hAnsi="Arial" w:cs="Arial"/>
        </w:rPr>
        <w:t>necessária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="00034BB1" w:rsidRPr="00197B0D">
        <w:rPr>
          <w:rFonts w:ascii="Arial" w:hAnsi="Arial" w:cs="Arial"/>
        </w:rPr>
        <w:t>a</w:t>
      </w:r>
      <w:r w:rsidRPr="00197B0D">
        <w:rPr>
          <w:rFonts w:ascii="Arial" w:hAnsi="Arial" w:cs="Arial"/>
        </w:rPr>
        <w:t>tender</w:t>
      </w:r>
      <w:proofErr w:type="spellEnd"/>
      <w:r w:rsidRPr="00197B0D">
        <w:rPr>
          <w:rFonts w:ascii="Arial" w:hAnsi="Arial" w:cs="Arial"/>
        </w:rPr>
        <w:t xml:space="preserve"> </w:t>
      </w:r>
      <w:r w:rsidR="00706CDC" w:rsidRPr="00197B0D">
        <w:rPr>
          <w:rFonts w:ascii="Arial" w:hAnsi="Arial" w:cs="Arial"/>
        </w:rPr>
        <w:t>as</w:t>
      </w:r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demandas</w:t>
      </w:r>
      <w:proofErr w:type="spellEnd"/>
      <w:r w:rsidRPr="00197B0D">
        <w:rPr>
          <w:rFonts w:ascii="Arial" w:hAnsi="Arial" w:cs="Arial"/>
        </w:rPr>
        <w:t xml:space="preserve"> das </w:t>
      </w:r>
      <w:proofErr w:type="spellStart"/>
      <w:r w:rsidR="00197B0D" w:rsidRPr="00197B0D">
        <w:rPr>
          <w:rFonts w:ascii="Arial" w:hAnsi="Arial" w:cs="Arial"/>
        </w:rPr>
        <w:t>se</w:t>
      </w:r>
      <w:r w:rsidRPr="00197B0D">
        <w:rPr>
          <w:rFonts w:ascii="Arial" w:hAnsi="Arial" w:cs="Arial"/>
        </w:rPr>
        <w:t>cretarias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m</w:t>
      </w:r>
      <w:r w:rsidRPr="00197B0D">
        <w:rPr>
          <w:rFonts w:ascii="Arial" w:hAnsi="Arial" w:cs="Arial"/>
        </w:rPr>
        <w:t>unicipais</w:t>
      </w:r>
      <w:proofErr w:type="spellEnd"/>
      <w:r w:rsidR="00197B0D" w:rsidRPr="00197B0D">
        <w:rPr>
          <w:rFonts w:ascii="Arial" w:hAnsi="Arial" w:cs="Arial"/>
        </w:rPr>
        <w:t xml:space="preserve"> e </w:t>
      </w:r>
      <w:proofErr w:type="spellStart"/>
      <w:r w:rsidR="00197B0D" w:rsidRPr="00197B0D">
        <w:rPr>
          <w:rFonts w:ascii="Arial" w:hAnsi="Arial" w:cs="Arial"/>
        </w:rPr>
        <w:t>unidades</w:t>
      </w:r>
      <w:proofErr w:type="spellEnd"/>
      <w:r w:rsidR="00197B0D" w:rsidRPr="00197B0D">
        <w:rPr>
          <w:rFonts w:ascii="Arial" w:hAnsi="Arial" w:cs="Arial"/>
        </w:rPr>
        <w:t xml:space="preserve"> </w:t>
      </w:r>
      <w:proofErr w:type="spellStart"/>
      <w:r w:rsidR="00197B0D" w:rsidRPr="00197B0D">
        <w:rPr>
          <w:rFonts w:ascii="Arial" w:hAnsi="Arial" w:cs="Arial"/>
        </w:rPr>
        <w:t>vinculadas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em</w:t>
      </w:r>
      <w:proofErr w:type="spellEnd"/>
      <w:r w:rsidRPr="00197B0D">
        <w:rPr>
          <w:rFonts w:ascii="Arial" w:hAnsi="Arial" w:cs="Arial"/>
        </w:rPr>
        <w:t xml:space="preserve"> especial </w:t>
      </w:r>
      <w:proofErr w:type="spellStart"/>
      <w:r w:rsidRPr="00197B0D">
        <w:rPr>
          <w:rFonts w:ascii="Arial" w:hAnsi="Arial" w:cs="Arial"/>
        </w:rPr>
        <w:t>aquelas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que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utilizam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equipamentos</w:t>
      </w:r>
      <w:proofErr w:type="spellEnd"/>
      <w:r w:rsidRPr="00197B0D">
        <w:rPr>
          <w:rFonts w:ascii="Arial" w:hAnsi="Arial" w:cs="Arial"/>
        </w:rPr>
        <w:t xml:space="preserve"> </w:t>
      </w:r>
      <w:r w:rsidR="008B1FA7" w:rsidRPr="00197B0D">
        <w:rPr>
          <w:rFonts w:ascii="Arial" w:hAnsi="Arial" w:cs="Arial"/>
        </w:rPr>
        <w:t>a</w:t>
      </w:r>
      <w:r w:rsidRPr="00197B0D">
        <w:rPr>
          <w:rFonts w:ascii="Arial" w:hAnsi="Arial" w:cs="Arial"/>
        </w:rPr>
        <w:t xml:space="preserve"> base de </w:t>
      </w:r>
      <w:proofErr w:type="spellStart"/>
      <w:r w:rsidRPr="00197B0D">
        <w:rPr>
          <w:rFonts w:ascii="Arial" w:hAnsi="Arial" w:cs="Arial"/>
        </w:rPr>
        <w:t>gás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preparo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alimentos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programas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sociais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atividades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internas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administrativas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demais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necessidades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operacionais</w:t>
      </w:r>
      <w:proofErr w:type="spellEnd"/>
      <w:r w:rsidRPr="00197B0D">
        <w:rPr>
          <w:rFonts w:ascii="Arial" w:hAnsi="Arial" w:cs="Arial"/>
        </w:rPr>
        <w:t xml:space="preserve"> do </w:t>
      </w:r>
      <w:proofErr w:type="spellStart"/>
      <w:r w:rsidRPr="00197B0D">
        <w:rPr>
          <w:rFonts w:ascii="Arial" w:hAnsi="Arial" w:cs="Arial"/>
        </w:rPr>
        <w:t>Município</w:t>
      </w:r>
      <w:proofErr w:type="spellEnd"/>
      <w:r w:rsidRPr="00197B0D">
        <w:rPr>
          <w:rFonts w:ascii="Arial" w:hAnsi="Arial" w:cs="Arial"/>
        </w:rPr>
        <w:t>.</w:t>
      </w:r>
    </w:p>
    <w:p w14:paraId="5EA6473D" w14:textId="77777777" w:rsidR="00197B0D" w:rsidRDefault="00197B0D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20F5735A" w14:textId="77777777" w:rsidR="00C403E3" w:rsidRDefault="00C403E3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DDE9BEB" w14:textId="77777777" w:rsidR="00C403E3" w:rsidRDefault="00C403E3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0251F55" w14:textId="77777777" w:rsidR="00C403E3" w:rsidRDefault="00C403E3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141F6C45" w14:textId="77777777" w:rsidR="00C403E3" w:rsidRPr="00197B0D" w:rsidRDefault="00C403E3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8F867CF" w14:textId="297DEAD2" w:rsidR="003152A6" w:rsidRPr="00197B0D" w:rsidRDefault="00000000" w:rsidP="00C403E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lastRenderedPageBreak/>
        <w:t>3. PROBLEMA A SER RESOLVIDO</w:t>
      </w:r>
    </w:p>
    <w:p w14:paraId="2CB3488B" w14:textId="5A3155CC" w:rsidR="003152A6" w:rsidRPr="00197B0D" w:rsidRDefault="00000000" w:rsidP="00C403E3">
      <w:pPr>
        <w:spacing w:after="0" w:line="360" w:lineRule="auto"/>
        <w:jc w:val="both"/>
        <w:rPr>
          <w:rFonts w:ascii="Arial" w:hAnsi="Arial" w:cs="Arial"/>
        </w:rPr>
      </w:pPr>
      <w:proofErr w:type="spellStart"/>
      <w:r w:rsidRPr="00197B0D">
        <w:rPr>
          <w:rFonts w:ascii="Arial" w:hAnsi="Arial" w:cs="Arial"/>
        </w:rPr>
        <w:t>Atualmente</w:t>
      </w:r>
      <w:proofErr w:type="spellEnd"/>
      <w:r w:rsidRPr="00197B0D">
        <w:rPr>
          <w:rFonts w:ascii="Arial" w:hAnsi="Arial" w:cs="Arial"/>
        </w:rPr>
        <w:t xml:space="preserve">, as </w:t>
      </w:r>
      <w:proofErr w:type="spellStart"/>
      <w:r w:rsidR="00197B0D" w:rsidRPr="00197B0D">
        <w:rPr>
          <w:rFonts w:ascii="Arial" w:hAnsi="Arial" w:cs="Arial"/>
        </w:rPr>
        <w:t>unidades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necessitam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fornecimento</w:t>
      </w:r>
      <w:proofErr w:type="spellEnd"/>
      <w:r w:rsidRPr="00197B0D">
        <w:rPr>
          <w:rFonts w:ascii="Arial" w:hAnsi="Arial" w:cs="Arial"/>
        </w:rPr>
        <w:t xml:space="preserve"> regular de recargas de </w:t>
      </w:r>
      <w:proofErr w:type="spellStart"/>
      <w:r w:rsidRPr="00197B0D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GLP</w:t>
      </w:r>
      <w:r w:rsidRPr="00197B0D">
        <w:rPr>
          <w:rFonts w:ascii="Arial" w:hAnsi="Arial" w:cs="Arial"/>
        </w:rPr>
        <w:t xml:space="preserve"> P13</w:t>
      </w:r>
      <w:r w:rsidR="008B1FA7" w:rsidRPr="00197B0D">
        <w:rPr>
          <w:rFonts w:ascii="Arial" w:hAnsi="Arial" w:cs="Arial"/>
        </w:rPr>
        <w:t xml:space="preserve"> e </w:t>
      </w:r>
      <w:proofErr w:type="spellStart"/>
      <w:r w:rsidR="008B1FA7" w:rsidRPr="00197B0D">
        <w:rPr>
          <w:rFonts w:ascii="Arial" w:hAnsi="Arial" w:cs="Arial"/>
        </w:rPr>
        <w:t>esporadicamente</w:t>
      </w:r>
      <w:proofErr w:type="spellEnd"/>
      <w:r w:rsidR="008B1FA7" w:rsidRPr="00197B0D">
        <w:rPr>
          <w:rFonts w:ascii="Arial" w:hAnsi="Arial" w:cs="Arial"/>
        </w:rPr>
        <w:t xml:space="preserve"> dos </w:t>
      </w:r>
      <w:proofErr w:type="spellStart"/>
      <w:r w:rsidR="008B1FA7" w:rsidRPr="00197B0D">
        <w:rPr>
          <w:rFonts w:ascii="Arial" w:hAnsi="Arial" w:cs="Arial"/>
        </w:rPr>
        <w:t>vasilhames</w:t>
      </w:r>
      <w:proofErr w:type="spellEnd"/>
      <w:r w:rsidRPr="00197B0D">
        <w:rPr>
          <w:rFonts w:ascii="Arial" w:hAnsi="Arial" w:cs="Arial"/>
        </w:rPr>
        <w:t xml:space="preserve"> </w:t>
      </w:r>
      <w:r w:rsidR="00C403E3">
        <w:rPr>
          <w:rFonts w:ascii="Arial" w:hAnsi="Arial" w:cs="Arial"/>
        </w:rPr>
        <w:t xml:space="preserve">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P13 </w:t>
      </w:r>
      <w:r w:rsidRPr="00197B0D">
        <w:rPr>
          <w:rFonts w:ascii="Arial" w:hAnsi="Arial" w:cs="Arial"/>
        </w:rPr>
        <w:t xml:space="preserve">e </w:t>
      </w:r>
      <w:proofErr w:type="spellStart"/>
      <w:r w:rsidRPr="00197B0D">
        <w:rPr>
          <w:rFonts w:ascii="Arial" w:hAnsi="Arial" w:cs="Arial"/>
        </w:rPr>
        <w:t>enfrentam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dificuldades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quanto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disponibilidade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imediata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variação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excessiva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preços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falta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padronização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fornecimento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risco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interrupção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serviços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ausência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contrato</w:t>
      </w:r>
      <w:proofErr w:type="spellEnd"/>
      <w:r w:rsidRPr="00197B0D">
        <w:rPr>
          <w:rFonts w:ascii="Arial" w:hAnsi="Arial" w:cs="Arial"/>
        </w:rPr>
        <w:t xml:space="preserve"> formal </w:t>
      </w:r>
      <w:proofErr w:type="spellStart"/>
      <w:r w:rsidRPr="00197B0D">
        <w:rPr>
          <w:rFonts w:ascii="Arial" w:hAnsi="Arial" w:cs="Arial"/>
        </w:rPr>
        <w:t>que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assegure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economicidade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previsibilidade</w:t>
      </w:r>
      <w:proofErr w:type="spellEnd"/>
      <w:r w:rsidRPr="00197B0D">
        <w:rPr>
          <w:rFonts w:ascii="Arial" w:hAnsi="Arial" w:cs="Arial"/>
        </w:rPr>
        <w:t>.</w:t>
      </w:r>
    </w:p>
    <w:p w14:paraId="00337883" w14:textId="77777777" w:rsidR="00392F8C" w:rsidRPr="00197B0D" w:rsidRDefault="00392F8C" w:rsidP="00034BB1">
      <w:pPr>
        <w:spacing w:line="360" w:lineRule="auto"/>
        <w:ind w:firstLine="720"/>
        <w:jc w:val="both"/>
        <w:rPr>
          <w:rFonts w:ascii="Arial" w:hAnsi="Arial" w:cs="Arial"/>
          <w:sz w:val="2"/>
          <w:szCs w:val="2"/>
        </w:rPr>
      </w:pPr>
    </w:p>
    <w:p w14:paraId="1E38CAEA" w14:textId="77777777" w:rsidR="003152A6" w:rsidRPr="00197B0D" w:rsidRDefault="00000000" w:rsidP="00C403E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4. REQUISITOS DA SOLUÇÃO</w:t>
      </w:r>
    </w:p>
    <w:p w14:paraId="7EDB800A" w14:textId="614362E9" w:rsidR="008B1FA7" w:rsidRDefault="00000000" w:rsidP="00C403E3">
      <w:pPr>
        <w:spacing w:after="0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Fornecimento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gás</w:t>
      </w:r>
      <w:proofErr w:type="spellEnd"/>
      <w:r w:rsidRPr="00197B0D">
        <w:rPr>
          <w:rFonts w:ascii="Arial" w:hAnsi="Arial" w:cs="Arial"/>
        </w:rPr>
        <w:t xml:space="preserve"> GLP – </w:t>
      </w:r>
      <w:proofErr w:type="spellStart"/>
      <w:r w:rsidRPr="00197B0D">
        <w:rPr>
          <w:rFonts w:ascii="Arial" w:hAnsi="Arial" w:cs="Arial"/>
        </w:rPr>
        <w:t>recarga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Pr="00197B0D">
        <w:rPr>
          <w:rFonts w:ascii="Arial" w:hAnsi="Arial" w:cs="Arial"/>
        </w:rPr>
        <w:t xml:space="preserve"> P13</w:t>
      </w:r>
      <w:r w:rsidR="008B1FA7" w:rsidRPr="00197B0D">
        <w:rPr>
          <w:rFonts w:ascii="Arial" w:hAnsi="Arial" w:cs="Arial"/>
        </w:rPr>
        <w:t xml:space="preserve"> e </w:t>
      </w:r>
      <w:proofErr w:type="spellStart"/>
      <w:r w:rsidR="008B1FA7" w:rsidRPr="00197B0D">
        <w:rPr>
          <w:rFonts w:ascii="Arial" w:hAnsi="Arial" w:cs="Arial"/>
        </w:rPr>
        <w:t>vasilhames</w:t>
      </w:r>
      <w:proofErr w:type="spellEnd"/>
      <w:r w:rsidR="00C403E3">
        <w:rPr>
          <w:rFonts w:ascii="Arial" w:hAnsi="Arial" w:cs="Arial"/>
        </w:rPr>
        <w:t xml:space="preserve"> 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P13</w:t>
      </w:r>
      <w:r w:rsidR="008B1FA7" w:rsidRPr="00197B0D">
        <w:rPr>
          <w:rFonts w:ascii="Arial" w:hAnsi="Arial" w:cs="Arial"/>
        </w:rPr>
        <w:t xml:space="preserve"> (cascos)</w:t>
      </w:r>
      <w:r w:rsidRPr="00197B0D">
        <w:rPr>
          <w:rFonts w:ascii="Arial" w:hAnsi="Arial" w:cs="Arial"/>
        </w:rPr>
        <w:t>.</w:t>
      </w:r>
    </w:p>
    <w:p w14:paraId="1E1AFE6C" w14:textId="77777777" w:rsidR="00C403E3" w:rsidRPr="00C403E3" w:rsidRDefault="00C403E3" w:rsidP="00C403E3">
      <w:pPr>
        <w:spacing w:after="0"/>
        <w:jc w:val="both"/>
        <w:rPr>
          <w:rFonts w:ascii="Arial" w:hAnsi="Arial" w:cs="Arial"/>
          <w:sz w:val="14"/>
          <w:szCs w:val="14"/>
        </w:rPr>
      </w:pPr>
    </w:p>
    <w:p w14:paraId="732FD35A" w14:textId="77777777" w:rsidR="003152A6" w:rsidRPr="00197B0D" w:rsidRDefault="00000000" w:rsidP="00C403E3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Produto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certificado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por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distribuidora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autorizada</w:t>
      </w:r>
      <w:proofErr w:type="spellEnd"/>
      <w:r w:rsidRPr="00197B0D">
        <w:rPr>
          <w:rFonts w:ascii="Arial" w:hAnsi="Arial" w:cs="Arial"/>
        </w:rPr>
        <w:t xml:space="preserve"> pela ANP.</w:t>
      </w:r>
    </w:p>
    <w:p w14:paraId="0CCC0807" w14:textId="0DCF2B78" w:rsidR="003152A6" w:rsidRPr="00197B0D" w:rsidRDefault="00000000" w:rsidP="00C403E3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Entrega</w:t>
      </w:r>
      <w:proofErr w:type="spellEnd"/>
      <w:r w:rsidRPr="00197B0D">
        <w:rPr>
          <w:rFonts w:ascii="Arial" w:hAnsi="Arial" w:cs="Arial"/>
        </w:rPr>
        <w:t xml:space="preserve"> sob </w:t>
      </w:r>
      <w:proofErr w:type="spellStart"/>
      <w:r w:rsidRPr="00197B0D">
        <w:rPr>
          <w:rFonts w:ascii="Arial" w:hAnsi="Arial" w:cs="Arial"/>
        </w:rPr>
        <w:t>demanda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conforme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solicitação</w:t>
      </w:r>
      <w:proofErr w:type="spellEnd"/>
      <w:r w:rsidRPr="00197B0D">
        <w:rPr>
          <w:rFonts w:ascii="Arial" w:hAnsi="Arial" w:cs="Arial"/>
        </w:rPr>
        <w:t xml:space="preserve"> da</w:t>
      </w:r>
      <w:r w:rsidR="00742F7A" w:rsidRPr="00197B0D">
        <w:rPr>
          <w:rFonts w:ascii="Arial" w:hAnsi="Arial" w:cs="Arial"/>
        </w:rPr>
        <w:t>s</w:t>
      </w:r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Secretaria</w:t>
      </w:r>
      <w:r w:rsidR="00742F7A" w:rsidRPr="00197B0D">
        <w:rPr>
          <w:rFonts w:ascii="Arial" w:hAnsi="Arial" w:cs="Arial"/>
        </w:rPr>
        <w:t>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responsáve</w:t>
      </w:r>
      <w:r w:rsidR="00742F7A" w:rsidRPr="00197B0D">
        <w:rPr>
          <w:rFonts w:ascii="Arial" w:hAnsi="Arial" w:cs="Arial"/>
        </w:rPr>
        <w:t>is</w:t>
      </w:r>
      <w:proofErr w:type="spellEnd"/>
      <w:r w:rsidRPr="00197B0D">
        <w:rPr>
          <w:rFonts w:ascii="Arial" w:hAnsi="Arial" w:cs="Arial"/>
        </w:rPr>
        <w:t>.</w:t>
      </w:r>
    </w:p>
    <w:p w14:paraId="0A5CB06A" w14:textId="77777777" w:rsidR="003152A6" w:rsidRPr="00197B0D" w:rsidRDefault="00000000" w:rsidP="00C403E3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Garantia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quanto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segurança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condição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adequada</w:t>
      </w:r>
      <w:proofErr w:type="spellEnd"/>
      <w:r w:rsidRPr="00197B0D">
        <w:rPr>
          <w:rFonts w:ascii="Arial" w:hAnsi="Arial" w:cs="Arial"/>
        </w:rPr>
        <w:t xml:space="preserve"> dos </w:t>
      </w:r>
      <w:proofErr w:type="spellStart"/>
      <w:r w:rsidRPr="00197B0D">
        <w:rPr>
          <w:rFonts w:ascii="Arial" w:hAnsi="Arial" w:cs="Arial"/>
        </w:rPr>
        <w:t>botijões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fornecidos</w:t>
      </w:r>
      <w:proofErr w:type="spellEnd"/>
      <w:r w:rsidRPr="00197B0D">
        <w:rPr>
          <w:rFonts w:ascii="Arial" w:hAnsi="Arial" w:cs="Arial"/>
        </w:rPr>
        <w:t>.</w:t>
      </w:r>
    </w:p>
    <w:p w14:paraId="20E88B02" w14:textId="78E12F0A" w:rsidR="003152A6" w:rsidRPr="00197B0D" w:rsidRDefault="00000000" w:rsidP="00C403E3">
      <w:pPr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Prestação</w:t>
      </w:r>
      <w:proofErr w:type="spellEnd"/>
      <w:r w:rsidRPr="00197B0D">
        <w:rPr>
          <w:rFonts w:ascii="Arial" w:hAnsi="Arial" w:cs="Arial"/>
        </w:rPr>
        <w:t xml:space="preserve"> do </w:t>
      </w:r>
      <w:proofErr w:type="spellStart"/>
      <w:r w:rsidRPr="00197B0D">
        <w:rPr>
          <w:rFonts w:ascii="Arial" w:hAnsi="Arial" w:cs="Arial"/>
        </w:rPr>
        <w:t>serviço</w:t>
      </w:r>
      <w:proofErr w:type="spellEnd"/>
      <w:r w:rsidRPr="00197B0D">
        <w:rPr>
          <w:rFonts w:ascii="Arial" w:hAnsi="Arial" w:cs="Arial"/>
        </w:rPr>
        <w:t xml:space="preserve"> com </w:t>
      </w:r>
      <w:proofErr w:type="spellStart"/>
      <w:r w:rsidRPr="00197B0D">
        <w:rPr>
          <w:rFonts w:ascii="Arial" w:hAnsi="Arial" w:cs="Arial"/>
        </w:rPr>
        <w:t>entrega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rápida</w:t>
      </w:r>
      <w:proofErr w:type="spellEnd"/>
      <w:r w:rsidRPr="00197B0D">
        <w:rPr>
          <w:rFonts w:ascii="Arial" w:hAnsi="Arial" w:cs="Arial"/>
        </w:rPr>
        <w:t>.</w:t>
      </w:r>
    </w:p>
    <w:p w14:paraId="5C6BC68A" w14:textId="77777777" w:rsidR="00197B0D" w:rsidRPr="00197B0D" w:rsidRDefault="00197B0D" w:rsidP="00243C26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7DE9CF1D" w14:textId="77777777" w:rsidR="00C403E3" w:rsidRDefault="00000000" w:rsidP="00C403E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6. JUSTIFICATIVA DA ESCOLHA</w:t>
      </w:r>
    </w:p>
    <w:p w14:paraId="0C92C473" w14:textId="64E34563" w:rsidR="003152A6" w:rsidRPr="00C403E3" w:rsidRDefault="00000000" w:rsidP="00C403E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</w:rPr>
        <w:t xml:space="preserve">A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 é </w:t>
      </w:r>
      <w:proofErr w:type="gramStart"/>
      <w:r w:rsidRPr="00197B0D">
        <w:rPr>
          <w:rFonts w:ascii="Arial" w:hAnsi="Arial" w:cs="Arial"/>
        </w:rPr>
        <w:t>a</w:t>
      </w:r>
      <w:proofErr w:type="gram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alternativa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mais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vantajosa</w:t>
      </w:r>
      <w:proofErr w:type="spellEnd"/>
      <w:r w:rsidRPr="00197B0D">
        <w:rPr>
          <w:rFonts w:ascii="Arial" w:hAnsi="Arial" w:cs="Arial"/>
        </w:rPr>
        <w:t xml:space="preserve"> para a </w:t>
      </w:r>
      <w:proofErr w:type="spellStart"/>
      <w:r w:rsidRPr="00197B0D">
        <w:rPr>
          <w:rFonts w:ascii="Arial" w:hAnsi="Arial" w:cs="Arial"/>
        </w:rPr>
        <w:t>Administração</w:t>
      </w:r>
      <w:proofErr w:type="spellEnd"/>
      <w:r w:rsidRPr="00197B0D">
        <w:rPr>
          <w:rFonts w:ascii="Arial" w:hAnsi="Arial" w:cs="Arial"/>
        </w:rPr>
        <w:t>, pois:</w:t>
      </w:r>
    </w:p>
    <w:p w14:paraId="7587287F" w14:textId="77777777" w:rsidR="003152A6" w:rsidRPr="00197B0D" w:rsidRDefault="00000000" w:rsidP="00C403E3">
      <w:pPr>
        <w:spacing w:line="24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Garante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fornecimento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contínuo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insumo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essencial</w:t>
      </w:r>
      <w:proofErr w:type="spellEnd"/>
      <w:r w:rsidRPr="00197B0D">
        <w:rPr>
          <w:rFonts w:ascii="Arial" w:hAnsi="Arial" w:cs="Arial"/>
        </w:rPr>
        <w:t xml:space="preserve"> e de </w:t>
      </w:r>
      <w:proofErr w:type="spellStart"/>
      <w:r w:rsidRPr="00197B0D">
        <w:rPr>
          <w:rFonts w:ascii="Arial" w:hAnsi="Arial" w:cs="Arial"/>
        </w:rPr>
        <w:t>uso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permanente</w:t>
      </w:r>
      <w:proofErr w:type="spellEnd"/>
      <w:r w:rsidRPr="00197B0D">
        <w:rPr>
          <w:rFonts w:ascii="Arial" w:hAnsi="Arial" w:cs="Arial"/>
        </w:rPr>
        <w:t>.</w:t>
      </w:r>
    </w:p>
    <w:p w14:paraId="5D297D3B" w14:textId="77777777" w:rsidR="003152A6" w:rsidRPr="00197B0D" w:rsidRDefault="00000000" w:rsidP="00C403E3">
      <w:pPr>
        <w:spacing w:line="24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Evita </w:t>
      </w:r>
      <w:proofErr w:type="spellStart"/>
      <w:r w:rsidRPr="00197B0D">
        <w:rPr>
          <w:rFonts w:ascii="Arial" w:hAnsi="Arial" w:cs="Arial"/>
        </w:rPr>
        <w:t>interrupção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atividades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serviços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prestados</w:t>
      </w:r>
      <w:proofErr w:type="spellEnd"/>
      <w:r w:rsidRPr="00197B0D">
        <w:rPr>
          <w:rFonts w:ascii="Arial" w:hAnsi="Arial" w:cs="Arial"/>
        </w:rPr>
        <w:t xml:space="preserve"> à </w:t>
      </w:r>
      <w:proofErr w:type="spellStart"/>
      <w:r w:rsidRPr="00197B0D">
        <w:rPr>
          <w:rFonts w:ascii="Arial" w:hAnsi="Arial" w:cs="Arial"/>
        </w:rPr>
        <w:t>população</w:t>
      </w:r>
      <w:proofErr w:type="spellEnd"/>
      <w:r w:rsidRPr="00197B0D">
        <w:rPr>
          <w:rFonts w:ascii="Arial" w:hAnsi="Arial" w:cs="Arial"/>
        </w:rPr>
        <w:t>.</w:t>
      </w:r>
    </w:p>
    <w:p w14:paraId="1BB62C42" w14:textId="77777777" w:rsidR="003152A6" w:rsidRPr="00197B0D" w:rsidRDefault="00000000" w:rsidP="00C403E3">
      <w:pPr>
        <w:spacing w:line="24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Possibilita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melhor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controle</w:t>
      </w:r>
      <w:proofErr w:type="spellEnd"/>
      <w:r w:rsidRPr="00197B0D">
        <w:rPr>
          <w:rFonts w:ascii="Arial" w:hAnsi="Arial" w:cs="Arial"/>
        </w:rPr>
        <w:t xml:space="preserve"> do </w:t>
      </w:r>
      <w:proofErr w:type="spellStart"/>
      <w:r w:rsidRPr="00197B0D">
        <w:rPr>
          <w:rFonts w:ascii="Arial" w:hAnsi="Arial" w:cs="Arial"/>
        </w:rPr>
        <w:t>consumo</w:t>
      </w:r>
      <w:proofErr w:type="spellEnd"/>
      <w:r w:rsidRPr="00197B0D">
        <w:rPr>
          <w:rFonts w:ascii="Arial" w:hAnsi="Arial" w:cs="Arial"/>
        </w:rPr>
        <w:t>.</w:t>
      </w:r>
    </w:p>
    <w:p w14:paraId="36CCA210" w14:textId="77777777" w:rsidR="003152A6" w:rsidRPr="00197B0D" w:rsidRDefault="00000000" w:rsidP="00C403E3">
      <w:pPr>
        <w:spacing w:line="24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Permite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planejamento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financeiro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transparência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administrativa</w:t>
      </w:r>
      <w:proofErr w:type="spellEnd"/>
      <w:r w:rsidRPr="00197B0D">
        <w:rPr>
          <w:rFonts w:ascii="Arial" w:hAnsi="Arial" w:cs="Arial"/>
        </w:rPr>
        <w:t>.</w:t>
      </w:r>
    </w:p>
    <w:p w14:paraId="63722198" w14:textId="77777777" w:rsidR="003152A6" w:rsidRPr="00197B0D" w:rsidRDefault="00000000" w:rsidP="00C403E3">
      <w:pPr>
        <w:spacing w:line="24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• </w:t>
      </w:r>
      <w:proofErr w:type="spellStart"/>
      <w:r w:rsidRPr="00197B0D">
        <w:rPr>
          <w:rFonts w:ascii="Arial" w:hAnsi="Arial" w:cs="Arial"/>
        </w:rPr>
        <w:t>Atende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ao</w:t>
      </w:r>
      <w:proofErr w:type="spellEnd"/>
      <w:r w:rsidRPr="00197B0D">
        <w:rPr>
          <w:rFonts w:ascii="Arial" w:hAnsi="Arial" w:cs="Arial"/>
        </w:rPr>
        <w:t xml:space="preserve"> interesse </w:t>
      </w:r>
      <w:proofErr w:type="spellStart"/>
      <w:r w:rsidRPr="00197B0D">
        <w:rPr>
          <w:rFonts w:ascii="Arial" w:hAnsi="Arial" w:cs="Arial"/>
        </w:rPr>
        <w:t>público</w:t>
      </w:r>
      <w:proofErr w:type="spellEnd"/>
      <w:r w:rsidRPr="00197B0D">
        <w:rPr>
          <w:rFonts w:ascii="Arial" w:hAnsi="Arial" w:cs="Arial"/>
        </w:rPr>
        <w:t xml:space="preserve"> com </w:t>
      </w:r>
      <w:proofErr w:type="spellStart"/>
      <w:r w:rsidRPr="00197B0D">
        <w:rPr>
          <w:rFonts w:ascii="Arial" w:hAnsi="Arial" w:cs="Arial"/>
        </w:rPr>
        <w:t>segurança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Pr="00197B0D">
        <w:rPr>
          <w:rFonts w:ascii="Arial" w:hAnsi="Arial" w:cs="Arial"/>
        </w:rPr>
        <w:t>eficiência</w:t>
      </w:r>
      <w:proofErr w:type="spellEnd"/>
      <w:r w:rsidRPr="00197B0D">
        <w:rPr>
          <w:rFonts w:ascii="Arial" w:hAnsi="Arial" w:cs="Arial"/>
        </w:rPr>
        <w:t>.</w:t>
      </w:r>
    </w:p>
    <w:p w14:paraId="5E2B9968" w14:textId="77777777" w:rsidR="00197B0D" w:rsidRPr="00197B0D" w:rsidRDefault="00197B0D" w:rsidP="00243C26">
      <w:pPr>
        <w:spacing w:line="360" w:lineRule="auto"/>
        <w:jc w:val="both"/>
        <w:rPr>
          <w:rFonts w:ascii="Arial" w:hAnsi="Arial" w:cs="Arial"/>
          <w:b/>
          <w:bCs/>
          <w:sz w:val="12"/>
          <w:szCs w:val="12"/>
        </w:rPr>
      </w:pPr>
    </w:p>
    <w:p w14:paraId="064BF0C2" w14:textId="723108CD" w:rsidR="006E7616" w:rsidRPr="00197B0D" w:rsidRDefault="006E7616" w:rsidP="00243C26">
      <w:pPr>
        <w:spacing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t>7. ESTIMATIVA DAS QUANTIDADES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1323"/>
        <w:gridCol w:w="4289"/>
        <w:gridCol w:w="1675"/>
        <w:gridCol w:w="2070"/>
      </w:tblGrid>
      <w:tr w:rsidR="006E7616" w:rsidRPr="00197B0D" w14:paraId="2E53778F" w14:textId="77777777" w:rsidTr="006E7616">
        <w:tc>
          <w:tcPr>
            <w:tcW w:w="1346" w:type="dxa"/>
          </w:tcPr>
          <w:p w14:paraId="380F7F46" w14:textId="62E82D93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394" w:type="dxa"/>
          </w:tcPr>
          <w:p w14:paraId="45927A7E" w14:textId="002948DB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97B0D">
              <w:rPr>
                <w:rFonts w:ascii="Arial" w:hAnsi="Arial" w:cs="Arial"/>
                <w:b/>
                <w:bCs/>
              </w:rPr>
              <w:t>Descrição</w:t>
            </w:r>
            <w:proofErr w:type="spellEnd"/>
          </w:p>
        </w:tc>
        <w:tc>
          <w:tcPr>
            <w:tcW w:w="1701" w:type="dxa"/>
          </w:tcPr>
          <w:p w14:paraId="1F721A5A" w14:textId="4ADCB4FA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2104" w:type="dxa"/>
          </w:tcPr>
          <w:p w14:paraId="7769BBB8" w14:textId="60E09238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97B0D">
              <w:rPr>
                <w:rFonts w:ascii="Arial" w:hAnsi="Arial" w:cs="Arial"/>
                <w:b/>
                <w:bCs/>
              </w:rPr>
              <w:t>Unidade</w:t>
            </w:r>
            <w:proofErr w:type="spellEnd"/>
          </w:p>
        </w:tc>
      </w:tr>
      <w:tr w:rsidR="006E7616" w:rsidRPr="00197B0D" w14:paraId="712234E6" w14:textId="77777777" w:rsidTr="006E7616">
        <w:tc>
          <w:tcPr>
            <w:tcW w:w="1346" w:type="dxa"/>
          </w:tcPr>
          <w:p w14:paraId="31EC98BA" w14:textId="1017B63D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97B0D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</w:tcPr>
          <w:p w14:paraId="5CABD7A2" w14:textId="597EBF8F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197B0D">
              <w:rPr>
                <w:rFonts w:ascii="Arial" w:hAnsi="Arial" w:cs="Arial"/>
              </w:rPr>
              <w:t>Recarga</w:t>
            </w:r>
            <w:proofErr w:type="spellEnd"/>
            <w:r w:rsidRPr="00197B0D">
              <w:rPr>
                <w:rFonts w:ascii="Arial" w:hAnsi="Arial" w:cs="Arial"/>
              </w:rPr>
              <w:t xml:space="preserve"> de </w:t>
            </w:r>
            <w:proofErr w:type="spellStart"/>
            <w:r w:rsidRPr="00197B0D">
              <w:rPr>
                <w:rFonts w:ascii="Arial" w:hAnsi="Arial" w:cs="Arial"/>
              </w:rPr>
              <w:t>botijão</w:t>
            </w:r>
            <w:proofErr w:type="spellEnd"/>
            <w:r w:rsidRPr="00197B0D">
              <w:rPr>
                <w:rFonts w:ascii="Arial" w:hAnsi="Arial" w:cs="Arial"/>
              </w:rPr>
              <w:t xml:space="preserve"> de </w:t>
            </w:r>
            <w:proofErr w:type="spellStart"/>
            <w:r w:rsidRPr="00197B0D">
              <w:rPr>
                <w:rFonts w:ascii="Arial" w:hAnsi="Arial" w:cs="Arial"/>
              </w:rPr>
              <w:t>gás</w:t>
            </w:r>
            <w:proofErr w:type="spellEnd"/>
            <w:r w:rsidRPr="00197B0D">
              <w:rPr>
                <w:rFonts w:ascii="Arial" w:hAnsi="Arial" w:cs="Arial"/>
              </w:rPr>
              <w:t xml:space="preserve"> P13</w:t>
            </w:r>
          </w:p>
        </w:tc>
        <w:tc>
          <w:tcPr>
            <w:tcW w:w="1701" w:type="dxa"/>
          </w:tcPr>
          <w:p w14:paraId="477C474E" w14:textId="4B976DCD" w:rsidR="006E7616" w:rsidRPr="00197B0D" w:rsidRDefault="00742F7A" w:rsidP="00742F7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97B0D">
              <w:rPr>
                <w:rFonts w:ascii="Arial" w:hAnsi="Arial" w:cs="Arial"/>
              </w:rPr>
              <w:t>115</w:t>
            </w:r>
          </w:p>
        </w:tc>
        <w:tc>
          <w:tcPr>
            <w:tcW w:w="2104" w:type="dxa"/>
          </w:tcPr>
          <w:p w14:paraId="05C852EE" w14:textId="05A35373" w:rsidR="006E7616" w:rsidRPr="00197B0D" w:rsidRDefault="006E7616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197B0D">
              <w:rPr>
                <w:rFonts w:ascii="Arial" w:hAnsi="Arial" w:cs="Arial"/>
              </w:rPr>
              <w:t>Unidade</w:t>
            </w:r>
            <w:proofErr w:type="spellEnd"/>
          </w:p>
        </w:tc>
      </w:tr>
      <w:tr w:rsidR="008B1FA7" w:rsidRPr="00197B0D" w14:paraId="032A7828" w14:textId="77777777" w:rsidTr="006E7616">
        <w:tc>
          <w:tcPr>
            <w:tcW w:w="1346" w:type="dxa"/>
          </w:tcPr>
          <w:p w14:paraId="05F7EBE4" w14:textId="0F504C7C" w:rsidR="008B1FA7" w:rsidRPr="00197B0D" w:rsidRDefault="008B1FA7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97B0D"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</w:tcPr>
          <w:p w14:paraId="132146E6" w14:textId="1063E7DB" w:rsidR="008B1FA7" w:rsidRPr="00197B0D" w:rsidRDefault="008B1FA7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197B0D">
              <w:rPr>
                <w:rFonts w:ascii="Arial" w:hAnsi="Arial" w:cs="Arial"/>
              </w:rPr>
              <w:t>Vasilhame</w:t>
            </w:r>
            <w:proofErr w:type="spellEnd"/>
            <w:r w:rsidRPr="00197B0D">
              <w:rPr>
                <w:rFonts w:ascii="Arial" w:hAnsi="Arial" w:cs="Arial"/>
              </w:rPr>
              <w:t xml:space="preserve"> de </w:t>
            </w:r>
            <w:proofErr w:type="spellStart"/>
            <w:r w:rsidRPr="00197B0D">
              <w:rPr>
                <w:rFonts w:ascii="Arial" w:hAnsi="Arial" w:cs="Arial"/>
              </w:rPr>
              <w:t>gás</w:t>
            </w:r>
            <w:proofErr w:type="spellEnd"/>
            <w:r w:rsidRPr="00197B0D">
              <w:rPr>
                <w:rFonts w:ascii="Arial" w:hAnsi="Arial" w:cs="Arial"/>
              </w:rPr>
              <w:t xml:space="preserve"> P13 (casco)</w:t>
            </w:r>
          </w:p>
        </w:tc>
        <w:tc>
          <w:tcPr>
            <w:tcW w:w="1701" w:type="dxa"/>
          </w:tcPr>
          <w:p w14:paraId="7EA99A73" w14:textId="43FEA2A9" w:rsidR="008B1FA7" w:rsidRPr="00197B0D" w:rsidRDefault="008B1FA7" w:rsidP="00742F7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97B0D">
              <w:rPr>
                <w:rFonts w:ascii="Arial" w:hAnsi="Arial" w:cs="Arial"/>
              </w:rPr>
              <w:t>05</w:t>
            </w:r>
          </w:p>
        </w:tc>
        <w:tc>
          <w:tcPr>
            <w:tcW w:w="2104" w:type="dxa"/>
          </w:tcPr>
          <w:p w14:paraId="4B97371F" w14:textId="5563E1BD" w:rsidR="008B1FA7" w:rsidRPr="00197B0D" w:rsidRDefault="008B1FA7" w:rsidP="006E7616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197B0D">
              <w:rPr>
                <w:rFonts w:ascii="Arial" w:hAnsi="Arial" w:cs="Arial"/>
              </w:rPr>
              <w:t>Unidade</w:t>
            </w:r>
            <w:proofErr w:type="spellEnd"/>
          </w:p>
        </w:tc>
      </w:tr>
    </w:tbl>
    <w:p w14:paraId="76CC16BA" w14:textId="77777777" w:rsidR="002636C9" w:rsidRDefault="002636C9" w:rsidP="002636C9">
      <w:pPr>
        <w:spacing w:line="360" w:lineRule="auto"/>
        <w:jc w:val="both"/>
        <w:rPr>
          <w:rFonts w:ascii="Arial" w:hAnsi="Arial" w:cs="Arial"/>
        </w:rPr>
      </w:pPr>
    </w:p>
    <w:p w14:paraId="5B465B7B" w14:textId="6CAAFD80" w:rsidR="006E7616" w:rsidRPr="00197B0D" w:rsidRDefault="006E7616" w:rsidP="002636C9">
      <w:pPr>
        <w:spacing w:line="360" w:lineRule="auto"/>
        <w:jc w:val="both"/>
        <w:rPr>
          <w:rFonts w:ascii="Arial" w:hAnsi="Arial" w:cs="Arial"/>
        </w:rPr>
      </w:pPr>
      <w:proofErr w:type="spellStart"/>
      <w:r w:rsidRPr="00197B0D">
        <w:rPr>
          <w:rFonts w:ascii="Arial" w:hAnsi="Arial" w:cs="Arial"/>
        </w:rPr>
        <w:t>Realizou</w:t>
      </w:r>
      <w:proofErr w:type="spellEnd"/>
      <w:r w:rsidRPr="00197B0D">
        <w:rPr>
          <w:rFonts w:ascii="Arial" w:hAnsi="Arial" w:cs="Arial"/>
        </w:rPr>
        <w:t xml:space="preserve">-se </w:t>
      </w:r>
      <w:proofErr w:type="spellStart"/>
      <w:r w:rsidRPr="00197B0D">
        <w:rPr>
          <w:rFonts w:ascii="Arial" w:hAnsi="Arial" w:cs="Arial"/>
        </w:rPr>
        <w:t>levantamento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âmbito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desta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="00832D3B" w:rsidRPr="00197B0D">
        <w:rPr>
          <w:rFonts w:ascii="Arial" w:hAnsi="Arial" w:cs="Arial"/>
        </w:rPr>
        <w:t>A</w:t>
      </w:r>
      <w:r w:rsidRPr="00197B0D">
        <w:rPr>
          <w:rFonts w:ascii="Arial" w:hAnsi="Arial" w:cs="Arial"/>
        </w:rPr>
        <w:t>dministração</w:t>
      </w:r>
      <w:proofErr w:type="spellEnd"/>
      <w:r w:rsidRPr="00197B0D">
        <w:rPr>
          <w:rFonts w:ascii="Arial" w:hAnsi="Arial" w:cs="Arial"/>
        </w:rPr>
        <w:t xml:space="preserve"> e </w:t>
      </w:r>
      <w:proofErr w:type="spellStart"/>
      <w:r w:rsidR="00832D3B" w:rsidRPr="00197B0D">
        <w:rPr>
          <w:rFonts w:ascii="Arial" w:hAnsi="Arial" w:cs="Arial"/>
        </w:rPr>
        <w:t>S</w:t>
      </w:r>
      <w:r w:rsidRPr="00197B0D">
        <w:rPr>
          <w:rFonts w:ascii="Arial" w:hAnsi="Arial" w:cs="Arial"/>
        </w:rPr>
        <w:t>ecretarias</w:t>
      </w:r>
      <w:proofErr w:type="spellEnd"/>
      <w:r w:rsidRPr="00197B0D">
        <w:rPr>
          <w:rFonts w:ascii="Arial" w:hAnsi="Arial" w:cs="Arial"/>
        </w:rPr>
        <w:t xml:space="preserve">, a </w:t>
      </w:r>
      <w:proofErr w:type="spellStart"/>
      <w:r w:rsidRPr="00197B0D">
        <w:rPr>
          <w:rFonts w:ascii="Arial" w:hAnsi="Arial" w:cs="Arial"/>
        </w:rPr>
        <w:t>fim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identificar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necessidade</w:t>
      </w:r>
      <w:proofErr w:type="spellEnd"/>
      <w:r w:rsidRPr="00197B0D">
        <w:rPr>
          <w:rFonts w:ascii="Arial" w:hAnsi="Arial" w:cs="Arial"/>
        </w:rPr>
        <w:t xml:space="preserve"> do</w:t>
      </w:r>
      <w:r w:rsidR="00197B0D" w:rsidRPr="00197B0D">
        <w:rPr>
          <w:rFonts w:ascii="Arial" w:hAnsi="Arial" w:cs="Arial"/>
        </w:rPr>
        <w:t>s</w:t>
      </w:r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ite</w:t>
      </w:r>
      <w:r w:rsidR="00197B0D" w:rsidRPr="00197B0D">
        <w:rPr>
          <w:rFonts w:ascii="Arial" w:hAnsi="Arial" w:cs="Arial"/>
        </w:rPr>
        <w:t>ns</w:t>
      </w:r>
      <w:proofErr w:type="spellEnd"/>
      <w:r w:rsidRPr="00197B0D">
        <w:rPr>
          <w:rFonts w:ascii="Arial" w:hAnsi="Arial" w:cs="Arial"/>
        </w:rPr>
        <w:t xml:space="preserve"> a </w:t>
      </w:r>
      <w:proofErr w:type="spellStart"/>
      <w:r w:rsidRPr="00197B0D">
        <w:rPr>
          <w:rFonts w:ascii="Arial" w:hAnsi="Arial" w:cs="Arial"/>
        </w:rPr>
        <w:t>ser</w:t>
      </w:r>
      <w:r w:rsidR="00197B0D" w:rsidRPr="00197B0D">
        <w:rPr>
          <w:rFonts w:ascii="Arial" w:hAnsi="Arial" w:cs="Arial"/>
        </w:rPr>
        <w:t>em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adquirido</w:t>
      </w:r>
      <w:r w:rsidR="00197B0D" w:rsidRPr="00197B0D">
        <w:rPr>
          <w:rFonts w:ascii="Arial" w:hAnsi="Arial" w:cs="Arial"/>
        </w:rPr>
        <w:t>s</w:t>
      </w:r>
      <w:proofErr w:type="spellEnd"/>
      <w:r w:rsidRPr="00197B0D">
        <w:rPr>
          <w:rFonts w:ascii="Arial" w:hAnsi="Arial" w:cs="Arial"/>
        </w:rPr>
        <w:t xml:space="preserve">. Sendo </w:t>
      </w:r>
      <w:proofErr w:type="spellStart"/>
      <w:r w:rsidRPr="00197B0D">
        <w:rPr>
          <w:rFonts w:ascii="Arial" w:hAnsi="Arial" w:cs="Arial"/>
        </w:rPr>
        <w:t>assim</w:t>
      </w:r>
      <w:proofErr w:type="spellEnd"/>
      <w:r w:rsidRPr="00197B0D">
        <w:rPr>
          <w:rFonts w:ascii="Arial" w:hAnsi="Arial" w:cs="Arial"/>
        </w:rPr>
        <w:t xml:space="preserve">, </w:t>
      </w:r>
      <w:proofErr w:type="gramStart"/>
      <w:r w:rsidRPr="00197B0D">
        <w:rPr>
          <w:rFonts w:ascii="Arial" w:hAnsi="Arial" w:cs="Arial"/>
        </w:rPr>
        <w:t>a</w:t>
      </w:r>
      <w:proofErr w:type="gram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estimativa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demonstrada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quadro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acima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foi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baseada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suprimir</w:t>
      </w:r>
      <w:proofErr w:type="spellEnd"/>
      <w:r w:rsidRPr="00197B0D">
        <w:rPr>
          <w:rFonts w:ascii="Arial" w:hAnsi="Arial" w:cs="Arial"/>
        </w:rPr>
        <w:t xml:space="preserve"> as </w:t>
      </w:r>
      <w:proofErr w:type="spellStart"/>
      <w:r w:rsidRPr="00197B0D">
        <w:rPr>
          <w:rFonts w:ascii="Arial" w:hAnsi="Arial" w:cs="Arial"/>
        </w:rPr>
        <w:t>necessidades</w:t>
      </w:r>
      <w:proofErr w:type="spellEnd"/>
      <w:r w:rsidRPr="00197B0D">
        <w:rPr>
          <w:rFonts w:ascii="Arial" w:hAnsi="Arial" w:cs="Arial"/>
        </w:rPr>
        <w:t xml:space="preserve"> dos </w:t>
      </w:r>
      <w:proofErr w:type="spellStart"/>
      <w:r w:rsidRPr="00197B0D">
        <w:rPr>
          <w:rFonts w:ascii="Arial" w:hAnsi="Arial" w:cs="Arial"/>
        </w:rPr>
        <w:t>próximos</w:t>
      </w:r>
      <w:proofErr w:type="spellEnd"/>
      <w:r w:rsidRPr="00197B0D">
        <w:rPr>
          <w:rFonts w:ascii="Arial" w:hAnsi="Arial" w:cs="Arial"/>
        </w:rPr>
        <w:t xml:space="preserve"> 12 (doze) meses.</w:t>
      </w:r>
    </w:p>
    <w:p w14:paraId="371BD468" w14:textId="603825EA" w:rsidR="003152A6" w:rsidRPr="00197B0D" w:rsidRDefault="006E7616" w:rsidP="00243C26">
      <w:pPr>
        <w:spacing w:line="360" w:lineRule="auto"/>
        <w:jc w:val="both"/>
        <w:rPr>
          <w:rFonts w:ascii="Arial" w:hAnsi="Arial" w:cs="Arial"/>
          <w:b/>
          <w:bCs/>
        </w:rPr>
      </w:pPr>
      <w:r w:rsidRPr="00197B0D">
        <w:rPr>
          <w:rFonts w:ascii="Arial" w:hAnsi="Arial" w:cs="Arial"/>
          <w:b/>
          <w:bCs/>
        </w:rPr>
        <w:lastRenderedPageBreak/>
        <w:t>8. ESTIMATIVA DE PREÇOS</w:t>
      </w:r>
    </w:p>
    <w:p w14:paraId="18892EB1" w14:textId="77777777" w:rsidR="002D2DFF" w:rsidRPr="00197B0D" w:rsidRDefault="00DE7600" w:rsidP="00197B0D">
      <w:pPr>
        <w:spacing w:line="360" w:lineRule="auto"/>
        <w:jc w:val="both"/>
        <w:rPr>
          <w:rFonts w:ascii="Arial" w:hAnsi="Arial" w:cs="Arial"/>
        </w:rPr>
      </w:pPr>
      <w:r w:rsidRPr="00197B0D">
        <w:rPr>
          <w:rFonts w:ascii="Arial" w:hAnsi="Arial" w:cs="Arial"/>
        </w:rPr>
        <w:t xml:space="preserve">Em </w:t>
      </w:r>
      <w:proofErr w:type="spellStart"/>
      <w:r w:rsidRPr="00197B0D">
        <w:rPr>
          <w:rFonts w:ascii="Arial" w:hAnsi="Arial" w:cs="Arial"/>
        </w:rPr>
        <w:t>pesquisa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sistema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Licitacon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levantamento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preço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estimado</w:t>
      </w:r>
      <w:proofErr w:type="spellEnd"/>
      <w:r w:rsidRPr="00197B0D">
        <w:rPr>
          <w:rFonts w:ascii="Arial" w:hAnsi="Arial" w:cs="Arial"/>
        </w:rPr>
        <w:t xml:space="preserve"> para a </w:t>
      </w:r>
      <w:proofErr w:type="spellStart"/>
      <w:r w:rsidRPr="00197B0D">
        <w:rPr>
          <w:rFonts w:ascii="Arial" w:hAnsi="Arial" w:cs="Arial"/>
        </w:rPr>
        <w:t>futura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nos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parâmetros</w:t>
      </w:r>
      <w:proofErr w:type="spellEnd"/>
      <w:r w:rsidRPr="00197B0D">
        <w:rPr>
          <w:rFonts w:ascii="Arial" w:hAnsi="Arial" w:cs="Arial"/>
        </w:rPr>
        <w:t xml:space="preserve"> do art. 23 da Lei Federal nº 14.133/2021, com o </w:t>
      </w:r>
      <w:proofErr w:type="spellStart"/>
      <w:r w:rsidRPr="00197B0D">
        <w:rPr>
          <w:rFonts w:ascii="Arial" w:hAnsi="Arial" w:cs="Arial"/>
        </w:rPr>
        <w:t>objetivo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aproximar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máximo</w:t>
      </w:r>
      <w:proofErr w:type="spellEnd"/>
      <w:r w:rsidRPr="00197B0D">
        <w:rPr>
          <w:rFonts w:ascii="Arial" w:hAnsi="Arial" w:cs="Arial"/>
        </w:rPr>
        <w:t xml:space="preserve"> o valor de </w:t>
      </w:r>
      <w:proofErr w:type="spellStart"/>
      <w:r w:rsidRPr="00197B0D">
        <w:rPr>
          <w:rFonts w:ascii="Arial" w:hAnsi="Arial" w:cs="Arial"/>
        </w:rPr>
        <w:t>referência</w:t>
      </w:r>
      <w:proofErr w:type="spellEnd"/>
      <w:r w:rsidRPr="00197B0D">
        <w:rPr>
          <w:rFonts w:ascii="Arial" w:hAnsi="Arial" w:cs="Arial"/>
        </w:rPr>
        <w:t xml:space="preserve"> da </w:t>
      </w:r>
      <w:proofErr w:type="spellStart"/>
      <w:r w:rsidRPr="00197B0D">
        <w:rPr>
          <w:rFonts w:ascii="Arial" w:hAnsi="Arial" w:cs="Arial"/>
        </w:rPr>
        <w:t>amostra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levantada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ao</w:t>
      </w:r>
      <w:proofErr w:type="spellEnd"/>
      <w:r w:rsidRPr="00197B0D">
        <w:rPr>
          <w:rFonts w:ascii="Arial" w:hAnsi="Arial" w:cs="Arial"/>
        </w:rPr>
        <w:t xml:space="preserve"> valor da </w:t>
      </w:r>
      <w:proofErr w:type="spellStart"/>
      <w:r w:rsidRPr="00197B0D">
        <w:rPr>
          <w:rFonts w:ascii="Arial" w:hAnsi="Arial" w:cs="Arial"/>
        </w:rPr>
        <w:t>contratação</w:t>
      </w:r>
      <w:proofErr w:type="spellEnd"/>
      <w:r w:rsidRPr="00197B0D">
        <w:rPr>
          <w:rFonts w:ascii="Arial" w:hAnsi="Arial" w:cs="Arial"/>
        </w:rPr>
        <w:t xml:space="preserve">, tendo </w:t>
      </w:r>
      <w:proofErr w:type="spellStart"/>
      <w:r w:rsidRPr="00197B0D">
        <w:rPr>
          <w:rFonts w:ascii="Arial" w:hAnsi="Arial" w:cs="Arial"/>
        </w:rPr>
        <w:t>em</w:t>
      </w:r>
      <w:proofErr w:type="spellEnd"/>
      <w:r w:rsidRPr="00197B0D">
        <w:rPr>
          <w:rFonts w:ascii="Arial" w:hAnsi="Arial" w:cs="Arial"/>
        </w:rPr>
        <w:t xml:space="preserve"> vista o interesse </w:t>
      </w:r>
      <w:proofErr w:type="spellStart"/>
      <w:r w:rsidRPr="00197B0D">
        <w:rPr>
          <w:rFonts w:ascii="Arial" w:hAnsi="Arial" w:cs="Arial"/>
        </w:rPr>
        <w:t>público</w:t>
      </w:r>
      <w:proofErr w:type="spellEnd"/>
      <w:r w:rsidRPr="00197B0D">
        <w:rPr>
          <w:rFonts w:ascii="Arial" w:hAnsi="Arial" w:cs="Arial"/>
        </w:rPr>
        <w:t xml:space="preserve"> e o </w:t>
      </w:r>
      <w:proofErr w:type="spellStart"/>
      <w:r w:rsidRPr="00197B0D">
        <w:rPr>
          <w:rFonts w:ascii="Arial" w:hAnsi="Arial" w:cs="Arial"/>
        </w:rPr>
        <w:t>princípio</w:t>
      </w:r>
      <w:proofErr w:type="spellEnd"/>
      <w:r w:rsidRPr="00197B0D">
        <w:rPr>
          <w:rFonts w:ascii="Arial" w:hAnsi="Arial" w:cs="Arial"/>
        </w:rPr>
        <w:t xml:space="preserve"> da </w:t>
      </w:r>
      <w:proofErr w:type="spellStart"/>
      <w:r w:rsidRPr="00197B0D">
        <w:rPr>
          <w:rFonts w:ascii="Arial" w:hAnsi="Arial" w:cs="Arial"/>
        </w:rPr>
        <w:t>economicidade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foram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encontradas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contratações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similares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ao</w:t>
      </w:r>
      <w:proofErr w:type="spellEnd"/>
      <w:r w:rsidRPr="00197B0D">
        <w:rPr>
          <w:rFonts w:ascii="Arial" w:hAnsi="Arial" w:cs="Arial"/>
        </w:rPr>
        <w:t xml:space="preserve"> item do </w:t>
      </w:r>
      <w:proofErr w:type="spellStart"/>
      <w:r w:rsidRPr="00197B0D">
        <w:rPr>
          <w:rFonts w:ascii="Arial" w:hAnsi="Arial" w:cs="Arial"/>
        </w:rPr>
        <w:t>objeto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deste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estudo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realizadas</w:t>
      </w:r>
      <w:proofErr w:type="spellEnd"/>
      <w:r w:rsidRPr="00197B0D">
        <w:rPr>
          <w:rFonts w:ascii="Arial" w:hAnsi="Arial" w:cs="Arial"/>
        </w:rPr>
        <w:t xml:space="preserve"> pela </w:t>
      </w:r>
      <w:proofErr w:type="spellStart"/>
      <w:r w:rsidRPr="00197B0D">
        <w:rPr>
          <w:rFonts w:ascii="Arial" w:hAnsi="Arial" w:cs="Arial"/>
        </w:rPr>
        <w:t>Administração</w:t>
      </w:r>
      <w:proofErr w:type="spellEnd"/>
      <w:r w:rsidRPr="00197B0D">
        <w:rPr>
          <w:rFonts w:ascii="Arial" w:hAnsi="Arial" w:cs="Arial"/>
        </w:rPr>
        <w:t xml:space="preserve"> Pública, </w:t>
      </w:r>
      <w:proofErr w:type="spellStart"/>
      <w:r w:rsidRPr="00197B0D">
        <w:rPr>
          <w:rFonts w:ascii="Arial" w:hAnsi="Arial" w:cs="Arial"/>
        </w:rPr>
        <w:t>concluídas</w:t>
      </w:r>
      <w:proofErr w:type="spellEnd"/>
      <w:r w:rsidRPr="00197B0D">
        <w:rPr>
          <w:rFonts w:ascii="Arial" w:hAnsi="Arial" w:cs="Arial"/>
        </w:rPr>
        <w:t xml:space="preserve"> no </w:t>
      </w:r>
      <w:proofErr w:type="spellStart"/>
      <w:r w:rsidRPr="00197B0D">
        <w:rPr>
          <w:rFonts w:ascii="Arial" w:hAnsi="Arial" w:cs="Arial"/>
        </w:rPr>
        <w:t>período</w:t>
      </w:r>
      <w:proofErr w:type="spellEnd"/>
      <w:r w:rsidRPr="00197B0D">
        <w:rPr>
          <w:rFonts w:ascii="Arial" w:hAnsi="Arial" w:cs="Arial"/>
        </w:rPr>
        <w:t xml:space="preserve"> de 1 (um) </w:t>
      </w:r>
      <w:proofErr w:type="spellStart"/>
      <w:r w:rsidRPr="00197B0D">
        <w:rPr>
          <w:rFonts w:ascii="Arial" w:hAnsi="Arial" w:cs="Arial"/>
        </w:rPr>
        <w:t>ano</w:t>
      </w:r>
      <w:proofErr w:type="spellEnd"/>
      <w:r w:rsidRPr="00197B0D">
        <w:rPr>
          <w:rFonts w:ascii="Arial" w:hAnsi="Arial" w:cs="Arial"/>
        </w:rPr>
        <w:t xml:space="preserve"> anterior à data </w:t>
      </w:r>
      <w:proofErr w:type="spellStart"/>
      <w:r w:rsidRPr="00197B0D">
        <w:rPr>
          <w:rFonts w:ascii="Arial" w:hAnsi="Arial" w:cs="Arial"/>
        </w:rPr>
        <w:t>deste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levantamento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preços</w:t>
      </w:r>
      <w:proofErr w:type="spellEnd"/>
      <w:r w:rsidRPr="00197B0D">
        <w:rPr>
          <w:rFonts w:ascii="Arial" w:hAnsi="Arial" w:cs="Arial"/>
        </w:rPr>
        <w:t xml:space="preserve">, </w:t>
      </w:r>
      <w:proofErr w:type="spellStart"/>
      <w:r w:rsidRPr="00197B0D">
        <w:rPr>
          <w:rFonts w:ascii="Arial" w:hAnsi="Arial" w:cs="Arial"/>
        </w:rPr>
        <w:t>em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número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suficiente</w:t>
      </w:r>
      <w:proofErr w:type="spellEnd"/>
      <w:r w:rsidRPr="00197B0D">
        <w:rPr>
          <w:rFonts w:ascii="Arial" w:hAnsi="Arial" w:cs="Arial"/>
        </w:rPr>
        <w:t xml:space="preserve"> para </w:t>
      </w:r>
      <w:proofErr w:type="spellStart"/>
      <w:r w:rsidRPr="00197B0D">
        <w:rPr>
          <w:rFonts w:ascii="Arial" w:hAnsi="Arial" w:cs="Arial"/>
        </w:rPr>
        <w:t>formar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uma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estimativa</w:t>
      </w:r>
      <w:proofErr w:type="spellEnd"/>
      <w:r w:rsidRPr="00197B0D">
        <w:rPr>
          <w:rFonts w:ascii="Arial" w:hAnsi="Arial" w:cs="Arial"/>
        </w:rPr>
        <w:t xml:space="preserve"> de valor, </w:t>
      </w:r>
      <w:proofErr w:type="spellStart"/>
      <w:r w:rsidRPr="00197B0D">
        <w:rPr>
          <w:rFonts w:ascii="Arial" w:hAnsi="Arial" w:cs="Arial"/>
        </w:rPr>
        <w:t>observando</w:t>
      </w:r>
      <w:proofErr w:type="spellEnd"/>
      <w:r w:rsidRPr="00197B0D">
        <w:rPr>
          <w:rFonts w:ascii="Arial" w:hAnsi="Arial" w:cs="Arial"/>
        </w:rPr>
        <w:t xml:space="preserve"> o </w:t>
      </w:r>
      <w:proofErr w:type="spellStart"/>
      <w:r w:rsidRPr="00197B0D">
        <w:rPr>
          <w:rFonts w:ascii="Arial" w:hAnsi="Arial" w:cs="Arial"/>
        </w:rPr>
        <w:t>índice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atualização</w:t>
      </w:r>
      <w:proofErr w:type="spellEnd"/>
      <w:r w:rsidRPr="00197B0D">
        <w:rPr>
          <w:rFonts w:ascii="Arial" w:hAnsi="Arial" w:cs="Arial"/>
        </w:rPr>
        <w:t xml:space="preserve"> de </w:t>
      </w:r>
      <w:proofErr w:type="spellStart"/>
      <w:r w:rsidRPr="00197B0D">
        <w:rPr>
          <w:rFonts w:ascii="Arial" w:hAnsi="Arial" w:cs="Arial"/>
        </w:rPr>
        <w:t>preços</w:t>
      </w:r>
      <w:proofErr w:type="spellEnd"/>
      <w:r w:rsidRPr="00197B0D">
        <w:rPr>
          <w:rFonts w:ascii="Arial" w:hAnsi="Arial" w:cs="Arial"/>
        </w:rPr>
        <w:t xml:space="preserve"> </w:t>
      </w:r>
      <w:proofErr w:type="spellStart"/>
      <w:r w:rsidRPr="00197B0D">
        <w:rPr>
          <w:rFonts w:ascii="Arial" w:hAnsi="Arial" w:cs="Arial"/>
        </w:rPr>
        <w:t>correspondente</w:t>
      </w:r>
      <w:proofErr w:type="spellEnd"/>
      <w:r w:rsidRPr="00197B0D">
        <w:rPr>
          <w:rFonts w:ascii="Arial" w:hAnsi="Arial" w:cs="Arial"/>
        </w:rPr>
        <w:t xml:space="preserve">. </w:t>
      </w:r>
    </w:p>
    <w:tbl>
      <w:tblPr>
        <w:tblStyle w:val="Tabelacomgrade"/>
        <w:tblW w:w="1151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10"/>
        <w:gridCol w:w="10801"/>
      </w:tblGrid>
      <w:tr w:rsidR="00DE7600" w14:paraId="0F289D9F" w14:textId="77777777" w:rsidTr="00C403E3">
        <w:trPr>
          <w:trHeight w:val="390"/>
        </w:trPr>
        <w:tc>
          <w:tcPr>
            <w:tcW w:w="710" w:type="dxa"/>
          </w:tcPr>
          <w:p w14:paraId="2B2ED09F" w14:textId="5155F372" w:rsidR="00DE7600" w:rsidRPr="00197B0D" w:rsidRDefault="00DE7600" w:rsidP="00DE760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0801" w:type="dxa"/>
            <w:tcBorders>
              <w:bottom w:val="single" w:sz="12" w:space="0" w:color="auto"/>
            </w:tcBorders>
          </w:tcPr>
          <w:p w14:paraId="3E0634E9" w14:textId="0C02F1E2" w:rsidR="00DE7600" w:rsidRPr="00197B0D" w:rsidRDefault="00DE7600" w:rsidP="00DE760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 xml:space="preserve">Pesquisa de </w:t>
            </w:r>
            <w:proofErr w:type="spellStart"/>
            <w:r w:rsidRPr="00197B0D">
              <w:rPr>
                <w:rFonts w:ascii="Arial" w:hAnsi="Arial" w:cs="Arial"/>
                <w:b/>
                <w:bCs/>
              </w:rPr>
              <w:t>Preços</w:t>
            </w:r>
            <w:proofErr w:type="spellEnd"/>
            <w:r w:rsidRPr="00197B0D">
              <w:rPr>
                <w:rFonts w:ascii="Arial" w:hAnsi="Arial" w:cs="Arial"/>
                <w:b/>
                <w:bCs/>
              </w:rPr>
              <w:t xml:space="preserve"> no </w:t>
            </w:r>
            <w:proofErr w:type="spellStart"/>
            <w:r w:rsidRPr="00197B0D">
              <w:rPr>
                <w:rFonts w:ascii="Arial" w:hAnsi="Arial" w:cs="Arial"/>
                <w:b/>
                <w:bCs/>
              </w:rPr>
              <w:t>Licitacon</w:t>
            </w:r>
            <w:proofErr w:type="spellEnd"/>
            <w:r w:rsidRPr="00197B0D">
              <w:rPr>
                <w:rFonts w:ascii="Arial" w:hAnsi="Arial" w:cs="Arial"/>
                <w:b/>
                <w:bCs/>
              </w:rPr>
              <w:t xml:space="preserve"> 04/12/2025 </w:t>
            </w:r>
          </w:p>
        </w:tc>
      </w:tr>
      <w:tr w:rsidR="00DE7600" w14:paraId="03D00E1B" w14:textId="77777777" w:rsidTr="00C403E3">
        <w:trPr>
          <w:trHeight w:val="3210"/>
        </w:trPr>
        <w:tc>
          <w:tcPr>
            <w:tcW w:w="710" w:type="dxa"/>
            <w:vAlign w:val="center"/>
          </w:tcPr>
          <w:p w14:paraId="613A1D92" w14:textId="3D6D9347" w:rsidR="00DE7600" w:rsidRPr="00197B0D" w:rsidRDefault="00DE7600" w:rsidP="00B7400D">
            <w:pPr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0801" w:type="dxa"/>
            <w:tcBorders>
              <w:top w:val="single" w:sz="12" w:space="0" w:color="auto"/>
              <w:bottom w:val="single" w:sz="12" w:space="0" w:color="auto"/>
            </w:tcBorders>
          </w:tcPr>
          <w:p w14:paraId="76CA7601" w14:textId="7E187E7E" w:rsidR="007B3568" w:rsidRDefault="007B3568" w:rsidP="00DE76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7B3568">
              <w:rPr>
                <w:rFonts w:ascii="Arial" w:hAnsi="Arial" w:cs="Arial"/>
                <w:b/>
                <w:bCs/>
                <w:noProof/>
                <w:sz w:val="24"/>
              </w:rPr>
              <w:drawing>
                <wp:inline distT="0" distB="0" distL="0" distR="0" wp14:anchorId="0CB9A01D" wp14:editId="79685251">
                  <wp:extent cx="6732000" cy="705057"/>
                  <wp:effectExtent l="0" t="0" r="0" b="0"/>
                  <wp:docPr id="97800248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0024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2000" cy="705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013340" w14:textId="6AABA444" w:rsidR="007B3568" w:rsidRDefault="008B1FA7" w:rsidP="00DE76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8B1FA7">
              <w:rPr>
                <w:rFonts w:ascii="Arial" w:hAnsi="Arial" w:cs="Arial"/>
                <w:b/>
                <w:bCs/>
                <w:noProof/>
                <w:sz w:val="24"/>
              </w:rPr>
              <w:drawing>
                <wp:inline distT="0" distB="0" distL="0" distR="0" wp14:anchorId="55C9B9BD" wp14:editId="7CE8CC12">
                  <wp:extent cx="6721475" cy="952500"/>
                  <wp:effectExtent l="0" t="0" r="3175" b="0"/>
                  <wp:docPr id="85797711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97711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147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8D6107" w14:textId="0663CD13" w:rsidR="007B3568" w:rsidRPr="00DE7600" w:rsidRDefault="00B7400D" w:rsidP="00B7400D">
            <w:pPr>
              <w:spacing w:line="360" w:lineRule="auto"/>
              <w:rPr>
                <w:rFonts w:ascii="Arial" w:hAnsi="Arial" w:cs="Arial"/>
                <w:b/>
                <w:bCs/>
                <w:sz w:val="24"/>
              </w:rPr>
            </w:pPr>
            <w:r w:rsidRPr="00B7400D">
              <w:rPr>
                <w:rFonts w:ascii="Arial" w:hAnsi="Arial" w:cs="Arial"/>
                <w:b/>
                <w:bCs/>
                <w:noProof/>
                <w:sz w:val="24"/>
              </w:rPr>
              <w:drawing>
                <wp:inline distT="0" distB="0" distL="0" distR="0" wp14:anchorId="3DBEFAD0" wp14:editId="2AAE11D7">
                  <wp:extent cx="6721475" cy="799002"/>
                  <wp:effectExtent l="0" t="0" r="3175" b="1270"/>
                  <wp:docPr id="188951478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51478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4522" cy="804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00D" w14:paraId="2DC057A4" w14:textId="77777777" w:rsidTr="00C403E3">
        <w:trPr>
          <w:trHeight w:val="4109"/>
        </w:trPr>
        <w:tc>
          <w:tcPr>
            <w:tcW w:w="710" w:type="dxa"/>
            <w:vAlign w:val="center"/>
          </w:tcPr>
          <w:p w14:paraId="6F108BA5" w14:textId="46EEF144" w:rsidR="00B7400D" w:rsidRPr="00197B0D" w:rsidRDefault="00B7400D" w:rsidP="00B7400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97B0D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801" w:type="dxa"/>
            <w:tcBorders>
              <w:top w:val="single" w:sz="12" w:space="0" w:color="auto"/>
            </w:tcBorders>
          </w:tcPr>
          <w:p w14:paraId="5C6375FF" w14:textId="77777777" w:rsidR="00B7400D" w:rsidRDefault="00B7400D" w:rsidP="00B7400D">
            <w:pPr>
              <w:spacing w:line="360" w:lineRule="auto"/>
              <w:rPr>
                <w:rFonts w:ascii="Arial" w:hAnsi="Arial" w:cs="Arial"/>
                <w:b/>
                <w:bCs/>
                <w:sz w:val="24"/>
              </w:rPr>
            </w:pPr>
            <w:r w:rsidRPr="00B7400D">
              <w:rPr>
                <w:rFonts w:ascii="Arial" w:hAnsi="Arial" w:cs="Arial"/>
                <w:b/>
                <w:bCs/>
                <w:noProof/>
                <w:sz w:val="24"/>
              </w:rPr>
              <w:drawing>
                <wp:inline distT="0" distB="0" distL="0" distR="0" wp14:anchorId="36287A9A" wp14:editId="61A8687F">
                  <wp:extent cx="6740606" cy="748249"/>
                  <wp:effectExtent l="0" t="0" r="3175" b="0"/>
                  <wp:docPr id="78054627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54627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0606" cy="748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1EB7B8" w14:textId="7DAC9BFE" w:rsidR="00DB3BFC" w:rsidRDefault="00591D83" w:rsidP="00DB3BFC">
            <w:pPr>
              <w:rPr>
                <w:rFonts w:ascii="Arial" w:hAnsi="Arial" w:cs="Arial"/>
                <w:sz w:val="24"/>
              </w:rPr>
            </w:pPr>
            <w:r w:rsidRPr="00B7400D">
              <w:rPr>
                <w:rFonts w:ascii="Arial" w:hAnsi="Arial" w:cs="Arial"/>
                <w:b/>
                <w:bCs/>
                <w:noProof/>
                <w:sz w:val="24"/>
              </w:rPr>
              <w:drawing>
                <wp:inline distT="0" distB="0" distL="0" distR="0" wp14:anchorId="61E96A1D" wp14:editId="5298CAB4">
                  <wp:extent cx="6721475" cy="799002"/>
                  <wp:effectExtent l="0" t="0" r="3175" b="1270"/>
                  <wp:docPr id="8811599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51478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4522" cy="804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A237D" w14:textId="0F12A213" w:rsidR="00197B0D" w:rsidRPr="00197B0D" w:rsidRDefault="00197B0D" w:rsidP="00197B0D">
            <w:pPr>
              <w:rPr>
                <w:rFonts w:ascii="Arial" w:hAnsi="Arial" w:cs="Arial"/>
                <w:sz w:val="24"/>
              </w:rPr>
            </w:pPr>
            <w:r w:rsidRPr="008B1FA7">
              <w:rPr>
                <w:rFonts w:ascii="Arial" w:hAnsi="Arial" w:cs="Arial"/>
                <w:noProof/>
                <w:sz w:val="24"/>
              </w:rPr>
              <w:drawing>
                <wp:inline distT="0" distB="0" distL="0" distR="0" wp14:anchorId="6CA5D394" wp14:editId="06C12D1C">
                  <wp:extent cx="6721471" cy="952500"/>
                  <wp:effectExtent l="0" t="0" r="3810" b="0"/>
                  <wp:docPr id="144852128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52128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6364" cy="954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2BAF76" w14:textId="77777777" w:rsidR="00591D83" w:rsidRPr="00591D83" w:rsidRDefault="00591D83" w:rsidP="00591D83">
      <w:pPr>
        <w:spacing w:after="0" w:line="360" w:lineRule="auto"/>
        <w:jc w:val="both"/>
        <w:rPr>
          <w:rFonts w:ascii="Arial" w:hAnsi="Arial" w:cs="Arial"/>
        </w:rPr>
      </w:pPr>
      <w:r w:rsidRPr="00591D83">
        <w:rPr>
          <w:rFonts w:ascii="Arial" w:hAnsi="Arial" w:cs="Arial"/>
        </w:rPr>
        <w:lastRenderedPageBreak/>
        <w:t xml:space="preserve">Método de </w:t>
      </w:r>
      <w:proofErr w:type="spellStart"/>
      <w:r w:rsidRPr="00591D83">
        <w:rPr>
          <w:rFonts w:ascii="Arial" w:hAnsi="Arial" w:cs="Arial"/>
        </w:rPr>
        <w:t>Cálculo</w:t>
      </w:r>
      <w:proofErr w:type="spellEnd"/>
      <w:r w:rsidRPr="00591D83">
        <w:rPr>
          <w:rFonts w:ascii="Arial" w:hAnsi="Arial" w:cs="Arial"/>
        </w:rPr>
        <w:t xml:space="preserve">: </w:t>
      </w:r>
      <w:proofErr w:type="spellStart"/>
      <w:r w:rsidRPr="00591D83">
        <w:rPr>
          <w:rFonts w:ascii="Arial" w:hAnsi="Arial" w:cs="Arial"/>
        </w:rPr>
        <w:t>Média</w:t>
      </w:r>
      <w:proofErr w:type="spellEnd"/>
      <w:r w:rsidRPr="00591D83">
        <w:rPr>
          <w:rFonts w:ascii="Arial" w:hAnsi="Arial" w:cs="Arial"/>
        </w:rPr>
        <w:t xml:space="preserve"> </w:t>
      </w:r>
      <w:proofErr w:type="spellStart"/>
      <w:r w:rsidRPr="00591D83">
        <w:rPr>
          <w:rFonts w:ascii="Arial" w:hAnsi="Arial" w:cs="Arial"/>
        </w:rPr>
        <w:t>Aritmética</w:t>
      </w:r>
      <w:proofErr w:type="spellEnd"/>
      <w:r w:rsidRPr="00591D83">
        <w:rPr>
          <w:rFonts w:ascii="Arial" w:hAnsi="Arial" w:cs="Arial"/>
        </w:rPr>
        <w:t xml:space="preserve"> </w:t>
      </w:r>
    </w:p>
    <w:p w14:paraId="42C90B16" w14:textId="77777777" w:rsidR="00591D83" w:rsidRPr="00591D83" w:rsidRDefault="00591D83" w:rsidP="00591D83">
      <w:pPr>
        <w:spacing w:after="0" w:line="360" w:lineRule="auto"/>
        <w:jc w:val="both"/>
        <w:rPr>
          <w:rFonts w:ascii="Arial" w:hAnsi="Arial" w:cs="Arial"/>
        </w:rPr>
      </w:pPr>
      <w:proofErr w:type="spellStart"/>
      <w:r w:rsidRPr="00591D83">
        <w:rPr>
          <w:rFonts w:ascii="Arial" w:hAnsi="Arial" w:cs="Arial"/>
        </w:rPr>
        <w:t>Memória</w:t>
      </w:r>
      <w:proofErr w:type="spellEnd"/>
      <w:r w:rsidRPr="00591D83">
        <w:rPr>
          <w:rFonts w:ascii="Arial" w:hAnsi="Arial" w:cs="Arial"/>
        </w:rPr>
        <w:t xml:space="preserve"> de </w:t>
      </w:r>
      <w:proofErr w:type="spellStart"/>
      <w:r w:rsidRPr="00591D83">
        <w:rPr>
          <w:rFonts w:ascii="Arial" w:hAnsi="Arial" w:cs="Arial"/>
        </w:rPr>
        <w:t>Cálculo</w:t>
      </w:r>
      <w:proofErr w:type="spellEnd"/>
      <w:r w:rsidRPr="00591D83">
        <w:rPr>
          <w:rFonts w:ascii="Arial" w:hAnsi="Arial" w:cs="Arial"/>
        </w:rPr>
        <w:t>:</w:t>
      </w:r>
    </w:p>
    <w:p w14:paraId="2655F462" w14:textId="56A9ECE0" w:rsidR="007129A6" w:rsidRPr="00591D83" w:rsidRDefault="00591D83" w:rsidP="00591D83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591D83">
        <w:rPr>
          <w:rFonts w:ascii="Arial" w:hAnsi="Arial" w:cs="Arial"/>
        </w:rPr>
        <w:t xml:space="preserve">Valor </w:t>
      </w:r>
      <w:proofErr w:type="spellStart"/>
      <w:r w:rsidRPr="00591D83">
        <w:rPr>
          <w:rFonts w:ascii="Arial" w:hAnsi="Arial" w:cs="Arial"/>
        </w:rPr>
        <w:t>unitário</w:t>
      </w:r>
      <w:proofErr w:type="spellEnd"/>
      <w:r w:rsidRPr="00591D83">
        <w:rPr>
          <w:rFonts w:ascii="Arial" w:hAnsi="Arial" w:cs="Arial"/>
        </w:rPr>
        <w:t xml:space="preserve"> </w:t>
      </w:r>
      <w:proofErr w:type="spellStart"/>
      <w:r w:rsidRPr="00591D83">
        <w:rPr>
          <w:rFonts w:ascii="Arial" w:hAnsi="Arial" w:cs="Arial"/>
        </w:rPr>
        <w:t>médio</w:t>
      </w:r>
      <w:proofErr w:type="spellEnd"/>
      <w:r w:rsidRPr="00591D83">
        <w:rPr>
          <w:rFonts w:ascii="Arial" w:hAnsi="Arial" w:cs="Arial"/>
        </w:rPr>
        <w:t xml:space="preserve"> </w:t>
      </w:r>
      <w:proofErr w:type="spellStart"/>
      <w:r w:rsidRPr="00591D83">
        <w:rPr>
          <w:rFonts w:ascii="Arial" w:hAnsi="Arial" w:cs="Arial"/>
        </w:rPr>
        <w:t>estimado</w:t>
      </w:r>
      <w:proofErr w:type="spellEnd"/>
      <w:r w:rsidRPr="00591D83">
        <w:rPr>
          <w:rFonts w:ascii="Arial" w:hAnsi="Arial" w:cs="Arial"/>
        </w:rPr>
        <w:t xml:space="preserve"> – Item 01: R$ 128,50 + R$ 129,90 + R$ 150,48 = R$ 408,88/3 = 136,29.</w:t>
      </w:r>
    </w:p>
    <w:p w14:paraId="1772388E" w14:textId="4FF12604" w:rsidR="00591D83" w:rsidRPr="00591D83" w:rsidRDefault="00591D83" w:rsidP="00591D83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591D83">
        <w:rPr>
          <w:rFonts w:ascii="Arial" w:hAnsi="Arial" w:cs="Arial"/>
        </w:rPr>
        <w:t xml:space="preserve">Valor </w:t>
      </w:r>
      <w:proofErr w:type="spellStart"/>
      <w:r w:rsidRPr="00591D83">
        <w:rPr>
          <w:rFonts w:ascii="Arial" w:hAnsi="Arial" w:cs="Arial"/>
        </w:rPr>
        <w:t>unitário</w:t>
      </w:r>
      <w:proofErr w:type="spellEnd"/>
      <w:r w:rsidRPr="00591D83">
        <w:rPr>
          <w:rFonts w:ascii="Arial" w:hAnsi="Arial" w:cs="Arial"/>
        </w:rPr>
        <w:t xml:space="preserve"> </w:t>
      </w:r>
      <w:proofErr w:type="spellStart"/>
      <w:r w:rsidRPr="00591D83">
        <w:rPr>
          <w:rFonts w:ascii="Arial" w:hAnsi="Arial" w:cs="Arial"/>
        </w:rPr>
        <w:t>médio</w:t>
      </w:r>
      <w:proofErr w:type="spellEnd"/>
      <w:r w:rsidRPr="00591D83">
        <w:rPr>
          <w:rFonts w:ascii="Arial" w:hAnsi="Arial" w:cs="Arial"/>
        </w:rPr>
        <w:t xml:space="preserve"> </w:t>
      </w:r>
      <w:proofErr w:type="spellStart"/>
      <w:r w:rsidRPr="00591D83">
        <w:rPr>
          <w:rFonts w:ascii="Arial" w:hAnsi="Arial" w:cs="Arial"/>
        </w:rPr>
        <w:t>estimado</w:t>
      </w:r>
      <w:proofErr w:type="spellEnd"/>
      <w:r w:rsidRPr="00591D83">
        <w:rPr>
          <w:rFonts w:ascii="Arial" w:hAnsi="Arial" w:cs="Arial"/>
        </w:rPr>
        <w:t xml:space="preserve"> – Item 02: R$ 220,13 + R$ 215,00 + R$ 200,00 = R$ 635,13/3 = 211,71.</w:t>
      </w:r>
    </w:p>
    <w:p w14:paraId="0A592B3F" w14:textId="0648EB8D" w:rsidR="002D2DFF" w:rsidRPr="002636C9" w:rsidRDefault="002D2DFF" w:rsidP="00243C26">
      <w:pPr>
        <w:spacing w:line="360" w:lineRule="auto"/>
        <w:jc w:val="both"/>
        <w:rPr>
          <w:rFonts w:ascii="Arial" w:hAnsi="Arial" w:cs="Arial"/>
        </w:rPr>
      </w:pPr>
      <w:r w:rsidRPr="002636C9">
        <w:rPr>
          <w:rFonts w:ascii="Arial" w:hAnsi="Arial" w:cs="Arial"/>
        </w:rPr>
        <w:t xml:space="preserve">O valor total </w:t>
      </w:r>
      <w:proofErr w:type="spellStart"/>
      <w:r w:rsidRPr="002636C9">
        <w:rPr>
          <w:rFonts w:ascii="Arial" w:hAnsi="Arial" w:cs="Arial"/>
        </w:rPr>
        <w:t>estimado</w:t>
      </w:r>
      <w:proofErr w:type="spellEnd"/>
      <w:r w:rsidRPr="002636C9">
        <w:rPr>
          <w:rFonts w:ascii="Arial" w:hAnsi="Arial" w:cs="Arial"/>
        </w:rPr>
        <w:t xml:space="preserve"> para a </w:t>
      </w:r>
      <w:proofErr w:type="spellStart"/>
      <w:r w:rsidRPr="002636C9">
        <w:rPr>
          <w:rFonts w:ascii="Arial" w:hAnsi="Arial" w:cs="Arial"/>
        </w:rPr>
        <w:t>contratação</w:t>
      </w:r>
      <w:proofErr w:type="spellEnd"/>
      <w:r w:rsidRPr="002636C9">
        <w:rPr>
          <w:rFonts w:ascii="Arial" w:hAnsi="Arial" w:cs="Arial"/>
        </w:rPr>
        <w:t xml:space="preserve"> é de R$ </w:t>
      </w:r>
      <w:r w:rsidR="00591D83">
        <w:rPr>
          <w:rFonts w:ascii="Arial" w:hAnsi="Arial" w:cs="Arial"/>
        </w:rPr>
        <w:t>16</w:t>
      </w:r>
      <w:r w:rsidRPr="002636C9">
        <w:rPr>
          <w:rFonts w:ascii="Arial" w:hAnsi="Arial" w:cs="Arial"/>
        </w:rPr>
        <w:t>.</w:t>
      </w:r>
      <w:r w:rsidR="00591D83">
        <w:rPr>
          <w:rFonts w:ascii="Arial" w:hAnsi="Arial" w:cs="Arial"/>
        </w:rPr>
        <w:t>731,9</w:t>
      </w:r>
      <w:r w:rsidRPr="002636C9">
        <w:rPr>
          <w:rFonts w:ascii="Arial" w:hAnsi="Arial" w:cs="Arial"/>
        </w:rPr>
        <w:t>0 (</w:t>
      </w:r>
      <w:proofErr w:type="spellStart"/>
      <w:r w:rsidR="00591D83">
        <w:rPr>
          <w:rFonts w:ascii="Arial" w:hAnsi="Arial" w:cs="Arial"/>
        </w:rPr>
        <w:t>dezesseis</w:t>
      </w:r>
      <w:proofErr w:type="spellEnd"/>
      <w:r w:rsidRPr="002636C9">
        <w:rPr>
          <w:rFonts w:ascii="Arial" w:hAnsi="Arial" w:cs="Arial"/>
        </w:rPr>
        <w:t xml:space="preserve"> mil </w:t>
      </w:r>
      <w:proofErr w:type="spellStart"/>
      <w:r w:rsidR="00591D83">
        <w:rPr>
          <w:rFonts w:ascii="Arial" w:hAnsi="Arial" w:cs="Arial"/>
        </w:rPr>
        <w:t>setecentos</w:t>
      </w:r>
      <w:proofErr w:type="spellEnd"/>
      <w:r w:rsidR="00591D83">
        <w:rPr>
          <w:rFonts w:ascii="Arial" w:hAnsi="Arial" w:cs="Arial"/>
        </w:rPr>
        <w:t xml:space="preserve"> e </w:t>
      </w:r>
      <w:proofErr w:type="spellStart"/>
      <w:r w:rsidR="00591D83">
        <w:rPr>
          <w:rFonts w:ascii="Arial" w:hAnsi="Arial" w:cs="Arial"/>
        </w:rPr>
        <w:t>trinta</w:t>
      </w:r>
      <w:proofErr w:type="spellEnd"/>
      <w:r w:rsidR="00591D83">
        <w:rPr>
          <w:rFonts w:ascii="Arial" w:hAnsi="Arial" w:cs="Arial"/>
        </w:rPr>
        <w:t xml:space="preserve"> e um reais e </w:t>
      </w:r>
      <w:proofErr w:type="spellStart"/>
      <w:r w:rsidR="00591D83">
        <w:rPr>
          <w:rFonts w:ascii="Arial" w:hAnsi="Arial" w:cs="Arial"/>
        </w:rPr>
        <w:t>noventa</w:t>
      </w:r>
      <w:proofErr w:type="spellEnd"/>
      <w:r w:rsidR="00591D83">
        <w:rPr>
          <w:rFonts w:ascii="Arial" w:hAnsi="Arial" w:cs="Arial"/>
        </w:rPr>
        <w:t xml:space="preserve"> centavos</w:t>
      </w:r>
      <w:r w:rsidRPr="002636C9">
        <w:rPr>
          <w:rFonts w:ascii="Arial" w:hAnsi="Arial" w:cs="Arial"/>
        </w:rPr>
        <w:t>).</w:t>
      </w:r>
    </w:p>
    <w:p w14:paraId="4A29EEC7" w14:textId="77777777" w:rsidR="002D2DFF" w:rsidRPr="002636C9" w:rsidRDefault="002D2DFF" w:rsidP="00243C26">
      <w:pPr>
        <w:spacing w:line="360" w:lineRule="auto"/>
        <w:jc w:val="both"/>
        <w:rPr>
          <w:rFonts w:ascii="Arial" w:hAnsi="Arial" w:cs="Arial"/>
          <w:sz w:val="6"/>
          <w:szCs w:val="6"/>
        </w:rPr>
      </w:pPr>
    </w:p>
    <w:p w14:paraId="09AE0CB2" w14:textId="6CBF6623" w:rsidR="003152A6" w:rsidRPr="002636C9" w:rsidRDefault="006E7616" w:rsidP="00243C26">
      <w:pPr>
        <w:spacing w:line="360" w:lineRule="auto"/>
        <w:jc w:val="both"/>
        <w:rPr>
          <w:rFonts w:ascii="Arial" w:hAnsi="Arial" w:cs="Arial"/>
          <w:b/>
          <w:bCs/>
        </w:rPr>
      </w:pPr>
      <w:r w:rsidRPr="002636C9">
        <w:rPr>
          <w:rFonts w:ascii="Arial" w:hAnsi="Arial" w:cs="Arial"/>
          <w:b/>
          <w:bCs/>
        </w:rPr>
        <w:t>9. CONCLUSÃO</w:t>
      </w:r>
    </w:p>
    <w:p w14:paraId="7529C9EC" w14:textId="71F8A1FA" w:rsidR="003152A6" w:rsidRPr="002636C9" w:rsidRDefault="00000000" w:rsidP="002636C9">
      <w:pPr>
        <w:spacing w:line="360" w:lineRule="auto"/>
        <w:jc w:val="both"/>
        <w:rPr>
          <w:rFonts w:ascii="Arial" w:hAnsi="Arial" w:cs="Arial"/>
        </w:rPr>
      </w:pPr>
      <w:r w:rsidRPr="002636C9">
        <w:rPr>
          <w:rFonts w:ascii="Arial" w:hAnsi="Arial" w:cs="Arial"/>
        </w:rPr>
        <w:t xml:space="preserve">Diante do </w:t>
      </w:r>
      <w:proofErr w:type="spellStart"/>
      <w:r w:rsidRPr="002636C9">
        <w:rPr>
          <w:rFonts w:ascii="Arial" w:hAnsi="Arial" w:cs="Arial"/>
        </w:rPr>
        <w:t>exposto</w:t>
      </w:r>
      <w:proofErr w:type="spellEnd"/>
      <w:r w:rsidRPr="002636C9">
        <w:rPr>
          <w:rFonts w:ascii="Arial" w:hAnsi="Arial" w:cs="Arial"/>
        </w:rPr>
        <w:t xml:space="preserve">, </w:t>
      </w:r>
      <w:proofErr w:type="spellStart"/>
      <w:r w:rsidRPr="002636C9">
        <w:rPr>
          <w:rFonts w:ascii="Arial" w:hAnsi="Arial" w:cs="Arial"/>
        </w:rPr>
        <w:t>conclui</w:t>
      </w:r>
      <w:proofErr w:type="spellEnd"/>
      <w:r w:rsidRPr="002636C9">
        <w:rPr>
          <w:rFonts w:ascii="Arial" w:hAnsi="Arial" w:cs="Arial"/>
        </w:rPr>
        <w:t xml:space="preserve">-se pela </w:t>
      </w:r>
      <w:proofErr w:type="spellStart"/>
      <w:r w:rsidRPr="002636C9">
        <w:rPr>
          <w:rFonts w:ascii="Arial" w:hAnsi="Arial" w:cs="Arial"/>
        </w:rPr>
        <w:t>necessidade</w:t>
      </w:r>
      <w:proofErr w:type="spellEnd"/>
      <w:r w:rsidRPr="002636C9">
        <w:rPr>
          <w:rFonts w:ascii="Arial" w:hAnsi="Arial" w:cs="Arial"/>
        </w:rPr>
        <w:t xml:space="preserve"> da </w:t>
      </w:r>
      <w:proofErr w:type="spellStart"/>
      <w:r w:rsidRPr="002636C9">
        <w:rPr>
          <w:rFonts w:ascii="Arial" w:hAnsi="Arial" w:cs="Arial"/>
        </w:rPr>
        <w:t>contratação</w:t>
      </w:r>
      <w:proofErr w:type="spellEnd"/>
      <w:r w:rsidRPr="002636C9">
        <w:rPr>
          <w:rFonts w:ascii="Arial" w:hAnsi="Arial" w:cs="Arial"/>
        </w:rPr>
        <w:t xml:space="preserve"> </w:t>
      </w:r>
      <w:r w:rsidR="002636C9" w:rsidRPr="002636C9">
        <w:rPr>
          <w:rFonts w:ascii="Arial" w:hAnsi="Arial" w:cs="Arial"/>
        </w:rPr>
        <w:t xml:space="preserve">de </w:t>
      </w:r>
      <w:proofErr w:type="spellStart"/>
      <w:r w:rsidR="002636C9" w:rsidRPr="002636C9">
        <w:rPr>
          <w:rFonts w:ascii="Arial" w:hAnsi="Arial" w:cs="Arial"/>
        </w:rPr>
        <w:t>empresa</w:t>
      </w:r>
      <w:proofErr w:type="spellEnd"/>
      <w:r w:rsidR="002636C9" w:rsidRPr="002636C9">
        <w:rPr>
          <w:rFonts w:ascii="Arial" w:hAnsi="Arial" w:cs="Arial"/>
        </w:rPr>
        <w:t xml:space="preserve"> para </w:t>
      </w:r>
      <w:proofErr w:type="spellStart"/>
      <w:r w:rsidR="002636C9" w:rsidRPr="002636C9">
        <w:rPr>
          <w:rFonts w:ascii="Arial" w:hAnsi="Arial" w:cs="Arial"/>
        </w:rPr>
        <w:t>fornecimento</w:t>
      </w:r>
      <w:proofErr w:type="spellEnd"/>
      <w:r w:rsidR="002636C9" w:rsidRPr="002636C9">
        <w:rPr>
          <w:rFonts w:ascii="Arial" w:hAnsi="Arial" w:cs="Arial"/>
        </w:rPr>
        <w:t xml:space="preserve"> das</w:t>
      </w:r>
      <w:r w:rsidRPr="002636C9">
        <w:rPr>
          <w:rFonts w:ascii="Arial" w:hAnsi="Arial" w:cs="Arial"/>
        </w:rPr>
        <w:t xml:space="preserve"> recargas de </w:t>
      </w:r>
      <w:proofErr w:type="spellStart"/>
      <w:r w:rsidRPr="002636C9">
        <w:rPr>
          <w:rFonts w:ascii="Arial" w:hAnsi="Arial" w:cs="Arial"/>
        </w:rPr>
        <w:t>gás</w:t>
      </w:r>
      <w:proofErr w:type="spellEnd"/>
      <w:r w:rsidRPr="002636C9">
        <w:rPr>
          <w:rFonts w:ascii="Arial" w:hAnsi="Arial" w:cs="Arial"/>
        </w:rPr>
        <w:t xml:space="preserve"> P13</w:t>
      </w:r>
      <w:r w:rsidR="002636C9" w:rsidRPr="002636C9">
        <w:rPr>
          <w:rFonts w:ascii="Arial" w:hAnsi="Arial" w:cs="Arial"/>
        </w:rPr>
        <w:t xml:space="preserve"> – GPL e </w:t>
      </w:r>
      <w:proofErr w:type="spellStart"/>
      <w:r w:rsidR="002636C9" w:rsidRPr="002636C9">
        <w:rPr>
          <w:rFonts w:ascii="Arial" w:hAnsi="Arial" w:cs="Arial"/>
        </w:rPr>
        <w:t>vasilhames</w:t>
      </w:r>
      <w:proofErr w:type="spellEnd"/>
      <w:r w:rsidR="00C403E3">
        <w:rPr>
          <w:rFonts w:ascii="Arial" w:hAnsi="Arial" w:cs="Arial"/>
        </w:rPr>
        <w:t xml:space="preserve"> de </w:t>
      </w:r>
      <w:proofErr w:type="spellStart"/>
      <w:r w:rsidR="00C403E3">
        <w:rPr>
          <w:rFonts w:ascii="Arial" w:hAnsi="Arial" w:cs="Arial"/>
        </w:rPr>
        <w:t>gás</w:t>
      </w:r>
      <w:proofErr w:type="spellEnd"/>
      <w:r w:rsidR="00C403E3">
        <w:rPr>
          <w:rFonts w:ascii="Arial" w:hAnsi="Arial" w:cs="Arial"/>
        </w:rPr>
        <w:t xml:space="preserve"> P13</w:t>
      </w:r>
      <w:r w:rsidR="002636C9" w:rsidRPr="002636C9">
        <w:rPr>
          <w:rFonts w:ascii="Arial" w:hAnsi="Arial" w:cs="Arial"/>
        </w:rPr>
        <w:t xml:space="preserve"> (cascos)</w:t>
      </w:r>
      <w:r w:rsidRPr="002636C9">
        <w:rPr>
          <w:rFonts w:ascii="Arial" w:hAnsi="Arial" w:cs="Arial"/>
        </w:rPr>
        <w:t xml:space="preserve"> para </w:t>
      </w:r>
      <w:proofErr w:type="spellStart"/>
      <w:r w:rsidRPr="002636C9">
        <w:rPr>
          <w:rFonts w:ascii="Arial" w:hAnsi="Arial" w:cs="Arial"/>
        </w:rPr>
        <w:t>atender</w:t>
      </w:r>
      <w:proofErr w:type="spellEnd"/>
      <w:r w:rsidRPr="002636C9">
        <w:rPr>
          <w:rFonts w:ascii="Arial" w:hAnsi="Arial" w:cs="Arial"/>
        </w:rPr>
        <w:t xml:space="preserve"> as </w:t>
      </w:r>
      <w:proofErr w:type="spellStart"/>
      <w:r w:rsidRPr="002636C9">
        <w:rPr>
          <w:rFonts w:ascii="Arial" w:hAnsi="Arial" w:cs="Arial"/>
        </w:rPr>
        <w:t>Secretarias</w:t>
      </w:r>
      <w:proofErr w:type="spellEnd"/>
      <w:r w:rsidRPr="002636C9">
        <w:rPr>
          <w:rFonts w:ascii="Arial" w:hAnsi="Arial" w:cs="Arial"/>
        </w:rPr>
        <w:t xml:space="preserve"> da </w:t>
      </w:r>
      <w:proofErr w:type="spellStart"/>
      <w:r w:rsidRPr="002636C9">
        <w:rPr>
          <w:rFonts w:ascii="Arial" w:hAnsi="Arial" w:cs="Arial"/>
        </w:rPr>
        <w:t>Prefeitura</w:t>
      </w:r>
      <w:proofErr w:type="spellEnd"/>
      <w:r w:rsidRPr="002636C9">
        <w:rPr>
          <w:rFonts w:ascii="Arial" w:hAnsi="Arial" w:cs="Arial"/>
        </w:rPr>
        <w:t xml:space="preserve"> Municipal</w:t>
      </w:r>
      <w:r w:rsidR="002636C9" w:rsidRPr="002636C9">
        <w:rPr>
          <w:rFonts w:ascii="Arial" w:hAnsi="Arial" w:cs="Arial"/>
        </w:rPr>
        <w:t xml:space="preserve"> e </w:t>
      </w:r>
      <w:proofErr w:type="spellStart"/>
      <w:r w:rsidR="002636C9" w:rsidRPr="002636C9">
        <w:rPr>
          <w:rFonts w:ascii="Arial" w:hAnsi="Arial" w:cs="Arial"/>
        </w:rPr>
        <w:t>unidades</w:t>
      </w:r>
      <w:proofErr w:type="spellEnd"/>
      <w:r w:rsidR="002636C9" w:rsidRPr="002636C9">
        <w:rPr>
          <w:rFonts w:ascii="Arial" w:hAnsi="Arial" w:cs="Arial"/>
        </w:rPr>
        <w:t xml:space="preserve"> </w:t>
      </w:r>
      <w:proofErr w:type="gramStart"/>
      <w:r w:rsidR="002636C9" w:rsidRPr="002636C9">
        <w:rPr>
          <w:rFonts w:ascii="Arial" w:hAnsi="Arial" w:cs="Arial"/>
        </w:rPr>
        <w:t>a</w:t>
      </w:r>
      <w:proofErr w:type="gramEnd"/>
      <w:r w:rsidR="002636C9" w:rsidRPr="002636C9">
        <w:rPr>
          <w:rFonts w:ascii="Arial" w:hAnsi="Arial" w:cs="Arial"/>
        </w:rPr>
        <w:t xml:space="preserve"> </w:t>
      </w:r>
      <w:proofErr w:type="spellStart"/>
      <w:r w:rsidR="002636C9" w:rsidRPr="002636C9">
        <w:rPr>
          <w:rFonts w:ascii="Arial" w:hAnsi="Arial" w:cs="Arial"/>
        </w:rPr>
        <w:t>elas</w:t>
      </w:r>
      <w:proofErr w:type="spellEnd"/>
      <w:r w:rsidR="002636C9" w:rsidRPr="002636C9">
        <w:rPr>
          <w:rFonts w:ascii="Arial" w:hAnsi="Arial" w:cs="Arial"/>
        </w:rPr>
        <w:t xml:space="preserve"> </w:t>
      </w:r>
      <w:proofErr w:type="spellStart"/>
      <w:r w:rsidR="002636C9" w:rsidRPr="002636C9">
        <w:rPr>
          <w:rFonts w:ascii="Arial" w:hAnsi="Arial" w:cs="Arial"/>
        </w:rPr>
        <w:t>vinculadas</w:t>
      </w:r>
      <w:proofErr w:type="spellEnd"/>
      <w:r w:rsidRPr="002636C9">
        <w:rPr>
          <w:rFonts w:ascii="Arial" w:hAnsi="Arial" w:cs="Arial"/>
        </w:rPr>
        <w:t xml:space="preserve">, </w:t>
      </w:r>
      <w:proofErr w:type="spellStart"/>
      <w:r w:rsidRPr="002636C9">
        <w:rPr>
          <w:rFonts w:ascii="Arial" w:hAnsi="Arial" w:cs="Arial"/>
        </w:rPr>
        <w:t>garantindo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continuidade</w:t>
      </w:r>
      <w:proofErr w:type="spellEnd"/>
      <w:r w:rsidRPr="002636C9">
        <w:rPr>
          <w:rFonts w:ascii="Arial" w:hAnsi="Arial" w:cs="Arial"/>
        </w:rPr>
        <w:t xml:space="preserve"> dos </w:t>
      </w:r>
      <w:proofErr w:type="spellStart"/>
      <w:r w:rsidRPr="002636C9">
        <w:rPr>
          <w:rFonts w:ascii="Arial" w:hAnsi="Arial" w:cs="Arial"/>
        </w:rPr>
        <w:t>serviços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internos</w:t>
      </w:r>
      <w:proofErr w:type="spellEnd"/>
      <w:r w:rsidRPr="002636C9">
        <w:rPr>
          <w:rFonts w:ascii="Arial" w:hAnsi="Arial" w:cs="Arial"/>
        </w:rPr>
        <w:t xml:space="preserve"> e </w:t>
      </w:r>
      <w:proofErr w:type="spellStart"/>
      <w:r w:rsidRPr="002636C9">
        <w:rPr>
          <w:rFonts w:ascii="Arial" w:hAnsi="Arial" w:cs="Arial"/>
        </w:rPr>
        <w:t>externos</w:t>
      </w:r>
      <w:proofErr w:type="spellEnd"/>
      <w:r w:rsidRPr="002636C9">
        <w:rPr>
          <w:rFonts w:ascii="Arial" w:hAnsi="Arial" w:cs="Arial"/>
        </w:rPr>
        <w:t xml:space="preserve">, </w:t>
      </w:r>
      <w:proofErr w:type="spellStart"/>
      <w:r w:rsidRPr="002636C9">
        <w:rPr>
          <w:rFonts w:ascii="Arial" w:hAnsi="Arial" w:cs="Arial"/>
        </w:rPr>
        <w:t>economia</w:t>
      </w:r>
      <w:proofErr w:type="spellEnd"/>
      <w:r w:rsidRPr="002636C9">
        <w:rPr>
          <w:rFonts w:ascii="Arial" w:hAnsi="Arial" w:cs="Arial"/>
        </w:rPr>
        <w:t xml:space="preserve">, </w:t>
      </w:r>
      <w:proofErr w:type="spellStart"/>
      <w:r w:rsidRPr="002636C9">
        <w:rPr>
          <w:rFonts w:ascii="Arial" w:hAnsi="Arial" w:cs="Arial"/>
        </w:rPr>
        <w:t>regularidade</w:t>
      </w:r>
      <w:proofErr w:type="spellEnd"/>
      <w:r w:rsidRPr="002636C9">
        <w:rPr>
          <w:rFonts w:ascii="Arial" w:hAnsi="Arial" w:cs="Arial"/>
        </w:rPr>
        <w:t xml:space="preserve"> e </w:t>
      </w:r>
      <w:proofErr w:type="spellStart"/>
      <w:r w:rsidRPr="002636C9">
        <w:rPr>
          <w:rFonts w:ascii="Arial" w:hAnsi="Arial" w:cs="Arial"/>
        </w:rPr>
        <w:t>segurança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operacional</w:t>
      </w:r>
      <w:proofErr w:type="spellEnd"/>
      <w:r w:rsidRPr="002636C9">
        <w:rPr>
          <w:rFonts w:ascii="Arial" w:hAnsi="Arial" w:cs="Arial"/>
        </w:rPr>
        <w:t>.</w:t>
      </w:r>
    </w:p>
    <w:p w14:paraId="5F346AF4" w14:textId="77777777" w:rsidR="003152A6" w:rsidRPr="002636C9" w:rsidRDefault="003152A6" w:rsidP="00243C26">
      <w:pPr>
        <w:spacing w:line="360" w:lineRule="auto"/>
        <w:jc w:val="both"/>
        <w:rPr>
          <w:rFonts w:ascii="Arial" w:hAnsi="Arial" w:cs="Arial"/>
        </w:rPr>
      </w:pPr>
    </w:p>
    <w:p w14:paraId="5B856D5A" w14:textId="1A1F20B6" w:rsidR="003152A6" w:rsidRPr="002636C9" w:rsidRDefault="006E7616" w:rsidP="006E7616">
      <w:pPr>
        <w:spacing w:line="360" w:lineRule="auto"/>
        <w:jc w:val="center"/>
        <w:rPr>
          <w:rFonts w:ascii="Arial" w:hAnsi="Arial" w:cs="Arial"/>
        </w:rPr>
      </w:pPr>
      <w:r w:rsidRPr="002636C9">
        <w:rPr>
          <w:rFonts w:ascii="Arial" w:hAnsi="Arial" w:cs="Arial"/>
        </w:rPr>
        <w:t xml:space="preserve">Barão do Triunfo/RS, </w:t>
      </w:r>
      <w:r w:rsidR="00C403E3">
        <w:rPr>
          <w:rFonts w:ascii="Arial" w:hAnsi="Arial" w:cs="Arial"/>
        </w:rPr>
        <w:t>08</w:t>
      </w:r>
      <w:r w:rsidRPr="002636C9">
        <w:rPr>
          <w:rFonts w:ascii="Arial" w:hAnsi="Arial" w:cs="Arial"/>
        </w:rPr>
        <w:t xml:space="preserve"> de </w:t>
      </w:r>
      <w:proofErr w:type="spellStart"/>
      <w:r w:rsidRPr="002636C9">
        <w:rPr>
          <w:rFonts w:ascii="Arial" w:hAnsi="Arial" w:cs="Arial"/>
        </w:rPr>
        <w:t>dezembro</w:t>
      </w:r>
      <w:proofErr w:type="spellEnd"/>
      <w:r w:rsidRPr="002636C9">
        <w:rPr>
          <w:rFonts w:ascii="Arial" w:hAnsi="Arial" w:cs="Arial"/>
        </w:rPr>
        <w:t xml:space="preserve"> de 2025.</w:t>
      </w:r>
    </w:p>
    <w:p w14:paraId="28C103EB" w14:textId="77777777" w:rsidR="003152A6" w:rsidRPr="002636C9" w:rsidRDefault="003152A6" w:rsidP="00243C26">
      <w:pPr>
        <w:spacing w:line="360" w:lineRule="auto"/>
        <w:jc w:val="both"/>
        <w:rPr>
          <w:rFonts w:ascii="Arial" w:hAnsi="Arial" w:cs="Arial"/>
        </w:rPr>
      </w:pPr>
    </w:p>
    <w:p w14:paraId="4D708A13" w14:textId="77777777" w:rsidR="006E7616" w:rsidRPr="002636C9" w:rsidRDefault="006E7616" w:rsidP="00243C26">
      <w:pPr>
        <w:spacing w:line="360" w:lineRule="auto"/>
        <w:jc w:val="both"/>
        <w:rPr>
          <w:rFonts w:ascii="Arial" w:hAnsi="Arial" w:cs="Arial"/>
        </w:rPr>
      </w:pPr>
    </w:p>
    <w:p w14:paraId="0FC00945" w14:textId="77777777" w:rsidR="003152A6" w:rsidRPr="002636C9" w:rsidRDefault="00000000" w:rsidP="006E7616">
      <w:pPr>
        <w:spacing w:line="360" w:lineRule="auto"/>
        <w:jc w:val="center"/>
        <w:rPr>
          <w:rFonts w:ascii="Arial" w:hAnsi="Arial" w:cs="Arial"/>
        </w:rPr>
      </w:pPr>
      <w:r w:rsidRPr="002636C9">
        <w:rPr>
          <w:rFonts w:ascii="Arial" w:hAnsi="Arial" w:cs="Arial"/>
        </w:rPr>
        <w:t>______________________________________</w:t>
      </w:r>
    </w:p>
    <w:p w14:paraId="553046B3" w14:textId="77777777" w:rsidR="003152A6" w:rsidRPr="002636C9" w:rsidRDefault="00000000" w:rsidP="006E7616">
      <w:pPr>
        <w:spacing w:line="360" w:lineRule="auto"/>
        <w:jc w:val="center"/>
        <w:rPr>
          <w:rFonts w:ascii="Arial" w:hAnsi="Arial" w:cs="Arial"/>
        </w:rPr>
      </w:pPr>
      <w:proofErr w:type="spellStart"/>
      <w:r w:rsidRPr="002636C9">
        <w:rPr>
          <w:rFonts w:ascii="Arial" w:hAnsi="Arial" w:cs="Arial"/>
        </w:rPr>
        <w:t>Responsável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pelo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Setor</w:t>
      </w:r>
      <w:proofErr w:type="spellEnd"/>
      <w:r w:rsidRPr="002636C9">
        <w:rPr>
          <w:rFonts w:ascii="Arial" w:hAnsi="Arial" w:cs="Arial"/>
        </w:rPr>
        <w:t xml:space="preserve"> </w:t>
      </w:r>
      <w:proofErr w:type="spellStart"/>
      <w:r w:rsidRPr="002636C9">
        <w:rPr>
          <w:rFonts w:ascii="Arial" w:hAnsi="Arial" w:cs="Arial"/>
        </w:rPr>
        <w:t>Solicitante</w:t>
      </w:r>
      <w:proofErr w:type="spellEnd"/>
    </w:p>
    <w:bookmarkEnd w:id="0"/>
    <w:p w14:paraId="3815286E" w14:textId="77777777" w:rsidR="003152A6" w:rsidRPr="00243C26" w:rsidRDefault="003152A6" w:rsidP="00243C26">
      <w:pPr>
        <w:jc w:val="both"/>
        <w:rPr>
          <w:rFonts w:ascii="Arial" w:hAnsi="Arial" w:cs="Arial"/>
          <w:sz w:val="24"/>
          <w:szCs w:val="24"/>
        </w:rPr>
      </w:pPr>
    </w:p>
    <w:sectPr w:rsidR="003152A6" w:rsidRPr="00243C26" w:rsidSect="00197B0D">
      <w:headerReference w:type="default" r:id="rId12"/>
      <w:pgSz w:w="12240" w:h="15840"/>
      <w:pgMar w:top="1701" w:right="1134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A20F2" w14:textId="77777777" w:rsidR="001C3765" w:rsidRDefault="001C3765" w:rsidP="00243C26">
      <w:pPr>
        <w:spacing w:after="0" w:line="240" w:lineRule="auto"/>
      </w:pPr>
      <w:r>
        <w:separator/>
      </w:r>
    </w:p>
  </w:endnote>
  <w:endnote w:type="continuationSeparator" w:id="0">
    <w:p w14:paraId="1C4A2459" w14:textId="77777777" w:rsidR="001C3765" w:rsidRDefault="001C3765" w:rsidP="00243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C48C1" w14:textId="77777777" w:rsidR="001C3765" w:rsidRDefault="001C3765" w:rsidP="00243C26">
      <w:pPr>
        <w:spacing w:after="0" w:line="240" w:lineRule="auto"/>
      </w:pPr>
      <w:r>
        <w:separator/>
      </w:r>
    </w:p>
  </w:footnote>
  <w:footnote w:type="continuationSeparator" w:id="0">
    <w:p w14:paraId="402FA5CA" w14:textId="77777777" w:rsidR="001C3765" w:rsidRDefault="001C3765" w:rsidP="00243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B453D" w14:textId="77037C50" w:rsidR="00243C26" w:rsidRDefault="002D2DFF" w:rsidP="00243C26">
    <w:pPr>
      <w:pStyle w:val="Cabealho"/>
      <w:jc w:val="center"/>
    </w:pPr>
    <w:r>
      <w:rPr>
        <w:noProof/>
      </w:rPr>
      <w:drawing>
        <wp:inline distT="0" distB="0" distL="0" distR="0" wp14:anchorId="1C0D88F1" wp14:editId="5AF7FF21">
          <wp:extent cx="771525" cy="828675"/>
          <wp:effectExtent l="0" t="0" r="9525" b="9525"/>
          <wp:docPr id="655427265" name="Imagem 6554272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AC1E23" w14:textId="77777777" w:rsidR="00243C26" w:rsidRPr="00E85C04" w:rsidRDefault="00243C26" w:rsidP="00243C26">
    <w:pPr>
      <w:pStyle w:val="Cabealho"/>
      <w:jc w:val="center"/>
      <w:rPr>
        <w:b/>
        <w:bCs/>
        <w:sz w:val="20"/>
        <w:szCs w:val="20"/>
      </w:rPr>
    </w:pPr>
    <w:r w:rsidRPr="00E85C04">
      <w:rPr>
        <w:b/>
        <w:bCs/>
        <w:sz w:val="20"/>
        <w:szCs w:val="20"/>
      </w:rPr>
      <w:t>PREFEITURA MUNICIPAL DE BARÃO DO TRIUNFO</w:t>
    </w:r>
  </w:p>
  <w:p w14:paraId="3E0CEA8C" w14:textId="77777777" w:rsidR="00243C26" w:rsidRPr="00E85C04" w:rsidRDefault="00243C26" w:rsidP="00243C26">
    <w:pPr>
      <w:pStyle w:val="Cabealho"/>
      <w:jc w:val="center"/>
      <w:rPr>
        <w:b/>
        <w:bCs/>
        <w:sz w:val="20"/>
        <w:szCs w:val="20"/>
      </w:rPr>
    </w:pPr>
    <w:r w:rsidRPr="00E85C04">
      <w:rPr>
        <w:b/>
        <w:bCs/>
        <w:sz w:val="20"/>
        <w:szCs w:val="20"/>
      </w:rPr>
      <w:t>ESTADO DO RIO GRANDE DO SUL</w:t>
    </w:r>
  </w:p>
  <w:p w14:paraId="42E44ECC" w14:textId="77777777" w:rsidR="00243C26" w:rsidRDefault="00243C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BB7017"/>
    <w:multiLevelType w:val="hybridMultilevel"/>
    <w:tmpl w:val="EC922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DA139C"/>
    <w:multiLevelType w:val="hybridMultilevel"/>
    <w:tmpl w:val="4F9A1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704396">
    <w:abstractNumId w:val="8"/>
  </w:num>
  <w:num w:numId="2" w16cid:durableId="1578979341">
    <w:abstractNumId w:val="6"/>
  </w:num>
  <w:num w:numId="3" w16cid:durableId="247662342">
    <w:abstractNumId w:val="5"/>
  </w:num>
  <w:num w:numId="4" w16cid:durableId="469325917">
    <w:abstractNumId w:val="4"/>
  </w:num>
  <w:num w:numId="5" w16cid:durableId="2134516815">
    <w:abstractNumId w:val="7"/>
  </w:num>
  <w:num w:numId="6" w16cid:durableId="946037843">
    <w:abstractNumId w:val="3"/>
  </w:num>
  <w:num w:numId="7" w16cid:durableId="304165278">
    <w:abstractNumId w:val="2"/>
  </w:num>
  <w:num w:numId="8" w16cid:durableId="1371415357">
    <w:abstractNumId w:val="1"/>
  </w:num>
  <w:num w:numId="9" w16cid:durableId="307050779">
    <w:abstractNumId w:val="0"/>
  </w:num>
  <w:num w:numId="10" w16cid:durableId="155733256">
    <w:abstractNumId w:val="9"/>
  </w:num>
  <w:num w:numId="11" w16cid:durableId="13382719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4BB1"/>
    <w:rsid w:val="0006063C"/>
    <w:rsid w:val="00135905"/>
    <w:rsid w:val="0015074B"/>
    <w:rsid w:val="00197B0D"/>
    <w:rsid w:val="001C3765"/>
    <w:rsid w:val="00243C26"/>
    <w:rsid w:val="002449E1"/>
    <w:rsid w:val="002636C9"/>
    <w:rsid w:val="0029639D"/>
    <w:rsid w:val="002D2DFF"/>
    <w:rsid w:val="003152A6"/>
    <w:rsid w:val="00326F90"/>
    <w:rsid w:val="00371AFD"/>
    <w:rsid w:val="00392F8C"/>
    <w:rsid w:val="003F14B1"/>
    <w:rsid w:val="005025BD"/>
    <w:rsid w:val="00566333"/>
    <w:rsid w:val="00591D83"/>
    <w:rsid w:val="00687BC8"/>
    <w:rsid w:val="006E7616"/>
    <w:rsid w:val="00706CDC"/>
    <w:rsid w:val="007129A6"/>
    <w:rsid w:val="00742F7A"/>
    <w:rsid w:val="00775B37"/>
    <w:rsid w:val="007B3568"/>
    <w:rsid w:val="00832D3B"/>
    <w:rsid w:val="008B1FA7"/>
    <w:rsid w:val="008C6258"/>
    <w:rsid w:val="00965786"/>
    <w:rsid w:val="009C2738"/>
    <w:rsid w:val="00A108E3"/>
    <w:rsid w:val="00A50D4F"/>
    <w:rsid w:val="00AA1D8D"/>
    <w:rsid w:val="00AF73C0"/>
    <w:rsid w:val="00B46D95"/>
    <w:rsid w:val="00B47730"/>
    <w:rsid w:val="00B7400D"/>
    <w:rsid w:val="00C403E3"/>
    <w:rsid w:val="00C97E21"/>
    <w:rsid w:val="00CB0664"/>
    <w:rsid w:val="00DB3BFC"/>
    <w:rsid w:val="00DE760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D6D5BB"/>
  <w14:defaultImageDpi w14:val="300"/>
  <w15:docId w15:val="{98BE4389-6594-44B6-B84A-5AC6F14F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706C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6CD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6C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6C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6C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732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PMBT</cp:lastModifiedBy>
  <cp:revision>9</cp:revision>
  <cp:lastPrinted>2025-12-08T14:26:00Z</cp:lastPrinted>
  <dcterms:created xsi:type="dcterms:W3CDTF">2025-12-04T13:52:00Z</dcterms:created>
  <dcterms:modified xsi:type="dcterms:W3CDTF">2025-12-08T14:26:00Z</dcterms:modified>
  <cp:category/>
</cp:coreProperties>
</file>