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E6F46" w14:textId="77777777" w:rsidR="00AA018C" w:rsidRPr="00FE0DEF" w:rsidRDefault="00000000" w:rsidP="00FE0DEF">
      <w:pPr>
        <w:pStyle w:val="Ttulo2"/>
        <w:spacing w:before="0" w:line="36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FE0DEF">
        <w:rPr>
          <w:rFonts w:ascii="Arial" w:hAnsi="Arial" w:cs="Arial"/>
          <w:color w:val="auto"/>
          <w:sz w:val="24"/>
          <w:szCs w:val="24"/>
        </w:rPr>
        <w:t>FICHA DE CREDENCIAMENTO</w:t>
      </w:r>
      <w:r w:rsidRPr="00FE0DEF">
        <w:rPr>
          <w:rFonts w:ascii="Arial" w:hAnsi="Arial" w:cs="Arial"/>
          <w:color w:val="auto"/>
          <w:sz w:val="24"/>
          <w:szCs w:val="24"/>
        </w:rPr>
        <w:br/>
      </w:r>
      <w:proofErr w:type="spellStart"/>
      <w:r w:rsidRPr="00FE0DEF">
        <w:rPr>
          <w:rFonts w:ascii="Arial" w:hAnsi="Arial" w:cs="Arial"/>
          <w:color w:val="auto"/>
          <w:sz w:val="24"/>
          <w:szCs w:val="24"/>
        </w:rPr>
        <w:t>Assistentes</w:t>
      </w:r>
      <w:proofErr w:type="spellEnd"/>
      <w:r w:rsidRPr="00FE0DEF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FE0DEF">
        <w:rPr>
          <w:rFonts w:ascii="Arial" w:hAnsi="Arial" w:cs="Arial"/>
          <w:color w:val="auto"/>
          <w:sz w:val="24"/>
          <w:szCs w:val="24"/>
        </w:rPr>
        <w:t>Sociais</w:t>
      </w:r>
      <w:proofErr w:type="spellEnd"/>
      <w:r w:rsidRPr="00FE0DEF">
        <w:rPr>
          <w:rFonts w:ascii="Arial" w:hAnsi="Arial" w:cs="Arial"/>
          <w:color w:val="auto"/>
          <w:sz w:val="24"/>
          <w:szCs w:val="24"/>
        </w:rPr>
        <w:t xml:space="preserve"> – </w:t>
      </w:r>
      <w:proofErr w:type="spellStart"/>
      <w:r w:rsidRPr="00FE0DEF">
        <w:rPr>
          <w:rFonts w:ascii="Arial" w:hAnsi="Arial" w:cs="Arial"/>
          <w:color w:val="auto"/>
          <w:sz w:val="24"/>
          <w:szCs w:val="24"/>
        </w:rPr>
        <w:t>Avaliação</w:t>
      </w:r>
      <w:proofErr w:type="spellEnd"/>
      <w:r w:rsidRPr="00FE0DEF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Pr="00FE0DEF">
        <w:rPr>
          <w:rFonts w:ascii="Arial" w:hAnsi="Arial" w:cs="Arial"/>
          <w:color w:val="auto"/>
          <w:sz w:val="24"/>
          <w:szCs w:val="24"/>
        </w:rPr>
        <w:t>Socioeconômica</w:t>
      </w:r>
      <w:proofErr w:type="spellEnd"/>
    </w:p>
    <w:p w14:paraId="364CE153" w14:textId="77777777" w:rsidR="00FE0DEF" w:rsidRPr="00FE0DEF" w:rsidRDefault="00FE0DEF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7E4D0565" w14:textId="14D39A9B" w:rsidR="00AA018C" w:rsidRPr="00FE0DEF" w:rsidRDefault="00000000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FE0DEF">
        <w:rPr>
          <w:rFonts w:ascii="Arial" w:hAnsi="Arial" w:cs="Arial"/>
          <w:b/>
          <w:bCs/>
          <w:sz w:val="24"/>
          <w:szCs w:val="24"/>
        </w:rPr>
        <w:t xml:space="preserve">1. </w:t>
      </w:r>
      <w:proofErr w:type="spellStart"/>
      <w:r w:rsidR="00FE0DEF" w:rsidRPr="00FE0DEF">
        <w:rPr>
          <w:rFonts w:ascii="Arial" w:hAnsi="Arial" w:cs="Arial"/>
          <w:b/>
          <w:bCs/>
          <w:sz w:val="24"/>
          <w:szCs w:val="24"/>
        </w:rPr>
        <w:t>Identificação</w:t>
      </w:r>
      <w:proofErr w:type="spellEnd"/>
      <w:r w:rsidR="00FE0DEF" w:rsidRPr="00FE0DEF">
        <w:rPr>
          <w:rFonts w:ascii="Arial" w:hAnsi="Arial" w:cs="Arial"/>
          <w:b/>
          <w:bCs/>
          <w:sz w:val="24"/>
          <w:szCs w:val="24"/>
        </w:rPr>
        <w:t xml:space="preserve"> do </w:t>
      </w:r>
      <w:proofErr w:type="spellStart"/>
      <w:r w:rsidR="00FE0DEF" w:rsidRPr="00FE0DEF">
        <w:rPr>
          <w:rFonts w:ascii="Arial" w:hAnsi="Arial" w:cs="Arial"/>
          <w:b/>
          <w:bCs/>
          <w:sz w:val="24"/>
          <w:szCs w:val="24"/>
        </w:rPr>
        <w:t>interessado</w:t>
      </w:r>
      <w:proofErr w:type="spellEnd"/>
    </w:p>
    <w:p w14:paraId="6BD4E91A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Pessoa Física</w:t>
      </w:r>
    </w:p>
    <w:p w14:paraId="61FF7C8F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Pessoa Jurídica</w:t>
      </w:r>
    </w:p>
    <w:p w14:paraId="215A6C5E" w14:textId="4777F9F5" w:rsidR="00AA018C" w:rsidRPr="00FE0DEF" w:rsidRDefault="00000000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</w:r>
      <w:r w:rsidRPr="00FE0DEF">
        <w:rPr>
          <w:rFonts w:ascii="Arial" w:hAnsi="Arial" w:cs="Arial"/>
          <w:b/>
          <w:bCs/>
          <w:sz w:val="24"/>
          <w:szCs w:val="24"/>
        </w:rPr>
        <w:t xml:space="preserve">2. </w:t>
      </w:r>
      <w:r w:rsidR="00FE0DEF" w:rsidRPr="00FE0DEF">
        <w:rPr>
          <w:rFonts w:ascii="Arial" w:hAnsi="Arial" w:cs="Arial"/>
          <w:b/>
          <w:bCs/>
          <w:sz w:val="24"/>
          <w:szCs w:val="24"/>
        </w:rPr>
        <w:t xml:space="preserve">Dados do </w:t>
      </w:r>
      <w:proofErr w:type="spellStart"/>
      <w:r w:rsidR="00FE0DEF" w:rsidRPr="00FE0DEF">
        <w:rPr>
          <w:rFonts w:ascii="Arial" w:hAnsi="Arial" w:cs="Arial"/>
          <w:b/>
          <w:bCs/>
          <w:sz w:val="24"/>
          <w:szCs w:val="24"/>
        </w:rPr>
        <w:t>credenciado</w:t>
      </w:r>
      <w:proofErr w:type="spellEnd"/>
    </w:p>
    <w:p w14:paraId="24FC13A3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</w:r>
      <w:r w:rsidRPr="00FE0DEF">
        <w:rPr>
          <w:rFonts w:ascii="Arial" w:hAnsi="Arial" w:cs="Arial"/>
          <w:b/>
          <w:bCs/>
          <w:sz w:val="24"/>
          <w:szCs w:val="24"/>
        </w:rPr>
        <w:t>2.1 Pessoa Física – Assistente Social</w:t>
      </w:r>
    </w:p>
    <w:p w14:paraId="758A249C" w14:textId="7E75F262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Nome Completo: _________________________________________</w:t>
      </w:r>
      <w:r w:rsidR="000D555F" w:rsidRPr="00FE0DEF">
        <w:rPr>
          <w:rFonts w:ascii="Arial" w:hAnsi="Arial" w:cs="Arial"/>
          <w:sz w:val="24"/>
          <w:szCs w:val="24"/>
        </w:rPr>
        <w:t>____________________________</w:t>
      </w:r>
      <w:r w:rsidRPr="00FE0DEF">
        <w:rPr>
          <w:rFonts w:ascii="Arial" w:hAnsi="Arial" w:cs="Arial"/>
          <w:sz w:val="24"/>
          <w:szCs w:val="24"/>
        </w:rPr>
        <w:t>________</w:t>
      </w:r>
    </w:p>
    <w:p w14:paraId="4FAB710D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CPF: ____________________   RG: ___________________</w:t>
      </w:r>
      <w:proofErr w:type="gramStart"/>
      <w:r w:rsidRPr="00FE0DEF">
        <w:rPr>
          <w:rFonts w:ascii="Arial" w:hAnsi="Arial" w:cs="Arial"/>
          <w:sz w:val="24"/>
          <w:szCs w:val="24"/>
        </w:rPr>
        <w:t>_  Órgão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Expedidor: ______</w:t>
      </w:r>
    </w:p>
    <w:p w14:paraId="7F1CEDA4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 xml:space="preserve">Data de Nascimento: </w:t>
      </w:r>
      <w:proofErr w:type="gramStart"/>
      <w:r w:rsidRPr="00FE0DEF">
        <w:rPr>
          <w:rFonts w:ascii="Arial" w:hAnsi="Arial" w:cs="Arial"/>
          <w:sz w:val="24"/>
          <w:szCs w:val="24"/>
        </w:rPr>
        <w:t>____/____/__</w:t>
      </w:r>
      <w:proofErr w:type="gramEnd"/>
      <w:r w:rsidRPr="00FE0DEF">
        <w:rPr>
          <w:rFonts w:ascii="Arial" w:hAnsi="Arial" w:cs="Arial"/>
          <w:sz w:val="24"/>
          <w:szCs w:val="24"/>
        </w:rPr>
        <w:t>____</w:t>
      </w:r>
    </w:p>
    <w:p w14:paraId="13D59854" w14:textId="1D7CFAAE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Endereço Completo: ______________________________________________</w:t>
      </w:r>
      <w:r w:rsidR="000D555F" w:rsidRPr="00FE0DEF">
        <w:rPr>
          <w:rFonts w:ascii="Arial" w:hAnsi="Arial" w:cs="Arial"/>
          <w:sz w:val="24"/>
          <w:szCs w:val="24"/>
        </w:rPr>
        <w:t>___________________________</w:t>
      </w:r>
    </w:p>
    <w:p w14:paraId="044189CA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Telefone: ____________________   E-mail: __________________________</w:t>
      </w:r>
    </w:p>
    <w:p w14:paraId="614FB17E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Registro no CRESS: ___________________</w:t>
      </w:r>
      <w:proofErr w:type="gramStart"/>
      <w:r w:rsidRPr="00FE0DEF">
        <w:rPr>
          <w:rFonts w:ascii="Arial" w:hAnsi="Arial" w:cs="Arial"/>
          <w:sz w:val="24"/>
          <w:szCs w:val="24"/>
        </w:rPr>
        <w:t>_  UF</w:t>
      </w:r>
      <w:proofErr w:type="gramEnd"/>
      <w:r w:rsidRPr="00FE0DEF">
        <w:rPr>
          <w:rFonts w:ascii="Arial" w:hAnsi="Arial" w:cs="Arial"/>
          <w:sz w:val="24"/>
          <w:szCs w:val="24"/>
        </w:rPr>
        <w:t>: ______</w:t>
      </w:r>
    </w:p>
    <w:p w14:paraId="495927EF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</w:r>
      <w:r w:rsidRPr="00FE0DEF">
        <w:rPr>
          <w:rFonts w:ascii="Arial" w:hAnsi="Arial" w:cs="Arial"/>
          <w:b/>
          <w:bCs/>
          <w:sz w:val="24"/>
          <w:szCs w:val="24"/>
        </w:rPr>
        <w:t>2.2 Pessoa Jurídica</w:t>
      </w:r>
    </w:p>
    <w:p w14:paraId="7C5DCAA5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Razão Social: _________________________________________________</w:t>
      </w:r>
    </w:p>
    <w:p w14:paraId="35341F71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Nome Fantasia: _________________________________________________</w:t>
      </w:r>
    </w:p>
    <w:p w14:paraId="2BA70380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CNPJ: ____________________</w:t>
      </w:r>
    </w:p>
    <w:p w14:paraId="413E09FC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Endereço Completo: ______________________________________________</w:t>
      </w:r>
    </w:p>
    <w:p w14:paraId="0411E324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Telefone: ____________________   E-mail: __________________________</w:t>
      </w:r>
    </w:p>
    <w:p w14:paraId="3D438058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  <w:t>Representante(s) Legal(is)</w:t>
      </w:r>
    </w:p>
    <w:p w14:paraId="619F8682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Nome Completo: _________________________________________________</w:t>
      </w:r>
    </w:p>
    <w:p w14:paraId="3FF82190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lastRenderedPageBreak/>
        <w:t>CPF: ____________________   RG: ____________________</w:t>
      </w:r>
    </w:p>
    <w:p w14:paraId="2D2C6037" w14:textId="490FE46D" w:rsidR="00AA018C" w:rsidRPr="00FE0DEF" w:rsidRDefault="00000000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</w:r>
      <w:r w:rsidRPr="00FE0DEF">
        <w:rPr>
          <w:rFonts w:ascii="Arial" w:hAnsi="Arial" w:cs="Arial"/>
          <w:b/>
          <w:bCs/>
          <w:sz w:val="24"/>
          <w:szCs w:val="24"/>
        </w:rPr>
        <w:t xml:space="preserve">3. </w:t>
      </w:r>
      <w:proofErr w:type="gramStart"/>
      <w:r w:rsidR="00FE0DEF">
        <w:rPr>
          <w:rFonts w:ascii="Arial" w:hAnsi="Arial" w:cs="Arial"/>
          <w:b/>
          <w:bCs/>
          <w:sz w:val="24"/>
          <w:szCs w:val="24"/>
        </w:rPr>
        <w:t>D</w:t>
      </w:r>
      <w:r w:rsidR="00FE0DEF" w:rsidRPr="00FE0DEF">
        <w:rPr>
          <w:rFonts w:ascii="Arial" w:hAnsi="Arial" w:cs="Arial"/>
          <w:b/>
          <w:bCs/>
          <w:sz w:val="24"/>
          <w:szCs w:val="24"/>
        </w:rPr>
        <w:t>ados</w:t>
      </w:r>
      <w:proofErr w:type="gramEnd"/>
      <w:r w:rsidR="00FE0DEF" w:rsidRPr="00FE0DEF">
        <w:rPr>
          <w:rFonts w:ascii="Arial" w:hAnsi="Arial" w:cs="Arial"/>
          <w:b/>
          <w:bCs/>
          <w:sz w:val="24"/>
          <w:szCs w:val="24"/>
        </w:rPr>
        <w:t xml:space="preserve"> dos </w:t>
      </w:r>
      <w:proofErr w:type="spellStart"/>
      <w:r w:rsidR="00FE0DEF" w:rsidRPr="00FE0DEF">
        <w:rPr>
          <w:rFonts w:ascii="Arial" w:hAnsi="Arial" w:cs="Arial"/>
          <w:b/>
          <w:bCs/>
          <w:sz w:val="24"/>
          <w:szCs w:val="24"/>
        </w:rPr>
        <w:t>profissionai</w:t>
      </w:r>
      <w:r w:rsidR="00FE0DEF">
        <w:rPr>
          <w:rFonts w:ascii="Arial" w:hAnsi="Arial" w:cs="Arial"/>
          <w:b/>
          <w:bCs/>
          <w:sz w:val="24"/>
          <w:szCs w:val="24"/>
        </w:rPr>
        <w:t>s</w:t>
      </w:r>
      <w:proofErr w:type="spellEnd"/>
      <w:r w:rsidRPr="00FE0DEF">
        <w:rPr>
          <w:rFonts w:ascii="Arial" w:hAnsi="Arial" w:cs="Arial"/>
          <w:b/>
          <w:bCs/>
          <w:sz w:val="24"/>
          <w:szCs w:val="24"/>
        </w:rPr>
        <w:t xml:space="preserve"> (</w:t>
      </w:r>
      <w:proofErr w:type="gramStart"/>
      <w:r w:rsidRPr="00FE0DEF">
        <w:rPr>
          <w:rFonts w:ascii="Arial" w:hAnsi="Arial" w:cs="Arial"/>
          <w:b/>
          <w:bCs/>
          <w:sz w:val="24"/>
          <w:szCs w:val="24"/>
        </w:rPr>
        <w:t>para Pessoa</w:t>
      </w:r>
      <w:proofErr w:type="gramEnd"/>
      <w:r w:rsidRPr="00FE0DEF">
        <w:rPr>
          <w:rFonts w:ascii="Arial" w:hAnsi="Arial" w:cs="Arial"/>
          <w:b/>
          <w:bCs/>
          <w:sz w:val="24"/>
          <w:szCs w:val="24"/>
        </w:rPr>
        <w:t xml:space="preserve"> Jurídica)</w:t>
      </w:r>
    </w:p>
    <w:p w14:paraId="1A73DBB9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Nome do(a) Assistente Social: ____________________________________</w:t>
      </w:r>
    </w:p>
    <w:p w14:paraId="69C11575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>CPF: _</w:t>
      </w:r>
      <w:proofErr w:type="gramEnd"/>
      <w:r w:rsidRPr="00FE0DEF">
        <w:rPr>
          <w:rFonts w:ascii="Arial" w:hAnsi="Arial" w:cs="Arial"/>
          <w:sz w:val="24"/>
          <w:szCs w:val="24"/>
        </w:rPr>
        <w:t>__________________</w:t>
      </w:r>
      <w:proofErr w:type="gramStart"/>
      <w:r w:rsidRPr="00FE0DEF">
        <w:rPr>
          <w:rFonts w:ascii="Arial" w:hAnsi="Arial" w:cs="Arial"/>
          <w:sz w:val="24"/>
          <w:szCs w:val="24"/>
        </w:rPr>
        <w:t>_  Registro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CRESS: ___________________</w:t>
      </w:r>
      <w:proofErr w:type="gramStart"/>
      <w:r w:rsidRPr="00FE0DEF">
        <w:rPr>
          <w:rFonts w:ascii="Arial" w:hAnsi="Arial" w:cs="Arial"/>
          <w:sz w:val="24"/>
          <w:szCs w:val="24"/>
        </w:rPr>
        <w:t>_  UF</w:t>
      </w:r>
      <w:proofErr w:type="gramEnd"/>
      <w:r w:rsidRPr="00FE0DEF">
        <w:rPr>
          <w:rFonts w:ascii="Arial" w:hAnsi="Arial" w:cs="Arial"/>
          <w:sz w:val="24"/>
          <w:szCs w:val="24"/>
        </w:rPr>
        <w:t>: ______</w:t>
      </w:r>
    </w:p>
    <w:p w14:paraId="2F610DC2" w14:textId="4C59FAE0" w:rsidR="00AA018C" w:rsidRPr="00FE0DEF" w:rsidRDefault="00000000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</w:r>
      <w:r w:rsidRPr="00FE0DEF">
        <w:rPr>
          <w:rFonts w:ascii="Arial" w:hAnsi="Arial" w:cs="Arial"/>
          <w:b/>
          <w:bCs/>
          <w:sz w:val="24"/>
          <w:szCs w:val="24"/>
        </w:rPr>
        <w:t xml:space="preserve">4. </w:t>
      </w:r>
      <w:proofErr w:type="spellStart"/>
      <w:r w:rsidR="00FE0DEF" w:rsidRPr="00FE0DEF">
        <w:rPr>
          <w:rFonts w:ascii="Arial" w:hAnsi="Arial" w:cs="Arial"/>
          <w:b/>
          <w:bCs/>
          <w:sz w:val="24"/>
          <w:szCs w:val="24"/>
        </w:rPr>
        <w:t>Documentos</w:t>
      </w:r>
      <w:proofErr w:type="spellEnd"/>
      <w:r w:rsidR="00FE0DEF" w:rsidRPr="00FE0DEF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FE0DEF" w:rsidRPr="00FE0DEF">
        <w:rPr>
          <w:rFonts w:ascii="Arial" w:hAnsi="Arial" w:cs="Arial"/>
          <w:b/>
          <w:bCs/>
          <w:sz w:val="24"/>
          <w:szCs w:val="24"/>
        </w:rPr>
        <w:t>apresentados</w:t>
      </w:r>
      <w:proofErr w:type="spellEnd"/>
    </w:p>
    <w:p w14:paraId="3959A6AA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</w:r>
      <w:r w:rsidRPr="00FE0DEF">
        <w:rPr>
          <w:rFonts w:ascii="Arial" w:hAnsi="Arial" w:cs="Arial"/>
          <w:b/>
          <w:bCs/>
          <w:sz w:val="24"/>
          <w:szCs w:val="24"/>
        </w:rPr>
        <w:t>Pessoa Física:</w:t>
      </w:r>
    </w:p>
    <w:p w14:paraId="3F5BA3C5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RG</w:t>
      </w:r>
    </w:p>
    <w:p w14:paraId="39A69881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CPF</w:t>
      </w:r>
    </w:p>
    <w:p w14:paraId="473561D5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Diploma de Serviço Social</w:t>
      </w:r>
    </w:p>
    <w:p w14:paraId="65F70177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Registro ativo no CRESS</w:t>
      </w:r>
    </w:p>
    <w:p w14:paraId="5000314F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Certidão de Regularidade Tributos Federais</w:t>
      </w:r>
    </w:p>
    <w:p w14:paraId="32707FF0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Certidão Negativa de Débitos Trabalhistas</w:t>
      </w:r>
    </w:p>
    <w:p w14:paraId="20E8E4AB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</w:r>
      <w:r w:rsidRPr="00FE0DEF">
        <w:rPr>
          <w:rFonts w:ascii="Arial" w:hAnsi="Arial" w:cs="Arial"/>
          <w:b/>
          <w:bCs/>
          <w:sz w:val="24"/>
          <w:szCs w:val="24"/>
        </w:rPr>
        <w:t>Pessoa Jurídica:</w:t>
      </w:r>
    </w:p>
    <w:p w14:paraId="21993CBB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Contrato Social e alterações</w:t>
      </w:r>
    </w:p>
    <w:p w14:paraId="0EBB85CA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Documento do representante legal</w:t>
      </w:r>
    </w:p>
    <w:p w14:paraId="4B083E2B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Dados pessoais dos sócios</w:t>
      </w:r>
    </w:p>
    <w:p w14:paraId="1645E2C5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Diploma(s) do(s) profissional(is)</w:t>
      </w:r>
    </w:p>
    <w:p w14:paraId="12196FAB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CNPJ</w:t>
      </w:r>
    </w:p>
    <w:p w14:paraId="74DDAD43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Regularidade Tributos Federais</w:t>
      </w:r>
    </w:p>
    <w:p w14:paraId="774CE1BE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Regularidade FGTS</w:t>
      </w:r>
    </w:p>
    <w:p w14:paraId="5B7D2058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Certidão Negativa de Débitos Trabalhistas</w:t>
      </w:r>
    </w:p>
    <w:p w14:paraId="6A4EC694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Regularidade no CADIN</w:t>
      </w:r>
    </w:p>
    <w:p w14:paraId="6B250A35" w14:textId="004E7C8B" w:rsidR="00AA018C" w:rsidRPr="00FE0DEF" w:rsidRDefault="00000000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</w:r>
      <w:r w:rsidRPr="00FE0DEF">
        <w:rPr>
          <w:rFonts w:ascii="Arial" w:hAnsi="Arial" w:cs="Arial"/>
          <w:b/>
          <w:bCs/>
          <w:sz w:val="24"/>
          <w:szCs w:val="24"/>
        </w:rPr>
        <w:t xml:space="preserve">5. </w:t>
      </w:r>
      <w:proofErr w:type="spellStart"/>
      <w:r w:rsidRPr="00FE0DEF">
        <w:rPr>
          <w:rFonts w:ascii="Arial" w:hAnsi="Arial" w:cs="Arial"/>
          <w:b/>
          <w:bCs/>
          <w:sz w:val="24"/>
          <w:szCs w:val="24"/>
        </w:rPr>
        <w:t>D</w:t>
      </w:r>
      <w:r w:rsidR="00FE0DEF" w:rsidRPr="00FE0DEF">
        <w:rPr>
          <w:rFonts w:ascii="Arial" w:hAnsi="Arial" w:cs="Arial"/>
          <w:b/>
          <w:bCs/>
          <w:sz w:val="24"/>
          <w:szCs w:val="24"/>
        </w:rPr>
        <w:t>eclaração</w:t>
      </w:r>
      <w:proofErr w:type="spellEnd"/>
    </w:p>
    <w:p w14:paraId="0705896B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 xml:space="preserve">Declaro que atendo a todos os requisitos do Edital de Credenciamento, possuo habilitação legal para o exercício da profissão de Assistente Social, e </w:t>
      </w:r>
      <w:r w:rsidRPr="00FE0DEF">
        <w:rPr>
          <w:rFonts w:ascii="Arial" w:hAnsi="Arial" w:cs="Arial"/>
          <w:sz w:val="24"/>
          <w:szCs w:val="24"/>
        </w:rPr>
        <w:lastRenderedPageBreak/>
        <w:t>comprometo-me a cumprir a Instrução Normativa PRAE/FURG nº 001/2025 e demais normativas aplicáveis.</w:t>
      </w:r>
    </w:p>
    <w:p w14:paraId="7A759294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  <w:t>Local e Data: _________________________________________________</w:t>
      </w:r>
    </w:p>
    <w:p w14:paraId="0B852743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Assinatura do(a) Interessado(a): _________________________________________________</w:t>
      </w:r>
    </w:p>
    <w:p w14:paraId="0E3FF39C" w14:textId="52B5F257" w:rsidR="00AA018C" w:rsidRPr="00FE0DEF" w:rsidRDefault="00000000" w:rsidP="00FE0DEF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br/>
      </w:r>
      <w:r w:rsidRPr="00FE0DEF">
        <w:rPr>
          <w:rFonts w:ascii="Arial" w:hAnsi="Arial" w:cs="Arial"/>
          <w:b/>
          <w:bCs/>
          <w:sz w:val="24"/>
          <w:szCs w:val="24"/>
        </w:rPr>
        <w:t xml:space="preserve">6. </w:t>
      </w:r>
      <w:r w:rsidR="00FE0DEF" w:rsidRPr="00FE0DEF">
        <w:rPr>
          <w:rFonts w:ascii="Arial" w:hAnsi="Arial" w:cs="Arial"/>
          <w:b/>
          <w:bCs/>
          <w:sz w:val="24"/>
          <w:szCs w:val="24"/>
        </w:rPr>
        <w:t xml:space="preserve">Uso </w:t>
      </w:r>
      <w:proofErr w:type="spellStart"/>
      <w:r w:rsidR="00FE0DEF" w:rsidRPr="00FE0DEF">
        <w:rPr>
          <w:rFonts w:ascii="Arial" w:hAnsi="Arial" w:cs="Arial"/>
          <w:b/>
          <w:bCs/>
          <w:sz w:val="24"/>
          <w:szCs w:val="24"/>
        </w:rPr>
        <w:t>exclusivo</w:t>
      </w:r>
      <w:proofErr w:type="spellEnd"/>
      <w:r w:rsidR="00FE0DEF" w:rsidRPr="00FE0DEF">
        <w:rPr>
          <w:rFonts w:ascii="Arial" w:hAnsi="Arial" w:cs="Arial"/>
          <w:b/>
          <w:bCs/>
          <w:sz w:val="24"/>
          <w:szCs w:val="24"/>
        </w:rPr>
        <w:t xml:space="preserve"> da </w:t>
      </w:r>
      <w:proofErr w:type="spellStart"/>
      <w:r w:rsidR="00FE0DEF" w:rsidRPr="00FE0DEF">
        <w:rPr>
          <w:rFonts w:ascii="Arial" w:hAnsi="Arial" w:cs="Arial"/>
          <w:b/>
          <w:bCs/>
          <w:sz w:val="24"/>
          <w:szCs w:val="24"/>
        </w:rPr>
        <w:t>administração</w:t>
      </w:r>
      <w:proofErr w:type="spellEnd"/>
    </w:p>
    <w:p w14:paraId="467158FA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Documentação conferida</w:t>
      </w:r>
    </w:p>
    <w:p w14:paraId="056F363B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Regularidade confirmada</w:t>
      </w:r>
    </w:p>
    <w:p w14:paraId="16802CE2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FE0DEF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FE0DEF">
        <w:rPr>
          <w:rFonts w:ascii="Arial" w:hAnsi="Arial" w:cs="Arial"/>
          <w:sz w:val="24"/>
          <w:szCs w:val="24"/>
        </w:rPr>
        <w:t xml:space="preserve"> ) Credenciado(a)</w:t>
      </w:r>
    </w:p>
    <w:p w14:paraId="2E61466F" w14:textId="77777777" w:rsidR="000D555F" w:rsidRPr="00FE0DEF" w:rsidRDefault="000D555F" w:rsidP="00FE0DEF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E469D76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Servidor(a) Responsável: ____________________________________</w:t>
      </w:r>
    </w:p>
    <w:p w14:paraId="06139D06" w14:textId="77777777" w:rsidR="00AA018C" w:rsidRPr="00FE0DEF" w:rsidRDefault="00000000" w:rsidP="00FE0DE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E0DEF">
        <w:rPr>
          <w:rFonts w:ascii="Arial" w:hAnsi="Arial" w:cs="Arial"/>
          <w:sz w:val="24"/>
          <w:szCs w:val="24"/>
        </w:rPr>
        <w:t>Matrícula: ____________________   Data: ____/____/______</w:t>
      </w:r>
    </w:p>
    <w:sectPr w:rsidR="00AA018C" w:rsidRPr="00FE0DE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12194048">
    <w:abstractNumId w:val="8"/>
  </w:num>
  <w:num w:numId="2" w16cid:durableId="1830705020">
    <w:abstractNumId w:val="6"/>
  </w:num>
  <w:num w:numId="3" w16cid:durableId="967860393">
    <w:abstractNumId w:val="5"/>
  </w:num>
  <w:num w:numId="4" w16cid:durableId="60570050">
    <w:abstractNumId w:val="4"/>
  </w:num>
  <w:num w:numId="5" w16cid:durableId="1644769152">
    <w:abstractNumId w:val="7"/>
  </w:num>
  <w:num w:numId="6" w16cid:durableId="1979454573">
    <w:abstractNumId w:val="3"/>
  </w:num>
  <w:num w:numId="7" w16cid:durableId="556204801">
    <w:abstractNumId w:val="2"/>
  </w:num>
  <w:num w:numId="8" w16cid:durableId="1957759612">
    <w:abstractNumId w:val="1"/>
  </w:num>
  <w:num w:numId="9" w16cid:durableId="1100418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555F"/>
    <w:rsid w:val="0015074B"/>
    <w:rsid w:val="0029639D"/>
    <w:rsid w:val="00326F90"/>
    <w:rsid w:val="003F52C7"/>
    <w:rsid w:val="00AA018C"/>
    <w:rsid w:val="00AA1D8D"/>
    <w:rsid w:val="00B47730"/>
    <w:rsid w:val="00CB0664"/>
    <w:rsid w:val="00FC693F"/>
    <w:rsid w:val="00FE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ED1F2F"/>
  <w14:defaultImageDpi w14:val="300"/>
  <w15:docId w15:val="{D62363F1-7379-4135-8030-A35F3A6A2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273</Words>
  <Characters>2190</Characters>
  <Application>Microsoft Office Word</Application>
  <DocSecurity>0</DocSecurity>
  <Lines>70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Lauren Azevedo Poersch</cp:lastModifiedBy>
  <cp:revision>2</cp:revision>
  <dcterms:created xsi:type="dcterms:W3CDTF">2026-02-11T17:55:00Z</dcterms:created>
  <dcterms:modified xsi:type="dcterms:W3CDTF">2026-02-11T17:55:00Z</dcterms:modified>
  <cp:category/>
</cp:coreProperties>
</file>